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CD1C4" w14:textId="77777777" w:rsidR="00E87C95" w:rsidRDefault="00000000">
      <w:pPr>
        <w:spacing w:after="0" w:line="579" w:lineRule="exact"/>
        <w:jc w:val="center"/>
        <w:rPr>
          <w:lang w:eastAsia="zh-CN"/>
        </w:rPr>
      </w:pPr>
      <w:r>
        <w:rPr>
          <w:rFonts w:ascii="方正小标宋简体" w:eastAsia="方正小标宋简体" w:hAnsi="方正小标宋简体"/>
          <w:sz w:val="44"/>
          <w:lang w:eastAsia="zh-CN"/>
        </w:rPr>
        <w:t>第01集 《尚书》</w:t>
      </w:r>
    </w:p>
    <w:p w14:paraId="7C585086" w14:textId="77777777" w:rsidR="00E87C95" w:rsidRDefault="00000000">
      <w:pPr>
        <w:spacing w:after="0" w:line="579" w:lineRule="exact"/>
        <w:ind w:firstLine="640"/>
        <w:rPr>
          <w:lang w:eastAsia="zh-CN"/>
        </w:rPr>
      </w:pPr>
      <w:r>
        <w:rPr>
          <w:rFonts w:ascii="仿宋" w:eastAsia="仿宋" w:hAnsi="仿宋"/>
          <w:sz w:val="32"/>
          <w:lang w:eastAsia="zh-CN"/>
        </w:rPr>
        <w:t>今天让我们跟随当代读书人撒贝宁一起与尚书展开一场穿越千年的时空对话。晚生是来自2000多年后的读书人，请先生指教讲述。茫茫禹迹，划为九州牧野。是诗尚书记载了几千年前的。我岂能</w:t>
      </w:r>
      <w:proofErr w:type="gramStart"/>
      <w:r>
        <w:rPr>
          <w:rFonts w:ascii="仿宋" w:eastAsia="仿宋" w:hAnsi="仿宋"/>
          <w:sz w:val="32"/>
          <w:lang w:eastAsia="zh-CN"/>
        </w:rPr>
        <w:t>不</w:t>
      </w:r>
      <w:proofErr w:type="gramEnd"/>
      <w:r>
        <w:rPr>
          <w:rFonts w:ascii="仿宋" w:eastAsia="仿宋" w:hAnsi="仿宋"/>
          <w:sz w:val="32"/>
          <w:lang w:eastAsia="zh-CN"/>
        </w:rPr>
        <w:t>舍命护书啊？</w:t>
      </w:r>
    </w:p>
    <w:p w14:paraId="63161C7D" w14:textId="77777777" w:rsidR="00E87C95" w:rsidRDefault="00000000">
      <w:pPr>
        <w:spacing w:after="0" w:line="579" w:lineRule="exact"/>
        <w:ind w:firstLine="640"/>
        <w:rPr>
          <w:lang w:eastAsia="zh-CN"/>
        </w:rPr>
      </w:pPr>
      <w:r>
        <w:rPr>
          <w:rFonts w:ascii="仿宋" w:eastAsia="仿宋" w:hAnsi="仿宋"/>
          <w:sz w:val="32"/>
          <w:lang w:eastAsia="zh-CN"/>
        </w:rPr>
        <w:t>一九零零年中国。敦煌。莫高窟。一声巨响。惊动了居住在莫高窟的王圆箓。忽然有惊雷响。忽然山裂开了。我带着工人用锄头挖。发现一个藏经洞。</w:t>
      </w:r>
    </w:p>
    <w:p w14:paraId="624FD255" w14:textId="77777777" w:rsidR="00E87C95" w:rsidRDefault="00000000">
      <w:pPr>
        <w:spacing w:after="0" w:line="579" w:lineRule="exact"/>
        <w:ind w:firstLine="640"/>
        <w:rPr>
          <w:lang w:eastAsia="zh-CN"/>
        </w:rPr>
      </w:pPr>
      <w:r>
        <w:rPr>
          <w:rFonts w:ascii="仿宋" w:eastAsia="仿宋" w:hAnsi="仿宋"/>
          <w:sz w:val="32"/>
          <w:lang w:eastAsia="zh-CN"/>
        </w:rPr>
        <w:t>内藏典籍万卷。秘藏的典籍沉寂了近千年。莫高窟的藏经破壁而出。重回世人面前。清朝末年，积贫积弱。敦煌藏经，命运多传。流散世界各地。一九一零年，</w:t>
      </w:r>
      <w:proofErr w:type="gramStart"/>
      <w:r>
        <w:rPr>
          <w:rFonts w:ascii="仿宋" w:eastAsia="仿宋" w:hAnsi="仿宋"/>
          <w:sz w:val="32"/>
          <w:lang w:eastAsia="zh-CN"/>
        </w:rPr>
        <w:t>部分京卷被运到</w:t>
      </w:r>
      <w:proofErr w:type="gramEnd"/>
      <w:r>
        <w:rPr>
          <w:rFonts w:ascii="仿宋" w:eastAsia="仿宋" w:hAnsi="仿宋"/>
          <w:sz w:val="32"/>
          <w:lang w:eastAsia="zh-CN"/>
        </w:rPr>
        <w:t>京师。所见之典籍写本和抄本皆有千年历史，快看！竟有上古典籍。尚书，</w:t>
      </w:r>
    </w:p>
    <w:p w14:paraId="2B44E870" w14:textId="77777777" w:rsidR="00E87C95" w:rsidRDefault="00000000">
      <w:pPr>
        <w:spacing w:after="0" w:line="579" w:lineRule="exact"/>
        <w:ind w:firstLine="640"/>
        <w:rPr>
          <w:lang w:eastAsia="zh-CN"/>
        </w:rPr>
      </w:pPr>
      <w:r>
        <w:rPr>
          <w:rFonts w:ascii="仿宋" w:eastAsia="仿宋" w:hAnsi="仿宋"/>
          <w:sz w:val="32"/>
          <w:lang w:eastAsia="zh-CN"/>
        </w:rPr>
        <w:t>这是我见到的尚书文献中最早的传世文本。弥足珍贵，我国人。当把此国宝守好护好。现在。16000余件敦煌藏经存于中国国家图书馆。位列四大镇馆之宝。尚书便是其中一部分。尚书被称为政书之祖，史书之源，相传或为孔子晚年。整理编撰。《书》乃上古之书，上古史书。3000多篇。太多了，</w:t>
      </w:r>
    </w:p>
    <w:p w14:paraId="0D95D733" w14:textId="77777777" w:rsidR="00E87C95" w:rsidRDefault="00000000">
      <w:pPr>
        <w:spacing w:after="0" w:line="579" w:lineRule="exact"/>
        <w:ind w:firstLine="640"/>
        <w:rPr>
          <w:lang w:eastAsia="zh-CN"/>
        </w:rPr>
      </w:pPr>
      <w:proofErr w:type="gramStart"/>
      <w:r>
        <w:rPr>
          <w:rFonts w:ascii="仿宋" w:eastAsia="仿宋" w:hAnsi="仿宋"/>
          <w:sz w:val="32"/>
          <w:lang w:eastAsia="zh-CN"/>
        </w:rPr>
        <w:t>不</w:t>
      </w:r>
      <w:proofErr w:type="gramEnd"/>
      <w:r>
        <w:rPr>
          <w:rFonts w:ascii="仿宋" w:eastAsia="仿宋" w:hAnsi="仿宋"/>
          <w:sz w:val="32"/>
          <w:lang w:eastAsia="zh-CN"/>
        </w:rPr>
        <w:t>易读，不易传。3000多篇编选百篇更易得精髓。《书》百篇选了数年《书》百篇，为何而选《书》百篇？何为精髓。问得好啊。为何而选？何为精髓？上古先贤的言行记载在书</w:t>
      </w:r>
      <w:r>
        <w:rPr>
          <w:rFonts w:ascii="仿宋" w:eastAsia="仿宋" w:hAnsi="仿宋"/>
          <w:sz w:val="32"/>
          <w:lang w:eastAsia="zh-CN"/>
        </w:rPr>
        <w:lastRenderedPageBreak/>
        <w:t>里。让后世读书而知先贤。治政之本。知先贤。读书而知朝代兴废之由。兴废之由</w:t>
      </w:r>
      <w:proofErr w:type="gramStart"/>
      <w:r>
        <w:rPr>
          <w:rFonts w:ascii="仿宋" w:eastAsia="仿宋" w:hAnsi="仿宋"/>
          <w:sz w:val="32"/>
          <w:lang w:eastAsia="zh-CN"/>
        </w:rPr>
        <w:t>治个人</w:t>
      </w:r>
      <w:proofErr w:type="gramEnd"/>
      <w:r>
        <w:rPr>
          <w:rFonts w:ascii="仿宋" w:eastAsia="仿宋" w:hAnsi="仿宋"/>
          <w:sz w:val="32"/>
          <w:lang w:eastAsia="zh-CN"/>
        </w:rPr>
        <w:t>修身之要。</w:t>
      </w:r>
    </w:p>
    <w:p w14:paraId="486D7015" w14:textId="77777777" w:rsidR="00E87C95" w:rsidRDefault="00000000">
      <w:pPr>
        <w:spacing w:after="0" w:line="579" w:lineRule="exact"/>
        <w:ind w:firstLine="640"/>
        <w:rPr>
          <w:lang w:eastAsia="zh-CN"/>
        </w:rPr>
      </w:pPr>
      <w:r>
        <w:rPr>
          <w:rFonts w:ascii="仿宋" w:eastAsia="仿宋" w:hAnsi="仿宋"/>
          <w:sz w:val="32"/>
          <w:lang w:eastAsia="zh-CN"/>
        </w:rPr>
        <w:t>只有知心。全治政之本，治朝代兴废。</w:t>
      </w:r>
      <w:proofErr w:type="gramStart"/>
      <w:r>
        <w:rPr>
          <w:rFonts w:ascii="仿宋" w:eastAsia="仿宋" w:hAnsi="仿宋"/>
          <w:sz w:val="32"/>
          <w:lang w:eastAsia="zh-CN"/>
        </w:rPr>
        <w:t>知个人</w:t>
      </w:r>
      <w:proofErr w:type="gramEnd"/>
      <w:r>
        <w:rPr>
          <w:rFonts w:ascii="仿宋" w:eastAsia="仿宋" w:hAnsi="仿宋"/>
          <w:sz w:val="32"/>
          <w:lang w:eastAsia="zh-CN"/>
        </w:rPr>
        <w:t>修身之道好。在典籍里的中国。让我们一起。识读《尚书》。打开</w:t>
      </w:r>
      <w:proofErr w:type="gramStart"/>
      <w:r>
        <w:rPr>
          <w:rFonts w:ascii="仿宋" w:eastAsia="仿宋" w:hAnsi="仿宋"/>
          <w:sz w:val="32"/>
          <w:lang w:eastAsia="zh-CN"/>
        </w:rPr>
        <w:t>典籍引读中国</w:t>
      </w:r>
      <w:proofErr w:type="gramEnd"/>
      <w:r>
        <w:rPr>
          <w:rFonts w:ascii="仿宋" w:eastAsia="仿宋" w:hAnsi="仿宋"/>
          <w:sz w:val="32"/>
          <w:lang w:eastAsia="zh-CN"/>
        </w:rPr>
        <w:t>，欢迎走进典籍里的中国。我是王嘉宁。典籍里的中国用。多舞台，多空间，沉浸式戏剧和古今对话的方式讲述典籍故事，对话华夏先贤让。</w:t>
      </w:r>
    </w:p>
    <w:p w14:paraId="2971A415" w14:textId="77777777" w:rsidR="00E87C95" w:rsidRDefault="00000000">
      <w:pPr>
        <w:spacing w:after="0" w:line="579" w:lineRule="exact"/>
        <w:ind w:firstLine="640"/>
        <w:rPr>
          <w:lang w:eastAsia="zh-CN"/>
        </w:rPr>
      </w:pPr>
      <w:r>
        <w:rPr>
          <w:rFonts w:ascii="仿宋" w:eastAsia="仿宋" w:hAnsi="仿宋"/>
          <w:sz w:val="32"/>
          <w:lang w:eastAsia="zh-CN"/>
        </w:rPr>
        <w:t>让书写在古籍中的文字。相传孔子白头整理尚书，让上古美德流传后世。敦煌遗书洞藏近千年，让华夏文明的精粹绵延不绝中国典籍。字句中讲述着先人们的治国理念和处世之道。篇目里记录着祖先们的深邃思想和无穷智慧。而这些宝贵的文化密码，在</w:t>
      </w:r>
      <w:proofErr w:type="gramStart"/>
      <w:r>
        <w:rPr>
          <w:rFonts w:ascii="仿宋" w:eastAsia="仿宋" w:hAnsi="仿宋"/>
          <w:sz w:val="32"/>
          <w:lang w:eastAsia="zh-CN"/>
        </w:rPr>
        <w:t>告诉着</w:t>
      </w:r>
      <w:proofErr w:type="gramEnd"/>
      <w:r>
        <w:rPr>
          <w:rFonts w:ascii="仿宋" w:eastAsia="仿宋" w:hAnsi="仿宋"/>
          <w:sz w:val="32"/>
          <w:lang w:eastAsia="zh-CN"/>
        </w:rPr>
        <w:t>每一个中国人，我们从何而生，为何而来，而又该去。向何方作为中国最古老的典籍之一，尚书流传了2000多年，无论是尧，</w:t>
      </w:r>
    </w:p>
    <w:p w14:paraId="07B073ED" w14:textId="77777777" w:rsidR="00E87C95" w:rsidRDefault="00000000">
      <w:pPr>
        <w:spacing w:after="0" w:line="579" w:lineRule="exact"/>
        <w:ind w:firstLine="640"/>
        <w:rPr>
          <w:lang w:eastAsia="zh-CN"/>
        </w:rPr>
      </w:pPr>
      <w:r>
        <w:rPr>
          <w:rFonts w:ascii="仿宋" w:eastAsia="仿宋" w:hAnsi="仿宋"/>
          <w:sz w:val="32"/>
          <w:lang w:eastAsia="zh-CN"/>
        </w:rPr>
        <w:t>舜，禹。上古德症，</w:t>
      </w:r>
      <w:proofErr w:type="gramStart"/>
      <w:r>
        <w:rPr>
          <w:rFonts w:ascii="仿宋" w:eastAsia="仿宋" w:hAnsi="仿宋"/>
          <w:sz w:val="32"/>
          <w:lang w:eastAsia="zh-CN"/>
        </w:rPr>
        <w:t>鼎定九州</w:t>
      </w:r>
      <w:proofErr w:type="gramEnd"/>
      <w:r>
        <w:rPr>
          <w:rFonts w:ascii="仿宋" w:eastAsia="仿宋" w:hAnsi="仿宋"/>
          <w:sz w:val="32"/>
          <w:lang w:eastAsia="zh-CN"/>
        </w:rPr>
        <w:t>，还是夏商周民望兴替礼德治</w:t>
      </w:r>
      <w:proofErr w:type="gramStart"/>
      <w:r>
        <w:rPr>
          <w:rFonts w:ascii="仿宋" w:eastAsia="仿宋" w:hAnsi="仿宋"/>
          <w:sz w:val="32"/>
          <w:lang w:eastAsia="zh-CN"/>
        </w:rPr>
        <w:t>邦</w:t>
      </w:r>
      <w:proofErr w:type="gramEnd"/>
      <w:r>
        <w:rPr>
          <w:rFonts w:ascii="仿宋" w:eastAsia="仿宋" w:hAnsi="仿宋"/>
          <w:sz w:val="32"/>
          <w:lang w:eastAsia="zh-CN"/>
        </w:rPr>
        <w:t>。都在讲述着中华文化的核心理念。构建古老文明的知识体系。每天鲜活多一点，本节目由更多鲜活营养的光明乳业独家冠名播出。光明乳业，乐在新鲜。好成绩源自好方法，网校就上学而思</w:t>
      </w:r>
      <w:proofErr w:type="gramStart"/>
      <w:r>
        <w:rPr>
          <w:rFonts w:ascii="仿宋" w:eastAsia="仿宋" w:hAnsi="仿宋"/>
          <w:sz w:val="32"/>
          <w:lang w:eastAsia="zh-CN"/>
        </w:rPr>
        <w:t>下载学</w:t>
      </w:r>
      <w:proofErr w:type="gramEnd"/>
      <w:r>
        <w:rPr>
          <w:rFonts w:ascii="仿宋" w:eastAsia="仿宋" w:hAnsi="仿宋"/>
          <w:sz w:val="32"/>
          <w:lang w:eastAsia="zh-CN"/>
        </w:rPr>
        <w:t>而思网校搜索点击知识挑战赛等你来挑战。扫描屏幕上方二维码，下载央视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APP观看典籍里的中国完整视频专享幕后精彩内容。</w:t>
      </w:r>
    </w:p>
    <w:p w14:paraId="175C0AB7" w14:textId="77777777" w:rsidR="00E87C95" w:rsidRDefault="00000000">
      <w:pPr>
        <w:spacing w:after="0" w:line="579" w:lineRule="exact"/>
        <w:ind w:firstLine="640"/>
        <w:rPr>
          <w:lang w:eastAsia="zh-CN"/>
        </w:rPr>
      </w:pPr>
      <w:r>
        <w:rPr>
          <w:rFonts w:ascii="仿宋" w:eastAsia="仿宋" w:hAnsi="仿宋"/>
          <w:sz w:val="32"/>
          <w:lang w:eastAsia="zh-CN"/>
        </w:rPr>
        <w:lastRenderedPageBreak/>
        <w:t>接下来，让我们与三位读书人一同来品读上书。那首先呢，要和我们电视机前所有的观众来介绍一下，今天即将和我们一起识读尚书的几位读书人。分别是国际尚书学会会长钱宗武老师，欢迎您。欢迎钱老中央民族大学历史文化学院教授蒙曼老师欢迎。中国历史研究院古代史研究所研究员王启发老师，欢迎。刚才几位老师也一同看了这个开场的戏剧啊。当代读书人撒贝宁和古代读书人展开了一场跨越时空的对话。刚才戏剧当中也说到了相传啊，是孔子晚年整理编撰的这个尚书。孔子</w:t>
      </w:r>
      <w:proofErr w:type="gramStart"/>
      <w:r>
        <w:rPr>
          <w:rFonts w:ascii="仿宋" w:eastAsia="仿宋" w:hAnsi="仿宋"/>
          <w:sz w:val="32"/>
          <w:lang w:eastAsia="zh-CN"/>
        </w:rPr>
        <w:t>删</w:t>
      </w:r>
      <w:proofErr w:type="gramEnd"/>
      <w:r>
        <w:rPr>
          <w:rFonts w:ascii="仿宋" w:eastAsia="仿宋" w:hAnsi="仿宋"/>
          <w:sz w:val="32"/>
          <w:lang w:eastAsia="zh-CN"/>
        </w:rPr>
        <w:t>述六经，</w:t>
      </w:r>
    </w:p>
    <w:p w14:paraId="4113CA20" w14:textId="77777777" w:rsidR="00E87C95" w:rsidRDefault="00000000">
      <w:pPr>
        <w:spacing w:after="0" w:line="579" w:lineRule="exact"/>
        <w:ind w:firstLine="640"/>
        <w:rPr>
          <w:lang w:eastAsia="zh-CN"/>
        </w:rPr>
      </w:pPr>
      <w:r>
        <w:rPr>
          <w:rFonts w:ascii="仿宋" w:eastAsia="仿宋" w:hAnsi="仿宋"/>
          <w:sz w:val="32"/>
          <w:lang w:eastAsia="zh-CN"/>
        </w:rPr>
        <w:t>这可是中国文化史上的一件大事儿。诗书礼乐易，春秋</w:t>
      </w:r>
      <w:proofErr w:type="gramStart"/>
      <w:r>
        <w:rPr>
          <w:rFonts w:ascii="仿宋" w:eastAsia="仿宋" w:hAnsi="仿宋"/>
          <w:sz w:val="32"/>
          <w:lang w:eastAsia="zh-CN"/>
        </w:rPr>
        <w:t>诶</w:t>
      </w:r>
      <w:proofErr w:type="gramEnd"/>
      <w:r>
        <w:rPr>
          <w:rFonts w:ascii="仿宋" w:eastAsia="仿宋" w:hAnsi="仿宋"/>
          <w:sz w:val="32"/>
          <w:lang w:eastAsia="zh-CN"/>
        </w:rPr>
        <w:t>其中书就是咱们这个尚书。在刚才的戏剧当中啊，孔子向学生们讲述读书的好处的时候，他说，让后世读书而知先贤。执政执法。知</w:t>
      </w:r>
      <w:proofErr w:type="gramStart"/>
      <w:r>
        <w:rPr>
          <w:rFonts w:ascii="仿宋" w:eastAsia="仿宋" w:hAnsi="仿宋"/>
          <w:sz w:val="32"/>
          <w:lang w:eastAsia="zh-CN"/>
        </w:rPr>
        <w:t>先贤治</w:t>
      </w:r>
      <w:proofErr w:type="gramEnd"/>
      <w:r>
        <w:rPr>
          <w:rFonts w:ascii="仿宋" w:eastAsia="仿宋" w:hAnsi="仿宋"/>
          <w:sz w:val="32"/>
          <w:lang w:eastAsia="zh-CN"/>
        </w:rPr>
        <w:t>政之本。</w:t>
      </w:r>
      <w:proofErr w:type="gramStart"/>
      <w:r>
        <w:rPr>
          <w:rFonts w:ascii="仿宋" w:eastAsia="仿宋" w:hAnsi="仿宋"/>
          <w:sz w:val="32"/>
          <w:lang w:eastAsia="zh-CN"/>
        </w:rPr>
        <w:t>吾殊而</w:t>
      </w:r>
      <w:proofErr w:type="gramEnd"/>
      <w:r>
        <w:rPr>
          <w:rFonts w:ascii="仿宋" w:eastAsia="仿宋" w:hAnsi="仿宋"/>
          <w:sz w:val="32"/>
          <w:lang w:eastAsia="zh-CN"/>
        </w:rPr>
        <w:t>知朝代兴废之由。之朝代兴废之有，是个人修身之要。是个人修身之要，其实这句台词是钱老帮我们写下的点睛之笔。</w:t>
      </w:r>
      <w:proofErr w:type="gramStart"/>
      <w:r>
        <w:rPr>
          <w:rFonts w:ascii="仿宋" w:eastAsia="仿宋" w:hAnsi="仿宋"/>
          <w:sz w:val="32"/>
          <w:lang w:eastAsia="zh-CN"/>
        </w:rPr>
        <w:t>乡书呢</w:t>
      </w:r>
      <w:proofErr w:type="gramEnd"/>
      <w:r>
        <w:rPr>
          <w:rFonts w:ascii="仿宋" w:eastAsia="仿宋" w:hAnsi="仿宋"/>
          <w:sz w:val="32"/>
          <w:lang w:eastAsia="zh-CN"/>
        </w:rPr>
        <w:t>记载着。</w:t>
      </w:r>
    </w:p>
    <w:p w14:paraId="2F3DF795" w14:textId="77777777" w:rsidR="00E87C95" w:rsidRDefault="00000000">
      <w:pPr>
        <w:spacing w:after="0" w:line="579" w:lineRule="exact"/>
        <w:ind w:firstLine="640"/>
        <w:rPr>
          <w:lang w:eastAsia="zh-CN"/>
        </w:rPr>
      </w:pPr>
      <w:proofErr w:type="gramStart"/>
      <w:r>
        <w:rPr>
          <w:rFonts w:ascii="仿宋" w:eastAsia="仿宋" w:hAnsi="仿宋"/>
          <w:sz w:val="32"/>
          <w:lang w:eastAsia="zh-CN"/>
        </w:rPr>
        <w:t>尧舜禹夏商周</w:t>
      </w:r>
      <w:proofErr w:type="gramEnd"/>
      <w:r>
        <w:rPr>
          <w:rFonts w:ascii="仿宋" w:eastAsia="仿宋" w:hAnsi="仿宋"/>
          <w:sz w:val="32"/>
          <w:lang w:eastAsia="zh-CN"/>
        </w:rPr>
        <w:t>的历史以及曾经有个记载就是周文王啊，他</w:t>
      </w:r>
      <w:proofErr w:type="gramStart"/>
      <w:r>
        <w:rPr>
          <w:rFonts w:ascii="仿宋" w:eastAsia="仿宋" w:hAnsi="仿宋"/>
          <w:sz w:val="32"/>
          <w:lang w:eastAsia="zh-CN"/>
        </w:rPr>
        <w:t>他</w:t>
      </w:r>
      <w:proofErr w:type="gramEnd"/>
      <w:r>
        <w:rPr>
          <w:rFonts w:ascii="仿宋" w:eastAsia="仿宋" w:hAnsi="仿宋"/>
          <w:sz w:val="32"/>
          <w:lang w:eastAsia="zh-CN"/>
        </w:rPr>
        <w:t>做什么事情必定有史官记载的，哎，有一个史官就专门记他讲什么话，有一个史官呢。就</w:t>
      </w:r>
      <w:proofErr w:type="gramStart"/>
      <w:r>
        <w:rPr>
          <w:rFonts w:ascii="仿宋" w:eastAsia="仿宋" w:hAnsi="仿宋"/>
          <w:sz w:val="32"/>
          <w:lang w:eastAsia="zh-CN"/>
        </w:rPr>
        <w:t>就</w:t>
      </w:r>
      <w:proofErr w:type="gramEnd"/>
      <w:r>
        <w:rPr>
          <w:rFonts w:ascii="仿宋" w:eastAsia="仿宋" w:hAnsi="仿宋"/>
          <w:sz w:val="32"/>
          <w:lang w:eastAsia="zh-CN"/>
        </w:rPr>
        <w:t>专门记他有什么行动，这些材料就秉承了上述按照时间顺序的并排，一共分成四个部分《虞书》《夏书》《商书》《周书》。一共是58篇，有上千年在这跨度，这样说就记载整个这个时间跨度里面。重要的历史人物，历史事情，历史经营和历史智慧。</w:t>
      </w:r>
    </w:p>
    <w:p w14:paraId="774FCD51" w14:textId="77777777" w:rsidR="00E87C95" w:rsidRDefault="00000000">
      <w:pPr>
        <w:spacing w:after="0" w:line="579" w:lineRule="exact"/>
        <w:ind w:firstLine="640"/>
        <w:rPr>
          <w:lang w:eastAsia="zh-CN"/>
        </w:rPr>
      </w:pPr>
      <w:r>
        <w:rPr>
          <w:rFonts w:ascii="仿宋" w:eastAsia="仿宋" w:hAnsi="仿宋"/>
          <w:sz w:val="32"/>
          <w:lang w:eastAsia="zh-CN"/>
        </w:rPr>
        <w:lastRenderedPageBreak/>
        <w:t>打开这本书，我们可以追溯到华夏文明的源头，对其实民</w:t>
      </w:r>
      <w:proofErr w:type="gramStart"/>
      <w:r>
        <w:rPr>
          <w:rFonts w:ascii="仿宋" w:eastAsia="仿宋" w:hAnsi="仿宋"/>
          <w:sz w:val="32"/>
          <w:lang w:eastAsia="zh-CN"/>
        </w:rPr>
        <w:t>本这个</w:t>
      </w:r>
      <w:proofErr w:type="gramEnd"/>
      <w:r>
        <w:rPr>
          <w:rFonts w:ascii="仿宋" w:eastAsia="仿宋" w:hAnsi="仿宋"/>
          <w:sz w:val="32"/>
          <w:lang w:eastAsia="zh-CN"/>
        </w:rPr>
        <w:t>概念最早呢，是来源于尚书《五子之歌》。那原文是民惟</w:t>
      </w:r>
      <w:proofErr w:type="gramStart"/>
      <w:r>
        <w:rPr>
          <w:rFonts w:ascii="仿宋" w:eastAsia="仿宋" w:hAnsi="仿宋"/>
          <w:sz w:val="32"/>
          <w:lang w:eastAsia="zh-CN"/>
        </w:rPr>
        <w:t>邦</w:t>
      </w:r>
      <w:proofErr w:type="gramEnd"/>
      <w:r>
        <w:rPr>
          <w:rFonts w:ascii="仿宋" w:eastAsia="仿宋" w:hAnsi="仿宋"/>
          <w:sz w:val="32"/>
          <w:lang w:eastAsia="zh-CN"/>
        </w:rPr>
        <w:t>本，本固</w:t>
      </w:r>
      <w:proofErr w:type="gramStart"/>
      <w:r>
        <w:rPr>
          <w:rFonts w:ascii="仿宋" w:eastAsia="仿宋" w:hAnsi="仿宋"/>
          <w:sz w:val="32"/>
          <w:lang w:eastAsia="zh-CN"/>
        </w:rPr>
        <w:t>邦</w:t>
      </w:r>
      <w:proofErr w:type="gramEnd"/>
      <w:r>
        <w:rPr>
          <w:rFonts w:ascii="仿宋" w:eastAsia="仿宋" w:hAnsi="仿宋"/>
          <w:sz w:val="32"/>
          <w:lang w:eastAsia="zh-CN"/>
        </w:rPr>
        <w:t>宁。对对对，是民本就来自于民惟</w:t>
      </w:r>
      <w:proofErr w:type="gramStart"/>
      <w:r>
        <w:rPr>
          <w:rFonts w:ascii="仿宋" w:eastAsia="仿宋" w:hAnsi="仿宋"/>
          <w:sz w:val="32"/>
          <w:lang w:eastAsia="zh-CN"/>
        </w:rPr>
        <w:t>邦</w:t>
      </w:r>
      <w:proofErr w:type="gramEnd"/>
      <w:r>
        <w:rPr>
          <w:rFonts w:ascii="仿宋" w:eastAsia="仿宋" w:hAnsi="仿宋"/>
          <w:sz w:val="32"/>
          <w:lang w:eastAsia="zh-CN"/>
        </w:rPr>
        <w:t>本，《五子之歌》本身就是一个特有意思的故事啊嗯，您讲讲大禹治水禹是一个不得了的人君。啊，他勤政</w:t>
      </w:r>
      <w:proofErr w:type="gramStart"/>
      <w:r>
        <w:rPr>
          <w:rFonts w:ascii="仿宋" w:eastAsia="仿宋" w:hAnsi="仿宋"/>
          <w:sz w:val="32"/>
          <w:lang w:eastAsia="zh-CN"/>
        </w:rPr>
        <w:t>爱民呃三过</w:t>
      </w:r>
      <w:proofErr w:type="gramEnd"/>
      <w:r>
        <w:rPr>
          <w:rFonts w:ascii="仿宋" w:eastAsia="仿宋" w:hAnsi="仿宋"/>
          <w:sz w:val="32"/>
          <w:lang w:eastAsia="zh-CN"/>
        </w:rPr>
        <w:t>家，门而不入，可是呢，建立了夏朝之后，</w:t>
      </w:r>
    </w:p>
    <w:p w14:paraId="4B84937D" w14:textId="77777777" w:rsidR="00E87C95" w:rsidRDefault="00000000">
      <w:pPr>
        <w:spacing w:after="0" w:line="579" w:lineRule="exact"/>
        <w:ind w:firstLine="640"/>
        <w:rPr>
          <w:lang w:eastAsia="zh-CN"/>
        </w:rPr>
      </w:pPr>
      <w:r>
        <w:rPr>
          <w:rFonts w:ascii="仿宋" w:eastAsia="仿宋" w:hAnsi="仿宋"/>
          <w:sz w:val="32"/>
          <w:lang w:eastAsia="zh-CN"/>
        </w:rPr>
        <w:t>他的儿子启</w:t>
      </w:r>
      <w:proofErr w:type="gramStart"/>
      <w:r>
        <w:rPr>
          <w:rFonts w:ascii="仿宋" w:eastAsia="仿宋" w:hAnsi="仿宋"/>
          <w:sz w:val="32"/>
          <w:lang w:eastAsia="zh-CN"/>
        </w:rPr>
        <w:t>呃启开始</w:t>
      </w:r>
      <w:proofErr w:type="gramEnd"/>
      <w:r>
        <w:rPr>
          <w:rFonts w:ascii="仿宋" w:eastAsia="仿宋" w:hAnsi="仿宋"/>
          <w:sz w:val="32"/>
          <w:lang w:eastAsia="zh-CN"/>
        </w:rPr>
        <w:t>的时候还可以，到晚年就不行了。后来娶的儿子太康就整天出去打猎呀，</w:t>
      </w:r>
      <w:proofErr w:type="gramStart"/>
      <w:r>
        <w:rPr>
          <w:rFonts w:ascii="仿宋" w:eastAsia="仿宋" w:hAnsi="仿宋"/>
          <w:sz w:val="32"/>
          <w:lang w:eastAsia="zh-CN"/>
        </w:rPr>
        <w:t>一</w:t>
      </w:r>
      <w:proofErr w:type="gramEnd"/>
      <w:r>
        <w:rPr>
          <w:rFonts w:ascii="仿宋" w:eastAsia="仿宋" w:hAnsi="仿宋"/>
          <w:sz w:val="32"/>
          <w:lang w:eastAsia="zh-CN"/>
        </w:rPr>
        <w:t>打猎好几个月半年都不回家，老百姓长期没有人来管理，有很多混乱的局面就出现。有一次他又出去打猎去了，又是那么100来天没有回来，结果东夷有一个优秀人物出现了。这个人是谁？说起来大家都知道，嫦娥她丈夫后羿是吗？对射日的那个后羿。其实他是东夷的一个首领，他直接把太康回来的路给卡住了，</w:t>
      </w:r>
    </w:p>
    <w:p w14:paraId="381AEE03" w14:textId="77777777" w:rsidR="00E87C95" w:rsidRDefault="00000000">
      <w:pPr>
        <w:spacing w:after="0" w:line="579" w:lineRule="exact"/>
        <w:ind w:firstLine="640"/>
        <w:rPr>
          <w:lang w:eastAsia="zh-CN"/>
        </w:rPr>
      </w:pPr>
      <w:r>
        <w:rPr>
          <w:rFonts w:ascii="仿宋" w:eastAsia="仿宋" w:hAnsi="仿宋"/>
          <w:sz w:val="32"/>
          <w:lang w:eastAsia="zh-CN"/>
        </w:rPr>
        <w:t>就你别回来了。这叫什么？叫太康失国呀，然后太康的母亲还有兄弟，那也被赶出宫廷啊，他们就在黄河之畔徘徊，一边徘徊一边。思考怎么与开创的那么大好的局面，到太康这儿就乱成这个样子了。哎，所以他们把自己的心曲表达出来，就是《五子之歌》，也就是唱了五首歌。第一，手里就有刚才你提到的那句话，</w:t>
      </w:r>
    </w:p>
    <w:p w14:paraId="7C29CD7E" w14:textId="77777777" w:rsidR="00E87C95" w:rsidRDefault="00000000">
      <w:pPr>
        <w:spacing w:after="0" w:line="579" w:lineRule="exact"/>
        <w:ind w:firstLine="640"/>
        <w:rPr>
          <w:lang w:eastAsia="zh-CN"/>
        </w:rPr>
      </w:pPr>
      <w:r>
        <w:rPr>
          <w:rFonts w:ascii="仿宋" w:eastAsia="仿宋" w:hAnsi="仿宋"/>
          <w:sz w:val="32"/>
          <w:lang w:eastAsia="zh-CN"/>
        </w:rPr>
        <w:t>民惟</w:t>
      </w:r>
      <w:proofErr w:type="gramStart"/>
      <w:r>
        <w:rPr>
          <w:rFonts w:ascii="仿宋" w:eastAsia="仿宋" w:hAnsi="仿宋"/>
          <w:sz w:val="32"/>
          <w:lang w:eastAsia="zh-CN"/>
        </w:rPr>
        <w:t>邦</w:t>
      </w:r>
      <w:proofErr w:type="gramEnd"/>
      <w:r>
        <w:rPr>
          <w:rFonts w:ascii="仿宋" w:eastAsia="仿宋" w:hAnsi="仿宋"/>
          <w:sz w:val="32"/>
          <w:lang w:eastAsia="zh-CN"/>
        </w:rPr>
        <w:t>本，本固</w:t>
      </w:r>
      <w:proofErr w:type="gramStart"/>
      <w:r>
        <w:rPr>
          <w:rFonts w:ascii="仿宋" w:eastAsia="仿宋" w:hAnsi="仿宋"/>
          <w:sz w:val="32"/>
          <w:lang w:eastAsia="zh-CN"/>
        </w:rPr>
        <w:t>邦</w:t>
      </w:r>
      <w:proofErr w:type="gramEnd"/>
      <w:r>
        <w:rPr>
          <w:rFonts w:ascii="仿宋" w:eastAsia="仿宋" w:hAnsi="仿宋"/>
          <w:sz w:val="32"/>
          <w:lang w:eastAsia="zh-CN"/>
        </w:rPr>
        <w:t>宁啊。后来到了战国时代，孟子那个时候叫什么民为贵社，</w:t>
      </w:r>
      <w:proofErr w:type="gramStart"/>
      <w:r>
        <w:rPr>
          <w:rFonts w:ascii="仿宋" w:eastAsia="仿宋" w:hAnsi="仿宋"/>
          <w:sz w:val="32"/>
          <w:lang w:eastAsia="zh-CN"/>
        </w:rPr>
        <w:t>骥</w:t>
      </w:r>
      <w:proofErr w:type="gramEnd"/>
      <w:r>
        <w:rPr>
          <w:rFonts w:ascii="仿宋" w:eastAsia="仿宋" w:hAnsi="仿宋"/>
          <w:sz w:val="32"/>
          <w:lang w:eastAsia="zh-CN"/>
        </w:rPr>
        <w:t>次之，君为轻。包括我们讲唐朝</w:t>
      </w:r>
      <w:proofErr w:type="gramStart"/>
      <w:r>
        <w:rPr>
          <w:rFonts w:ascii="仿宋" w:eastAsia="仿宋" w:hAnsi="仿宋"/>
          <w:sz w:val="32"/>
          <w:lang w:eastAsia="zh-CN"/>
        </w:rPr>
        <w:t>魏征跟唐太宗</w:t>
      </w:r>
      <w:proofErr w:type="gramEnd"/>
      <w:r>
        <w:rPr>
          <w:rFonts w:ascii="仿宋" w:eastAsia="仿宋" w:hAnsi="仿宋"/>
          <w:sz w:val="32"/>
          <w:lang w:eastAsia="zh-CN"/>
        </w:rPr>
        <w:t>啊，两个人论证论的是什么呀？哎，</w:t>
      </w:r>
      <w:proofErr w:type="gramStart"/>
      <w:r>
        <w:rPr>
          <w:rFonts w:ascii="仿宋" w:eastAsia="仿宋" w:hAnsi="仿宋"/>
          <w:sz w:val="32"/>
          <w:lang w:eastAsia="zh-CN"/>
        </w:rPr>
        <w:t>君周也</w:t>
      </w:r>
      <w:proofErr w:type="gramEnd"/>
      <w:r>
        <w:rPr>
          <w:rFonts w:ascii="仿宋" w:eastAsia="仿宋" w:hAnsi="仿宋"/>
          <w:sz w:val="32"/>
          <w:lang w:eastAsia="zh-CN"/>
        </w:rPr>
        <w:t>人水</w:t>
      </w:r>
      <w:r>
        <w:rPr>
          <w:rFonts w:ascii="仿宋" w:eastAsia="仿宋" w:hAnsi="仿宋"/>
          <w:sz w:val="32"/>
          <w:lang w:eastAsia="zh-CN"/>
        </w:rPr>
        <w:lastRenderedPageBreak/>
        <w:t>也水能载舟，亦能覆舟这还是民惟</w:t>
      </w:r>
      <w:proofErr w:type="gramStart"/>
      <w:r>
        <w:rPr>
          <w:rFonts w:ascii="仿宋" w:eastAsia="仿宋" w:hAnsi="仿宋"/>
          <w:sz w:val="32"/>
          <w:lang w:eastAsia="zh-CN"/>
        </w:rPr>
        <w:t>邦</w:t>
      </w:r>
      <w:proofErr w:type="gramEnd"/>
      <w:r>
        <w:rPr>
          <w:rFonts w:ascii="仿宋" w:eastAsia="仿宋" w:hAnsi="仿宋"/>
          <w:sz w:val="32"/>
          <w:lang w:eastAsia="zh-CN"/>
        </w:rPr>
        <w:t>本，本固</w:t>
      </w:r>
      <w:proofErr w:type="gramStart"/>
      <w:r>
        <w:rPr>
          <w:rFonts w:ascii="仿宋" w:eastAsia="仿宋" w:hAnsi="仿宋"/>
          <w:sz w:val="32"/>
          <w:lang w:eastAsia="zh-CN"/>
        </w:rPr>
        <w:t>邦</w:t>
      </w:r>
      <w:proofErr w:type="gramEnd"/>
      <w:r>
        <w:rPr>
          <w:rFonts w:ascii="仿宋" w:eastAsia="仿宋" w:hAnsi="仿宋"/>
          <w:sz w:val="32"/>
          <w:lang w:eastAsia="zh-CN"/>
        </w:rPr>
        <w:t>宁，直到今天，我们秉承的还是这个思想，</w:t>
      </w:r>
    </w:p>
    <w:p w14:paraId="6ABD43E5" w14:textId="77777777" w:rsidR="00E87C95" w:rsidRDefault="00000000">
      <w:pPr>
        <w:spacing w:after="0" w:line="579" w:lineRule="exact"/>
        <w:ind w:firstLine="640"/>
        <w:rPr>
          <w:lang w:eastAsia="zh-CN"/>
        </w:rPr>
      </w:pPr>
      <w:r>
        <w:rPr>
          <w:rFonts w:ascii="仿宋" w:eastAsia="仿宋" w:hAnsi="仿宋"/>
          <w:sz w:val="32"/>
          <w:lang w:eastAsia="zh-CN"/>
        </w:rPr>
        <w:t>这个民本思想得民心者。得天下失民心者，失天下对。上述呢，一直被称为政书之祖。史书之源。我们华夏</w:t>
      </w:r>
      <w:proofErr w:type="gramStart"/>
      <w:r>
        <w:rPr>
          <w:rFonts w:ascii="仿宋" w:eastAsia="仿宋" w:hAnsi="仿宋"/>
          <w:sz w:val="32"/>
          <w:lang w:eastAsia="zh-CN"/>
        </w:rPr>
        <w:t>文明案</w:t>
      </w:r>
      <w:proofErr w:type="gramEnd"/>
      <w:r>
        <w:rPr>
          <w:rFonts w:ascii="仿宋" w:eastAsia="仿宋" w:hAnsi="仿宋"/>
          <w:sz w:val="32"/>
          <w:lang w:eastAsia="zh-CN"/>
        </w:rPr>
        <w:t>有很多的。首创性的创建就从上周开始的。上述里面有很多我们文化的定义。你比方第一次出行礼仪。世俗礼乐的礼第一是提及了统一引力和度量衡。第一是制定立法。上述里面有都有记载，尚书可以说是文化原点，这些重要的思想来源</w:t>
      </w:r>
      <w:proofErr w:type="gramStart"/>
      <w:r>
        <w:rPr>
          <w:rFonts w:ascii="仿宋" w:eastAsia="仿宋" w:hAnsi="仿宋"/>
          <w:sz w:val="32"/>
          <w:lang w:eastAsia="zh-CN"/>
        </w:rPr>
        <w:t>这么多这么多</w:t>
      </w:r>
      <w:proofErr w:type="gramEnd"/>
      <w:r>
        <w:rPr>
          <w:rFonts w:ascii="仿宋" w:eastAsia="仿宋" w:hAnsi="仿宋"/>
          <w:sz w:val="32"/>
          <w:lang w:eastAsia="zh-CN"/>
        </w:rPr>
        <w:t>的，</w:t>
      </w:r>
    </w:p>
    <w:p w14:paraId="79E2A265" w14:textId="77777777" w:rsidR="00E87C95" w:rsidRDefault="00000000">
      <w:pPr>
        <w:spacing w:after="0" w:line="579" w:lineRule="exact"/>
        <w:ind w:firstLine="640"/>
        <w:rPr>
          <w:lang w:eastAsia="zh-CN"/>
        </w:rPr>
      </w:pPr>
      <w:r>
        <w:rPr>
          <w:rFonts w:ascii="仿宋" w:eastAsia="仿宋" w:hAnsi="仿宋"/>
          <w:sz w:val="32"/>
          <w:lang w:eastAsia="zh-CN"/>
        </w:rPr>
        <w:t>第一次都在这本书里面。所以是不是证明了我们典籍里的中国第一期选择尚书是一个非常明智的选择，那当然我们这节目叫什么叫典籍里的中国？点是什么？你看这个点造字就能看出来呀。这是小篆的典，你看上头那是什么？</w:t>
      </w:r>
      <w:proofErr w:type="gramStart"/>
      <w:r>
        <w:rPr>
          <w:rFonts w:ascii="仿宋" w:eastAsia="仿宋" w:hAnsi="仿宋"/>
          <w:sz w:val="32"/>
          <w:lang w:eastAsia="zh-CN"/>
        </w:rPr>
        <w:t>是册对</w:t>
      </w:r>
      <w:proofErr w:type="gramEnd"/>
      <w:r>
        <w:rPr>
          <w:rFonts w:ascii="仿宋" w:eastAsia="仿宋" w:hAnsi="仿宋"/>
          <w:sz w:val="32"/>
          <w:lang w:eastAsia="zh-CN"/>
        </w:rPr>
        <w:t>吧？然后下面是什么？下面是几啊。</w:t>
      </w:r>
      <w:proofErr w:type="gramStart"/>
      <w:r>
        <w:rPr>
          <w:rFonts w:ascii="仿宋" w:eastAsia="仿宋" w:hAnsi="仿宋"/>
          <w:sz w:val="32"/>
          <w:lang w:eastAsia="zh-CN"/>
        </w:rPr>
        <w:t>这是册放在</w:t>
      </w:r>
      <w:proofErr w:type="gramEnd"/>
      <w:r>
        <w:rPr>
          <w:rFonts w:ascii="仿宋" w:eastAsia="仿宋" w:hAnsi="仿宋"/>
          <w:sz w:val="32"/>
          <w:lang w:eastAsia="zh-CN"/>
        </w:rPr>
        <w:t>几案之上。其实在甲骨文里是两只手捧着它的嗯，这是慢慢演化成放在基案之上了，那个环形的就代表边翰林作家的回调哦。如果把这个塑料放在纸上，</w:t>
      </w:r>
    </w:p>
    <w:p w14:paraId="067D06B7" w14:textId="77777777" w:rsidR="00E87C95" w:rsidRDefault="00000000">
      <w:pPr>
        <w:spacing w:after="0" w:line="579" w:lineRule="exact"/>
        <w:ind w:firstLine="640"/>
        <w:rPr>
          <w:lang w:eastAsia="zh-CN"/>
        </w:rPr>
      </w:pPr>
      <w:r>
        <w:rPr>
          <w:rFonts w:ascii="仿宋" w:eastAsia="仿宋" w:hAnsi="仿宋"/>
          <w:sz w:val="32"/>
          <w:lang w:eastAsia="zh-CN"/>
        </w:rPr>
        <w:t>就是最最尊贵的。为什么这些册子如此尊贵？因为它代表一种规范点，就是标准。就是规范，那你看尚书开篇什么《尧典》</w:t>
      </w:r>
      <w:proofErr w:type="gramStart"/>
      <w:r>
        <w:rPr>
          <w:rFonts w:ascii="仿宋" w:eastAsia="仿宋" w:hAnsi="仿宋"/>
          <w:sz w:val="32"/>
          <w:lang w:eastAsia="zh-CN"/>
        </w:rPr>
        <w:t>哎尧那个</w:t>
      </w:r>
      <w:proofErr w:type="gramEnd"/>
      <w:r>
        <w:rPr>
          <w:rFonts w:ascii="仿宋" w:eastAsia="仿宋" w:hAnsi="仿宋"/>
          <w:sz w:val="32"/>
          <w:lang w:eastAsia="zh-CN"/>
        </w:rPr>
        <w:t>时代奠定的一种规范。那就是勤政爱民呐，是你看我们典籍里的中国，我们先讲这个典字儿是吗？哎，</w:t>
      </w:r>
      <w:r>
        <w:rPr>
          <w:rFonts w:ascii="仿宋" w:eastAsia="仿宋" w:hAnsi="仿宋"/>
          <w:sz w:val="32"/>
          <w:lang w:eastAsia="zh-CN"/>
        </w:rPr>
        <w:lastRenderedPageBreak/>
        <w:t>我们就把这个规范给传承下来。然后呢，让它像火把一样嘿照亮过去，更照亮未来。是的，</w:t>
      </w:r>
    </w:p>
    <w:p w14:paraId="05773E13" w14:textId="77777777" w:rsidR="00E87C95" w:rsidRDefault="00000000">
      <w:pPr>
        <w:spacing w:after="0" w:line="579" w:lineRule="exact"/>
        <w:ind w:firstLine="640"/>
        <w:rPr>
          <w:lang w:eastAsia="zh-CN"/>
        </w:rPr>
      </w:pPr>
      <w:r>
        <w:rPr>
          <w:rFonts w:ascii="仿宋" w:eastAsia="仿宋" w:hAnsi="仿宋"/>
          <w:sz w:val="32"/>
          <w:lang w:eastAsia="zh-CN"/>
        </w:rPr>
        <w:t>其实典籍里的中国就是希望大家都能够</w:t>
      </w:r>
      <w:proofErr w:type="gramStart"/>
      <w:r>
        <w:rPr>
          <w:rFonts w:ascii="仿宋" w:eastAsia="仿宋" w:hAnsi="仿宋"/>
          <w:sz w:val="32"/>
          <w:lang w:eastAsia="zh-CN"/>
        </w:rPr>
        <w:t>去真正</w:t>
      </w:r>
      <w:proofErr w:type="gramEnd"/>
      <w:r>
        <w:rPr>
          <w:rFonts w:ascii="仿宋" w:eastAsia="仿宋" w:hAnsi="仿宋"/>
          <w:sz w:val="32"/>
          <w:lang w:eastAsia="zh-CN"/>
        </w:rPr>
        <w:t>走进这些值得一读的典籍，因为这些典籍真的是照亮源远流长的华夏文明。没错。上书整理的过程以及流传的过程当中，有一个人非常非常重要，我们来看这样的一幅画。相传这幅伏生授经图是唐代诗人王维所画。那画中，伏生正在讲的这个经卷就是尚书。没错，伏生是什么人？他生在周的末年，到了秦朝，当了博士了，那后来呢？</w:t>
      </w:r>
    </w:p>
    <w:p w14:paraId="4A951D18" w14:textId="77777777" w:rsidR="00E87C95" w:rsidRDefault="00000000">
      <w:pPr>
        <w:spacing w:after="0" w:line="579" w:lineRule="exact"/>
        <w:ind w:firstLine="640"/>
        <w:rPr>
          <w:lang w:eastAsia="zh-CN"/>
        </w:rPr>
      </w:pPr>
      <w:proofErr w:type="gramStart"/>
      <w:r>
        <w:rPr>
          <w:rFonts w:ascii="仿宋" w:eastAsia="仿宋" w:hAnsi="仿宋"/>
          <w:sz w:val="32"/>
          <w:lang w:eastAsia="zh-CN"/>
        </w:rPr>
        <w:t>起末处汉</w:t>
      </w:r>
      <w:proofErr w:type="gramEnd"/>
      <w:r>
        <w:rPr>
          <w:rFonts w:ascii="仿宋" w:eastAsia="仿宋" w:hAnsi="仿宋"/>
          <w:sz w:val="32"/>
          <w:lang w:eastAsia="zh-CN"/>
        </w:rPr>
        <w:t>战争，楚人一炬，可怜焦土。很多很多东西都没有了，他呢，也是流离失所，但是就在他逃命之前。他把一部尚书藏在自己的家的墙壁之中了，这是他最真实的东西。后来到了看会帝的时候，废除那个</w:t>
      </w:r>
      <w:proofErr w:type="gramStart"/>
      <w:r>
        <w:rPr>
          <w:rFonts w:ascii="仿宋" w:eastAsia="仿宋" w:hAnsi="仿宋"/>
          <w:sz w:val="32"/>
          <w:lang w:eastAsia="zh-CN"/>
        </w:rPr>
        <w:t>邪书律了</w:t>
      </w:r>
      <w:proofErr w:type="gramEnd"/>
      <w:r>
        <w:rPr>
          <w:rFonts w:ascii="仿宋" w:eastAsia="仿宋" w:hAnsi="仿宋"/>
          <w:sz w:val="32"/>
          <w:lang w:eastAsia="zh-CN"/>
        </w:rPr>
        <w:t>嘛，就是大家还可以自由自在的把原来秦朝不让看的那些书又拿出来了。然后这时候他辗转回到家乡，把那个壁打开，结果那个书已经不是他封好的那个样子了。</w:t>
      </w:r>
    </w:p>
    <w:p w14:paraId="5589F26A" w14:textId="77777777" w:rsidR="00E87C95" w:rsidRDefault="00000000">
      <w:pPr>
        <w:spacing w:after="0" w:line="579" w:lineRule="exact"/>
        <w:ind w:firstLine="640"/>
        <w:rPr>
          <w:lang w:eastAsia="zh-CN"/>
        </w:rPr>
      </w:pPr>
      <w:r>
        <w:rPr>
          <w:rFonts w:ascii="仿宋" w:eastAsia="仿宋" w:hAnsi="仿宋"/>
          <w:sz w:val="32"/>
          <w:lang w:eastAsia="zh-CN"/>
        </w:rPr>
        <w:t>这么多年呐，有虫蛀吧，有烟熏吧，哎，散溢了好多了。只剩下28篇对他是山东人呐，就在山东讲学，慢慢传到皇帝耳朵里了，这个皇帝是谁？</w:t>
      </w:r>
      <w:proofErr w:type="gramStart"/>
      <w:r>
        <w:rPr>
          <w:rFonts w:ascii="仿宋" w:eastAsia="仿宋" w:hAnsi="仿宋"/>
          <w:sz w:val="32"/>
          <w:lang w:eastAsia="zh-CN"/>
        </w:rPr>
        <w:t>汉文帝汉文帝</w:t>
      </w:r>
      <w:proofErr w:type="gramEnd"/>
      <w:r>
        <w:rPr>
          <w:rFonts w:ascii="仿宋" w:eastAsia="仿宋" w:hAnsi="仿宋"/>
          <w:sz w:val="32"/>
          <w:lang w:eastAsia="zh-CN"/>
        </w:rPr>
        <w:t>要保护文化，传承文化了，</w:t>
      </w:r>
      <w:proofErr w:type="gramStart"/>
      <w:r>
        <w:rPr>
          <w:rFonts w:ascii="仿宋" w:eastAsia="仿宋" w:hAnsi="仿宋"/>
          <w:sz w:val="32"/>
          <w:lang w:eastAsia="zh-CN"/>
        </w:rPr>
        <w:t>就跟伏生</w:t>
      </w:r>
      <w:proofErr w:type="gramEnd"/>
      <w:r>
        <w:rPr>
          <w:rFonts w:ascii="仿宋" w:eastAsia="仿宋" w:hAnsi="仿宋"/>
          <w:sz w:val="32"/>
          <w:lang w:eastAsia="zh-CN"/>
        </w:rPr>
        <w:t>说，你到朝廷里来讲吧。可是伏生当时已经90多岁了，没有办法再从山东一直到陕西了。</w:t>
      </w:r>
    </w:p>
    <w:p w14:paraId="2825BE67" w14:textId="77777777" w:rsidR="00E87C95" w:rsidRDefault="00000000">
      <w:pPr>
        <w:spacing w:after="0" w:line="579" w:lineRule="exact"/>
        <w:ind w:firstLine="640"/>
        <w:rPr>
          <w:lang w:eastAsia="zh-CN"/>
        </w:rPr>
      </w:pPr>
      <w:r>
        <w:rPr>
          <w:rFonts w:ascii="仿宋" w:eastAsia="仿宋" w:hAnsi="仿宋"/>
          <w:sz w:val="32"/>
          <w:lang w:eastAsia="zh-CN"/>
        </w:rPr>
        <w:lastRenderedPageBreak/>
        <w:t>啊，汉文帝讲你不能来，我</w:t>
      </w:r>
      <w:proofErr w:type="gramStart"/>
      <w:r>
        <w:rPr>
          <w:rFonts w:ascii="仿宋" w:eastAsia="仿宋" w:hAnsi="仿宋"/>
          <w:sz w:val="32"/>
          <w:lang w:eastAsia="zh-CN"/>
        </w:rPr>
        <w:t>派人去派的</w:t>
      </w:r>
      <w:proofErr w:type="gramEnd"/>
      <w:r>
        <w:rPr>
          <w:rFonts w:ascii="仿宋" w:eastAsia="仿宋" w:hAnsi="仿宋"/>
          <w:sz w:val="32"/>
          <w:lang w:eastAsia="zh-CN"/>
        </w:rPr>
        <w:t>是谁？大名鼎鼎的</w:t>
      </w:r>
      <w:proofErr w:type="gramStart"/>
      <w:r>
        <w:rPr>
          <w:rFonts w:ascii="仿宋" w:eastAsia="仿宋" w:hAnsi="仿宋"/>
          <w:sz w:val="32"/>
          <w:lang w:eastAsia="zh-CN"/>
        </w:rPr>
        <w:t>晁</w:t>
      </w:r>
      <w:proofErr w:type="gramEnd"/>
      <w:r>
        <w:rPr>
          <w:rFonts w:ascii="仿宋" w:eastAsia="仿宋" w:hAnsi="仿宋"/>
          <w:sz w:val="32"/>
          <w:lang w:eastAsia="zh-CN"/>
        </w:rPr>
        <w:t>错去到山东。亲耳聆听伏生的教诲，</w:t>
      </w:r>
      <w:proofErr w:type="gramStart"/>
      <w:r>
        <w:rPr>
          <w:rFonts w:ascii="仿宋" w:eastAsia="仿宋" w:hAnsi="仿宋"/>
          <w:sz w:val="32"/>
          <w:lang w:eastAsia="zh-CN"/>
        </w:rPr>
        <w:t>你看坐在</w:t>
      </w:r>
      <w:proofErr w:type="gramEnd"/>
      <w:r>
        <w:rPr>
          <w:rFonts w:ascii="仿宋" w:eastAsia="仿宋" w:hAnsi="仿宋"/>
          <w:sz w:val="32"/>
          <w:lang w:eastAsia="zh-CN"/>
        </w:rPr>
        <w:t>那儿的老人是伏生哈，在那儿听的那个人是谁呀？</w:t>
      </w:r>
      <w:proofErr w:type="gramStart"/>
      <w:r>
        <w:rPr>
          <w:rFonts w:ascii="仿宋" w:eastAsia="仿宋" w:hAnsi="仿宋"/>
          <w:sz w:val="32"/>
          <w:lang w:eastAsia="zh-CN"/>
        </w:rPr>
        <w:t>晁</w:t>
      </w:r>
      <w:proofErr w:type="gramEnd"/>
      <w:r>
        <w:rPr>
          <w:rFonts w:ascii="仿宋" w:eastAsia="仿宋" w:hAnsi="仿宋"/>
          <w:sz w:val="32"/>
          <w:lang w:eastAsia="zh-CN"/>
        </w:rPr>
        <w:t>错。所以如果没有伏生，就没有我们后来看到的尚书啊。其实伏生授经图这个画儿啊，历代都是在画的。历代人们都特别重视伏生传经的这个伟大贡献。为什么我们中国文化就是这样不绝如缕，薪火相传？</w:t>
      </w:r>
    </w:p>
    <w:p w14:paraId="4B062C7D" w14:textId="77777777" w:rsidR="00E87C95" w:rsidRDefault="00000000">
      <w:pPr>
        <w:spacing w:after="0" w:line="579" w:lineRule="exact"/>
        <w:ind w:firstLine="640"/>
        <w:rPr>
          <w:lang w:eastAsia="zh-CN"/>
        </w:rPr>
      </w:pPr>
      <w:r>
        <w:rPr>
          <w:rFonts w:ascii="仿宋" w:eastAsia="仿宋" w:hAnsi="仿宋"/>
          <w:sz w:val="32"/>
          <w:lang w:eastAsia="zh-CN"/>
        </w:rPr>
        <w:t>这个后人就发生评价，有一句比较著名的话。</w:t>
      </w:r>
      <w:proofErr w:type="gramStart"/>
      <w:r>
        <w:rPr>
          <w:rFonts w:ascii="仿宋" w:eastAsia="仿宋" w:hAnsi="仿宋"/>
          <w:sz w:val="32"/>
          <w:lang w:eastAsia="zh-CN"/>
        </w:rPr>
        <w:t>汉无伏</w:t>
      </w:r>
      <w:proofErr w:type="gramEnd"/>
      <w:r>
        <w:rPr>
          <w:rFonts w:ascii="仿宋" w:eastAsia="仿宋" w:hAnsi="仿宋"/>
          <w:sz w:val="32"/>
          <w:lang w:eastAsia="zh-CN"/>
        </w:rPr>
        <w:t>生，则《尚书》不传；传</w:t>
      </w:r>
      <w:proofErr w:type="gramStart"/>
      <w:r>
        <w:rPr>
          <w:rFonts w:ascii="仿宋" w:eastAsia="仿宋" w:hAnsi="仿宋"/>
          <w:sz w:val="32"/>
          <w:lang w:eastAsia="zh-CN"/>
        </w:rPr>
        <w:t>而无伏生</w:t>
      </w:r>
      <w:proofErr w:type="gramEnd"/>
      <w:r>
        <w:rPr>
          <w:rFonts w:ascii="仿宋" w:eastAsia="仿宋" w:hAnsi="仿宋"/>
          <w:sz w:val="32"/>
          <w:lang w:eastAsia="zh-CN"/>
        </w:rPr>
        <w:t>，亦不明其意。其实听到这句话就能够感受到伏生在尚书的传承以及传播当中所具有的重要的地位。</w:t>
      </w:r>
      <w:proofErr w:type="gramStart"/>
      <w:r>
        <w:rPr>
          <w:rFonts w:ascii="仿宋" w:eastAsia="仿宋" w:hAnsi="仿宋"/>
          <w:sz w:val="32"/>
          <w:lang w:eastAsia="zh-CN"/>
        </w:rPr>
        <w:t>那再次</w:t>
      </w:r>
      <w:proofErr w:type="gramEnd"/>
      <w:r>
        <w:rPr>
          <w:rFonts w:ascii="仿宋" w:eastAsia="仿宋" w:hAnsi="仿宋"/>
          <w:sz w:val="32"/>
          <w:lang w:eastAsia="zh-CN"/>
        </w:rPr>
        <w:t>感谢三位老师带我们识读《尚书》，谢谢三位。那么，接下来我们的节目艺术总监，中国国家话剧院院长田沁鑫会带领着我们所有主</w:t>
      </w:r>
      <w:proofErr w:type="gramStart"/>
      <w:r>
        <w:rPr>
          <w:rFonts w:ascii="仿宋" w:eastAsia="仿宋" w:hAnsi="仿宋"/>
          <w:sz w:val="32"/>
          <w:lang w:eastAsia="zh-CN"/>
        </w:rPr>
        <w:t>创进行</w:t>
      </w:r>
      <w:proofErr w:type="gramEnd"/>
      <w:r>
        <w:rPr>
          <w:rFonts w:ascii="仿宋" w:eastAsia="仿宋" w:hAnsi="仿宋"/>
          <w:sz w:val="32"/>
          <w:lang w:eastAsia="zh-CN"/>
        </w:rPr>
        <w:t>一场很独特的点读。我们去现场看看。大家好，欢迎来到典籍里的中</w:t>
      </w:r>
      <w:proofErr w:type="gramStart"/>
      <w:r>
        <w:rPr>
          <w:rFonts w:ascii="仿宋" w:eastAsia="仿宋" w:hAnsi="仿宋"/>
          <w:sz w:val="32"/>
          <w:lang w:eastAsia="zh-CN"/>
        </w:rPr>
        <w:t>国典读会</w:t>
      </w:r>
      <w:proofErr w:type="gramEnd"/>
      <w:r>
        <w:rPr>
          <w:rFonts w:ascii="仿宋" w:eastAsia="仿宋" w:hAnsi="仿宋"/>
          <w:sz w:val="32"/>
          <w:lang w:eastAsia="zh-CN"/>
        </w:rPr>
        <w:t>，我是中国国家话剧院院长田沁鑫。</w:t>
      </w:r>
    </w:p>
    <w:p w14:paraId="46E5A4A8" w14:textId="77777777" w:rsidR="00E87C95" w:rsidRDefault="00000000">
      <w:pPr>
        <w:spacing w:after="0" w:line="579" w:lineRule="exact"/>
        <w:ind w:firstLine="640"/>
        <w:rPr>
          <w:lang w:eastAsia="zh-CN"/>
        </w:rPr>
      </w:pPr>
      <w:r>
        <w:rPr>
          <w:rFonts w:ascii="仿宋" w:eastAsia="仿宋" w:hAnsi="仿宋"/>
          <w:sz w:val="32"/>
          <w:lang w:eastAsia="zh-CN"/>
        </w:rPr>
        <w:t>很高兴接到典籍里的中国节目组对我的邀请。我是咱们这个节目的艺术总监。大家好，我是中国国家话剧院演员</w:t>
      </w:r>
      <w:proofErr w:type="gramStart"/>
      <w:r>
        <w:rPr>
          <w:rFonts w:ascii="仿宋" w:eastAsia="仿宋" w:hAnsi="仿宋"/>
          <w:sz w:val="32"/>
          <w:lang w:eastAsia="zh-CN"/>
        </w:rPr>
        <w:t>倪</w:t>
      </w:r>
      <w:proofErr w:type="gramEnd"/>
      <w:r>
        <w:rPr>
          <w:rFonts w:ascii="仿宋" w:eastAsia="仿宋" w:hAnsi="仿宋"/>
          <w:sz w:val="32"/>
          <w:lang w:eastAsia="zh-CN"/>
        </w:rPr>
        <w:t>大红饰演。上书的护书人，传书人。伏生大家好，我是中国国家话剧院的演员吴越，在戏剧当中扮演周武王，我是典籍里的中国节目组的。总编剧张坤鹏，我是中国国家话剧院导演林熙越。张红老师，您来了伏生这个角色，我基本就放心了。</w:t>
      </w:r>
    </w:p>
    <w:p w14:paraId="72EA946C" w14:textId="77777777" w:rsidR="00E87C95" w:rsidRDefault="00000000">
      <w:pPr>
        <w:spacing w:after="0" w:line="579" w:lineRule="exact"/>
        <w:ind w:firstLine="640"/>
        <w:rPr>
          <w:lang w:eastAsia="zh-CN"/>
        </w:rPr>
      </w:pPr>
      <w:r>
        <w:rPr>
          <w:rFonts w:ascii="仿宋" w:eastAsia="仿宋" w:hAnsi="仿宋"/>
          <w:sz w:val="32"/>
          <w:lang w:eastAsia="zh-CN"/>
        </w:rPr>
        <w:lastRenderedPageBreak/>
        <w:t>吴越老师嗯，您和周武王的气质比较接近，相信您一定能演好，谢谢</w:t>
      </w:r>
      <w:proofErr w:type="gramStart"/>
      <w:r>
        <w:rPr>
          <w:rFonts w:ascii="仿宋" w:eastAsia="仿宋" w:hAnsi="仿宋"/>
          <w:sz w:val="32"/>
          <w:lang w:eastAsia="zh-CN"/>
        </w:rPr>
        <w:t>谢</w:t>
      </w:r>
      <w:proofErr w:type="gramEnd"/>
      <w:r>
        <w:rPr>
          <w:rFonts w:ascii="仿宋" w:eastAsia="仿宋" w:hAnsi="仿宋"/>
          <w:sz w:val="32"/>
          <w:lang w:eastAsia="zh-CN"/>
        </w:rPr>
        <w:t>。能跟你们老前辈不老不老的前辈，能跟大红</w:t>
      </w:r>
      <w:proofErr w:type="gramStart"/>
      <w:r>
        <w:rPr>
          <w:rFonts w:ascii="仿宋" w:eastAsia="仿宋" w:hAnsi="仿宋"/>
          <w:sz w:val="32"/>
          <w:lang w:eastAsia="zh-CN"/>
        </w:rPr>
        <w:t>哥合作</w:t>
      </w:r>
      <w:proofErr w:type="gramEnd"/>
      <w:r>
        <w:rPr>
          <w:rFonts w:ascii="仿宋" w:eastAsia="仿宋" w:hAnsi="仿宋"/>
          <w:sz w:val="32"/>
          <w:lang w:eastAsia="zh-CN"/>
        </w:rPr>
        <w:t>是。非常非常激动，而且也是非常荣幸的一件事。典籍里的中国是一档全新的文化节目，我国古代留下了浩如烟海的典籍。其中的精华是培育民族精神和时代精神的文化基础。在典籍里的中国第一期呢？我们选择了尚书作为开篇，希望能够通过这些承载了上古历史的文字。让大家一同看到我们的祖先。</w:t>
      </w:r>
    </w:p>
    <w:p w14:paraId="2C4CF9CF" w14:textId="77777777" w:rsidR="00E87C95" w:rsidRDefault="00000000">
      <w:pPr>
        <w:spacing w:after="0" w:line="579" w:lineRule="exact"/>
        <w:ind w:firstLine="640"/>
        <w:rPr>
          <w:lang w:eastAsia="zh-CN"/>
        </w:rPr>
      </w:pPr>
      <w:r>
        <w:rPr>
          <w:rFonts w:ascii="仿宋" w:eastAsia="仿宋" w:hAnsi="仿宋"/>
          <w:sz w:val="32"/>
          <w:lang w:eastAsia="zh-CN"/>
        </w:rPr>
        <w:t>在这片神州大地上，筚路蓝缕，创造文明，开天辟地的精彩故事。策划啊史。我们就在节目组总导演的带领下，确立了每期一部典籍，一个人。讲述一个跨越时空的大故事的创作思路，伏生这个人物就是我们从尚书流转数千年的。历史当中，临选出来的一个特别富有传奇性，也特别适合做戏剧表现的核心人物。我给大家介绍一下典籍里的中国的舞台部分。这个全新的原创的舞台共分为四个演出的区域，</w:t>
      </w:r>
    </w:p>
    <w:p w14:paraId="2018365E" w14:textId="77777777" w:rsidR="00E87C95" w:rsidRDefault="00000000">
      <w:pPr>
        <w:spacing w:after="0" w:line="579" w:lineRule="exact"/>
        <w:ind w:firstLine="640"/>
        <w:rPr>
          <w:lang w:eastAsia="zh-CN"/>
        </w:rPr>
      </w:pPr>
      <w:r>
        <w:rPr>
          <w:rFonts w:ascii="仿宋" w:eastAsia="仿宋" w:hAnsi="仿宋"/>
          <w:sz w:val="32"/>
          <w:lang w:eastAsia="zh-CN"/>
        </w:rPr>
        <w:t>一号台是我们的主舞台。主要是大禹定九州牧野宣誓等大场面。二号舞台是伏生的书房。三号</w:t>
      </w:r>
      <w:proofErr w:type="gramStart"/>
      <w:r>
        <w:rPr>
          <w:rFonts w:ascii="仿宋" w:eastAsia="仿宋" w:hAnsi="仿宋"/>
          <w:sz w:val="32"/>
          <w:lang w:eastAsia="zh-CN"/>
        </w:rPr>
        <w:t>台分为</w:t>
      </w:r>
      <w:proofErr w:type="gramEnd"/>
      <w:r>
        <w:rPr>
          <w:rFonts w:ascii="仿宋" w:eastAsia="仿宋" w:hAnsi="仿宋"/>
          <w:sz w:val="32"/>
          <w:lang w:eastAsia="zh-CN"/>
        </w:rPr>
        <w:t>两层。上层是大禹治水的空间，下层是伏生六年读书的地方。三个舞台中间有甬道连通，同样作为表演区域。这样的舞台设置既能实现跨时空对话的全新创作理念，也将带给观众沉浸式的观看体验。在戏剧演绎中，我们选择了两个故事，这两个故事分</w:t>
      </w:r>
      <w:r>
        <w:rPr>
          <w:rFonts w:ascii="仿宋" w:eastAsia="仿宋" w:hAnsi="仿宋"/>
          <w:sz w:val="32"/>
          <w:lang w:eastAsia="zh-CN"/>
        </w:rPr>
        <w:lastRenderedPageBreak/>
        <w:t>别取自尚书中的两个篇目。分别是禹贡和</w:t>
      </w:r>
      <w:proofErr w:type="gramStart"/>
      <w:r>
        <w:rPr>
          <w:rFonts w:ascii="仿宋" w:eastAsia="仿宋" w:hAnsi="仿宋"/>
          <w:sz w:val="32"/>
          <w:lang w:eastAsia="zh-CN"/>
        </w:rPr>
        <w:t>牧誓</w:t>
      </w:r>
      <w:proofErr w:type="gramEnd"/>
      <w:r>
        <w:rPr>
          <w:rFonts w:ascii="仿宋" w:eastAsia="仿宋" w:hAnsi="仿宋"/>
          <w:sz w:val="32"/>
          <w:lang w:eastAsia="zh-CN"/>
        </w:rPr>
        <w:t>，我们请大红老师来帮我们读一读。</w:t>
      </w:r>
    </w:p>
    <w:p w14:paraId="5BEA8884" w14:textId="77777777" w:rsidR="00E87C95" w:rsidRDefault="00000000">
      <w:pPr>
        <w:spacing w:after="0" w:line="579" w:lineRule="exact"/>
        <w:ind w:firstLine="640"/>
        <w:rPr>
          <w:lang w:eastAsia="zh-CN"/>
        </w:rPr>
      </w:pPr>
      <w:r>
        <w:rPr>
          <w:rFonts w:ascii="仿宋" w:eastAsia="仿宋" w:hAnsi="仿宋"/>
          <w:sz w:val="32"/>
          <w:lang w:eastAsia="zh-CN"/>
        </w:rPr>
        <w:t>禹贡，这就开始工作了。</w:t>
      </w:r>
      <w:proofErr w:type="gramStart"/>
      <w:r>
        <w:rPr>
          <w:rFonts w:ascii="仿宋" w:eastAsia="仿宋" w:hAnsi="仿宋"/>
          <w:sz w:val="32"/>
          <w:lang w:eastAsia="zh-CN"/>
        </w:rPr>
        <w:t>禹贡讲的</w:t>
      </w:r>
      <w:proofErr w:type="gramEnd"/>
      <w:r>
        <w:rPr>
          <w:rFonts w:ascii="仿宋" w:eastAsia="仿宋" w:hAnsi="仿宋"/>
          <w:sz w:val="32"/>
          <w:lang w:eastAsia="zh-CN"/>
        </w:rPr>
        <w:t>是，大禹治水成功之后。分定九州的故事。整个禹贡篇目是很长的。但是我觉着我想先读一读。开篇的第一句。禹敷土。随</w:t>
      </w:r>
      <w:proofErr w:type="gramStart"/>
      <w:r>
        <w:rPr>
          <w:rFonts w:ascii="仿宋" w:eastAsia="仿宋" w:hAnsi="仿宋"/>
          <w:sz w:val="32"/>
          <w:lang w:eastAsia="zh-CN"/>
        </w:rPr>
        <w:t>山刊木</w:t>
      </w:r>
      <w:proofErr w:type="gramEnd"/>
      <w:r>
        <w:rPr>
          <w:rFonts w:ascii="仿宋" w:eastAsia="仿宋" w:hAnsi="仿宋"/>
          <w:sz w:val="32"/>
          <w:lang w:eastAsia="zh-CN"/>
        </w:rPr>
        <w:t>。</w:t>
      </w:r>
      <w:proofErr w:type="gramStart"/>
      <w:r>
        <w:rPr>
          <w:rFonts w:ascii="仿宋" w:eastAsia="仿宋" w:hAnsi="仿宋"/>
          <w:sz w:val="32"/>
          <w:lang w:eastAsia="zh-CN"/>
        </w:rPr>
        <w:t>奠</w:t>
      </w:r>
      <w:proofErr w:type="gramEnd"/>
      <w:r>
        <w:rPr>
          <w:rFonts w:ascii="仿宋" w:eastAsia="仿宋" w:hAnsi="仿宋"/>
          <w:sz w:val="32"/>
          <w:lang w:eastAsia="zh-CN"/>
        </w:rPr>
        <w:t>高山大川。什么意思呢？大禹呢？划分土地的疆界。啊，</w:t>
      </w:r>
    </w:p>
    <w:p w14:paraId="4F841E06" w14:textId="77777777" w:rsidR="00E87C95" w:rsidRDefault="00000000">
      <w:pPr>
        <w:spacing w:after="0" w:line="579" w:lineRule="exact"/>
        <w:ind w:firstLine="640"/>
        <w:rPr>
          <w:lang w:eastAsia="zh-CN"/>
        </w:rPr>
      </w:pPr>
      <w:r>
        <w:rPr>
          <w:rFonts w:ascii="仿宋" w:eastAsia="仿宋" w:hAnsi="仿宋"/>
          <w:sz w:val="32"/>
          <w:lang w:eastAsia="zh-CN"/>
        </w:rPr>
        <w:t>顺着山势行走。砍下树木为路标。以这个高山大河来奠定这个介意。是吕布的开篇，还是很有气势的啊。今天大红老师也在咱们一块儿。送一下这个好不好？禹敷土。随</w:t>
      </w:r>
      <w:proofErr w:type="gramStart"/>
      <w:r>
        <w:rPr>
          <w:rFonts w:ascii="仿宋" w:eastAsia="仿宋" w:hAnsi="仿宋"/>
          <w:sz w:val="32"/>
          <w:lang w:eastAsia="zh-CN"/>
        </w:rPr>
        <w:t>山刊木</w:t>
      </w:r>
      <w:proofErr w:type="gramEnd"/>
      <w:r>
        <w:rPr>
          <w:rFonts w:ascii="仿宋" w:eastAsia="仿宋" w:hAnsi="仿宋"/>
          <w:sz w:val="32"/>
          <w:lang w:eastAsia="zh-CN"/>
        </w:rPr>
        <w:t>。</w:t>
      </w:r>
      <w:proofErr w:type="gramStart"/>
      <w:r>
        <w:rPr>
          <w:rFonts w:ascii="仿宋" w:eastAsia="仿宋" w:hAnsi="仿宋"/>
          <w:sz w:val="32"/>
          <w:lang w:eastAsia="zh-CN"/>
        </w:rPr>
        <w:t>奠</w:t>
      </w:r>
      <w:proofErr w:type="gramEnd"/>
      <w:r>
        <w:rPr>
          <w:rFonts w:ascii="仿宋" w:eastAsia="仿宋" w:hAnsi="仿宋"/>
          <w:sz w:val="32"/>
          <w:lang w:eastAsia="zh-CN"/>
        </w:rPr>
        <w:t>高山大川。禹敷土。随</w:t>
      </w:r>
      <w:proofErr w:type="gramStart"/>
      <w:r>
        <w:rPr>
          <w:rFonts w:ascii="仿宋" w:eastAsia="仿宋" w:hAnsi="仿宋"/>
          <w:sz w:val="32"/>
          <w:lang w:eastAsia="zh-CN"/>
        </w:rPr>
        <w:t>山刊木</w:t>
      </w:r>
      <w:proofErr w:type="gramEnd"/>
      <w:r>
        <w:rPr>
          <w:rFonts w:ascii="仿宋" w:eastAsia="仿宋" w:hAnsi="仿宋"/>
          <w:sz w:val="32"/>
          <w:lang w:eastAsia="zh-CN"/>
        </w:rPr>
        <w:t>，奠，高山大川。禹敷土。随</w:t>
      </w:r>
      <w:proofErr w:type="gramStart"/>
      <w:r>
        <w:rPr>
          <w:rFonts w:ascii="仿宋" w:eastAsia="仿宋" w:hAnsi="仿宋"/>
          <w:sz w:val="32"/>
          <w:lang w:eastAsia="zh-CN"/>
        </w:rPr>
        <w:t>山刊木</w:t>
      </w:r>
      <w:proofErr w:type="gramEnd"/>
      <w:r>
        <w:rPr>
          <w:rFonts w:ascii="仿宋" w:eastAsia="仿宋" w:hAnsi="仿宋"/>
          <w:sz w:val="32"/>
          <w:lang w:eastAsia="zh-CN"/>
        </w:rPr>
        <w:t>，奠，</w:t>
      </w:r>
    </w:p>
    <w:p w14:paraId="1A809F81" w14:textId="77777777" w:rsidR="00E87C95" w:rsidRDefault="00000000">
      <w:pPr>
        <w:spacing w:after="0" w:line="579" w:lineRule="exact"/>
        <w:ind w:firstLine="640"/>
        <w:rPr>
          <w:lang w:eastAsia="zh-CN"/>
        </w:rPr>
      </w:pPr>
      <w:r>
        <w:rPr>
          <w:rFonts w:ascii="仿宋" w:eastAsia="仿宋" w:hAnsi="仿宋"/>
          <w:sz w:val="32"/>
          <w:lang w:eastAsia="zh-CN"/>
        </w:rPr>
        <w:t>高山大川。禹敷土。随</w:t>
      </w:r>
      <w:proofErr w:type="gramStart"/>
      <w:r>
        <w:rPr>
          <w:rFonts w:ascii="仿宋" w:eastAsia="仿宋" w:hAnsi="仿宋"/>
          <w:sz w:val="32"/>
          <w:lang w:eastAsia="zh-CN"/>
        </w:rPr>
        <w:t>山刊木</w:t>
      </w:r>
      <w:proofErr w:type="gramEnd"/>
      <w:r>
        <w:rPr>
          <w:rFonts w:ascii="仿宋" w:eastAsia="仿宋" w:hAnsi="仿宋"/>
          <w:sz w:val="32"/>
          <w:lang w:eastAsia="zh-CN"/>
        </w:rPr>
        <w:t>遍高山大地。读尚书里的内容，让演员从。史书点睛中了解故事，我觉着对演员很有帮助。哇，这衣服种类这么多。一部戏剧能够把。这么多朝代聚集在一起，对啊，剩下5000年都有。穿越古今了。伏生呢，</w:t>
      </w:r>
    </w:p>
    <w:p w14:paraId="5373CABD" w14:textId="77777777" w:rsidR="00E87C95" w:rsidRDefault="00000000">
      <w:pPr>
        <w:spacing w:after="0" w:line="579" w:lineRule="exact"/>
        <w:ind w:firstLine="640"/>
        <w:rPr>
          <w:lang w:eastAsia="zh-CN"/>
        </w:rPr>
      </w:pPr>
      <w:r>
        <w:rPr>
          <w:rFonts w:ascii="仿宋" w:eastAsia="仿宋" w:hAnsi="仿宋"/>
          <w:sz w:val="32"/>
          <w:lang w:eastAsia="zh-CN"/>
        </w:rPr>
        <w:t>生活在2000多年前。那个时候伏生是怎样？呃，我只能自己去揣摩。我要饰演的伏生将近。100岁了，需要我在形体上啊，语速上啊，心理状态上啊，要有准确的拿捏。这领子这块粘一下。这种立领只要没脖子的人，像我这种穿这个就特难看。我上一次演话剧还是20多年前，你的意思是在学校，</w:t>
      </w:r>
    </w:p>
    <w:p w14:paraId="1C359B50" w14:textId="77777777" w:rsidR="00E87C95" w:rsidRDefault="00000000">
      <w:pPr>
        <w:spacing w:after="0" w:line="579" w:lineRule="exact"/>
        <w:ind w:firstLine="640"/>
        <w:rPr>
          <w:lang w:eastAsia="zh-CN"/>
        </w:rPr>
      </w:pPr>
      <w:r>
        <w:rPr>
          <w:rFonts w:ascii="仿宋" w:eastAsia="仿宋" w:hAnsi="仿宋"/>
          <w:sz w:val="32"/>
          <w:lang w:eastAsia="zh-CN"/>
        </w:rPr>
        <w:lastRenderedPageBreak/>
        <w:t>在学校我这没演过戏，让您见笑，那会儿您要发现有什么不对，您一定要告诉我你是恋舞。伏生和撒贝宁穿越古今的对话设计。哎，这个我觉着非常非常的精巧，2000多年前的古人与撒贝宁的对话呢。呃，是古人与现代人思想的交流碰撞。第三场三次。先生晚生是来自2000多年后的读书人，特来请教。书好在哪里？这里边的好处。</w:t>
      </w:r>
    </w:p>
    <w:p w14:paraId="4F94200E" w14:textId="77777777" w:rsidR="00E87C95" w:rsidRDefault="00000000">
      <w:pPr>
        <w:spacing w:after="0" w:line="579" w:lineRule="exact"/>
        <w:ind w:firstLine="640"/>
        <w:rPr>
          <w:lang w:eastAsia="zh-CN"/>
        </w:rPr>
      </w:pPr>
      <w:r>
        <w:rPr>
          <w:rFonts w:ascii="仿宋" w:eastAsia="仿宋" w:hAnsi="仿宋"/>
          <w:sz w:val="32"/>
          <w:lang w:eastAsia="zh-CN"/>
        </w:rPr>
        <w:t>我来告诉你。积水。泰山之间。是兖州。我的家乡就在这一带。没有，您家乡不在这。家乡在青州。那我再退回两步剧本，第六部分依次。所以我岂能</w:t>
      </w:r>
      <w:proofErr w:type="gramStart"/>
      <w:r>
        <w:rPr>
          <w:rFonts w:ascii="仿宋" w:eastAsia="仿宋" w:hAnsi="仿宋"/>
          <w:sz w:val="32"/>
          <w:lang w:eastAsia="zh-CN"/>
        </w:rPr>
        <w:t>不</w:t>
      </w:r>
      <w:proofErr w:type="gramEnd"/>
      <w:r>
        <w:rPr>
          <w:rFonts w:ascii="仿宋" w:eastAsia="仿宋" w:hAnsi="仿宋"/>
          <w:sz w:val="32"/>
          <w:lang w:eastAsia="zh-CN"/>
        </w:rPr>
        <w:t>舍命护书啊。真正和</w:t>
      </w:r>
      <w:proofErr w:type="gramStart"/>
      <w:r>
        <w:rPr>
          <w:rFonts w:ascii="仿宋" w:eastAsia="仿宋" w:hAnsi="仿宋"/>
          <w:sz w:val="32"/>
          <w:lang w:eastAsia="zh-CN"/>
        </w:rPr>
        <w:t>倪</w:t>
      </w:r>
      <w:proofErr w:type="gramEnd"/>
      <w:r>
        <w:rPr>
          <w:rFonts w:ascii="仿宋" w:eastAsia="仿宋" w:hAnsi="仿宋"/>
          <w:sz w:val="32"/>
          <w:lang w:eastAsia="zh-CN"/>
        </w:rPr>
        <w:t>大红老师。对上戏的那一刻。突然忘了，那是</w:t>
      </w:r>
      <w:proofErr w:type="gramStart"/>
      <w:r>
        <w:rPr>
          <w:rFonts w:ascii="仿宋" w:eastAsia="仿宋" w:hAnsi="仿宋"/>
          <w:sz w:val="32"/>
          <w:lang w:eastAsia="zh-CN"/>
        </w:rPr>
        <w:t>倪</w:t>
      </w:r>
      <w:proofErr w:type="gramEnd"/>
      <w:r>
        <w:rPr>
          <w:rFonts w:ascii="仿宋" w:eastAsia="仿宋" w:hAnsi="仿宋"/>
          <w:sz w:val="32"/>
          <w:lang w:eastAsia="zh-CN"/>
        </w:rPr>
        <w:t>大红老师。</w:t>
      </w:r>
    </w:p>
    <w:p w14:paraId="009EAAAE" w14:textId="77777777" w:rsidR="00E87C95" w:rsidRDefault="00000000">
      <w:pPr>
        <w:spacing w:after="0" w:line="579" w:lineRule="exact"/>
        <w:ind w:firstLine="640"/>
        <w:rPr>
          <w:lang w:eastAsia="zh-CN"/>
        </w:rPr>
      </w:pPr>
      <w:r>
        <w:rPr>
          <w:rFonts w:ascii="仿宋" w:eastAsia="仿宋" w:hAnsi="仿宋"/>
          <w:sz w:val="32"/>
          <w:lang w:eastAsia="zh-CN"/>
        </w:rPr>
        <w:t>所有的细节都让我感觉到仿佛真的是穿越千年。伏</w:t>
      </w:r>
      <w:proofErr w:type="gramStart"/>
      <w:r>
        <w:rPr>
          <w:rFonts w:ascii="仿宋" w:eastAsia="仿宋" w:hAnsi="仿宋"/>
          <w:sz w:val="32"/>
          <w:lang w:eastAsia="zh-CN"/>
        </w:rPr>
        <w:t>生对于</w:t>
      </w:r>
      <w:proofErr w:type="gramEnd"/>
      <w:r>
        <w:rPr>
          <w:rFonts w:ascii="仿宋" w:eastAsia="仿宋" w:hAnsi="仿宋"/>
          <w:sz w:val="32"/>
          <w:lang w:eastAsia="zh-CN"/>
        </w:rPr>
        <w:t>尚书的那份崇敬之情，那是他一辈子都要守护的东西。当时。眼泪一下子就涌出了眼眶。这个百岁老人呐。充满了戏剧性的一生。始终能够从他的眼神中看到对中华文化传承的。期盼。我们选择的另一个尚书里的故事是牧野宣誓。这次呢，饰演周武王的是吴越。那我就先给大家</w:t>
      </w:r>
      <w:proofErr w:type="gramStart"/>
      <w:r>
        <w:rPr>
          <w:rFonts w:ascii="仿宋" w:eastAsia="仿宋" w:hAnsi="仿宋"/>
          <w:sz w:val="32"/>
          <w:lang w:eastAsia="zh-CN"/>
        </w:rPr>
        <w:t>读一读牧誓当中</w:t>
      </w:r>
      <w:proofErr w:type="gramEnd"/>
      <w:r>
        <w:rPr>
          <w:rFonts w:ascii="仿宋" w:eastAsia="仿宋" w:hAnsi="仿宋"/>
          <w:sz w:val="32"/>
          <w:lang w:eastAsia="zh-CN"/>
        </w:rPr>
        <w:t>非常震撼的一句。</w:t>
      </w:r>
      <w:proofErr w:type="gramStart"/>
      <w:r>
        <w:rPr>
          <w:rFonts w:ascii="仿宋" w:eastAsia="仿宋" w:hAnsi="仿宋"/>
          <w:sz w:val="32"/>
          <w:lang w:eastAsia="zh-CN"/>
        </w:rPr>
        <w:t>称尔戈</w:t>
      </w:r>
      <w:proofErr w:type="gramEnd"/>
      <w:r>
        <w:rPr>
          <w:rFonts w:ascii="仿宋" w:eastAsia="仿宋" w:hAnsi="仿宋"/>
          <w:sz w:val="32"/>
          <w:lang w:eastAsia="zh-CN"/>
        </w:rPr>
        <w:t>，比尔干，立尔矛，予其誓。</w:t>
      </w:r>
    </w:p>
    <w:p w14:paraId="620696C5" w14:textId="77777777" w:rsidR="00E87C95" w:rsidRDefault="00000000">
      <w:pPr>
        <w:spacing w:after="0" w:line="579" w:lineRule="exact"/>
        <w:ind w:firstLine="640"/>
        <w:rPr>
          <w:lang w:eastAsia="zh-CN"/>
        </w:rPr>
      </w:pPr>
      <w:proofErr w:type="gramStart"/>
      <w:r>
        <w:rPr>
          <w:rFonts w:ascii="仿宋" w:eastAsia="仿宋" w:hAnsi="仿宋"/>
          <w:sz w:val="32"/>
          <w:lang w:eastAsia="zh-CN"/>
        </w:rPr>
        <w:t>称尔戈比</w:t>
      </w:r>
      <w:proofErr w:type="gramEnd"/>
      <w:r>
        <w:rPr>
          <w:rFonts w:ascii="仿宋" w:eastAsia="仿宋" w:hAnsi="仿宋"/>
          <w:sz w:val="32"/>
          <w:lang w:eastAsia="zh-CN"/>
        </w:rPr>
        <w:t>尔干。立尔矛，予其誓。</w:t>
      </w:r>
      <w:proofErr w:type="gramStart"/>
      <w:r>
        <w:rPr>
          <w:rFonts w:ascii="仿宋" w:eastAsia="仿宋" w:hAnsi="仿宋"/>
          <w:sz w:val="32"/>
          <w:lang w:eastAsia="zh-CN"/>
        </w:rPr>
        <w:t>称尔戈</w:t>
      </w:r>
      <w:proofErr w:type="gramEnd"/>
      <w:r>
        <w:rPr>
          <w:rFonts w:ascii="仿宋" w:eastAsia="仿宋" w:hAnsi="仿宋"/>
          <w:sz w:val="32"/>
          <w:lang w:eastAsia="zh-CN"/>
        </w:rPr>
        <w:t>，比尔干，立尔矛。予其誓。</w:t>
      </w:r>
      <w:proofErr w:type="gramStart"/>
      <w:r>
        <w:rPr>
          <w:rFonts w:ascii="仿宋" w:eastAsia="仿宋" w:hAnsi="仿宋"/>
          <w:sz w:val="32"/>
          <w:lang w:eastAsia="zh-CN"/>
        </w:rPr>
        <w:t>称尔戈</w:t>
      </w:r>
      <w:proofErr w:type="gramEnd"/>
      <w:r>
        <w:rPr>
          <w:rFonts w:ascii="仿宋" w:eastAsia="仿宋" w:hAnsi="仿宋"/>
          <w:sz w:val="32"/>
          <w:lang w:eastAsia="zh-CN"/>
        </w:rPr>
        <w:t>，比尔干。立尔矛。短短的12个字，干脆有力，真的是让人特别热血沸腾。我。先生，先生。先生，陛下有照。</w:t>
      </w:r>
    </w:p>
    <w:p w14:paraId="31D3014C" w14:textId="77777777" w:rsidR="00E87C95" w:rsidRDefault="00000000">
      <w:pPr>
        <w:spacing w:after="0" w:line="579" w:lineRule="exact"/>
        <w:ind w:firstLine="640"/>
        <w:rPr>
          <w:lang w:eastAsia="zh-CN"/>
        </w:rPr>
      </w:pPr>
      <w:r>
        <w:rPr>
          <w:rFonts w:ascii="仿宋" w:eastAsia="仿宋" w:hAnsi="仿宋"/>
          <w:sz w:val="32"/>
          <w:lang w:eastAsia="zh-CN"/>
        </w:rPr>
        <w:lastRenderedPageBreak/>
        <w:t>不胜听政。陛下吩咐。长者免礼。皇帝制约。闻前朝国士不胜。汉文帝年间。文帝便求天下能讲上书之人，</w:t>
      </w:r>
      <w:proofErr w:type="gramStart"/>
      <w:r>
        <w:rPr>
          <w:rFonts w:ascii="仿宋" w:eastAsia="仿宋" w:hAnsi="仿宋"/>
          <w:sz w:val="32"/>
          <w:lang w:eastAsia="zh-CN"/>
        </w:rPr>
        <w:t>则知伏生</w:t>
      </w:r>
      <w:proofErr w:type="gramEnd"/>
      <w:r>
        <w:rPr>
          <w:rFonts w:ascii="仿宋" w:eastAsia="仿宋" w:hAnsi="仿宋"/>
          <w:sz w:val="32"/>
          <w:lang w:eastAsia="zh-CN"/>
        </w:rPr>
        <w:t>精通。上书专门派</w:t>
      </w:r>
      <w:proofErr w:type="gramStart"/>
      <w:r>
        <w:rPr>
          <w:rFonts w:ascii="仿宋" w:eastAsia="仿宋" w:hAnsi="仿宋"/>
          <w:sz w:val="32"/>
          <w:lang w:eastAsia="zh-CN"/>
        </w:rPr>
        <w:t>晁</w:t>
      </w:r>
      <w:proofErr w:type="gramEnd"/>
      <w:r>
        <w:rPr>
          <w:rFonts w:ascii="仿宋" w:eastAsia="仿宋" w:hAnsi="仿宋"/>
          <w:sz w:val="32"/>
          <w:lang w:eastAsia="zh-CN"/>
        </w:rPr>
        <w:t>错到伏生家。学习上数学书。</w:t>
      </w:r>
      <w:proofErr w:type="gramStart"/>
      <w:r>
        <w:rPr>
          <w:rFonts w:ascii="仿宋" w:eastAsia="仿宋" w:hAnsi="仿宋"/>
          <w:sz w:val="32"/>
          <w:lang w:eastAsia="zh-CN"/>
        </w:rPr>
        <w:t>晁</w:t>
      </w:r>
      <w:proofErr w:type="gramEnd"/>
      <w:r>
        <w:rPr>
          <w:rFonts w:ascii="仿宋" w:eastAsia="仿宋" w:hAnsi="仿宋"/>
          <w:sz w:val="32"/>
          <w:lang w:eastAsia="zh-CN"/>
        </w:rPr>
        <w:t>错。问先生安好。好。这是陛下颁赐给您的</w:t>
      </w:r>
      <w:proofErr w:type="gramStart"/>
      <w:r>
        <w:rPr>
          <w:rFonts w:ascii="仿宋" w:eastAsia="仿宋" w:hAnsi="仿宋"/>
          <w:sz w:val="32"/>
          <w:lang w:eastAsia="zh-CN"/>
        </w:rPr>
        <w:t>鸠</w:t>
      </w:r>
      <w:proofErr w:type="gramEnd"/>
      <w:r>
        <w:rPr>
          <w:rFonts w:ascii="仿宋" w:eastAsia="仿宋" w:hAnsi="仿宋"/>
          <w:sz w:val="32"/>
          <w:lang w:eastAsia="zh-CN"/>
        </w:rPr>
        <w:t>杖包养您。岁长得高。</w:t>
      </w:r>
    </w:p>
    <w:p w14:paraId="06E59DF9" w14:textId="77777777" w:rsidR="00E87C95" w:rsidRDefault="00000000">
      <w:pPr>
        <w:spacing w:after="0" w:line="579" w:lineRule="exact"/>
        <w:ind w:firstLine="640"/>
        <w:rPr>
          <w:lang w:eastAsia="zh-CN"/>
        </w:rPr>
      </w:pPr>
      <w:proofErr w:type="gramStart"/>
      <w:r>
        <w:rPr>
          <w:rFonts w:ascii="仿宋" w:eastAsia="仿宋" w:hAnsi="仿宋"/>
          <w:sz w:val="32"/>
          <w:lang w:eastAsia="zh-CN"/>
        </w:rPr>
        <w:t>奎</w:t>
      </w:r>
      <w:proofErr w:type="gramEnd"/>
      <w:r>
        <w:rPr>
          <w:rFonts w:ascii="仿宋" w:eastAsia="仿宋" w:hAnsi="仿宋"/>
          <w:sz w:val="32"/>
          <w:lang w:eastAsia="zh-CN"/>
        </w:rPr>
        <w:t>令。先生何日降书。挑战过。明日即可讲述。孙先生安排学生明日再来。先生，您这是。恭送</w:t>
      </w:r>
      <w:proofErr w:type="gramStart"/>
      <w:r>
        <w:rPr>
          <w:rFonts w:ascii="仿宋" w:eastAsia="仿宋" w:hAnsi="仿宋"/>
          <w:sz w:val="32"/>
          <w:lang w:eastAsia="zh-CN"/>
        </w:rPr>
        <w:t>晁</w:t>
      </w:r>
      <w:proofErr w:type="gramEnd"/>
      <w:r>
        <w:rPr>
          <w:rFonts w:ascii="仿宋" w:eastAsia="仿宋" w:hAnsi="仿宋"/>
          <w:sz w:val="32"/>
          <w:lang w:eastAsia="zh-CN"/>
        </w:rPr>
        <w:t>掌故。恭送</w:t>
      </w:r>
      <w:proofErr w:type="gramStart"/>
      <w:r>
        <w:rPr>
          <w:rFonts w:ascii="仿宋" w:eastAsia="仿宋" w:hAnsi="仿宋"/>
          <w:sz w:val="32"/>
          <w:lang w:eastAsia="zh-CN"/>
        </w:rPr>
        <w:t>晁</w:t>
      </w:r>
      <w:proofErr w:type="gramEnd"/>
      <w:r>
        <w:rPr>
          <w:rFonts w:ascii="仿宋" w:eastAsia="仿宋" w:hAnsi="仿宋"/>
          <w:sz w:val="32"/>
          <w:lang w:eastAsia="zh-CN"/>
        </w:rPr>
        <w:t>掌故。先生。喜儿落泪。皇帝陛下。知道《书》的好处。百姓的好日子又忘了。先生。</w:t>
      </w:r>
    </w:p>
    <w:p w14:paraId="31EA195F" w14:textId="77777777" w:rsidR="00E87C95" w:rsidRDefault="00000000">
      <w:pPr>
        <w:spacing w:after="0" w:line="579" w:lineRule="exact"/>
        <w:ind w:firstLine="640"/>
        <w:rPr>
          <w:lang w:eastAsia="zh-CN"/>
        </w:rPr>
      </w:pPr>
      <w:r>
        <w:rPr>
          <w:rFonts w:ascii="仿宋" w:eastAsia="仿宋" w:hAnsi="仿宋"/>
          <w:sz w:val="32"/>
          <w:lang w:eastAsia="zh-CN"/>
        </w:rPr>
        <w:t>你是？晚生。是来自2000多年后的读书人特来拜访。2000多年后。你们还读书吗读？我们后世尊！称书为尚书，为何称为尚书？书是上古之书。先生。特来请教书。好在哪里？你们说。好在哪里？愿听先生指教。</w:t>
      </w:r>
    </w:p>
    <w:p w14:paraId="7CDC2906" w14:textId="77777777" w:rsidR="00E87C95" w:rsidRDefault="00000000">
      <w:pPr>
        <w:spacing w:after="0" w:line="579" w:lineRule="exact"/>
        <w:ind w:firstLine="640"/>
        <w:rPr>
          <w:lang w:eastAsia="zh-CN"/>
        </w:rPr>
      </w:pPr>
      <w:r>
        <w:rPr>
          <w:rFonts w:ascii="仿宋" w:eastAsia="仿宋" w:hAnsi="仿宋"/>
          <w:sz w:val="32"/>
          <w:lang w:eastAsia="zh-CN"/>
        </w:rPr>
        <w:t>请先生指教说我读了90多年。这里边的好处。我来告诉你。我明。我生自幼读书。可以知兴替，我有得。过牛仔。过去吧。郑高明。全国万邦。</w:t>
      </w:r>
      <w:proofErr w:type="gramStart"/>
      <w:r>
        <w:rPr>
          <w:rFonts w:ascii="仿宋" w:eastAsia="仿宋" w:hAnsi="仿宋"/>
          <w:sz w:val="32"/>
          <w:lang w:eastAsia="zh-CN"/>
        </w:rPr>
        <w:t>调点乃书</w:t>
      </w:r>
      <w:proofErr w:type="gramEnd"/>
      <w:r>
        <w:rPr>
          <w:rFonts w:ascii="仿宋" w:eastAsia="仿宋" w:hAnsi="仿宋"/>
          <w:sz w:val="32"/>
          <w:lang w:eastAsia="zh-CN"/>
        </w:rPr>
        <w:t>之开篇这几句和解。修身齐家。治国平天下。大禹。</w:t>
      </w:r>
    </w:p>
    <w:p w14:paraId="251ED161" w14:textId="77777777" w:rsidR="00E87C95" w:rsidRDefault="00000000">
      <w:pPr>
        <w:spacing w:after="0" w:line="579" w:lineRule="exact"/>
        <w:ind w:firstLine="640"/>
        <w:rPr>
          <w:lang w:eastAsia="zh-CN"/>
        </w:rPr>
      </w:pPr>
      <w:r>
        <w:rPr>
          <w:rFonts w:ascii="仿宋" w:eastAsia="仿宋" w:hAnsi="仿宋"/>
          <w:sz w:val="32"/>
          <w:lang w:eastAsia="zh-CN"/>
        </w:rPr>
        <w:t>三过家门而不入为何？大禹还有更伟大的功绩是什么？定九州。哪九州？冀州，兖州，青州，徐州，扬州，荆州。豫州，梁州，</w:t>
      </w:r>
      <w:proofErr w:type="gramStart"/>
      <w:r>
        <w:rPr>
          <w:rFonts w:ascii="仿宋" w:eastAsia="仿宋" w:hAnsi="仿宋"/>
          <w:sz w:val="32"/>
          <w:lang w:eastAsia="zh-CN"/>
        </w:rPr>
        <w:t>雍</w:t>
      </w:r>
      <w:proofErr w:type="gramEnd"/>
      <w:r>
        <w:rPr>
          <w:rFonts w:ascii="仿宋" w:eastAsia="仿宋" w:hAnsi="仿宋"/>
          <w:sz w:val="32"/>
          <w:lang w:eastAsia="zh-CN"/>
        </w:rPr>
        <w:t>州。</w:t>
      </w:r>
      <w:proofErr w:type="gramStart"/>
      <w:r>
        <w:rPr>
          <w:rFonts w:ascii="仿宋" w:eastAsia="仿宋" w:hAnsi="仿宋"/>
          <w:sz w:val="32"/>
          <w:lang w:eastAsia="zh-CN"/>
        </w:rPr>
        <w:t>禹贡背了</w:t>
      </w:r>
      <w:proofErr w:type="gramEnd"/>
      <w:r>
        <w:rPr>
          <w:rFonts w:ascii="仿宋" w:eastAsia="仿宋" w:hAnsi="仿宋"/>
          <w:sz w:val="32"/>
          <w:lang w:eastAsia="zh-CN"/>
        </w:rPr>
        <w:t>吗？禹</w:t>
      </w:r>
      <w:proofErr w:type="gramStart"/>
      <w:r>
        <w:rPr>
          <w:rFonts w:ascii="仿宋" w:eastAsia="仿宋" w:hAnsi="仿宋"/>
          <w:sz w:val="32"/>
          <w:lang w:eastAsia="zh-CN"/>
        </w:rPr>
        <w:t>敷土随山刊木</w:t>
      </w:r>
      <w:proofErr w:type="gramEnd"/>
      <w:r>
        <w:rPr>
          <w:rFonts w:ascii="仿宋" w:eastAsia="仿宋" w:hAnsi="仿宋"/>
          <w:sz w:val="32"/>
          <w:lang w:eastAsia="zh-CN"/>
        </w:rPr>
        <w:t>，奠，</w:t>
      </w:r>
    </w:p>
    <w:p w14:paraId="2A533601" w14:textId="77777777" w:rsidR="00E87C95" w:rsidRDefault="00000000">
      <w:pPr>
        <w:spacing w:after="0" w:line="579" w:lineRule="exact"/>
        <w:ind w:firstLine="640"/>
        <w:rPr>
          <w:lang w:eastAsia="zh-CN"/>
        </w:rPr>
      </w:pPr>
      <w:r>
        <w:rPr>
          <w:rFonts w:ascii="仿宋" w:eastAsia="仿宋" w:hAnsi="仿宋"/>
          <w:sz w:val="32"/>
          <w:lang w:eastAsia="zh-CN"/>
        </w:rPr>
        <w:t>高山大川解其意吗？雨划分土地的疆界，顺着山势行走</w:t>
      </w:r>
      <w:proofErr w:type="gramStart"/>
      <w:r>
        <w:rPr>
          <w:rFonts w:ascii="仿宋" w:eastAsia="仿宋" w:hAnsi="仿宋"/>
          <w:sz w:val="32"/>
          <w:lang w:eastAsia="zh-CN"/>
        </w:rPr>
        <w:t>时砍销</w:t>
      </w:r>
      <w:proofErr w:type="gramEnd"/>
      <w:r>
        <w:rPr>
          <w:rFonts w:ascii="仿宋" w:eastAsia="仿宋" w:hAnsi="仿宋"/>
          <w:sz w:val="32"/>
          <w:lang w:eastAsia="zh-CN"/>
        </w:rPr>
        <w:t>树木作为。为目标抵高山大河奠定监狱不胜答得对。</w:t>
      </w:r>
      <w:r>
        <w:rPr>
          <w:rFonts w:ascii="仿宋" w:eastAsia="仿宋" w:hAnsi="仿宋"/>
          <w:sz w:val="32"/>
          <w:lang w:eastAsia="zh-CN"/>
        </w:rPr>
        <w:lastRenderedPageBreak/>
        <w:t>齐送。禹敷土。随</w:t>
      </w:r>
      <w:proofErr w:type="gramStart"/>
      <w:r>
        <w:rPr>
          <w:rFonts w:ascii="仿宋" w:eastAsia="仿宋" w:hAnsi="仿宋"/>
          <w:sz w:val="32"/>
          <w:lang w:eastAsia="zh-CN"/>
        </w:rPr>
        <w:t>山刊木</w:t>
      </w:r>
      <w:proofErr w:type="gramEnd"/>
      <w:r>
        <w:rPr>
          <w:rFonts w:ascii="仿宋" w:eastAsia="仿宋" w:hAnsi="仿宋"/>
          <w:sz w:val="32"/>
          <w:lang w:eastAsia="zh-CN"/>
        </w:rPr>
        <w:t>。</w:t>
      </w:r>
      <w:proofErr w:type="gramStart"/>
      <w:r>
        <w:rPr>
          <w:rFonts w:ascii="仿宋" w:eastAsia="仿宋" w:hAnsi="仿宋"/>
          <w:sz w:val="32"/>
          <w:lang w:eastAsia="zh-CN"/>
        </w:rPr>
        <w:t>奠</w:t>
      </w:r>
      <w:proofErr w:type="gramEnd"/>
      <w:r>
        <w:rPr>
          <w:rFonts w:ascii="仿宋" w:eastAsia="仿宋" w:hAnsi="仿宋"/>
          <w:sz w:val="32"/>
          <w:lang w:eastAsia="zh-CN"/>
        </w:rPr>
        <w:t>高山。三，大川。我童年</w:t>
      </w:r>
      <w:proofErr w:type="gramStart"/>
      <w:r>
        <w:rPr>
          <w:rFonts w:ascii="仿宋" w:eastAsia="仿宋" w:hAnsi="仿宋"/>
          <w:sz w:val="32"/>
          <w:lang w:eastAsia="zh-CN"/>
        </w:rPr>
        <w:t>便读禹贡</w:t>
      </w:r>
      <w:proofErr w:type="gramEnd"/>
      <w:r>
        <w:rPr>
          <w:rFonts w:ascii="仿宋" w:eastAsia="仿宋" w:hAnsi="仿宋"/>
          <w:sz w:val="32"/>
          <w:lang w:eastAsia="zh-CN"/>
        </w:rPr>
        <w:t>，就知道他的好，我们从小也读大禹治水的故事，三过家门而不入啊。大禹的好，</w:t>
      </w:r>
    </w:p>
    <w:p w14:paraId="554B8DF1" w14:textId="77777777" w:rsidR="00E87C95" w:rsidRDefault="00000000">
      <w:pPr>
        <w:spacing w:after="0" w:line="579" w:lineRule="exact"/>
        <w:ind w:firstLine="640"/>
        <w:rPr>
          <w:lang w:eastAsia="zh-CN"/>
        </w:rPr>
      </w:pPr>
      <w:r>
        <w:rPr>
          <w:rFonts w:ascii="仿宋" w:eastAsia="仿宋" w:hAnsi="仿宋"/>
          <w:sz w:val="32"/>
          <w:lang w:eastAsia="zh-CN"/>
        </w:rPr>
        <w:t>不仅只是这些，还有哪些？你看。我。赐予皇帝之后，颛顼之孙，我的父亲明唤</w:t>
      </w:r>
      <w:proofErr w:type="gramStart"/>
      <w:r>
        <w:rPr>
          <w:rFonts w:ascii="仿宋" w:eastAsia="仿宋" w:hAnsi="仿宋"/>
          <w:sz w:val="32"/>
          <w:lang w:eastAsia="zh-CN"/>
        </w:rPr>
        <w:t>鲧</w:t>
      </w:r>
      <w:proofErr w:type="gramEnd"/>
      <w:r>
        <w:rPr>
          <w:rFonts w:ascii="仿宋" w:eastAsia="仿宋" w:hAnsi="仿宋"/>
          <w:sz w:val="32"/>
          <w:lang w:eastAsia="zh-CN"/>
        </w:rPr>
        <w:t>。地摇命我父亲治水。九年未见其功顺流放，我</w:t>
      </w:r>
      <w:proofErr w:type="gramStart"/>
      <w:r>
        <w:rPr>
          <w:rFonts w:ascii="仿宋" w:eastAsia="仿宋" w:hAnsi="仿宋"/>
          <w:sz w:val="32"/>
          <w:lang w:eastAsia="zh-CN"/>
        </w:rPr>
        <w:t>父亲至羽山</w:t>
      </w:r>
      <w:proofErr w:type="gramEnd"/>
      <w:r>
        <w:rPr>
          <w:rFonts w:ascii="仿宋" w:eastAsia="仿宋" w:hAnsi="仿宋"/>
          <w:sz w:val="32"/>
          <w:lang w:eastAsia="zh-CN"/>
        </w:rPr>
        <w:t>，又命我来治水。我怎不知其中艰难。然。洪水肆虐涂炭生灵之恶漂千里。看这些。</w:t>
      </w:r>
    </w:p>
    <w:p w14:paraId="4E913EA0" w14:textId="77777777" w:rsidR="00E87C95" w:rsidRDefault="00000000">
      <w:pPr>
        <w:spacing w:after="0" w:line="579" w:lineRule="exact"/>
        <w:ind w:firstLine="640"/>
        <w:rPr>
          <w:lang w:eastAsia="zh-CN"/>
        </w:rPr>
      </w:pPr>
      <w:r>
        <w:rPr>
          <w:rFonts w:ascii="仿宋" w:eastAsia="仿宋" w:hAnsi="仿宋"/>
          <w:sz w:val="32"/>
          <w:lang w:eastAsia="zh-CN"/>
        </w:rPr>
        <w:t>我怎能不迎难受命。已13年，历经磨难，遍走华夏，仿民间疾苦，与黎民同心。</w:t>
      </w:r>
      <w:proofErr w:type="gramStart"/>
      <w:r>
        <w:rPr>
          <w:rFonts w:ascii="仿宋" w:eastAsia="仿宋" w:hAnsi="仿宋"/>
          <w:sz w:val="32"/>
          <w:lang w:eastAsia="zh-CN"/>
        </w:rPr>
        <w:t>劈九山</w:t>
      </w:r>
      <w:proofErr w:type="gramEnd"/>
      <w:r>
        <w:rPr>
          <w:rFonts w:ascii="仿宋" w:eastAsia="仿宋" w:hAnsi="仿宋"/>
          <w:sz w:val="32"/>
          <w:lang w:eastAsia="zh-CN"/>
        </w:rPr>
        <w:t>，通九泽，</w:t>
      </w:r>
      <w:proofErr w:type="gramStart"/>
      <w:r>
        <w:rPr>
          <w:rFonts w:ascii="仿宋" w:eastAsia="仿宋" w:hAnsi="仿宋"/>
          <w:sz w:val="32"/>
          <w:lang w:eastAsia="zh-CN"/>
        </w:rPr>
        <w:t>决九河</w:t>
      </w:r>
      <w:proofErr w:type="gramEnd"/>
      <w:r>
        <w:rPr>
          <w:rFonts w:ascii="仿宋" w:eastAsia="仿宋" w:hAnsi="仿宋"/>
          <w:sz w:val="32"/>
          <w:lang w:eastAsia="zh-CN"/>
        </w:rPr>
        <w:t>，定九州。大英雄，大英雄。请求集合。啊，二零一五。</w:t>
      </w:r>
    </w:p>
    <w:p w14:paraId="351C656E" w14:textId="77777777" w:rsidR="00E87C95" w:rsidRDefault="00000000">
      <w:pPr>
        <w:spacing w:after="0" w:line="579" w:lineRule="exact"/>
        <w:ind w:firstLine="640"/>
        <w:rPr>
          <w:lang w:eastAsia="zh-CN"/>
        </w:rPr>
      </w:pPr>
      <w:r>
        <w:rPr>
          <w:rFonts w:ascii="仿宋" w:eastAsia="仿宋" w:hAnsi="仿宋"/>
          <w:sz w:val="32"/>
          <w:lang w:eastAsia="zh-CN"/>
        </w:rPr>
        <w:t>啊啊，已经醒悟了。华夏安定。九州出分。知道九州。只拿九州嘛！冀州，兖州，青州。徐州，扬州，荆州，豫州，梁州还有</w:t>
      </w:r>
      <w:proofErr w:type="gramStart"/>
      <w:r>
        <w:rPr>
          <w:rFonts w:ascii="仿宋" w:eastAsia="仿宋" w:hAnsi="仿宋"/>
          <w:sz w:val="32"/>
          <w:lang w:eastAsia="zh-CN"/>
        </w:rPr>
        <w:t>雍</w:t>
      </w:r>
      <w:proofErr w:type="gramEnd"/>
      <w:r>
        <w:rPr>
          <w:rFonts w:ascii="仿宋" w:eastAsia="仿宋" w:hAnsi="仿宋"/>
          <w:sz w:val="32"/>
          <w:lang w:eastAsia="zh-CN"/>
        </w:rPr>
        <w:t>州，请先说说冀州。</w:t>
      </w:r>
    </w:p>
    <w:p w14:paraId="1D6BF69E" w14:textId="77777777" w:rsidR="00E87C95" w:rsidRDefault="00000000">
      <w:pPr>
        <w:spacing w:after="0" w:line="579" w:lineRule="exact"/>
        <w:ind w:firstLine="640"/>
        <w:rPr>
          <w:lang w:eastAsia="zh-CN"/>
        </w:rPr>
      </w:pPr>
      <w:r>
        <w:rPr>
          <w:rFonts w:ascii="仿宋" w:eastAsia="仿宋" w:hAnsi="仿宋"/>
          <w:sz w:val="32"/>
          <w:lang w:eastAsia="zh-CN"/>
        </w:rPr>
        <w:t>冀州。在九州北方，以平阳为腹地，地域广大。光大的冀州。是大局用足迹。一步一步丈量出来的。五人称大禹的足迹。为雨季。大禹说的冀州应该就是我们今天的。河北，山西两省的全境，再加上河南，山东，辽宁的一部分。</w:t>
      </w:r>
    </w:p>
    <w:p w14:paraId="51E0D414" w14:textId="77777777" w:rsidR="00E87C95" w:rsidRDefault="00000000">
      <w:pPr>
        <w:spacing w:after="0" w:line="579" w:lineRule="exact"/>
        <w:ind w:firstLine="640"/>
        <w:rPr>
          <w:lang w:eastAsia="zh-CN"/>
        </w:rPr>
      </w:pPr>
      <w:r>
        <w:rPr>
          <w:rFonts w:ascii="仿宋" w:eastAsia="仿宋" w:hAnsi="仿宋"/>
          <w:sz w:val="32"/>
          <w:lang w:eastAsia="zh-CN"/>
        </w:rPr>
        <w:t>我这冀州相当大呀。走到冀州。我要说说壶口，我孙大禹治理过壶口，我去过，我也去过。虎口怎么样？虎口险要。黄河怎么样？黄河泛滥。虎口险要，黄河泛滥。我们疏凿梁山，治理虎口和龙门。疏通黄河。</w:t>
      </w:r>
    </w:p>
    <w:p w14:paraId="3934E473" w14:textId="77777777" w:rsidR="00E87C95" w:rsidRDefault="00000000">
      <w:pPr>
        <w:spacing w:after="0" w:line="579" w:lineRule="exact"/>
        <w:ind w:firstLine="640"/>
        <w:rPr>
          <w:lang w:eastAsia="zh-CN"/>
        </w:rPr>
      </w:pPr>
      <w:r>
        <w:rPr>
          <w:rFonts w:ascii="仿宋" w:eastAsia="仿宋" w:hAnsi="仿宋"/>
          <w:sz w:val="32"/>
          <w:lang w:eastAsia="zh-CN"/>
        </w:rPr>
        <w:lastRenderedPageBreak/>
        <w:t>大禹的父亲。</w:t>
      </w:r>
      <w:proofErr w:type="gramStart"/>
      <w:r>
        <w:rPr>
          <w:rFonts w:ascii="仿宋" w:eastAsia="仿宋" w:hAnsi="仿宋"/>
          <w:sz w:val="32"/>
          <w:lang w:eastAsia="zh-CN"/>
        </w:rPr>
        <w:t>鲧</w:t>
      </w:r>
      <w:proofErr w:type="gramEnd"/>
      <w:r>
        <w:rPr>
          <w:rFonts w:ascii="仿宋" w:eastAsia="仿宋" w:hAnsi="仿宋"/>
          <w:sz w:val="32"/>
          <w:lang w:eastAsia="zh-CN"/>
        </w:rPr>
        <w:t>。以堵塞执法治水。大禹以疏通之法治水。以黄河为主流。百川为支流。让黄河融百川，而东流入海。黄河水至此。奔流而下。灌溉良田。这就是。大禹治水治法君，不见黄河之水。天上来奔流，</w:t>
      </w:r>
    </w:p>
    <w:p w14:paraId="3D2CD9CF" w14:textId="77777777" w:rsidR="00E87C95" w:rsidRDefault="00000000">
      <w:pPr>
        <w:spacing w:after="0" w:line="579" w:lineRule="exact"/>
        <w:ind w:firstLine="640"/>
        <w:rPr>
          <w:lang w:eastAsia="zh-CN"/>
        </w:rPr>
      </w:pPr>
      <w:r>
        <w:rPr>
          <w:rFonts w:ascii="仿宋" w:eastAsia="仿宋" w:hAnsi="仿宋"/>
          <w:sz w:val="32"/>
          <w:lang w:eastAsia="zh-CN"/>
        </w:rPr>
        <w:t>到海不复回。原来是大雨，让黄河造福了百姓啊。治理了壶口为太原一带的水利奠定了基础。太原。这个名字在大雨的时候就有了吗？人说山西好风光，搞了半天，大禹是好风光的创始人。再说</w:t>
      </w:r>
      <w:proofErr w:type="gramStart"/>
      <w:r>
        <w:rPr>
          <w:rFonts w:ascii="仿宋" w:eastAsia="仿宋" w:hAnsi="仿宋"/>
          <w:sz w:val="32"/>
          <w:lang w:eastAsia="zh-CN"/>
        </w:rPr>
        <w:t>说</w:t>
      </w:r>
      <w:proofErr w:type="gramEnd"/>
      <w:r>
        <w:rPr>
          <w:rFonts w:ascii="仿宋" w:eastAsia="仿宋" w:hAnsi="仿宋"/>
          <w:sz w:val="32"/>
          <w:lang w:eastAsia="zh-CN"/>
        </w:rPr>
        <w:t>九州之兖州。兖州在冀州之东。积水黄河之间。是兖州。兖州应该就是今天的河北南部，河南的东北以及山东的西部兖州。</w:t>
      </w:r>
    </w:p>
    <w:p w14:paraId="7CAC9F5B" w14:textId="77777777" w:rsidR="00E87C95" w:rsidRDefault="00000000">
      <w:pPr>
        <w:spacing w:after="0" w:line="579" w:lineRule="exact"/>
        <w:ind w:firstLine="640"/>
        <w:rPr>
          <w:lang w:eastAsia="zh-CN"/>
        </w:rPr>
      </w:pPr>
      <w:r>
        <w:rPr>
          <w:rFonts w:ascii="仿宋" w:eastAsia="仿宋" w:hAnsi="仿宋"/>
          <w:sz w:val="32"/>
          <w:lang w:eastAsia="zh-CN"/>
        </w:rPr>
        <w:t>据说是先师孔子的家乡。孔子是山东曲阜人。据说。属于鼓眼洲。为先师。感谢大岳。感谢华夏九州生民，感谢先辈们的努力。渤海，泰山之间为青州，我的老家就在这一带。哈哈</w:t>
      </w:r>
      <w:proofErr w:type="gramStart"/>
      <w:r>
        <w:rPr>
          <w:rFonts w:ascii="仿宋" w:eastAsia="仿宋" w:hAnsi="仿宋"/>
          <w:sz w:val="32"/>
          <w:lang w:eastAsia="zh-CN"/>
        </w:rPr>
        <w:t>哈</w:t>
      </w:r>
      <w:proofErr w:type="gramEnd"/>
      <w:r>
        <w:rPr>
          <w:rFonts w:ascii="仿宋" w:eastAsia="仿宋" w:hAnsi="仿宋"/>
          <w:sz w:val="32"/>
          <w:lang w:eastAsia="zh-CN"/>
        </w:rPr>
        <w:t>。您老的故乡在我们今天说来，那就是山东半岛，您的老家是好地方，</w:t>
      </w:r>
    </w:p>
    <w:p w14:paraId="056A5901" w14:textId="77777777" w:rsidR="00E87C95" w:rsidRDefault="00000000">
      <w:pPr>
        <w:spacing w:after="0" w:line="579" w:lineRule="exact"/>
        <w:ind w:firstLine="640"/>
        <w:rPr>
          <w:lang w:eastAsia="zh-CN"/>
        </w:rPr>
      </w:pPr>
      <w:r>
        <w:rPr>
          <w:rFonts w:ascii="仿宋" w:eastAsia="仿宋" w:hAnsi="仿宋"/>
          <w:sz w:val="32"/>
          <w:lang w:eastAsia="zh-CN"/>
        </w:rPr>
        <w:t>海产丰富。</w:t>
      </w:r>
      <w:proofErr w:type="gramStart"/>
      <w:r>
        <w:rPr>
          <w:rFonts w:ascii="仿宋" w:eastAsia="仿宋" w:hAnsi="仿宋"/>
          <w:sz w:val="32"/>
          <w:lang w:eastAsia="zh-CN"/>
        </w:rPr>
        <w:t>虾爬子</w:t>
      </w:r>
      <w:proofErr w:type="gramEnd"/>
      <w:r>
        <w:rPr>
          <w:rFonts w:ascii="仿宋" w:eastAsia="仿宋" w:hAnsi="仿宋"/>
          <w:sz w:val="32"/>
          <w:lang w:eastAsia="zh-CN"/>
        </w:rPr>
        <w:t>特别好吃，还得感谢大禹，谢谢。黄海。泰山。淮河之间是徐州。我还以为喝了。与大海之间是阳者。扬州呢，应该就是长江下游地区。差不多是我们今天说的江南一带。扬州的天地是第九等。什么是第九等？大禹当年。</w:t>
      </w:r>
    </w:p>
    <w:p w14:paraId="5BE5210D" w14:textId="77777777" w:rsidR="00E87C95" w:rsidRDefault="00000000">
      <w:pPr>
        <w:spacing w:after="0" w:line="579" w:lineRule="exact"/>
        <w:ind w:firstLine="640"/>
        <w:rPr>
          <w:lang w:eastAsia="zh-CN"/>
        </w:rPr>
      </w:pPr>
      <w:r>
        <w:rPr>
          <w:rFonts w:ascii="仿宋" w:eastAsia="仿宋" w:hAnsi="仿宋"/>
          <w:sz w:val="32"/>
          <w:lang w:eastAsia="zh-CN"/>
        </w:rPr>
        <w:t>把天下天地</w:t>
      </w:r>
      <w:proofErr w:type="gramStart"/>
      <w:r>
        <w:rPr>
          <w:rFonts w:ascii="仿宋" w:eastAsia="仿宋" w:hAnsi="仿宋"/>
          <w:sz w:val="32"/>
          <w:lang w:eastAsia="zh-CN"/>
        </w:rPr>
        <w:t>覆</w:t>
      </w:r>
      <w:proofErr w:type="gramEnd"/>
      <w:r>
        <w:rPr>
          <w:rFonts w:ascii="仿宋" w:eastAsia="仿宋" w:hAnsi="仿宋"/>
          <w:sz w:val="32"/>
          <w:lang w:eastAsia="zh-CN"/>
        </w:rPr>
        <w:t>水分为九等。一等最高，九等最低。扬州被划为了九等。扬州在今天可是一等一的富裕啊。看来扬州</w:t>
      </w:r>
      <w:r>
        <w:rPr>
          <w:rFonts w:ascii="仿宋" w:eastAsia="仿宋" w:hAnsi="仿宋"/>
          <w:sz w:val="32"/>
          <w:lang w:eastAsia="zh-CN"/>
        </w:rPr>
        <w:lastRenderedPageBreak/>
        <w:t>人这几千年挺努力的呀。扬州后来很富裕吗？呵，</w:t>
      </w:r>
      <w:proofErr w:type="gramStart"/>
      <w:r>
        <w:rPr>
          <w:rFonts w:ascii="仿宋" w:eastAsia="仿宋" w:hAnsi="仿宋"/>
          <w:sz w:val="32"/>
          <w:lang w:eastAsia="zh-CN"/>
        </w:rPr>
        <w:t>江浙沪那都富</w:t>
      </w:r>
      <w:proofErr w:type="gramEnd"/>
      <w:r>
        <w:rPr>
          <w:rFonts w:ascii="仿宋" w:eastAsia="仿宋" w:hAnsi="仿宋"/>
          <w:sz w:val="32"/>
          <w:lang w:eastAsia="zh-CN"/>
        </w:rPr>
        <w:t>得流油啊。当然说这些您可能不太懂。荆山、衡山以南为荆州，荆州我熟悉，大体相当于今天的湖北，湖南。</w:t>
      </w:r>
    </w:p>
    <w:p w14:paraId="0031D794" w14:textId="77777777" w:rsidR="00E87C95" w:rsidRDefault="00000000">
      <w:pPr>
        <w:spacing w:after="0" w:line="579" w:lineRule="exact"/>
        <w:ind w:firstLine="640"/>
        <w:rPr>
          <w:lang w:eastAsia="zh-CN"/>
        </w:rPr>
      </w:pPr>
      <w:r>
        <w:rPr>
          <w:rFonts w:ascii="仿宋" w:eastAsia="仿宋" w:hAnsi="仿宋"/>
          <w:sz w:val="32"/>
          <w:lang w:eastAsia="zh-CN"/>
        </w:rPr>
        <w:t>九</w:t>
      </w:r>
      <w:proofErr w:type="gramStart"/>
      <w:r>
        <w:rPr>
          <w:rFonts w:ascii="仿宋" w:eastAsia="仿宋" w:hAnsi="仿宋"/>
          <w:sz w:val="32"/>
          <w:lang w:eastAsia="zh-CN"/>
        </w:rPr>
        <w:t>省通局啊</w:t>
      </w:r>
      <w:proofErr w:type="gramEnd"/>
      <w:r>
        <w:rPr>
          <w:rFonts w:ascii="仿宋" w:eastAsia="仿宋" w:hAnsi="仿宋"/>
          <w:sz w:val="32"/>
          <w:lang w:eastAsia="zh-CN"/>
        </w:rPr>
        <w:t>，我的老家武汉就在荆州。荆州物产丰盛。你老家很好。要替家乡人谢谢大禹啊。金山。黄河之间为御者。华山南部、黑水之间。是梁州。黑水与西河间为</w:t>
      </w:r>
      <w:proofErr w:type="gramStart"/>
      <w:r>
        <w:rPr>
          <w:rFonts w:ascii="仿宋" w:eastAsia="仿宋" w:hAnsi="仿宋"/>
          <w:sz w:val="32"/>
          <w:lang w:eastAsia="zh-CN"/>
        </w:rPr>
        <w:t>雍</w:t>
      </w:r>
      <w:proofErr w:type="gramEnd"/>
      <w:r>
        <w:rPr>
          <w:rFonts w:ascii="仿宋" w:eastAsia="仿宋" w:hAnsi="仿宋"/>
          <w:sz w:val="32"/>
          <w:lang w:eastAsia="zh-CN"/>
        </w:rPr>
        <w:t>州。</w:t>
      </w:r>
      <w:proofErr w:type="gramStart"/>
      <w:r>
        <w:rPr>
          <w:rFonts w:ascii="仿宋" w:eastAsia="仿宋" w:hAnsi="仿宋"/>
          <w:sz w:val="32"/>
          <w:lang w:eastAsia="zh-CN"/>
        </w:rPr>
        <w:t>雍</w:t>
      </w:r>
      <w:proofErr w:type="gramEnd"/>
      <w:r>
        <w:rPr>
          <w:rFonts w:ascii="仿宋" w:eastAsia="仿宋" w:hAnsi="仿宋"/>
          <w:sz w:val="32"/>
          <w:lang w:eastAsia="zh-CN"/>
        </w:rPr>
        <w:t>州在中国的大西北。那个地方出产美玉。昆仑山下。自古就有少数民族定居，</w:t>
      </w:r>
    </w:p>
    <w:p w14:paraId="1327F2CE" w14:textId="77777777" w:rsidR="00E87C95" w:rsidRDefault="00000000">
      <w:pPr>
        <w:spacing w:after="0" w:line="579" w:lineRule="exact"/>
        <w:ind w:firstLine="640"/>
        <w:rPr>
          <w:lang w:eastAsia="zh-CN"/>
        </w:rPr>
      </w:pPr>
      <w:r>
        <w:rPr>
          <w:rFonts w:ascii="仿宋" w:eastAsia="仿宋" w:hAnsi="仿宋"/>
          <w:sz w:val="32"/>
          <w:lang w:eastAsia="zh-CN"/>
        </w:rPr>
        <w:t>所以九州也是多民族的九州。对多民族的竞争。物产丰盛的九州。记住。兖州。青州。徐州。扬州。荆州。豫州。梁州，</w:t>
      </w:r>
      <w:proofErr w:type="gramStart"/>
      <w:r>
        <w:rPr>
          <w:rFonts w:ascii="仿宋" w:eastAsia="仿宋" w:hAnsi="仿宋"/>
          <w:sz w:val="32"/>
          <w:lang w:eastAsia="zh-CN"/>
        </w:rPr>
        <w:t>雍</w:t>
      </w:r>
      <w:proofErr w:type="gramEnd"/>
      <w:r>
        <w:rPr>
          <w:rFonts w:ascii="仿宋" w:eastAsia="仿宋" w:hAnsi="仿宋"/>
          <w:sz w:val="32"/>
          <w:lang w:eastAsia="zh-CN"/>
        </w:rPr>
        <w:t>州。这就是。华夏九州。自此九州分定。</w:t>
      </w:r>
    </w:p>
    <w:p w14:paraId="7E9A787D" w14:textId="77777777" w:rsidR="00E87C95" w:rsidRDefault="00000000">
      <w:pPr>
        <w:spacing w:after="0" w:line="579" w:lineRule="exact"/>
        <w:ind w:firstLine="640"/>
        <w:rPr>
          <w:lang w:eastAsia="zh-CN"/>
        </w:rPr>
      </w:pPr>
      <w:r>
        <w:rPr>
          <w:rFonts w:ascii="仿宋" w:eastAsia="仿宋" w:hAnsi="仿宋"/>
          <w:sz w:val="32"/>
          <w:lang w:eastAsia="zh-CN"/>
        </w:rPr>
        <w:t>四海会同。愿我华夏民族，自此生生不息！愿九州生民。永世昌宁。列祖先贤。请受赐予一拜。列祖先贤。请受伏生一拜。列祖先贤。请受晚辈一拜。茫茫禹迹。划为九州。大禹治水13年。足迹踏遍九州。</w:t>
      </w:r>
    </w:p>
    <w:p w14:paraId="070D4FB4" w14:textId="77777777" w:rsidR="00E87C95" w:rsidRDefault="00000000">
      <w:pPr>
        <w:spacing w:after="0" w:line="579" w:lineRule="exact"/>
        <w:ind w:firstLine="640"/>
        <w:rPr>
          <w:lang w:eastAsia="zh-CN"/>
        </w:rPr>
      </w:pPr>
      <w:proofErr w:type="gramStart"/>
      <w:r>
        <w:rPr>
          <w:rFonts w:ascii="仿宋" w:eastAsia="仿宋" w:hAnsi="仿宋"/>
          <w:sz w:val="32"/>
          <w:lang w:eastAsia="zh-CN"/>
        </w:rPr>
        <w:t>禹贡让我</w:t>
      </w:r>
      <w:proofErr w:type="gramEnd"/>
      <w:r>
        <w:rPr>
          <w:rFonts w:ascii="仿宋" w:eastAsia="仿宋" w:hAnsi="仿宋"/>
          <w:sz w:val="32"/>
          <w:lang w:eastAsia="zh-CN"/>
        </w:rPr>
        <w:t>从小而知。华夏旧州，从何而来？晚辈。花下为何一匹。自古就是一体。打得好。先生教得好。禹贡记载着。大禹分定九州的历史。尚书。记载了几千年前的。中国所以我岂能</w:t>
      </w:r>
      <w:proofErr w:type="gramStart"/>
      <w:r>
        <w:rPr>
          <w:rFonts w:ascii="仿宋" w:eastAsia="仿宋" w:hAnsi="仿宋"/>
          <w:sz w:val="32"/>
          <w:lang w:eastAsia="zh-CN"/>
        </w:rPr>
        <w:t>不</w:t>
      </w:r>
      <w:proofErr w:type="gramEnd"/>
      <w:r>
        <w:rPr>
          <w:rFonts w:ascii="仿宋" w:eastAsia="仿宋" w:hAnsi="仿宋"/>
          <w:sz w:val="32"/>
          <w:lang w:eastAsia="zh-CN"/>
        </w:rPr>
        <w:t>舍命护书啊。尔等能</w:t>
      </w:r>
      <w:proofErr w:type="gramStart"/>
      <w:r>
        <w:rPr>
          <w:rFonts w:ascii="仿宋" w:eastAsia="仿宋" w:hAnsi="仿宋"/>
          <w:sz w:val="32"/>
          <w:lang w:eastAsia="zh-CN"/>
        </w:rPr>
        <w:t>不</w:t>
      </w:r>
      <w:proofErr w:type="gramEnd"/>
      <w:r>
        <w:rPr>
          <w:rFonts w:ascii="仿宋" w:eastAsia="仿宋" w:hAnsi="仿宋"/>
          <w:sz w:val="32"/>
          <w:lang w:eastAsia="zh-CN"/>
        </w:rPr>
        <w:t>名气九州乎。中华儿女。</w:t>
      </w:r>
    </w:p>
    <w:p w14:paraId="24B74E7C" w14:textId="77777777" w:rsidR="00E87C95" w:rsidRDefault="00000000">
      <w:pPr>
        <w:spacing w:after="0" w:line="579" w:lineRule="exact"/>
        <w:ind w:firstLine="640"/>
        <w:rPr>
          <w:lang w:eastAsia="zh-CN"/>
        </w:rPr>
      </w:pPr>
      <w:r>
        <w:rPr>
          <w:rFonts w:ascii="仿宋" w:eastAsia="仿宋" w:hAnsi="仿宋"/>
          <w:sz w:val="32"/>
          <w:lang w:eastAsia="zh-CN"/>
        </w:rPr>
        <w:t>能不敬爱大禹吗？先生一篇</w:t>
      </w:r>
      <w:proofErr w:type="gramStart"/>
      <w:r>
        <w:rPr>
          <w:rFonts w:ascii="仿宋" w:eastAsia="仿宋" w:hAnsi="仿宋"/>
          <w:sz w:val="32"/>
          <w:lang w:eastAsia="zh-CN"/>
        </w:rPr>
        <w:t>禹贡讲的</w:t>
      </w:r>
      <w:proofErr w:type="gramEnd"/>
      <w:r>
        <w:rPr>
          <w:rFonts w:ascii="仿宋" w:eastAsia="仿宋" w:hAnsi="仿宋"/>
          <w:sz w:val="32"/>
          <w:lang w:eastAsia="zh-CN"/>
        </w:rPr>
        <w:t>我热血沸腾。书的文字</w:t>
      </w:r>
      <w:proofErr w:type="gramStart"/>
      <w:r>
        <w:rPr>
          <w:rFonts w:ascii="仿宋" w:eastAsia="仿宋" w:hAnsi="仿宋"/>
          <w:sz w:val="32"/>
          <w:lang w:eastAsia="zh-CN"/>
        </w:rPr>
        <w:t>不</w:t>
      </w:r>
      <w:proofErr w:type="gramEnd"/>
      <w:r>
        <w:rPr>
          <w:rFonts w:ascii="仿宋" w:eastAsia="仿宋" w:hAnsi="仿宋"/>
          <w:sz w:val="32"/>
          <w:lang w:eastAsia="zh-CN"/>
        </w:rPr>
        <w:t>易懂。所以要讲。所以我讲了一辈子。先生太长长，</w:t>
      </w:r>
      <w:r>
        <w:rPr>
          <w:rFonts w:ascii="仿宋" w:eastAsia="仿宋" w:hAnsi="仿宋"/>
          <w:sz w:val="32"/>
          <w:lang w:eastAsia="zh-CN"/>
        </w:rPr>
        <w:lastRenderedPageBreak/>
        <w:t>顾</w:t>
      </w:r>
      <w:proofErr w:type="gramStart"/>
      <w:r>
        <w:rPr>
          <w:rFonts w:ascii="仿宋" w:eastAsia="仿宋" w:hAnsi="仿宋"/>
          <w:sz w:val="32"/>
          <w:lang w:eastAsia="zh-CN"/>
        </w:rPr>
        <w:t>晁错今日</w:t>
      </w:r>
      <w:proofErr w:type="gramEnd"/>
      <w:r>
        <w:rPr>
          <w:rFonts w:ascii="仿宋" w:eastAsia="仿宋" w:hAnsi="仿宋"/>
          <w:sz w:val="32"/>
          <w:lang w:eastAsia="zh-CN"/>
        </w:rPr>
        <w:t>前来学书。我壮年时。成为。秦博士。秦起焚书之火。天下书大都被毁。我只知。国藏书一部。</w:t>
      </w:r>
      <w:proofErr w:type="gramStart"/>
      <w:r>
        <w:rPr>
          <w:rFonts w:ascii="仿宋" w:eastAsia="仿宋" w:hAnsi="仿宋"/>
          <w:sz w:val="32"/>
          <w:lang w:eastAsia="zh-CN"/>
        </w:rPr>
        <w:t>我假存一部</w:t>
      </w:r>
      <w:proofErr w:type="gramEnd"/>
      <w:r>
        <w:rPr>
          <w:rFonts w:ascii="仿宋" w:eastAsia="仿宋" w:hAnsi="仿宋"/>
          <w:sz w:val="32"/>
          <w:lang w:eastAsia="zh-CN"/>
        </w:rPr>
        <w:t>。</w:t>
      </w:r>
    </w:p>
    <w:p w14:paraId="274AB753" w14:textId="77777777" w:rsidR="00E87C95" w:rsidRDefault="00000000">
      <w:pPr>
        <w:spacing w:after="0" w:line="579" w:lineRule="exact"/>
        <w:ind w:firstLine="640"/>
        <w:rPr>
          <w:lang w:eastAsia="zh-CN"/>
        </w:rPr>
      </w:pPr>
      <w:r>
        <w:rPr>
          <w:rFonts w:ascii="仿宋" w:eastAsia="仿宋" w:hAnsi="仿宋"/>
          <w:sz w:val="32"/>
          <w:lang w:eastAsia="zh-CN"/>
        </w:rPr>
        <w:t>相与如悬崖。国藏之书。化为灰烬。我家藏之书。我为仅存的一部。我爱书如命。我以我妻我子为逃兵火。带上一车书。坐马车。出咸阳，回山东老家。中途遭遇冰劫。爱子护书。</w:t>
      </w:r>
    </w:p>
    <w:p w14:paraId="7867C18B" w14:textId="77777777" w:rsidR="00E87C95" w:rsidRDefault="00000000">
      <w:pPr>
        <w:spacing w:after="0" w:line="579" w:lineRule="exact"/>
        <w:ind w:firstLine="640"/>
        <w:rPr>
          <w:lang w:eastAsia="zh-CN"/>
        </w:rPr>
      </w:pPr>
      <w:r>
        <w:rPr>
          <w:rFonts w:ascii="仿宋" w:eastAsia="仿宋" w:hAnsi="仿宋"/>
          <w:sz w:val="32"/>
          <w:lang w:eastAsia="zh-CN"/>
        </w:rPr>
        <w:t>以命相搏。被乱兵杀死。我与妻女。颠沛流离。</w:t>
      </w:r>
      <w:proofErr w:type="gramStart"/>
      <w:r>
        <w:rPr>
          <w:rFonts w:ascii="仿宋" w:eastAsia="仿宋" w:hAnsi="仿宋"/>
          <w:sz w:val="32"/>
          <w:lang w:eastAsia="zh-CN"/>
        </w:rPr>
        <w:t>我其病重</w:t>
      </w:r>
      <w:proofErr w:type="gramEnd"/>
      <w:r>
        <w:rPr>
          <w:rFonts w:ascii="仿宋" w:eastAsia="仿宋" w:hAnsi="仿宋"/>
          <w:sz w:val="32"/>
          <w:lang w:eastAsia="zh-CN"/>
        </w:rPr>
        <w:t>。那年天降大雪。我。小女险些冻饿而死。逃难的人真是太可怜。为取暖。要烧掉一车书籍。我记。誓死离居。</w:t>
      </w:r>
      <w:proofErr w:type="gramStart"/>
      <w:r>
        <w:rPr>
          <w:rFonts w:ascii="仿宋" w:eastAsia="仿宋" w:hAnsi="仿宋"/>
          <w:sz w:val="32"/>
          <w:lang w:eastAsia="zh-CN"/>
        </w:rPr>
        <w:t>哭嚎向民众</w:t>
      </w:r>
      <w:proofErr w:type="gramEnd"/>
      <w:r>
        <w:rPr>
          <w:rFonts w:ascii="仿宋" w:eastAsia="仿宋" w:hAnsi="仿宋"/>
          <w:sz w:val="32"/>
          <w:lang w:eastAsia="zh-CN"/>
        </w:rPr>
        <w:t>。其说。</w:t>
      </w:r>
    </w:p>
    <w:p w14:paraId="3F78DBE5" w14:textId="77777777" w:rsidR="00E87C95" w:rsidRDefault="00000000">
      <w:pPr>
        <w:spacing w:after="0" w:line="579" w:lineRule="exact"/>
        <w:ind w:firstLine="640"/>
        <w:rPr>
          <w:lang w:eastAsia="zh-CN"/>
        </w:rPr>
      </w:pPr>
      <w:r>
        <w:rPr>
          <w:rFonts w:ascii="仿宋" w:eastAsia="仿宋" w:hAnsi="仿宋"/>
          <w:sz w:val="32"/>
          <w:lang w:eastAsia="zh-CN"/>
        </w:rPr>
        <w:t>这一车书。是爱子。以命相搏。才得保全。我骑。一路挨饿守东。已经气衰力竭。我起身至这一车书。如爱自性命。已隐蔽他自己的性命。更为贵重了。那一夜。我齐躺在我怀里。病亡。永远的留在了。</w:t>
      </w:r>
    </w:p>
    <w:p w14:paraId="1A98B756" w14:textId="77777777" w:rsidR="00E87C95" w:rsidRDefault="00000000">
      <w:pPr>
        <w:spacing w:after="0" w:line="579" w:lineRule="exact"/>
        <w:ind w:firstLine="640"/>
        <w:rPr>
          <w:lang w:eastAsia="zh-CN"/>
        </w:rPr>
      </w:pPr>
      <w:r>
        <w:rPr>
          <w:rFonts w:ascii="仿宋" w:eastAsia="仿宋" w:hAnsi="仿宋"/>
          <w:sz w:val="32"/>
          <w:lang w:eastAsia="zh-CN"/>
        </w:rPr>
        <w:t>那片荒野。先生，节哀。先生莫要过于悲伤。说来不是我舍命护书。是我妻我子。我全家舍命护书。没曾想啊。千辛万苦回到家乡。家乡也造冰火。只好将树藏于古宅墙内，摆出避难。先生兵火战乱。声明皆遭涂炭先生。受苦了。</w:t>
      </w:r>
    </w:p>
    <w:p w14:paraId="6FBE1B3B" w14:textId="77777777" w:rsidR="00E87C95" w:rsidRDefault="00000000">
      <w:pPr>
        <w:spacing w:after="0" w:line="579" w:lineRule="exact"/>
        <w:ind w:firstLine="640"/>
        <w:rPr>
          <w:lang w:eastAsia="zh-CN"/>
        </w:rPr>
      </w:pPr>
      <w:r>
        <w:rPr>
          <w:rFonts w:ascii="仿宋" w:eastAsia="仿宋" w:hAnsi="仿宋"/>
          <w:sz w:val="32"/>
          <w:lang w:eastAsia="zh-CN"/>
        </w:rPr>
        <w:t>20余年。颠沛在外。我无时无刻不挂念。家中藏鼠。但天下初定。再回家园。发掘墙壁。书简多以修会。完整的片目。金鱼。28篇。我一生护书。未曾想啊。书却因我残缺大半。我愧对先人。</w:t>
      </w:r>
    </w:p>
    <w:p w14:paraId="6B27A117" w14:textId="77777777" w:rsidR="00E87C95" w:rsidRDefault="00000000">
      <w:pPr>
        <w:spacing w:after="0" w:line="579" w:lineRule="exact"/>
        <w:ind w:firstLine="640"/>
        <w:rPr>
          <w:lang w:eastAsia="zh-CN"/>
        </w:rPr>
      </w:pPr>
      <w:r>
        <w:rPr>
          <w:rFonts w:ascii="仿宋" w:eastAsia="仿宋" w:hAnsi="仿宋"/>
          <w:sz w:val="32"/>
          <w:lang w:eastAsia="zh-CN"/>
        </w:rPr>
        <w:lastRenderedPageBreak/>
        <w:t>愧对我失去的妻儿。呜呜。哦哦哦。一一一。先生莫</w:t>
      </w:r>
      <w:proofErr w:type="gramStart"/>
      <w:r>
        <w:rPr>
          <w:rFonts w:ascii="仿宋" w:eastAsia="仿宋" w:hAnsi="仿宋"/>
          <w:sz w:val="32"/>
          <w:lang w:eastAsia="zh-CN"/>
        </w:rPr>
        <w:t>要谦责自身</w:t>
      </w:r>
      <w:proofErr w:type="gramEnd"/>
      <w:r>
        <w:rPr>
          <w:rFonts w:ascii="仿宋" w:eastAsia="仿宋" w:hAnsi="仿宋"/>
          <w:sz w:val="32"/>
          <w:lang w:eastAsia="zh-CN"/>
        </w:rPr>
        <w:t>，若不是先生凭了性命。我们就连。现在这28篇也无从学起呀。老了。我说了，今日。见到</w:t>
      </w:r>
      <w:proofErr w:type="gramStart"/>
      <w:r>
        <w:rPr>
          <w:rFonts w:ascii="仿宋" w:eastAsia="仿宋" w:hAnsi="仿宋"/>
          <w:sz w:val="32"/>
          <w:lang w:eastAsia="zh-CN"/>
        </w:rPr>
        <w:t>晁</w:t>
      </w:r>
      <w:proofErr w:type="gramEnd"/>
      <w:r>
        <w:rPr>
          <w:rFonts w:ascii="仿宋" w:eastAsia="仿宋" w:hAnsi="仿宋"/>
          <w:sz w:val="32"/>
          <w:lang w:eastAsia="zh-CN"/>
        </w:rPr>
        <w:t>掌故高兴。多说了一点。讲述。开始传接。</w:t>
      </w:r>
    </w:p>
    <w:p w14:paraId="6A5BD688" w14:textId="77777777" w:rsidR="00E87C95" w:rsidRDefault="00000000">
      <w:pPr>
        <w:spacing w:after="0" w:line="579" w:lineRule="exact"/>
        <w:ind w:firstLine="640"/>
        <w:rPr>
          <w:lang w:eastAsia="zh-CN"/>
        </w:rPr>
      </w:pPr>
      <w:proofErr w:type="gramStart"/>
      <w:r>
        <w:rPr>
          <w:rFonts w:ascii="仿宋" w:eastAsia="仿宋" w:hAnsi="仿宋"/>
          <w:sz w:val="32"/>
          <w:lang w:eastAsia="zh-CN"/>
        </w:rPr>
        <w:t>晁</w:t>
      </w:r>
      <w:proofErr w:type="gramEnd"/>
      <w:r>
        <w:rPr>
          <w:rFonts w:ascii="仿宋" w:eastAsia="仿宋" w:hAnsi="仿宋"/>
          <w:sz w:val="32"/>
          <w:lang w:eastAsia="zh-CN"/>
        </w:rPr>
        <w:t>掌故。带皇帝陛下前来学书。民心天意。今天咱们讲。怒视这一片。《牧誓》这一篇记。记载的是。王朝至于商郊牧野。乃是。大王，</w:t>
      </w:r>
      <w:proofErr w:type="gramStart"/>
      <w:r>
        <w:rPr>
          <w:rFonts w:ascii="仿宋" w:eastAsia="仿宋" w:hAnsi="仿宋"/>
          <w:sz w:val="32"/>
          <w:lang w:eastAsia="zh-CN"/>
        </w:rPr>
        <w:t>太</w:t>
      </w:r>
      <w:proofErr w:type="gramEnd"/>
      <w:r>
        <w:rPr>
          <w:rFonts w:ascii="仿宋" w:eastAsia="仿宋" w:hAnsi="仿宋"/>
          <w:sz w:val="32"/>
          <w:lang w:eastAsia="zh-CN"/>
        </w:rPr>
        <w:t>史占卜不得吉兆。怎讲凶。大王，天象异常，烈日暴雨啊，这是有违天意啊！大王不能逆天意而行。</w:t>
      </w:r>
    </w:p>
    <w:p w14:paraId="6041FDE4" w14:textId="77777777" w:rsidR="00E87C95" w:rsidRDefault="00000000">
      <w:pPr>
        <w:spacing w:after="0" w:line="579" w:lineRule="exact"/>
        <w:ind w:firstLine="640"/>
        <w:rPr>
          <w:lang w:eastAsia="zh-CN"/>
        </w:rPr>
      </w:pPr>
      <w:r>
        <w:rPr>
          <w:rFonts w:ascii="仿宋" w:eastAsia="仿宋" w:hAnsi="仿宋"/>
          <w:sz w:val="32"/>
          <w:lang w:eastAsia="zh-CN"/>
        </w:rPr>
        <w:t>大王此战，断难取胜。报大王，军前报来遭遇洪水，虎贲猛士九十名已死，甲士七百已亡。再探得令。大王。还是撤了。大王早做决断。</w:t>
      </w:r>
      <w:proofErr w:type="gramStart"/>
      <w:r>
        <w:rPr>
          <w:rFonts w:ascii="仿宋" w:eastAsia="仿宋" w:hAnsi="仿宋"/>
          <w:sz w:val="32"/>
          <w:lang w:eastAsia="zh-CN"/>
        </w:rPr>
        <w:t>大王大王大王</w:t>
      </w:r>
      <w:proofErr w:type="gramEnd"/>
      <w:r>
        <w:rPr>
          <w:rFonts w:ascii="仿宋" w:eastAsia="仿宋" w:hAnsi="仿宋"/>
          <w:sz w:val="32"/>
          <w:lang w:eastAsia="zh-CN"/>
        </w:rPr>
        <w:t>，我军情有五万余人，而周</w:t>
      </w:r>
      <w:proofErr w:type="gramStart"/>
      <w:r>
        <w:rPr>
          <w:rFonts w:ascii="仿宋" w:eastAsia="仿宋" w:hAnsi="仿宋"/>
          <w:sz w:val="32"/>
          <w:lang w:eastAsia="zh-CN"/>
        </w:rPr>
        <w:t>王军队</w:t>
      </w:r>
      <w:proofErr w:type="gramEnd"/>
      <w:r>
        <w:rPr>
          <w:rFonts w:ascii="仿宋" w:eastAsia="仿宋" w:hAnsi="仿宋"/>
          <w:sz w:val="32"/>
          <w:lang w:eastAsia="zh-CN"/>
        </w:rPr>
        <w:t>有70余万人呢，你是说。兵力悬殊，正是如果，</w:t>
      </w:r>
    </w:p>
    <w:p w14:paraId="5EB5EF8A" w14:textId="77777777" w:rsidR="00E87C95" w:rsidRDefault="00000000">
      <w:pPr>
        <w:spacing w:after="0" w:line="579" w:lineRule="exact"/>
        <w:ind w:firstLine="640"/>
        <w:rPr>
          <w:lang w:eastAsia="zh-CN"/>
        </w:rPr>
      </w:pPr>
      <w:r>
        <w:rPr>
          <w:rFonts w:ascii="仿宋" w:eastAsia="仿宋" w:hAnsi="仿宋"/>
          <w:sz w:val="32"/>
          <w:lang w:eastAsia="zh-CN"/>
        </w:rPr>
        <w:t>如果什么？如果兵车能到，尚可一战。你说什么？大王连日暴雨，冰车陷入泥泞到不了。大王，我们不要再战了。</w:t>
      </w:r>
      <w:proofErr w:type="gramStart"/>
      <w:r>
        <w:rPr>
          <w:rFonts w:ascii="仿宋" w:eastAsia="仿宋" w:hAnsi="仿宋"/>
          <w:sz w:val="32"/>
          <w:lang w:eastAsia="zh-CN"/>
        </w:rPr>
        <w:t>再有言弃战者</w:t>
      </w:r>
      <w:proofErr w:type="gramEnd"/>
      <w:r>
        <w:rPr>
          <w:rFonts w:ascii="仿宋" w:eastAsia="仿宋" w:hAnsi="仿宋"/>
          <w:sz w:val="32"/>
          <w:lang w:eastAsia="zh-CN"/>
        </w:rPr>
        <w:t>。如同此物。你们可知？为何发咒。大王当然是要得天下。何为天下。天下土地，</w:t>
      </w:r>
    </w:p>
    <w:p w14:paraId="04B36790" w14:textId="77777777" w:rsidR="00E87C95" w:rsidRDefault="00000000">
      <w:pPr>
        <w:spacing w:after="0" w:line="579" w:lineRule="exact"/>
        <w:ind w:firstLine="640"/>
        <w:rPr>
          <w:lang w:eastAsia="zh-CN"/>
        </w:rPr>
      </w:pPr>
      <w:r>
        <w:rPr>
          <w:rFonts w:ascii="仿宋" w:eastAsia="仿宋" w:hAnsi="仿宋"/>
          <w:sz w:val="32"/>
          <w:lang w:eastAsia="zh-CN"/>
        </w:rPr>
        <w:t>粮食还有什么？人人。和你我一样的人。惟天惠民。惟辟奉天。大王的意思是上天是爱惜百姓的，你们起来吧。君主。是要顺应天意。大王，大王。烧盔甲得的是凶罩，怎能算顺应天意呀。我就让你们看一看。何为天意。</w:t>
      </w:r>
    </w:p>
    <w:p w14:paraId="7198BE66" w14:textId="77777777" w:rsidR="00E87C95" w:rsidRDefault="00000000">
      <w:pPr>
        <w:spacing w:after="0" w:line="579" w:lineRule="exact"/>
        <w:ind w:firstLine="640"/>
        <w:rPr>
          <w:lang w:eastAsia="zh-CN"/>
        </w:rPr>
      </w:pPr>
      <w:r>
        <w:rPr>
          <w:rFonts w:ascii="仿宋" w:eastAsia="仿宋" w:hAnsi="仿宋"/>
          <w:sz w:val="32"/>
          <w:lang w:eastAsia="zh-CN"/>
        </w:rPr>
        <w:lastRenderedPageBreak/>
        <w:t>当地黎民拜见大王。到了，快快亲亲。怎么？周王扩建宫殿，要我们搜罗各种珍禽异兽。我被野兽咬伤了胳膊。放心，我马上命人为你医治。上座。大王。纣王为了填满鹿台的钱库和</w:t>
      </w:r>
      <w:proofErr w:type="gramStart"/>
      <w:r>
        <w:rPr>
          <w:rFonts w:ascii="仿宋" w:eastAsia="仿宋" w:hAnsi="仿宋"/>
          <w:sz w:val="32"/>
          <w:lang w:eastAsia="zh-CN"/>
        </w:rPr>
        <w:t>钜</w:t>
      </w:r>
      <w:proofErr w:type="gramEnd"/>
      <w:r>
        <w:rPr>
          <w:rFonts w:ascii="仿宋" w:eastAsia="仿宋" w:hAnsi="仿宋"/>
          <w:sz w:val="32"/>
          <w:lang w:eastAsia="zh-CN"/>
        </w:rPr>
        <w:t>桥的</w:t>
      </w:r>
      <w:proofErr w:type="gramStart"/>
      <w:r>
        <w:rPr>
          <w:rFonts w:ascii="仿宋" w:eastAsia="仿宋" w:hAnsi="仿宋"/>
          <w:sz w:val="32"/>
          <w:lang w:eastAsia="zh-CN"/>
        </w:rPr>
        <w:t>粮仓派恶吏</w:t>
      </w:r>
      <w:proofErr w:type="gramEnd"/>
      <w:r>
        <w:rPr>
          <w:rFonts w:ascii="仿宋" w:eastAsia="仿宋" w:hAnsi="仿宋"/>
          <w:sz w:val="32"/>
          <w:lang w:eastAsia="zh-CN"/>
        </w:rPr>
        <w:t>敛财收粮，我们交不出家中的男丁就被强掳为奴役。惨死在服役途中，周王的残害远远不止这些是啊。</w:t>
      </w:r>
    </w:p>
    <w:p w14:paraId="0BCD4D03" w14:textId="77777777" w:rsidR="00E87C95" w:rsidRDefault="00000000">
      <w:pPr>
        <w:spacing w:after="0" w:line="579" w:lineRule="exact"/>
        <w:ind w:firstLine="640"/>
        <w:rPr>
          <w:lang w:eastAsia="zh-CN"/>
        </w:rPr>
      </w:pPr>
      <w:r>
        <w:rPr>
          <w:rFonts w:ascii="仿宋" w:eastAsia="仿宋" w:hAnsi="仿宋"/>
          <w:sz w:val="32"/>
          <w:lang w:eastAsia="zh-CN"/>
        </w:rPr>
        <w:t>周王还砍断冬天清晨涉水者的小腿。我父亲和孩子。在冬天早上光脚过河。孩子动的哆嗦。老人反不怕冷。周王砍断他们的小腿，就为想知道是什么原因，简直犹为天道。我父亲对</w:t>
      </w:r>
      <w:proofErr w:type="gramStart"/>
      <w:r>
        <w:rPr>
          <w:rFonts w:ascii="仿宋" w:eastAsia="仿宋" w:hAnsi="仿宋"/>
          <w:sz w:val="32"/>
          <w:lang w:eastAsia="zh-CN"/>
        </w:rPr>
        <w:t>狡</w:t>
      </w:r>
      <w:proofErr w:type="gramEnd"/>
      <w:r>
        <w:rPr>
          <w:rFonts w:ascii="仿宋" w:eastAsia="仿宋" w:hAnsi="仿宋"/>
          <w:sz w:val="32"/>
          <w:lang w:eastAsia="zh-CN"/>
        </w:rPr>
        <w:t>王的暴政稍有怨言。便被赐以炮烙之刑。他被逼在烧得通红</w:t>
      </w:r>
      <w:proofErr w:type="gramStart"/>
      <w:r>
        <w:rPr>
          <w:rFonts w:ascii="仿宋" w:eastAsia="仿宋" w:hAnsi="仿宋"/>
          <w:sz w:val="32"/>
          <w:lang w:eastAsia="zh-CN"/>
        </w:rPr>
        <w:t>的铜柱上</w:t>
      </w:r>
      <w:proofErr w:type="gramEnd"/>
      <w:r>
        <w:rPr>
          <w:rFonts w:ascii="仿宋" w:eastAsia="仿宋" w:hAnsi="仿宋"/>
          <w:sz w:val="32"/>
          <w:lang w:eastAsia="zh-CN"/>
        </w:rPr>
        <w:t>赤脚行走。跳如炭火，</w:t>
      </w:r>
      <w:proofErr w:type="gramStart"/>
      <w:r>
        <w:rPr>
          <w:rFonts w:ascii="仿宋" w:eastAsia="仿宋" w:hAnsi="仿宋"/>
          <w:sz w:val="32"/>
          <w:lang w:eastAsia="zh-CN"/>
        </w:rPr>
        <w:t>焚</w:t>
      </w:r>
      <w:proofErr w:type="gramEnd"/>
      <w:r>
        <w:rPr>
          <w:rFonts w:ascii="仿宋" w:eastAsia="仿宋" w:hAnsi="仿宋"/>
          <w:sz w:val="32"/>
          <w:lang w:eastAsia="zh-CN"/>
        </w:rPr>
        <w:t>烤而亡。此乃禽兽之举众，我还抛开先人之心。</w:t>
      </w:r>
    </w:p>
    <w:p w14:paraId="5E102C9A" w14:textId="77777777" w:rsidR="00E87C95" w:rsidRDefault="00000000">
      <w:pPr>
        <w:spacing w:after="0" w:line="579" w:lineRule="exact"/>
        <w:ind w:firstLine="640"/>
        <w:rPr>
          <w:lang w:eastAsia="zh-CN"/>
        </w:rPr>
      </w:pPr>
      <w:r>
        <w:rPr>
          <w:rFonts w:ascii="仿宋" w:eastAsia="仿宋" w:hAnsi="仿宋"/>
          <w:sz w:val="32"/>
          <w:lang w:eastAsia="zh-CN"/>
        </w:rPr>
        <w:t>怎讲我是贤臣比干的奴仆，我家主人数次劝诫，触怒纣王。周王说，我听说圣人心有七窍，</w:t>
      </w:r>
      <w:proofErr w:type="gramStart"/>
      <w:r>
        <w:rPr>
          <w:rFonts w:ascii="仿宋" w:eastAsia="仿宋" w:hAnsi="仿宋"/>
          <w:sz w:val="32"/>
          <w:lang w:eastAsia="zh-CN"/>
        </w:rPr>
        <w:t>剖比干</w:t>
      </w:r>
      <w:proofErr w:type="gramEnd"/>
      <w:r>
        <w:rPr>
          <w:rFonts w:ascii="仿宋" w:eastAsia="仿宋" w:hAnsi="仿宋"/>
          <w:sz w:val="32"/>
          <w:lang w:eastAsia="zh-CN"/>
        </w:rPr>
        <w:t>。观其心。周王喜怒无常，赏罚无数。再不</w:t>
      </w:r>
      <w:proofErr w:type="gramStart"/>
      <w:r>
        <w:rPr>
          <w:rFonts w:ascii="仿宋" w:eastAsia="仿宋" w:hAnsi="仿宋"/>
          <w:sz w:val="32"/>
          <w:lang w:eastAsia="zh-CN"/>
        </w:rPr>
        <w:t>大慌就</w:t>
      </w:r>
      <w:proofErr w:type="gramEnd"/>
      <w:r>
        <w:rPr>
          <w:rFonts w:ascii="仿宋" w:eastAsia="仿宋" w:hAnsi="仿宋"/>
          <w:sz w:val="32"/>
          <w:lang w:eastAsia="zh-CN"/>
        </w:rPr>
        <w:t>不用说了。本王见不得。妻别夫。子里母。富丧命。女遭辱。</w:t>
      </w:r>
    </w:p>
    <w:p w14:paraId="2D8BF8D9" w14:textId="77777777" w:rsidR="00E87C95" w:rsidRDefault="00000000">
      <w:pPr>
        <w:spacing w:after="0" w:line="579" w:lineRule="exact"/>
        <w:ind w:firstLine="640"/>
        <w:rPr>
          <w:lang w:eastAsia="zh-CN"/>
        </w:rPr>
      </w:pPr>
      <w:r>
        <w:rPr>
          <w:rFonts w:ascii="仿宋" w:eastAsia="仿宋" w:hAnsi="仿宋"/>
          <w:sz w:val="32"/>
          <w:lang w:eastAsia="zh-CN"/>
        </w:rPr>
        <w:t>每每念及黎明之苦，如同。剜肉割心。我等恨透了周王。看不到生的希望。所以冒死而来，恳请大王讨伐寇王，求大王救我等性命。您若因天意而停之。因天意而不去伐纣，那我等就再无可期，再无可盼啦！我等盼大王久矣。闻大王率西土诸侯联军出征，为救民于水火。</w:t>
      </w:r>
    </w:p>
    <w:p w14:paraId="6DD65BB2" w14:textId="77777777" w:rsidR="00E87C95" w:rsidRDefault="00000000">
      <w:pPr>
        <w:spacing w:after="0" w:line="579" w:lineRule="exact"/>
        <w:ind w:firstLine="640"/>
        <w:rPr>
          <w:lang w:eastAsia="zh-CN"/>
        </w:rPr>
      </w:pPr>
      <w:r>
        <w:rPr>
          <w:rFonts w:ascii="仿宋" w:eastAsia="仿宋" w:hAnsi="仿宋"/>
          <w:sz w:val="32"/>
          <w:lang w:eastAsia="zh-CN"/>
        </w:rPr>
        <w:lastRenderedPageBreak/>
        <w:t>我等特邪族人前来相助。拜。大家好！好。大王后军报四方，黎明前来相助，以林木铺垫泥泞，现兵车已至。</w:t>
      </w:r>
      <w:proofErr w:type="gramStart"/>
      <w:r>
        <w:rPr>
          <w:rFonts w:ascii="仿宋" w:eastAsia="仿宋" w:hAnsi="仿宋"/>
          <w:sz w:val="32"/>
          <w:lang w:eastAsia="zh-CN"/>
        </w:rPr>
        <w:t>鲍</w:t>
      </w:r>
      <w:proofErr w:type="gramEnd"/>
      <w:r>
        <w:rPr>
          <w:rFonts w:ascii="仿宋" w:eastAsia="仿宋" w:hAnsi="仿宋"/>
          <w:sz w:val="32"/>
          <w:lang w:eastAsia="zh-CN"/>
        </w:rPr>
        <w:t>大王相助者，正是我伐木族人。大王，我等族人正在为大王运送粮草，我等族人有</w:t>
      </w:r>
      <w:proofErr w:type="gramStart"/>
      <w:r>
        <w:rPr>
          <w:rFonts w:ascii="仿宋" w:eastAsia="仿宋" w:hAnsi="仿宋"/>
          <w:sz w:val="32"/>
          <w:lang w:eastAsia="zh-CN"/>
        </w:rPr>
        <w:t>在伤军者</w:t>
      </w:r>
      <w:proofErr w:type="gramEnd"/>
      <w:r>
        <w:rPr>
          <w:rFonts w:ascii="仿宋" w:eastAsia="仿宋" w:hAnsi="仿宋"/>
          <w:sz w:val="32"/>
          <w:lang w:eastAsia="zh-CN"/>
        </w:rPr>
        <w:t>。已决心阵前，倒戈相助大王。</w:t>
      </w:r>
    </w:p>
    <w:p w14:paraId="5388A4B6" w14:textId="77777777" w:rsidR="00E87C95" w:rsidRDefault="00000000">
      <w:pPr>
        <w:spacing w:after="0" w:line="579" w:lineRule="exact"/>
        <w:ind w:firstLine="640"/>
        <w:rPr>
          <w:lang w:eastAsia="zh-CN"/>
        </w:rPr>
      </w:pPr>
      <w:r>
        <w:rPr>
          <w:rFonts w:ascii="仿宋" w:eastAsia="仿宋" w:hAnsi="仿宋"/>
          <w:sz w:val="32"/>
          <w:lang w:eastAsia="zh-CN"/>
        </w:rPr>
        <w:t>尔等可听到。这就是天意。诸位大臣。诸位将军可愿与大王一心救黎明于水火，与大王一心救黎明于水火。我军五万余人是一条心呐，周王70万，大军是70万条心。所以我军必胜，我军必胜。东方已白召集各部迅速。列阵牧野誓师。第二条，</w:t>
      </w:r>
      <w:proofErr w:type="gramStart"/>
      <w:r>
        <w:rPr>
          <w:rFonts w:ascii="仿宋" w:eastAsia="仿宋" w:hAnsi="仿宋"/>
          <w:sz w:val="32"/>
          <w:lang w:eastAsia="zh-CN"/>
        </w:rPr>
        <w:t>予其誓先生</w:t>
      </w:r>
      <w:proofErr w:type="gramEnd"/>
      <w:r>
        <w:rPr>
          <w:rFonts w:ascii="仿宋" w:eastAsia="仿宋" w:hAnsi="仿宋"/>
          <w:sz w:val="32"/>
          <w:lang w:eastAsia="zh-CN"/>
        </w:rPr>
        <w:t>，这一句什么意思？举起你们的</w:t>
      </w:r>
      <w:proofErr w:type="gramStart"/>
      <w:r>
        <w:rPr>
          <w:rFonts w:ascii="仿宋" w:eastAsia="仿宋" w:hAnsi="仿宋"/>
          <w:sz w:val="32"/>
          <w:lang w:eastAsia="zh-CN"/>
        </w:rPr>
        <w:t>戈</w:t>
      </w:r>
      <w:proofErr w:type="gramEnd"/>
      <w:r>
        <w:rPr>
          <w:rFonts w:ascii="仿宋" w:eastAsia="仿宋" w:hAnsi="仿宋"/>
          <w:sz w:val="32"/>
          <w:lang w:eastAsia="zh-CN"/>
        </w:rPr>
        <w:t>。</w:t>
      </w:r>
    </w:p>
    <w:p w14:paraId="3C23CD6F" w14:textId="77777777" w:rsidR="00E87C95" w:rsidRDefault="00000000">
      <w:pPr>
        <w:spacing w:after="0" w:line="579" w:lineRule="exact"/>
        <w:ind w:firstLine="640"/>
        <w:rPr>
          <w:lang w:eastAsia="zh-CN"/>
        </w:rPr>
      </w:pPr>
      <w:r>
        <w:rPr>
          <w:rFonts w:ascii="仿宋" w:eastAsia="仿宋" w:hAnsi="仿宋"/>
          <w:sz w:val="32"/>
          <w:lang w:eastAsia="zh-CN"/>
        </w:rPr>
        <w:t>排好你们的队。立好你们的矛。我要宣誓了。</w:t>
      </w:r>
      <w:proofErr w:type="gramStart"/>
      <w:r>
        <w:rPr>
          <w:rFonts w:ascii="仿宋" w:eastAsia="仿宋" w:hAnsi="仿宋"/>
          <w:sz w:val="32"/>
          <w:lang w:eastAsia="zh-CN"/>
        </w:rPr>
        <w:t>称尔戈</w:t>
      </w:r>
      <w:proofErr w:type="gramEnd"/>
      <w:r>
        <w:rPr>
          <w:rFonts w:ascii="仿宋" w:eastAsia="仿宋" w:hAnsi="仿宋"/>
          <w:sz w:val="32"/>
          <w:lang w:eastAsia="zh-CN"/>
        </w:rPr>
        <w:t>，比尔干，立尔矛。予其誓。</w:t>
      </w:r>
      <w:proofErr w:type="gramStart"/>
      <w:r>
        <w:rPr>
          <w:rFonts w:ascii="仿宋" w:eastAsia="仿宋" w:hAnsi="仿宋"/>
          <w:sz w:val="32"/>
          <w:lang w:eastAsia="zh-CN"/>
        </w:rPr>
        <w:t>称尔戈</w:t>
      </w:r>
      <w:proofErr w:type="gramEnd"/>
      <w:r>
        <w:rPr>
          <w:rFonts w:ascii="仿宋" w:eastAsia="仿宋" w:hAnsi="仿宋"/>
          <w:sz w:val="32"/>
          <w:lang w:eastAsia="zh-CN"/>
        </w:rPr>
        <w:t>，比尔干，立尔矛，予其誓。</w:t>
      </w:r>
      <w:proofErr w:type="gramStart"/>
      <w:r>
        <w:rPr>
          <w:rFonts w:ascii="仿宋" w:eastAsia="仿宋" w:hAnsi="仿宋"/>
          <w:sz w:val="32"/>
          <w:lang w:eastAsia="zh-CN"/>
        </w:rPr>
        <w:t>称尔戈</w:t>
      </w:r>
      <w:proofErr w:type="gramEnd"/>
      <w:r>
        <w:rPr>
          <w:rFonts w:ascii="仿宋" w:eastAsia="仿宋" w:hAnsi="仿宋"/>
          <w:sz w:val="32"/>
          <w:lang w:eastAsia="zh-CN"/>
        </w:rPr>
        <w:t>，比尔干，立尔矛，予其誓。牧野一战。庞大的商王朝轰然崩塌。新生的周王朝强势崛起。牧野一战昭示了一条颠扑不破的历史体律。人心向背德，政兴替不仅决定战争的胜负，也决定政权的兴亡。</w:t>
      </w:r>
    </w:p>
    <w:p w14:paraId="448CE3B4" w14:textId="77777777" w:rsidR="00E87C95" w:rsidRDefault="00000000">
      <w:pPr>
        <w:spacing w:after="0" w:line="579" w:lineRule="exact"/>
        <w:ind w:firstLine="640"/>
        <w:rPr>
          <w:lang w:eastAsia="zh-CN"/>
        </w:rPr>
      </w:pPr>
      <w:proofErr w:type="spellStart"/>
      <w:r>
        <w:rPr>
          <w:rFonts w:ascii="仿宋" w:eastAsia="仿宋" w:hAnsi="仿宋"/>
          <w:sz w:val="32"/>
        </w:rPr>
        <w:t>得道多助，失道寡助。得人心者得天下，失人心者</w:t>
      </w:r>
      <w:proofErr w:type="spellEnd"/>
      <w:r>
        <w:rPr>
          <w:rFonts w:ascii="仿宋" w:eastAsia="仿宋" w:hAnsi="仿宋"/>
          <w:sz w:val="32"/>
        </w:rPr>
        <w:t>。</w:t>
      </w:r>
      <w:r>
        <w:rPr>
          <w:rFonts w:ascii="仿宋" w:eastAsia="仿宋" w:hAnsi="仿宋"/>
          <w:sz w:val="32"/>
          <w:lang w:eastAsia="zh-CN"/>
        </w:rPr>
        <w:t>失天下。博士伏生传书共28篇，记录完毕。晁掌故。二十八篇书。你全部讲完。我将书从咸阳带出。今日借君之空。将书带回都城。往圣先贤之美德。传于天下民，</w:t>
      </w:r>
    </w:p>
    <w:p w14:paraId="6C085C0F" w14:textId="77777777" w:rsidR="00E87C95" w:rsidRDefault="00000000">
      <w:pPr>
        <w:spacing w:after="0" w:line="579" w:lineRule="exact"/>
        <w:ind w:firstLine="640"/>
        <w:rPr>
          <w:lang w:eastAsia="zh-CN"/>
        </w:rPr>
      </w:pPr>
      <w:r>
        <w:rPr>
          <w:rFonts w:ascii="仿宋" w:eastAsia="仿宋" w:hAnsi="仿宋"/>
          <w:sz w:val="32"/>
          <w:lang w:eastAsia="zh-CN"/>
        </w:rPr>
        <w:t>本德正，以</w:t>
      </w:r>
      <w:proofErr w:type="gramStart"/>
      <w:r>
        <w:rPr>
          <w:rFonts w:ascii="仿宋" w:eastAsia="仿宋" w:hAnsi="仿宋"/>
          <w:sz w:val="32"/>
          <w:lang w:eastAsia="zh-CN"/>
        </w:rPr>
        <w:t>诰</w:t>
      </w:r>
      <w:proofErr w:type="gramEnd"/>
      <w:r>
        <w:rPr>
          <w:rFonts w:ascii="仿宋" w:eastAsia="仿宋" w:hAnsi="仿宋"/>
          <w:sz w:val="32"/>
          <w:lang w:eastAsia="zh-CN"/>
        </w:rPr>
        <w:t>后人。</w:t>
      </w:r>
      <w:proofErr w:type="gramStart"/>
      <w:r>
        <w:rPr>
          <w:rFonts w:ascii="仿宋" w:eastAsia="仿宋" w:hAnsi="仿宋"/>
          <w:sz w:val="32"/>
          <w:lang w:eastAsia="zh-CN"/>
        </w:rPr>
        <w:t>晁</w:t>
      </w:r>
      <w:proofErr w:type="gramEnd"/>
      <w:r>
        <w:rPr>
          <w:rFonts w:ascii="仿宋" w:eastAsia="仿宋" w:hAnsi="仿宋"/>
          <w:sz w:val="32"/>
          <w:lang w:eastAsia="zh-CN"/>
        </w:rPr>
        <w:t>掌故又老了。先生传书。我一定带回都城。传于。天下。送</w:t>
      </w:r>
      <w:proofErr w:type="gramStart"/>
      <w:r>
        <w:rPr>
          <w:rFonts w:ascii="仿宋" w:eastAsia="仿宋" w:hAnsi="仿宋"/>
          <w:sz w:val="32"/>
          <w:lang w:eastAsia="zh-CN"/>
        </w:rPr>
        <w:t>晁</w:t>
      </w:r>
      <w:proofErr w:type="gramEnd"/>
      <w:r>
        <w:rPr>
          <w:rFonts w:ascii="仿宋" w:eastAsia="仿宋" w:hAnsi="仿宋"/>
          <w:sz w:val="32"/>
          <w:lang w:eastAsia="zh-CN"/>
        </w:rPr>
        <w:t>掌故。</w:t>
      </w:r>
      <w:proofErr w:type="gramStart"/>
      <w:r>
        <w:rPr>
          <w:rFonts w:ascii="仿宋" w:eastAsia="仿宋" w:hAnsi="仿宋"/>
          <w:sz w:val="32"/>
          <w:lang w:eastAsia="zh-CN"/>
        </w:rPr>
        <w:t>晁</w:t>
      </w:r>
      <w:proofErr w:type="gramEnd"/>
      <w:r>
        <w:rPr>
          <w:rFonts w:ascii="仿宋" w:eastAsia="仿宋" w:hAnsi="仿宋"/>
          <w:sz w:val="32"/>
          <w:lang w:eastAsia="zh-CN"/>
        </w:rPr>
        <w:t>掌故</w:t>
      </w:r>
      <w:proofErr w:type="gramStart"/>
      <w:r>
        <w:rPr>
          <w:rFonts w:ascii="仿宋" w:eastAsia="仿宋" w:hAnsi="仿宋"/>
          <w:sz w:val="32"/>
          <w:lang w:eastAsia="zh-CN"/>
        </w:rPr>
        <w:t>晁错带</w:t>
      </w:r>
      <w:proofErr w:type="gramEnd"/>
      <w:r>
        <w:rPr>
          <w:rFonts w:ascii="仿宋" w:eastAsia="仿宋" w:hAnsi="仿宋"/>
          <w:sz w:val="32"/>
          <w:lang w:eastAsia="zh-CN"/>
        </w:rPr>
        <w:t>回书28篇</w:t>
      </w:r>
      <w:r>
        <w:rPr>
          <w:rFonts w:ascii="仿宋" w:eastAsia="仿宋" w:hAnsi="仿宋"/>
          <w:sz w:val="32"/>
          <w:lang w:eastAsia="zh-CN"/>
        </w:rPr>
        <w:lastRenderedPageBreak/>
        <w:t>入藏大汉秘府。辟</w:t>
      </w:r>
      <w:proofErr w:type="gramStart"/>
      <w:r>
        <w:rPr>
          <w:rFonts w:ascii="仿宋" w:eastAsia="仿宋" w:hAnsi="仿宋"/>
          <w:sz w:val="32"/>
          <w:lang w:eastAsia="zh-CN"/>
        </w:rPr>
        <w:t>雍</w:t>
      </w:r>
      <w:proofErr w:type="gramEnd"/>
      <w:r>
        <w:rPr>
          <w:rFonts w:ascii="仿宋" w:eastAsia="仿宋" w:hAnsi="仿宋"/>
          <w:sz w:val="32"/>
          <w:lang w:eastAsia="zh-CN"/>
        </w:rPr>
        <w:t>。有点意思。《皋陶谟》一篇。《禹贡》一篇。《盘庚》一篇。《同命》一篇。《大诰》一篇。</w:t>
      </w:r>
    </w:p>
    <w:p w14:paraId="17C0AC54" w14:textId="77777777" w:rsidR="00E87C95" w:rsidRDefault="00000000">
      <w:pPr>
        <w:spacing w:after="0" w:line="579" w:lineRule="exact"/>
        <w:ind w:firstLine="640"/>
        <w:rPr>
          <w:lang w:eastAsia="zh-CN"/>
        </w:rPr>
      </w:pPr>
      <w:r>
        <w:rPr>
          <w:rFonts w:ascii="仿宋" w:eastAsia="仿宋" w:hAnsi="仿宋"/>
          <w:sz w:val="32"/>
          <w:lang w:eastAsia="zh-CN"/>
        </w:rPr>
        <w:t>《梓材》一篇。《酒诰》。我</w:t>
      </w:r>
      <w:proofErr w:type="gramStart"/>
      <w:r>
        <w:rPr>
          <w:rFonts w:ascii="仿宋" w:eastAsia="仿宋" w:hAnsi="仿宋"/>
          <w:sz w:val="32"/>
          <w:lang w:eastAsia="zh-CN"/>
        </w:rPr>
        <w:t>一生读</w:t>
      </w:r>
      <w:proofErr w:type="gramEnd"/>
      <w:r>
        <w:rPr>
          <w:rFonts w:ascii="仿宋" w:eastAsia="仿宋" w:hAnsi="仿宋"/>
          <w:sz w:val="32"/>
          <w:lang w:eastAsia="zh-CN"/>
        </w:rPr>
        <w:t>《尚书》、护《尚书》、传《尚书》。90余载。而尽将书，还于天下。我无一憾矣。嘿嘿。嗯。不知书在后世流传如何。先生，我带您去看看。</w:t>
      </w:r>
    </w:p>
    <w:p w14:paraId="559FD62D" w14:textId="77777777" w:rsidR="00E87C95" w:rsidRDefault="00000000">
      <w:pPr>
        <w:spacing w:after="0" w:line="579" w:lineRule="exact"/>
        <w:ind w:firstLine="640"/>
        <w:rPr>
          <w:lang w:eastAsia="zh-CN"/>
        </w:rPr>
      </w:pPr>
      <w:r>
        <w:rPr>
          <w:rFonts w:ascii="仿宋" w:eastAsia="仿宋" w:hAnsi="仿宋"/>
          <w:sz w:val="32"/>
          <w:lang w:eastAsia="zh-CN"/>
        </w:rPr>
        <w:t>经过您的护书，传书，尚书在汉朝的传播相当兴旺。刚才派</w:t>
      </w:r>
      <w:proofErr w:type="gramStart"/>
      <w:r>
        <w:rPr>
          <w:rFonts w:ascii="仿宋" w:eastAsia="仿宋" w:hAnsi="仿宋"/>
          <w:sz w:val="32"/>
          <w:lang w:eastAsia="zh-CN"/>
        </w:rPr>
        <w:t>晁</w:t>
      </w:r>
      <w:proofErr w:type="gramEnd"/>
      <w:r>
        <w:rPr>
          <w:rFonts w:ascii="仿宋" w:eastAsia="仿宋" w:hAnsi="仿宋"/>
          <w:sz w:val="32"/>
          <w:lang w:eastAsia="zh-CN"/>
        </w:rPr>
        <w:t>错到您</w:t>
      </w:r>
      <w:proofErr w:type="gramStart"/>
      <w:r>
        <w:rPr>
          <w:rFonts w:ascii="仿宋" w:eastAsia="仿宋" w:hAnsi="仿宋"/>
          <w:sz w:val="32"/>
          <w:lang w:eastAsia="zh-CN"/>
        </w:rPr>
        <w:t>家学书</w:t>
      </w:r>
      <w:proofErr w:type="gramEnd"/>
      <w:r>
        <w:rPr>
          <w:rFonts w:ascii="仿宋" w:eastAsia="仿宋" w:hAnsi="仿宋"/>
          <w:sz w:val="32"/>
          <w:lang w:eastAsia="zh-CN"/>
        </w:rPr>
        <w:t>的，那是汉文帝，后来他的孙子成了汉武帝。到汉武帝末年的时候。人们在孔子故宅的墙壁里。发现了一部尚书。但那是用先秦古文字写的。我们后世称它为古文尚书。孔子的后人孔安国竭尽全力推广。使之广为流传。华夏经典。弦歌不辍。</w:t>
      </w:r>
    </w:p>
    <w:p w14:paraId="6FE85702" w14:textId="77777777" w:rsidR="00E87C95" w:rsidRDefault="00000000">
      <w:pPr>
        <w:spacing w:after="0" w:line="579" w:lineRule="exact"/>
        <w:ind w:firstLine="640"/>
        <w:rPr>
          <w:lang w:eastAsia="zh-CN"/>
        </w:rPr>
      </w:pPr>
      <w:r>
        <w:rPr>
          <w:rFonts w:ascii="仿宋" w:eastAsia="仿宋" w:hAnsi="仿宋"/>
          <w:sz w:val="32"/>
          <w:lang w:eastAsia="zh-CN"/>
        </w:rPr>
        <w:t>先世的后人孔安国。可敬。可悲。哎呀，但是到了。西晋永嘉之乱，以后官方所藏尚书版本失传，但是您不用着急。东晋初年。豫章内史梅赜向朝廷献出了一部据说是孔子后人孔安国所传的古文尚书。记58篇，此书虽然篇目多于您所传授的尚书，但很多内容基本相同。斗转星移，王朝更迭。</w:t>
      </w:r>
    </w:p>
    <w:p w14:paraId="3F5EDFB0" w14:textId="77777777" w:rsidR="00E87C95" w:rsidRDefault="00000000">
      <w:pPr>
        <w:spacing w:after="0" w:line="579" w:lineRule="exact"/>
        <w:ind w:firstLine="640"/>
        <w:rPr>
          <w:lang w:eastAsia="zh-CN"/>
        </w:rPr>
      </w:pPr>
      <w:r>
        <w:rPr>
          <w:rFonts w:ascii="仿宋" w:eastAsia="仿宋" w:hAnsi="仿宋"/>
          <w:sz w:val="32"/>
          <w:lang w:eastAsia="zh-CN"/>
        </w:rPr>
        <w:t>但是历朝历代都非常的推崇尚书，多次把它刻成石经。但很可惜，历经战乱。大都成了断石残碑。直到唐文宗开成二年。人们用巨大的侵蚀。刻成了开城石经，这当中的尚书成为了当时以及后世的。标准读本。青史可敬。青史永存。</w:t>
      </w:r>
      <w:r>
        <w:rPr>
          <w:rFonts w:ascii="仿宋" w:eastAsia="仿宋" w:hAnsi="仿宋"/>
          <w:sz w:val="32"/>
          <w:lang w:eastAsia="zh-CN"/>
        </w:rPr>
        <w:lastRenderedPageBreak/>
        <w:t>后世对典籍的尊重。存在于经典的字里行间。传承祖先不朽的智慧和无穷的力量。</w:t>
      </w:r>
    </w:p>
    <w:p w14:paraId="35B8356F" w14:textId="77777777" w:rsidR="00E87C95" w:rsidRDefault="00000000">
      <w:pPr>
        <w:spacing w:after="0" w:line="579" w:lineRule="exact"/>
        <w:ind w:firstLine="640"/>
        <w:rPr>
          <w:lang w:eastAsia="zh-CN"/>
        </w:rPr>
      </w:pPr>
      <w:r>
        <w:rPr>
          <w:rFonts w:ascii="仿宋" w:eastAsia="仿宋" w:hAnsi="仿宋"/>
          <w:sz w:val="32"/>
          <w:lang w:eastAsia="zh-CN"/>
        </w:rPr>
        <w:t>后来。又是千年。尚书历经无数学者，先贤薪火相传。先生，我带您去看一看我生活的时代吧。2000年以后。2000年以后。这是藏于秘府对相当于是吧，但我们管它叫图书馆。明亮。这是什么灯？当我不用火。电灯二零零八年。大学入藏了一批战国竹简，</w:t>
      </w:r>
    </w:p>
    <w:p w14:paraId="76E6BCA3" w14:textId="77777777" w:rsidR="00E87C95" w:rsidRDefault="00000000">
      <w:pPr>
        <w:spacing w:after="0" w:line="579" w:lineRule="exact"/>
        <w:ind w:firstLine="640"/>
        <w:rPr>
          <w:lang w:eastAsia="zh-CN"/>
        </w:rPr>
      </w:pPr>
      <w:r>
        <w:rPr>
          <w:rFonts w:ascii="仿宋" w:eastAsia="仿宋" w:hAnsi="仿宋"/>
          <w:sz w:val="32"/>
          <w:lang w:eastAsia="zh-CN"/>
        </w:rPr>
        <w:t>清华简，其中发现有尚书的部分，这可能是我们现在能看到的最早的尚书文本了，这是在做什么？这是尚书的展览，为的就是让更多人看到尚书，大家如果感兴趣的话，可以让家长拿手机来下载一下。手机下载什么意思？我们现在呀。把当年那一车车的书简全都上传到了云端。所有的人用这面小镜子。随时随地打开就能读书。</w:t>
      </w:r>
      <w:proofErr w:type="gramStart"/>
      <w:r>
        <w:rPr>
          <w:rFonts w:ascii="仿宋" w:eastAsia="仿宋" w:hAnsi="仿宋"/>
          <w:sz w:val="32"/>
          <w:lang w:eastAsia="zh-CN"/>
        </w:rPr>
        <w:t>惟殷先人</w:t>
      </w:r>
      <w:proofErr w:type="gramEnd"/>
      <w:r>
        <w:rPr>
          <w:rFonts w:ascii="仿宋" w:eastAsia="仿宋" w:hAnsi="仿宋"/>
          <w:sz w:val="32"/>
          <w:lang w:eastAsia="zh-CN"/>
        </w:rPr>
        <w:t>。有册有典，典籍人人可读。</w:t>
      </w:r>
    </w:p>
    <w:p w14:paraId="0CDFA6D7" w14:textId="77777777" w:rsidR="00E87C95" w:rsidRDefault="00000000">
      <w:pPr>
        <w:spacing w:after="0" w:line="579" w:lineRule="exact"/>
        <w:ind w:firstLine="640"/>
        <w:rPr>
          <w:lang w:eastAsia="zh-CN"/>
        </w:rPr>
      </w:pPr>
      <w:r>
        <w:rPr>
          <w:rFonts w:ascii="仿宋" w:eastAsia="仿宋" w:hAnsi="仿宋"/>
          <w:sz w:val="32"/>
          <w:lang w:eastAsia="zh-CN"/>
        </w:rPr>
        <w:t>民惟</w:t>
      </w:r>
      <w:proofErr w:type="gramStart"/>
      <w:r>
        <w:rPr>
          <w:rFonts w:ascii="仿宋" w:eastAsia="仿宋" w:hAnsi="仿宋"/>
          <w:sz w:val="32"/>
          <w:lang w:eastAsia="zh-CN"/>
        </w:rPr>
        <w:t>邦</w:t>
      </w:r>
      <w:proofErr w:type="gramEnd"/>
      <w:r>
        <w:rPr>
          <w:rFonts w:ascii="仿宋" w:eastAsia="仿宋" w:hAnsi="仿宋"/>
          <w:sz w:val="32"/>
          <w:lang w:eastAsia="zh-CN"/>
        </w:rPr>
        <w:t>本本固</w:t>
      </w:r>
      <w:proofErr w:type="gramStart"/>
      <w:r>
        <w:rPr>
          <w:rFonts w:ascii="仿宋" w:eastAsia="仿宋" w:hAnsi="仿宋"/>
          <w:sz w:val="32"/>
          <w:lang w:eastAsia="zh-CN"/>
        </w:rPr>
        <w:t>邦</w:t>
      </w:r>
      <w:proofErr w:type="gramEnd"/>
      <w:r>
        <w:rPr>
          <w:rFonts w:ascii="仿宋" w:eastAsia="仿宋" w:hAnsi="仿宋"/>
          <w:sz w:val="32"/>
          <w:lang w:eastAsia="zh-CN"/>
        </w:rPr>
        <w:t>宁，这句话是什么意思呢？民心是国家的根本，就是国家非常重视人民的意思。这幅画画的是什么呢？这幅古画呀，画的就是伏生传经。</w:t>
      </w:r>
      <w:proofErr w:type="gramStart"/>
      <w:r>
        <w:rPr>
          <w:rFonts w:ascii="仿宋" w:eastAsia="仿宋" w:hAnsi="仿宋"/>
          <w:sz w:val="32"/>
          <w:lang w:eastAsia="zh-CN"/>
        </w:rPr>
        <w:t>继续那伏生</w:t>
      </w:r>
      <w:proofErr w:type="gramEnd"/>
      <w:r>
        <w:rPr>
          <w:rFonts w:ascii="仿宋" w:eastAsia="仿宋" w:hAnsi="仿宋"/>
          <w:sz w:val="32"/>
          <w:lang w:eastAsia="zh-CN"/>
        </w:rPr>
        <w:t>是什么人呢？今天咱们参观的是尚书的历史，这位伏生老爷爷可以说是历史上保护尚书的。第一人早在秦汉时期就为我们保护尚书，讲授尚书，所以历史上说</w:t>
      </w:r>
      <w:proofErr w:type="gramStart"/>
      <w:r>
        <w:rPr>
          <w:rFonts w:ascii="仿宋" w:eastAsia="仿宋" w:hAnsi="仿宋"/>
          <w:sz w:val="32"/>
          <w:lang w:eastAsia="zh-CN"/>
        </w:rPr>
        <w:t>汉无伏</w:t>
      </w:r>
      <w:proofErr w:type="gramEnd"/>
      <w:r>
        <w:rPr>
          <w:rFonts w:ascii="仿宋" w:eastAsia="仿宋" w:hAnsi="仿宋"/>
          <w:sz w:val="32"/>
          <w:lang w:eastAsia="zh-CN"/>
        </w:rPr>
        <w:t>生，则尚书不传。传</w:t>
      </w:r>
      <w:proofErr w:type="gramStart"/>
      <w:r>
        <w:rPr>
          <w:rFonts w:ascii="仿宋" w:eastAsia="仿宋" w:hAnsi="仿宋"/>
          <w:sz w:val="32"/>
          <w:lang w:eastAsia="zh-CN"/>
        </w:rPr>
        <w:t>而无伏生</w:t>
      </w:r>
      <w:proofErr w:type="gramEnd"/>
      <w:r>
        <w:rPr>
          <w:rFonts w:ascii="仿宋" w:eastAsia="仿宋" w:hAnsi="仿宋"/>
          <w:sz w:val="32"/>
          <w:lang w:eastAsia="zh-CN"/>
        </w:rPr>
        <w:t>，</w:t>
      </w:r>
    </w:p>
    <w:p w14:paraId="7B102FB0" w14:textId="77777777" w:rsidR="00E87C95" w:rsidRDefault="00000000">
      <w:pPr>
        <w:spacing w:after="0" w:line="579" w:lineRule="exact"/>
        <w:ind w:firstLine="640"/>
        <w:rPr>
          <w:lang w:eastAsia="zh-CN"/>
        </w:rPr>
      </w:pPr>
      <w:r>
        <w:rPr>
          <w:rFonts w:ascii="仿宋" w:eastAsia="仿宋" w:hAnsi="仿宋"/>
          <w:sz w:val="32"/>
          <w:lang w:eastAsia="zh-CN"/>
        </w:rPr>
        <w:lastRenderedPageBreak/>
        <w:t>亦不明其意。我们应当记住他，感谢他做出的贡献。伏生爷爷真棒。爷爷，您是要给</w:t>
      </w:r>
      <w:proofErr w:type="gramStart"/>
      <w:r>
        <w:rPr>
          <w:rFonts w:ascii="仿宋" w:eastAsia="仿宋" w:hAnsi="仿宋"/>
          <w:sz w:val="32"/>
          <w:lang w:eastAsia="zh-CN"/>
        </w:rPr>
        <w:t>我们演伏生</w:t>
      </w:r>
      <w:proofErr w:type="gramEnd"/>
      <w:r>
        <w:rPr>
          <w:rFonts w:ascii="仿宋" w:eastAsia="仿宋" w:hAnsi="仿宋"/>
          <w:sz w:val="32"/>
          <w:lang w:eastAsia="zh-CN"/>
        </w:rPr>
        <w:t>吗？你这么认为也可以，那您</w:t>
      </w:r>
      <w:proofErr w:type="gramStart"/>
      <w:r>
        <w:rPr>
          <w:rFonts w:ascii="仿宋" w:eastAsia="仿宋" w:hAnsi="仿宋"/>
          <w:sz w:val="32"/>
          <w:lang w:eastAsia="zh-CN"/>
        </w:rPr>
        <w:t>会被禹贡</w:t>
      </w:r>
      <w:proofErr w:type="gramEnd"/>
      <w:r>
        <w:rPr>
          <w:rFonts w:ascii="仿宋" w:eastAsia="仿宋" w:hAnsi="仿宋"/>
          <w:sz w:val="32"/>
          <w:lang w:eastAsia="zh-CN"/>
        </w:rPr>
        <w:t>吗？孩子们，你们</w:t>
      </w:r>
      <w:proofErr w:type="gramStart"/>
      <w:r>
        <w:rPr>
          <w:rFonts w:ascii="仿宋" w:eastAsia="仿宋" w:hAnsi="仿宋"/>
          <w:sz w:val="32"/>
          <w:lang w:eastAsia="zh-CN"/>
        </w:rPr>
        <w:t>会被禹贡</w:t>
      </w:r>
      <w:proofErr w:type="gramEnd"/>
      <w:r>
        <w:rPr>
          <w:rFonts w:ascii="仿宋" w:eastAsia="仿宋" w:hAnsi="仿宋"/>
          <w:sz w:val="32"/>
          <w:lang w:eastAsia="zh-CN"/>
        </w:rPr>
        <w:t>吗？那咱们一起来背诵吧。禹敷土，随</w:t>
      </w:r>
      <w:proofErr w:type="gramStart"/>
      <w:r>
        <w:rPr>
          <w:rFonts w:ascii="仿宋" w:eastAsia="仿宋" w:hAnsi="仿宋"/>
          <w:sz w:val="32"/>
          <w:lang w:eastAsia="zh-CN"/>
        </w:rPr>
        <w:t>山刊木</w:t>
      </w:r>
      <w:proofErr w:type="gramEnd"/>
      <w:r>
        <w:rPr>
          <w:rFonts w:ascii="仿宋" w:eastAsia="仿宋" w:hAnsi="仿宋"/>
          <w:sz w:val="32"/>
          <w:lang w:eastAsia="zh-CN"/>
        </w:rPr>
        <w:t>，奠高山大川。禹敷土，随</w:t>
      </w:r>
      <w:proofErr w:type="gramStart"/>
      <w:r>
        <w:rPr>
          <w:rFonts w:ascii="仿宋" w:eastAsia="仿宋" w:hAnsi="仿宋"/>
          <w:sz w:val="32"/>
          <w:lang w:eastAsia="zh-CN"/>
        </w:rPr>
        <w:t>山刊木</w:t>
      </w:r>
      <w:proofErr w:type="gramEnd"/>
      <w:r>
        <w:rPr>
          <w:rFonts w:ascii="仿宋" w:eastAsia="仿宋" w:hAnsi="仿宋"/>
          <w:sz w:val="32"/>
          <w:lang w:eastAsia="zh-CN"/>
        </w:rPr>
        <w:t>。</w:t>
      </w:r>
    </w:p>
    <w:p w14:paraId="37026BDF" w14:textId="77777777" w:rsidR="00E87C95" w:rsidRDefault="00000000">
      <w:pPr>
        <w:spacing w:after="0" w:line="579" w:lineRule="exact"/>
        <w:ind w:firstLine="640"/>
        <w:rPr>
          <w:lang w:eastAsia="zh-CN"/>
        </w:rPr>
      </w:pPr>
      <w:proofErr w:type="gramStart"/>
      <w:r>
        <w:rPr>
          <w:rFonts w:ascii="仿宋" w:eastAsia="仿宋" w:hAnsi="仿宋"/>
          <w:sz w:val="32"/>
          <w:lang w:eastAsia="zh-CN"/>
        </w:rPr>
        <w:t>奠</w:t>
      </w:r>
      <w:proofErr w:type="gramEnd"/>
      <w:r>
        <w:rPr>
          <w:rFonts w:ascii="仿宋" w:eastAsia="仿宋" w:hAnsi="仿宋"/>
          <w:sz w:val="32"/>
          <w:lang w:eastAsia="zh-CN"/>
        </w:rPr>
        <w:t>高山大川。记住。兖州。青州。徐州。扬州。荆州。豫州。梁州，</w:t>
      </w:r>
      <w:proofErr w:type="gramStart"/>
      <w:r>
        <w:rPr>
          <w:rFonts w:ascii="仿宋" w:eastAsia="仿宋" w:hAnsi="仿宋"/>
          <w:sz w:val="32"/>
          <w:lang w:eastAsia="zh-CN"/>
        </w:rPr>
        <w:t>雍</w:t>
      </w:r>
      <w:proofErr w:type="gramEnd"/>
      <w:r>
        <w:rPr>
          <w:rFonts w:ascii="仿宋" w:eastAsia="仿宋" w:hAnsi="仿宋"/>
          <w:sz w:val="32"/>
          <w:lang w:eastAsia="zh-CN"/>
        </w:rPr>
        <w:t>州。</w:t>
      </w:r>
    </w:p>
    <w:p w14:paraId="72F12A71" w14:textId="77777777" w:rsidR="00E87C95" w:rsidRDefault="00000000">
      <w:pPr>
        <w:spacing w:after="0" w:line="579" w:lineRule="exact"/>
        <w:ind w:firstLine="640"/>
        <w:rPr>
          <w:lang w:eastAsia="zh-CN"/>
        </w:rPr>
      </w:pPr>
      <w:r>
        <w:rPr>
          <w:rFonts w:ascii="仿宋" w:eastAsia="仿宋" w:hAnsi="仿宋"/>
          <w:sz w:val="32"/>
          <w:lang w:eastAsia="zh-CN"/>
        </w:rPr>
        <w:t>九州。华夏的九州。来，孩子们让我们一起谢谢伏生爷爷。一起去参观下一个展厅。</w:t>
      </w:r>
    </w:p>
    <w:p w14:paraId="28F6287D" w14:textId="77777777" w:rsidR="00E87C95" w:rsidRDefault="00000000">
      <w:pPr>
        <w:spacing w:after="0" w:line="579" w:lineRule="exact"/>
        <w:ind w:firstLine="640"/>
        <w:rPr>
          <w:lang w:eastAsia="zh-CN"/>
        </w:rPr>
      </w:pPr>
      <w:r>
        <w:rPr>
          <w:rFonts w:ascii="仿宋" w:eastAsia="仿宋" w:hAnsi="仿宋"/>
          <w:sz w:val="32"/>
          <w:lang w:eastAsia="zh-CN"/>
        </w:rPr>
        <w:t>谢谢你带我看到了这些。谢谢先生。带我们识读尚书。说有了你们的传承。我放心了。先生因护书，传书的故事。定当永世铭记。演员们真的太棒了。感谢演员们精彩的演绎，让典籍当中的文字真正的活了起来。没错，我看到伏生走进现代图书馆的时候，那一幕几位老师。都动容了。</w:t>
      </w:r>
    </w:p>
    <w:p w14:paraId="067C0B92" w14:textId="77777777" w:rsidR="00E87C95" w:rsidRDefault="00000000">
      <w:pPr>
        <w:spacing w:after="0" w:line="579" w:lineRule="exact"/>
        <w:ind w:firstLine="640"/>
        <w:rPr>
          <w:lang w:eastAsia="zh-CN"/>
        </w:rPr>
      </w:pPr>
      <w:r>
        <w:rPr>
          <w:rFonts w:ascii="仿宋" w:eastAsia="仿宋" w:hAnsi="仿宋"/>
          <w:sz w:val="32"/>
          <w:lang w:eastAsia="zh-CN"/>
        </w:rPr>
        <w:t>我呢，一辈子呢，遇到尚书一辈子呢，研究尚书，但是呢，我刚刚</w:t>
      </w:r>
      <w:proofErr w:type="gramStart"/>
      <w:r>
        <w:rPr>
          <w:rFonts w:ascii="仿宋" w:eastAsia="仿宋" w:hAnsi="仿宋"/>
          <w:sz w:val="32"/>
          <w:lang w:eastAsia="zh-CN"/>
        </w:rPr>
        <w:t>啊看到</w:t>
      </w:r>
      <w:proofErr w:type="gramEnd"/>
      <w:r>
        <w:rPr>
          <w:rFonts w:ascii="仿宋" w:eastAsia="仿宋" w:hAnsi="仿宋"/>
          <w:sz w:val="32"/>
          <w:lang w:eastAsia="zh-CN"/>
        </w:rPr>
        <w:t>这个戏剧给我内心啊。是用用这个词来形容震撼，情不自禁的。泪流满面，今年就有一项我们经常讲的旧学走入寻常百姓家，不仅经典要传承，什么研究在案头上的书？世界上的文明古国，为什么我们？中华文明生生不息，</w:t>
      </w:r>
    </w:p>
    <w:p w14:paraId="5FD49071" w14:textId="77777777" w:rsidR="00E87C95" w:rsidRDefault="00000000">
      <w:pPr>
        <w:spacing w:after="0" w:line="579" w:lineRule="exact"/>
        <w:ind w:firstLine="640"/>
        <w:rPr>
          <w:lang w:eastAsia="zh-CN"/>
        </w:rPr>
      </w:pPr>
      <w:r>
        <w:rPr>
          <w:rFonts w:ascii="仿宋" w:eastAsia="仿宋" w:hAnsi="仿宋"/>
          <w:sz w:val="32"/>
          <w:lang w:eastAsia="zh-CN"/>
        </w:rPr>
        <w:t>就是我们代代相传，我们精灵所出生的精神啊。历史真的是最好的教科书。尚书在传承过程中啊，历经挫折</w:t>
      </w:r>
      <w:proofErr w:type="gramStart"/>
      <w:r>
        <w:rPr>
          <w:rFonts w:ascii="仿宋" w:eastAsia="仿宋" w:hAnsi="仿宋"/>
          <w:sz w:val="32"/>
          <w:lang w:eastAsia="zh-CN"/>
        </w:rPr>
        <w:t>罹厄</w:t>
      </w:r>
      <w:proofErr w:type="gramEnd"/>
      <w:r>
        <w:rPr>
          <w:rFonts w:ascii="仿宋" w:eastAsia="仿宋" w:hAnsi="仿宋"/>
          <w:sz w:val="32"/>
          <w:lang w:eastAsia="zh-CN"/>
        </w:rPr>
        <w:t>重</w:t>
      </w:r>
      <w:r>
        <w:rPr>
          <w:rFonts w:ascii="仿宋" w:eastAsia="仿宋" w:hAnsi="仿宋"/>
          <w:sz w:val="32"/>
          <w:lang w:eastAsia="zh-CN"/>
        </w:rPr>
        <w:lastRenderedPageBreak/>
        <w:t>重，但是还是传至后世，为无数的这个读书人，护书人所传承。他们的这种精神呢，也为时代所坚守。如今，我们更需要。历史带着潮头。通古今之变化。</w:t>
      </w:r>
    </w:p>
    <w:p w14:paraId="78B625ED" w14:textId="77777777" w:rsidR="00E87C95" w:rsidRDefault="00000000">
      <w:pPr>
        <w:spacing w:after="0" w:line="579" w:lineRule="exact"/>
        <w:ind w:firstLine="640"/>
        <w:rPr>
          <w:lang w:eastAsia="zh-CN"/>
        </w:rPr>
      </w:pPr>
      <w:proofErr w:type="gramStart"/>
      <w:r>
        <w:rPr>
          <w:rFonts w:ascii="仿宋" w:eastAsia="仿宋" w:hAnsi="仿宋"/>
          <w:sz w:val="32"/>
          <w:lang w:eastAsia="zh-CN"/>
        </w:rPr>
        <w:t>发思想</w:t>
      </w:r>
      <w:proofErr w:type="gramEnd"/>
      <w:r>
        <w:rPr>
          <w:rFonts w:ascii="仿宋" w:eastAsia="仿宋" w:hAnsi="仿宋"/>
          <w:sz w:val="32"/>
          <w:lang w:eastAsia="zh-CN"/>
        </w:rPr>
        <w:t>之先声。在对历史进行深入思考的过程中，汲取智慧，走向未来。其实我刚才在看的时候一直在想一个问题哈，就是到底什么是中国？中国这个词在文献中最早就是出现在尚书里。我想啊，</w:t>
      </w:r>
      <w:proofErr w:type="gramStart"/>
      <w:r>
        <w:rPr>
          <w:rFonts w:ascii="仿宋" w:eastAsia="仿宋" w:hAnsi="仿宋"/>
          <w:sz w:val="32"/>
          <w:lang w:eastAsia="zh-CN"/>
        </w:rPr>
        <w:t>禹划九州</w:t>
      </w:r>
      <w:proofErr w:type="gramEnd"/>
      <w:r>
        <w:rPr>
          <w:rFonts w:ascii="仿宋" w:eastAsia="仿宋" w:hAnsi="仿宋"/>
          <w:sz w:val="32"/>
          <w:lang w:eastAsia="zh-CN"/>
        </w:rPr>
        <w:t>是中国尧舜禹汤文武孔夫子伏生是中国民惟</w:t>
      </w:r>
      <w:proofErr w:type="gramStart"/>
      <w:r>
        <w:rPr>
          <w:rFonts w:ascii="仿宋" w:eastAsia="仿宋" w:hAnsi="仿宋"/>
          <w:sz w:val="32"/>
          <w:lang w:eastAsia="zh-CN"/>
        </w:rPr>
        <w:t>邦</w:t>
      </w:r>
      <w:proofErr w:type="gramEnd"/>
      <w:r>
        <w:rPr>
          <w:rFonts w:ascii="仿宋" w:eastAsia="仿宋" w:hAnsi="仿宋"/>
          <w:sz w:val="32"/>
          <w:lang w:eastAsia="zh-CN"/>
        </w:rPr>
        <w:t>本本固</w:t>
      </w:r>
      <w:proofErr w:type="gramStart"/>
      <w:r>
        <w:rPr>
          <w:rFonts w:ascii="仿宋" w:eastAsia="仿宋" w:hAnsi="仿宋"/>
          <w:sz w:val="32"/>
          <w:lang w:eastAsia="zh-CN"/>
        </w:rPr>
        <w:t>邦</w:t>
      </w:r>
      <w:proofErr w:type="gramEnd"/>
      <w:r>
        <w:rPr>
          <w:rFonts w:ascii="仿宋" w:eastAsia="仿宋" w:hAnsi="仿宋"/>
          <w:sz w:val="32"/>
          <w:lang w:eastAsia="zh-CN"/>
        </w:rPr>
        <w:t>宁是中国。敦睦九族，协和万邦，是中国有典籍，才有中国。再次谢谢几位老师与我们一同来品读尚书，让我们追本溯源，</w:t>
      </w:r>
    </w:p>
    <w:p w14:paraId="7ED9DDFE" w14:textId="77777777" w:rsidR="00E87C95" w:rsidRDefault="00000000">
      <w:pPr>
        <w:spacing w:after="0" w:line="579" w:lineRule="exact"/>
        <w:ind w:firstLine="640"/>
        <w:rPr>
          <w:lang w:eastAsia="zh-CN"/>
        </w:rPr>
      </w:pPr>
      <w:r>
        <w:rPr>
          <w:rFonts w:ascii="仿宋" w:eastAsia="仿宋" w:hAnsi="仿宋"/>
          <w:sz w:val="32"/>
          <w:lang w:eastAsia="zh-CN"/>
        </w:rPr>
        <w:t>继往开来。</w:t>
      </w:r>
      <w:proofErr w:type="gramStart"/>
      <w:r>
        <w:rPr>
          <w:rFonts w:ascii="仿宋" w:eastAsia="仿宋" w:hAnsi="仿宋"/>
          <w:sz w:val="32"/>
          <w:lang w:eastAsia="zh-CN"/>
        </w:rPr>
        <w:t>惟殷先人</w:t>
      </w:r>
      <w:proofErr w:type="gramEnd"/>
      <w:r>
        <w:rPr>
          <w:rFonts w:ascii="仿宋" w:eastAsia="仿宋" w:hAnsi="仿宋"/>
          <w:sz w:val="32"/>
          <w:lang w:eastAsia="zh-CN"/>
        </w:rPr>
        <w:t>，有册有典。每一本典籍，都是中华文明传承之路上一盏不灭的明灯。而尚书的光芒，闪耀至今。无论孔子或伏生，都是用生命去接续和守护这盏灯火的人。鉴古知今，学史明志。丰富而又珍贵的典籍值得每一个中国人去品读，也应该与世界分享，让我们从典籍中汲取智慧。走向未来，</w:t>
      </w:r>
    </w:p>
    <w:p w14:paraId="072664DE" w14:textId="77777777" w:rsidR="00E87C95" w:rsidRDefault="00000000">
      <w:pPr>
        <w:spacing w:after="0" w:line="579" w:lineRule="exact"/>
        <w:ind w:firstLine="640"/>
        <w:rPr>
          <w:lang w:eastAsia="zh-CN"/>
        </w:rPr>
      </w:pPr>
      <w:r>
        <w:rPr>
          <w:rFonts w:ascii="仿宋" w:eastAsia="仿宋" w:hAnsi="仿宋"/>
          <w:sz w:val="32"/>
          <w:lang w:eastAsia="zh-CN"/>
        </w:rPr>
        <w:t>我是王嘉宁下一本典籍，我们再会。</w:t>
      </w:r>
    </w:p>
    <w:p w14:paraId="66F85B68" w14:textId="77777777" w:rsidR="00E87C95" w:rsidRDefault="00000000">
      <w:pPr>
        <w:rPr>
          <w:lang w:eastAsia="zh-CN"/>
        </w:rPr>
      </w:pPr>
      <w:r>
        <w:rPr>
          <w:lang w:eastAsia="zh-CN"/>
        </w:rPr>
        <w:br w:type="page"/>
      </w:r>
    </w:p>
    <w:p w14:paraId="60D79EEA" w14:textId="77777777" w:rsidR="00E87C95" w:rsidRDefault="00000000">
      <w:pPr>
        <w:spacing w:after="0" w:line="579" w:lineRule="exact"/>
        <w:jc w:val="center"/>
        <w:rPr>
          <w:lang w:eastAsia="zh-CN"/>
        </w:rPr>
      </w:pPr>
      <w:r>
        <w:rPr>
          <w:rFonts w:ascii="方正小标宋简体" w:eastAsia="方正小标宋简体" w:hAnsi="方正小标宋简体"/>
          <w:sz w:val="44"/>
          <w:lang w:eastAsia="zh-CN"/>
        </w:rPr>
        <w:lastRenderedPageBreak/>
        <w:t>第02集 《天工开物》</w:t>
      </w:r>
    </w:p>
    <w:p w14:paraId="4AF853B2" w14:textId="77777777" w:rsidR="00E87C95" w:rsidRDefault="00000000">
      <w:pPr>
        <w:spacing w:after="0" w:line="579" w:lineRule="exact"/>
        <w:ind w:firstLine="640"/>
        <w:rPr>
          <w:lang w:eastAsia="zh-CN"/>
        </w:rPr>
      </w:pPr>
      <w:r>
        <w:rPr>
          <w:rFonts w:ascii="仿宋" w:eastAsia="仿宋" w:hAnsi="仿宋"/>
          <w:sz w:val="32"/>
          <w:lang w:eastAsia="zh-CN"/>
        </w:rPr>
        <w:t>今天让我们跟随当代读书人撒贝宁一起与天工开</w:t>
      </w:r>
      <w:proofErr w:type="gramStart"/>
      <w:r>
        <w:rPr>
          <w:rFonts w:ascii="仿宋" w:eastAsia="仿宋" w:hAnsi="仿宋"/>
          <w:sz w:val="32"/>
          <w:lang w:eastAsia="zh-CN"/>
        </w:rPr>
        <w:t>物展开</w:t>
      </w:r>
      <w:proofErr w:type="gramEnd"/>
      <w:r>
        <w:rPr>
          <w:rFonts w:ascii="仿宋" w:eastAsia="仿宋" w:hAnsi="仿宋"/>
          <w:sz w:val="32"/>
          <w:lang w:eastAsia="zh-CN"/>
        </w:rPr>
        <w:t>一场跨越时空的对话，您是300多年之后的一位后生晚辈。我们都希望学有所成，造福天下。古有天工开物今，人寄以往之。开了，这是科学家袁隆平研究出来的杂交水稻，天下富足。河下乘凉，了不起啊。一九六一年。湖南安江农业学校的试验田里。31岁的农校老师袁隆平。在地里发现了一株奇异的水稻。简直鹤立鸡群呐，</w:t>
      </w:r>
    </w:p>
    <w:p w14:paraId="33AFA197" w14:textId="77777777" w:rsidR="00E87C95" w:rsidRDefault="00000000">
      <w:pPr>
        <w:spacing w:after="0" w:line="579" w:lineRule="exact"/>
        <w:ind w:firstLine="640"/>
        <w:rPr>
          <w:lang w:eastAsia="zh-CN"/>
        </w:rPr>
      </w:pPr>
      <w:r>
        <w:rPr>
          <w:rFonts w:ascii="仿宋" w:eastAsia="仿宋" w:hAnsi="仿宋"/>
          <w:sz w:val="32"/>
          <w:lang w:eastAsia="zh-CN"/>
        </w:rPr>
        <w:t>来来来，你们来看看这株水稻。足足有十几个稻穗，穗子大，籽粒饱满。每个稻穗有八寸长，十多个稻穗向下垂着。像瀑布一样，我数了光这穗子就有230颗籽粒，现在的高产水稻产量亩产也不过五六百斤。如果每株水稻都像这样，就能增产一倍，那就是亩产上千斤啊，对上千斤。那样的话，</w:t>
      </w:r>
    </w:p>
    <w:p w14:paraId="73D6F418" w14:textId="77777777" w:rsidR="00E87C95" w:rsidRDefault="00000000">
      <w:pPr>
        <w:spacing w:after="0" w:line="579" w:lineRule="exact"/>
        <w:ind w:firstLine="640"/>
        <w:rPr>
          <w:lang w:eastAsia="zh-CN"/>
        </w:rPr>
      </w:pPr>
      <w:r>
        <w:rPr>
          <w:rFonts w:ascii="仿宋" w:eastAsia="仿宋" w:hAnsi="仿宋"/>
          <w:sz w:val="32"/>
          <w:lang w:eastAsia="zh-CN"/>
        </w:rPr>
        <w:t>我的河下乘凉梦。就实现了第一步，河下乘凉梦。我梦见我们试验田里的稻子。长得有高粱那么高，这个穗子有扫帚那么长，这个籽粒有花生米那么大。每个人都可以在稻穗下乘凉。要是真能实现这个美梦，那全中国人就都不缺大米，吃了全世界的人都不缺大米吃。咱们明年啊，就用这株水稻做稻种，争取早日实现这个美梦好。第二年春天，</w:t>
      </w:r>
    </w:p>
    <w:p w14:paraId="185F3F8C" w14:textId="77777777" w:rsidR="00E87C95" w:rsidRDefault="00000000">
      <w:pPr>
        <w:spacing w:after="0" w:line="579" w:lineRule="exact"/>
        <w:ind w:firstLine="640"/>
        <w:rPr>
          <w:lang w:eastAsia="zh-CN"/>
        </w:rPr>
      </w:pPr>
      <w:r>
        <w:rPr>
          <w:rFonts w:ascii="仿宋" w:eastAsia="仿宋" w:hAnsi="仿宋"/>
          <w:sz w:val="32"/>
          <w:lang w:eastAsia="zh-CN"/>
        </w:rPr>
        <w:t>袁隆平将这株水稻的种植。播种到了田地。谁想到。到了禾苗抽穗的时候。早的早，迟的迟，高的高，矮的矮。参差不齐。袁老师。为什么会这样？很可能是因为那株鹤立鸡</w:t>
      </w:r>
      <w:r>
        <w:rPr>
          <w:rFonts w:ascii="仿宋" w:eastAsia="仿宋" w:hAnsi="仿宋"/>
          <w:sz w:val="32"/>
          <w:lang w:eastAsia="zh-CN"/>
        </w:rPr>
        <w:lastRenderedPageBreak/>
        <w:t>群的水稻是一株天然的杂交稻。袁老师。水稻不是没有杂种优势吗？当然有。</w:t>
      </w:r>
    </w:p>
    <w:p w14:paraId="19159708" w14:textId="77777777" w:rsidR="00E87C95" w:rsidRDefault="00000000">
      <w:pPr>
        <w:spacing w:after="0" w:line="579" w:lineRule="exact"/>
        <w:ind w:firstLine="640"/>
        <w:rPr>
          <w:lang w:eastAsia="zh-CN"/>
        </w:rPr>
      </w:pPr>
      <w:r>
        <w:rPr>
          <w:rFonts w:ascii="仿宋" w:eastAsia="仿宋" w:hAnsi="仿宋"/>
          <w:sz w:val="32"/>
          <w:lang w:eastAsia="zh-CN"/>
        </w:rPr>
        <w:t>杂种优势是自然界的普遍现象。早在一六三七年出版的天工开物中，就记载着养蚕业是如何利用杂种优势。我们应该要为自花授粉作物水稻的杂种优势，利用做一番探究。袁老师。我们跟着你一起研究吧，好啊。年轻的袁隆平从此开始杂交水稻的研究。后来被称为杂交水稻之父。袁隆平先生刚才提到的天工开物出版，距今已有384年。作者是一位明代科学家，叫宋应星啊，谁叫我？</w:t>
      </w:r>
    </w:p>
    <w:p w14:paraId="6C4FD815" w14:textId="77777777" w:rsidR="00E87C95" w:rsidRDefault="00000000">
      <w:pPr>
        <w:spacing w:after="0" w:line="579" w:lineRule="exact"/>
        <w:ind w:firstLine="640"/>
        <w:rPr>
          <w:lang w:eastAsia="zh-CN"/>
        </w:rPr>
      </w:pPr>
      <w:r>
        <w:rPr>
          <w:rFonts w:ascii="仿宋" w:eastAsia="仿宋" w:hAnsi="仿宋"/>
          <w:sz w:val="32"/>
          <w:lang w:eastAsia="zh-CN"/>
        </w:rPr>
        <w:t>宋应星。宋应星。宋应星，你哥叫你。宋应星。坐。宋应星，宋应星。哎呀，你上来，你下来，你出来，你进来。三弟。你也是中了举人的人，</w:t>
      </w:r>
    </w:p>
    <w:p w14:paraId="4E219716" w14:textId="77777777" w:rsidR="00E87C95" w:rsidRDefault="00000000">
      <w:pPr>
        <w:spacing w:after="0" w:line="579" w:lineRule="exact"/>
        <w:ind w:firstLine="640"/>
        <w:rPr>
          <w:lang w:eastAsia="zh-CN"/>
        </w:rPr>
      </w:pPr>
      <w:r>
        <w:rPr>
          <w:rFonts w:ascii="仿宋" w:eastAsia="仿宋" w:hAnsi="仿宋"/>
          <w:sz w:val="32"/>
          <w:lang w:eastAsia="zh-CN"/>
        </w:rPr>
        <w:t>要端庄学圣贤，我学不了端庄的圣贤。我要做这田里的圣贤，这田里哪位是圣贤？你们说神龙氏啊。长庚告诉我的。我要学神农氏，种好五谷，这样全天下的人才有饭吃，兄长。这可是大学问。</w:t>
      </w:r>
      <w:proofErr w:type="gramStart"/>
      <w:r>
        <w:rPr>
          <w:rFonts w:ascii="仿宋" w:eastAsia="仿宋" w:hAnsi="仿宋"/>
          <w:sz w:val="32"/>
          <w:lang w:eastAsia="zh-CN"/>
        </w:rPr>
        <w:t>这稻田里</w:t>
      </w:r>
      <w:proofErr w:type="gramEnd"/>
      <w:r>
        <w:rPr>
          <w:rFonts w:ascii="仿宋" w:eastAsia="仿宋" w:hAnsi="仿宋"/>
          <w:sz w:val="32"/>
          <w:lang w:eastAsia="zh-CN"/>
        </w:rPr>
        <w:t>有什么学问来，我告诉你。你看这株。再看这种。</w:t>
      </w:r>
    </w:p>
    <w:p w14:paraId="79AE11C3" w14:textId="77777777" w:rsidR="00E87C95" w:rsidRDefault="00000000">
      <w:pPr>
        <w:spacing w:after="0" w:line="579" w:lineRule="exact"/>
        <w:ind w:firstLine="640"/>
        <w:rPr>
          <w:lang w:eastAsia="zh-CN"/>
        </w:rPr>
      </w:pPr>
      <w:r>
        <w:rPr>
          <w:rFonts w:ascii="仿宋" w:eastAsia="仿宋" w:hAnsi="仿宋"/>
          <w:sz w:val="32"/>
          <w:lang w:eastAsia="zh-CN"/>
        </w:rPr>
        <w:t>这两株有什么区别啊？这猪胖一点。这株的籽粒比这株的。多了一倍。有吗有。你想啊，要是这田里所有的稻子都像这株的子粒一样，会怎样？会丰收，收成会翻倍。你再想，要是这禾苗像高粱一样高呢？哈哈</w:t>
      </w:r>
      <w:proofErr w:type="gramStart"/>
      <w:r>
        <w:rPr>
          <w:rFonts w:ascii="仿宋" w:eastAsia="仿宋" w:hAnsi="仿宋"/>
          <w:sz w:val="32"/>
          <w:lang w:eastAsia="zh-CN"/>
        </w:rPr>
        <w:t>哈</w:t>
      </w:r>
      <w:proofErr w:type="gramEnd"/>
      <w:r>
        <w:rPr>
          <w:rFonts w:ascii="仿宋" w:eastAsia="仿宋" w:hAnsi="仿宋"/>
          <w:sz w:val="32"/>
          <w:lang w:eastAsia="zh-CN"/>
        </w:rPr>
        <w:t>，说梦话没准儿没准儿。要真像高粱一样高。</w:t>
      </w:r>
    </w:p>
    <w:p w14:paraId="25EC5FD3" w14:textId="77777777" w:rsidR="00E87C95" w:rsidRDefault="00000000">
      <w:pPr>
        <w:spacing w:after="0" w:line="579" w:lineRule="exact"/>
        <w:ind w:firstLine="640"/>
        <w:rPr>
          <w:lang w:eastAsia="zh-CN"/>
        </w:rPr>
      </w:pPr>
      <w:r>
        <w:rPr>
          <w:rFonts w:ascii="仿宋" w:eastAsia="仿宋" w:hAnsi="仿宋"/>
          <w:sz w:val="32"/>
          <w:lang w:eastAsia="zh-CN"/>
        </w:rPr>
        <w:lastRenderedPageBreak/>
        <w:t>那你会做什么？我</w:t>
      </w:r>
      <w:proofErr w:type="gramStart"/>
      <w:r>
        <w:rPr>
          <w:rFonts w:ascii="仿宋" w:eastAsia="仿宋" w:hAnsi="仿宋"/>
          <w:sz w:val="32"/>
          <w:lang w:eastAsia="zh-CN"/>
        </w:rPr>
        <w:t>我</w:t>
      </w:r>
      <w:proofErr w:type="gramEnd"/>
      <w:r>
        <w:rPr>
          <w:rFonts w:ascii="仿宋" w:eastAsia="仿宋" w:hAnsi="仿宋"/>
          <w:sz w:val="32"/>
          <w:lang w:eastAsia="zh-CN"/>
        </w:rPr>
        <w:t>就躺在这禾苗下面。美美的。做一个梦，哈哈，什么美梦做一个。让天下衣食富足的美梦。嗯。那确实是美梦。修身齐家。治国平天下，根基就是让每个人。都衣食保暖。兄长，这耕田的技能还有这制造水车的技艺，</w:t>
      </w:r>
    </w:p>
    <w:p w14:paraId="7824F066" w14:textId="77777777" w:rsidR="00E87C95" w:rsidRDefault="00000000">
      <w:pPr>
        <w:spacing w:after="0" w:line="579" w:lineRule="exact"/>
        <w:ind w:firstLine="640"/>
        <w:rPr>
          <w:lang w:eastAsia="zh-CN"/>
        </w:rPr>
      </w:pPr>
      <w:r>
        <w:rPr>
          <w:rFonts w:ascii="仿宋" w:eastAsia="仿宋" w:hAnsi="仿宋"/>
          <w:sz w:val="32"/>
          <w:lang w:eastAsia="zh-CN"/>
        </w:rPr>
        <w:t>这可都是让天下富足的大学问。说得好，是大学问。应该为这些大学问著书立言，我就是这么想的，我决定。把所有有用的实学全部集中在一起，写一本书。写一本有利家国，有利百姓的好书。好书名叫什么？书名叫。书名叫。天工开物。以天工开物传承科技传统的明代科学家宋应星，</w:t>
      </w:r>
    </w:p>
    <w:p w14:paraId="3C277596" w14:textId="77777777" w:rsidR="00E87C95" w:rsidRDefault="00000000">
      <w:pPr>
        <w:spacing w:after="0" w:line="579" w:lineRule="exact"/>
        <w:ind w:firstLine="640"/>
        <w:rPr>
          <w:lang w:eastAsia="zh-CN"/>
        </w:rPr>
      </w:pPr>
      <w:r>
        <w:rPr>
          <w:rFonts w:ascii="仿宋" w:eastAsia="仿宋" w:hAnsi="仿宋"/>
          <w:sz w:val="32"/>
          <w:lang w:eastAsia="zh-CN"/>
        </w:rPr>
        <w:t>用一粒种子。造福世界的现代科学家袁隆平。他们都是心怀梦想的人。阁下乘凉，天下富足。是两位相隔了300多年的中国科学家，心里共同的梦。千百年来，中国历代科学家一直在延续和传承一个中华民族共同的科学梦想。那就是发展科学利益，民生造福人类，促进文明。今天就让我们一块儿来识读这本中国第一部关于农业和手工业生产技术的。百科全书，天工开物。</w:t>
      </w:r>
    </w:p>
    <w:p w14:paraId="50D6D122" w14:textId="77777777" w:rsidR="00E87C95" w:rsidRDefault="00000000">
      <w:pPr>
        <w:spacing w:after="0" w:line="579" w:lineRule="exact"/>
        <w:ind w:firstLine="640"/>
        <w:rPr>
          <w:lang w:eastAsia="zh-CN"/>
        </w:rPr>
      </w:pPr>
      <w:r>
        <w:rPr>
          <w:rFonts w:ascii="仿宋" w:eastAsia="仿宋" w:hAnsi="仿宋"/>
          <w:sz w:val="32"/>
          <w:lang w:eastAsia="zh-CN"/>
        </w:rPr>
        <w:t>打开</w:t>
      </w:r>
      <w:proofErr w:type="gramStart"/>
      <w:r>
        <w:rPr>
          <w:rFonts w:ascii="仿宋" w:eastAsia="仿宋" w:hAnsi="仿宋"/>
          <w:sz w:val="32"/>
          <w:lang w:eastAsia="zh-CN"/>
        </w:rPr>
        <w:t>典籍引读中国</w:t>
      </w:r>
      <w:proofErr w:type="gramEnd"/>
      <w:r>
        <w:rPr>
          <w:rFonts w:ascii="仿宋" w:eastAsia="仿宋" w:hAnsi="仿宋"/>
          <w:sz w:val="32"/>
          <w:lang w:eastAsia="zh-CN"/>
        </w:rPr>
        <w:t>，欢迎走进典籍里的中国。我是王嘉宁。相隔300余年的袁隆平和宋应星透过一粒种子找到了属于科学家的共同梦想。求真务实造福人民。而连接起这场跨越古今对话的，正是一本典籍《天工开物》，物自天生，工开于人。天工开物中梳理了130多种生产技术和工具，在对古代各项生产技术的系统总结中，构建了一个完整的技术体</w:t>
      </w:r>
      <w:r>
        <w:rPr>
          <w:rFonts w:ascii="仿宋" w:eastAsia="仿宋" w:hAnsi="仿宋"/>
          <w:sz w:val="32"/>
          <w:lang w:eastAsia="zh-CN"/>
        </w:rPr>
        <w:lastRenderedPageBreak/>
        <w:t>系。作为中国第一部关于农业和手工业生产技术的百科全书出版天工开物，距今已有384年。其中，不论是百姓</w:t>
      </w:r>
      <w:proofErr w:type="gramStart"/>
      <w:r>
        <w:rPr>
          <w:rFonts w:ascii="仿宋" w:eastAsia="仿宋" w:hAnsi="仿宋"/>
          <w:sz w:val="32"/>
          <w:lang w:eastAsia="zh-CN"/>
        </w:rPr>
        <w:t>给水冲米的</w:t>
      </w:r>
      <w:proofErr w:type="gramEnd"/>
      <w:r>
        <w:rPr>
          <w:rFonts w:ascii="仿宋" w:eastAsia="仿宋" w:hAnsi="仿宋"/>
          <w:sz w:val="32"/>
          <w:lang w:eastAsia="zh-CN"/>
        </w:rPr>
        <w:t>日常工具，还是制取海盐，</w:t>
      </w:r>
    </w:p>
    <w:p w14:paraId="5C21F6CB" w14:textId="77777777" w:rsidR="00E87C95" w:rsidRDefault="00000000">
      <w:pPr>
        <w:spacing w:after="0" w:line="579" w:lineRule="exact"/>
        <w:ind w:firstLine="640"/>
        <w:rPr>
          <w:lang w:eastAsia="zh-CN"/>
        </w:rPr>
      </w:pPr>
      <w:r>
        <w:rPr>
          <w:rFonts w:ascii="仿宋" w:eastAsia="仿宋" w:hAnsi="仿宋"/>
          <w:sz w:val="32"/>
          <w:lang w:eastAsia="zh-CN"/>
        </w:rPr>
        <w:t>炼铁，纺织等精巧技术。字里行间流淌着格物致知，经世致用的科学态度，迸发着熠熠生辉的智慧光芒。每天鲜活多一点，本节目由更多鲜活营养的光明乳业独家冠名播出。光明乳业，乐在新鲜。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APP观看典籍里的中国完整视频专享幕后精彩内容。接下来，让我们与三位读书人一同来品读《天工开物》。三位老师好，欢迎来到典籍里的中国。先来和咱们电视机前的各位观众介绍一下，</w:t>
      </w:r>
    </w:p>
    <w:p w14:paraId="1E05A3BD" w14:textId="77777777" w:rsidR="00E87C95" w:rsidRDefault="00000000">
      <w:pPr>
        <w:spacing w:after="0" w:line="579" w:lineRule="exact"/>
        <w:ind w:firstLine="640"/>
        <w:rPr>
          <w:lang w:eastAsia="zh-CN"/>
        </w:rPr>
      </w:pPr>
      <w:r>
        <w:rPr>
          <w:rFonts w:ascii="仿宋" w:eastAsia="仿宋" w:hAnsi="仿宋"/>
          <w:sz w:val="32"/>
          <w:lang w:eastAsia="zh-CN"/>
        </w:rPr>
        <w:t>今天即将和我们一起识读《天工开物》的三位读书人。首先让我们掌声欢迎。中国科学院自然科学史研究所所长张柏春老师。中央民族大学历史文化学院教授蒙曼老师。中国国家图书馆副馆长张志清老师再次欢迎三位。开场戏剧当中，咱们也看到了天工开物的作者宋应星，青年</w:t>
      </w:r>
      <w:proofErr w:type="gramStart"/>
      <w:r>
        <w:rPr>
          <w:rFonts w:ascii="仿宋" w:eastAsia="仿宋" w:hAnsi="仿宋"/>
          <w:sz w:val="32"/>
          <w:lang w:eastAsia="zh-CN"/>
        </w:rPr>
        <w:t>励志想</w:t>
      </w:r>
      <w:proofErr w:type="gramEnd"/>
      <w:r>
        <w:rPr>
          <w:rFonts w:ascii="仿宋" w:eastAsia="仿宋" w:hAnsi="仿宋"/>
          <w:sz w:val="32"/>
          <w:lang w:eastAsia="zh-CN"/>
        </w:rPr>
        <w:t>写一本有利家国。有利百姓的好书，先请三位老师为我们解读一下，何为天工开物呢？天工开物这</w:t>
      </w:r>
      <w:proofErr w:type="gramStart"/>
      <w:r>
        <w:rPr>
          <w:rFonts w:ascii="仿宋" w:eastAsia="仿宋" w:hAnsi="仿宋"/>
          <w:sz w:val="32"/>
          <w:lang w:eastAsia="zh-CN"/>
        </w:rPr>
        <w:t>部著</w:t>
      </w:r>
      <w:proofErr w:type="gramEnd"/>
      <w:r>
        <w:rPr>
          <w:rFonts w:ascii="仿宋" w:eastAsia="仿宋" w:hAnsi="仿宋"/>
          <w:sz w:val="32"/>
          <w:lang w:eastAsia="zh-CN"/>
        </w:rPr>
        <w:t>作，它的名字来源于两部典籍，那一部是尚书，另外一部呢是易经。</w:t>
      </w:r>
    </w:p>
    <w:p w14:paraId="596742E7" w14:textId="77777777" w:rsidR="00E87C95" w:rsidRDefault="00000000">
      <w:pPr>
        <w:spacing w:after="0" w:line="579" w:lineRule="exact"/>
        <w:ind w:firstLine="640"/>
        <w:rPr>
          <w:lang w:eastAsia="zh-CN"/>
        </w:rPr>
      </w:pPr>
      <w:proofErr w:type="gramStart"/>
      <w:r>
        <w:rPr>
          <w:rFonts w:ascii="仿宋" w:eastAsia="仿宋" w:hAnsi="仿宋"/>
          <w:sz w:val="32"/>
          <w:lang w:eastAsia="zh-CN"/>
        </w:rPr>
        <w:t>天工人其</w:t>
      </w:r>
      <w:proofErr w:type="gramEnd"/>
      <w:r>
        <w:rPr>
          <w:rFonts w:ascii="仿宋" w:eastAsia="仿宋" w:hAnsi="仿宋"/>
          <w:sz w:val="32"/>
          <w:lang w:eastAsia="zh-CN"/>
        </w:rPr>
        <w:t>代之。天工现在我们可以理解为自然的能量啊，自然的职责呀，开悟。是易经里头的一句话，开物成</w:t>
      </w:r>
      <w:proofErr w:type="gramStart"/>
      <w:r>
        <w:rPr>
          <w:rFonts w:ascii="仿宋" w:eastAsia="仿宋" w:hAnsi="仿宋"/>
          <w:sz w:val="32"/>
          <w:lang w:eastAsia="zh-CN"/>
        </w:rPr>
        <w:t>务</w:t>
      </w:r>
      <w:proofErr w:type="gramEnd"/>
      <w:r>
        <w:rPr>
          <w:rFonts w:ascii="仿宋" w:eastAsia="仿宋" w:hAnsi="仿宋"/>
          <w:sz w:val="32"/>
          <w:lang w:eastAsia="zh-CN"/>
        </w:rPr>
        <w:t>，就是开创万物，开发万物，成就万物。所以天工开物人哎，要</w:t>
      </w:r>
      <w:r>
        <w:rPr>
          <w:rFonts w:ascii="仿宋" w:eastAsia="仿宋" w:hAnsi="仿宋"/>
          <w:sz w:val="32"/>
          <w:lang w:eastAsia="zh-CN"/>
        </w:rPr>
        <w:lastRenderedPageBreak/>
        <w:t>利用自然，用聪明才智啊，对用才智用技术，然后开发出万事。是万物来天工开物四个字，</w:t>
      </w:r>
    </w:p>
    <w:p w14:paraId="697E8F6D" w14:textId="77777777" w:rsidR="00E87C95" w:rsidRDefault="00000000">
      <w:pPr>
        <w:spacing w:after="0" w:line="579" w:lineRule="exact"/>
        <w:ind w:firstLine="640"/>
        <w:rPr>
          <w:lang w:eastAsia="zh-CN"/>
        </w:rPr>
      </w:pPr>
      <w:r>
        <w:rPr>
          <w:rFonts w:ascii="仿宋" w:eastAsia="仿宋" w:hAnsi="仿宋"/>
          <w:sz w:val="32"/>
          <w:lang w:eastAsia="zh-CN"/>
        </w:rPr>
        <w:t>里边人与自然相协调，人力与自然力相配合。这个是中国传统的哲学思想，也是天工开物这部书里的思想精髓，是一种中国人自古。传承的技术观。天工开物，它了不起在哪里？你看它是上中下，一共是18卷，一部分是农业技术，还有一部分。是手工业技术配了123张手绘的图，他把那个细节画的非常清楚，以至于我们现在看见这些栩栩如生的图案。</w:t>
      </w:r>
    </w:p>
    <w:p w14:paraId="37513DF0" w14:textId="77777777" w:rsidR="00E87C95" w:rsidRDefault="00000000">
      <w:pPr>
        <w:spacing w:after="0" w:line="579" w:lineRule="exact"/>
        <w:ind w:firstLine="640"/>
        <w:rPr>
          <w:lang w:eastAsia="zh-CN"/>
        </w:rPr>
      </w:pPr>
      <w:r>
        <w:rPr>
          <w:rFonts w:ascii="仿宋" w:eastAsia="仿宋" w:hAnsi="仿宋"/>
          <w:sz w:val="32"/>
          <w:lang w:eastAsia="zh-CN"/>
        </w:rPr>
        <w:t>我们就能真的明白，当时在17世纪，明朝的工艺达到了什么样的水准？是的，也能看出天工开物在历史长河当中占据非常重要的一个。那在刚才的戏剧当中，大家也看到青年宋应星自己要做神农氏，我要学神农氏。种好五谷。这样全天下的人才有饭吃。咱们小时候都知道神农尝百草的这个故事，那相传农业耕地也是神农氏所发明的，是这样吗？这个神农氏啊，他除了遍尝百草，</w:t>
      </w:r>
    </w:p>
    <w:p w14:paraId="42C1E4E6" w14:textId="77777777" w:rsidR="00E87C95" w:rsidRDefault="00000000">
      <w:pPr>
        <w:spacing w:after="0" w:line="579" w:lineRule="exact"/>
        <w:ind w:firstLine="640"/>
        <w:rPr>
          <w:lang w:eastAsia="zh-CN"/>
        </w:rPr>
      </w:pPr>
      <w:r>
        <w:rPr>
          <w:rFonts w:ascii="仿宋" w:eastAsia="仿宋" w:hAnsi="仿宋"/>
          <w:sz w:val="32"/>
          <w:lang w:eastAsia="zh-CN"/>
        </w:rPr>
        <w:t>他也是那个时代的技术男。他发明了</w:t>
      </w:r>
      <w:proofErr w:type="gramStart"/>
      <w:r>
        <w:rPr>
          <w:rFonts w:ascii="仿宋" w:eastAsia="仿宋" w:hAnsi="仿宋"/>
          <w:sz w:val="32"/>
          <w:lang w:eastAsia="zh-CN"/>
        </w:rPr>
        <w:t>两样很</w:t>
      </w:r>
      <w:proofErr w:type="gramEnd"/>
      <w:r>
        <w:rPr>
          <w:rFonts w:ascii="仿宋" w:eastAsia="仿宋" w:hAnsi="仿宋"/>
          <w:sz w:val="32"/>
          <w:lang w:eastAsia="zh-CN"/>
        </w:rPr>
        <w:t>重要的工具。一个叫</w:t>
      </w:r>
      <w:proofErr w:type="gramStart"/>
      <w:r>
        <w:rPr>
          <w:rFonts w:ascii="仿宋" w:eastAsia="仿宋" w:hAnsi="仿宋"/>
          <w:sz w:val="32"/>
          <w:lang w:eastAsia="zh-CN"/>
        </w:rPr>
        <w:t>耒</w:t>
      </w:r>
      <w:proofErr w:type="gramEnd"/>
      <w:r>
        <w:rPr>
          <w:rFonts w:ascii="仿宋" w:eastAsia="仿宋" w:hAnsi="仿宋"/>
          <w:sz w:val="32"/>
          <w:lang w:eastAsia="zh-CN"/>
        </w:rPr>
        <w:t>，一个叫</w:t>
      </w:r>
      <w:proofErr w:type="gramStart"/>
      <w:r>
        <w:rPr>
          <w:rFonts w:ascii="仿宋" w:eastAsia="仿宋" w:hAnsi="仿宋"/>
          <w:sz w:val="32"/>
          <w:lang w:eastAsia="zh-CN"/>
        </w:rPr>
        <w:t>耜</w:t>
      </w:r>
      <w:proofErr w:type="gramEnd"/>
      <w:r>
        <w:rPr>
          <w:rFonts w:ascii="仿宋" w:eastAsia="仿宋" w:hAnsi="仿宋"/>
          <w:sz w:val="32"/>
          <w:lang w:eastAsia="zh-CN"/>
        </w:rPr>
        <w:t>。有了耒耜才能翻土啊，才能够耕种，有了耕播农业才有人类定居呀，我们就摆脱那种居无定所到处游猎呀。采集呀，那种生活进入农业的定居生活了，让我们慢慢的开发出我们现在的农业文明。这就是神农氏啊。天工开物啊，第一卷第一句话呀，就提到了。</w:t>
      </w:r>
    </w:p>
    <w:p w14:paraId="237714B0" w14:textId="77777777" w:rsidR="00E87C95" w:rsidRDefault="00000000">
      <w:pPr>
        <w:spacing w:after="0" w:line="579" w:lineRule="exact"/>
        <w:ind w:firstLine="640"/>
        <w:rPr>
          <w:lang w:eastAsia="zh-CN"/>
        </w:rPr>
      </w:pPr>
      <w:r>
        <w:rPr>
          <w:rFonts w:ascii="仿宋" w:eastAsia="仿宋" w:hAnsi="仿宋"/>
          <w:sz w:val="32"/>
          <w:lang w:eastAsia="zh-CN"/>
        </w:rPr>
        <w:lastRenderedPageBreak/>
        <w:t>他还在书中提到啊，从这个神农开辟农耕啊，到了尧地，有了千年之久。那么，尧帝时代呢，出现了一个人物叫后记。是他教会了人们分辨两种后记，这个人物在呃尚书里头也有记载，后记就是帮着大禹治水的那个人。帮着大禹治水，把河道疏通之后，他就叫老百姓种五谷。有一个说法，叫做烝民乃粒，</w:t>
      </w:r>
    </w:p>
    <w:p w14:paraId="2A616234" w14:textId="77777777" w:rsidR="00E87C95" w:rsidRDefault="00000000">
      <w:pPr>
        <w:spacing w:after="0" w:line="579" w:lineRule="exact"/>
        <w:ind w:firstLine="640"/>
        <w:rPr>
          <w:lang w:eastAsia="zh-CN"/>
        </w:rPr>
      </w:pPr>
      <w:r>
        <w:rPr>
          <w:rFonts w:ascii="仿宋" w:eastAsia="仿宋" w:hAnsi="仿宋"/>
          <w:sz w:val="32"/>
          <w:lang w:eastAsia="zh-CN"/>
        </w:rPr>
        <w:t>万邦作乂。天工开物第一卷</w:t>
      </w:r>
      <w:proofErr w:type="gramStart"/>
      <w:r>
        <w:rPr>
          <w:rFonts w:ascii="仿宋" w:eastAsia="仿宋" w:hAnsi="仿宋"/>
          <w:sz w:val="32"/>
          <w:lang w:eastAsia="zh-CN"/>
        </w:rPr>
        <w:t>乃粒就是</w:t>
      </w:r>
      <w:proofErr w:type="gramEnd"/>
      <w:r>
        <w:rPr>
          <w:rFonts w:ascii="仿宋" w:eastAsia="仿宋" w:hAnsi="仿宋"/>
          <w:sz w:val="32"/>
          <w:lang w:eastAsia="zh-CN"/>
        </w:rPr>
        <w:t>从这句话中引出来的。刚才这个戏剧中反映了袁隆平的早期的科学探索，他所说的河下乘凉梦。也是中国人长期以来追求舱里殷实的这样一种渴望吧。咱们在上学的时候，历史课本大家都学到过，关于宋应星和天工开物的故事，你还记不记得在咱们中学课本里，宋应星那个故事和谁的故事放在一起？李时珍宋应星从小也是一个小神童啊，过目不忘当初。在他们江西。靠乡试的时候，他考了第三名。</w:t>
      </w:r>
    </w:p>
    <w:p w14:paraId="75013C8E" w14:textId="77777777" w:rsidR="00E87C95" w:rsidRDefault="00000000">
      <w:pPr>
        <w:spacing w:after="0" w:line="579" w:lineRule="exact"/>
        <w:ind w:firstLine="640"/>
        <w:rPr>
          <w:lang w:eastAsia="zh-CN"/>
        </w:rPr>
      </w:pPr>
      <w:r>
        <w:rPr>
          <w:rFonts w:ascii="仿宋" w:eastAsia="仿宋" w:hAnsi="仿宋"/>
          <w:sz w:val="32"/>
          <w:lang w:eastAsia="zh-CN"/>
        </w:rPr>
        <w:t>他哥哥宋应昇比他大九岁，考第六名，所以当时觉得不得了，相识完了，不是会议室嘛，他跟他的哥哥。还有他的一个好朋友，当时相识的第四名叫做涂绍煃，他们三个一行从南。往北走，到北京考试，涂绍</w:t>
      </w:r>
      <w:proofErr w:type="gramStart"/>
      <w:r>
        <w:rPr>
          <w:rFonts w:ascii="仿宋" w:eastAsia="仿宋" w:hAnsi="仿宋"/>
          <w:sz w:val="32"/>
          <w:lang w:eastAsia="zh-CN"/>
        </w:rPr>
        <w:t>煃哎那人</w:t>
      </w:r>
      <w:proofErr w:type="gramEnd"/>
      <w:r>
        <w:rPr>
          <w:rFonts w:ascii="仿宋" w:eastAsia="仿宋" w:hAnsi="仿宋"/>
          <w:sz w:val="32"/>
          <w:lang w:eastAsia="zh-CN"/>
        </w:rPr>
        <w:t>后来做了大官儿了，但是宋应星跟他的哥哥考一次没考上，再考一次还没考上。对于宋应星而言。</w:t>
      </w:r>
    </w:p>
    <w:p w14:paraId="4B7D015B" w14:textId="77777777" w:rsidR="00E87C95" w:rsidRDefault="00000000">
      <w:pPr>
        <w:spacing w:after="0" w:line="579" w:lineRule="exact"/>
        <w:ind w:firstLine="640"/>
        <w:rPr>
          <w:lang w:eastAsia="zh-CN"/>
        </w:rPr>
      </w:pPr>
      <w:r>
        <w:rPr>
          <w:rFonts w:ascii="仿宋" w:eastAsia="仿宋" w:hAnsi="仿宋"/>
          <w:sz w:val="32"/>
          <w:lang w:eastAsia="zh-CN"/>
        </w:rPr>
        <w:t>他在这六次科考的过程中，走访大江南北呀，把老百姓怎么样生活，生产到底是用什么样的技术都记下来。最后写</w:t>
      </w:r>
      <w:r>
        <w:rPr>
          <w:rFonts w:ascii="仿宋" w:eastAsia="仿宋" w:hAnsi="仿宋"/>
          <w:sz w:val="32"/>
          <w:lang w:eastAsia="zh-CN"/>
        </w:rPr>
        <w:lastRenderedPageBreak/>
        <w:t>出了天工开物。我手里拿到的这一套天工开物呢，其实是张馆长特意带来的，那是根据明代第一版图本，天工开物进行还原。复刻的影印版图本天工开</w:t>
      </w:r>
      <w:proofErr w:type="gramStart"/>
      <w:r>
        <w:rPr>
          <w:rFonts w:ascii="仿宋" w:eastAsia="仿宋" w:hAnsi="仿宋"/>
          <w:sz w:val="32"/>
          <w:lang w:eastAsia="zh-CN"/>
        </w:rPr>
        <w:t>物首次</w:t>
      </w:r>
      <w:proofErr w:type="gramEnd"/>
      <w:r>
        <w:rPr>
          <w:rFonts w:ascii="仿宋" w:eastAsia="仿宋" w:hAnsi="仿宋"/>
          <w:sz w:val="32"/>
          <w:lang w:eastAsia="zh-CN"/>
        </w:rPr>
        <w:t>刊印是在一六三七年，所以距今差不多快400年了对。这个在国内只是剩下一部了，在这世界上也就只有三部。那么这个图呢？指的就是宋应星一生的挚友知音。</w:t>
      </w:r>
    </w:p>
    <w:p w14:paraId="15A9DDF2" w14:textId="77777777" w:rsidR="00E87C95" w:rsidRDefault="00000000">
      <w:pPr>
        <w:spacing w:after="0" w:line="579" w:lineRule="exact"/>
        <w:ind w:firstLine="640"/>
        <w:rPr>
          <w:lang w:eastAsia="zh-CN"/>
        </w:rPr>
      </w:pPr>
      <w:r>
        <w:rPr>
          <w:rFonts w:ascii="仿宋" w:eastAsia="仿宋" w:hAnsi="仿宋"/>
          <w:sz w:val="32"/>
          <w:lang w:eastAsia="zh-CN"/>
        </w:rPr>
        <w:t>涂绍煃对是的。涂绍煃呢，非常清楚这本书对于宋应星具有怎样重要的意义，于是慷慨解囊啊，出资帮助宋应星刊刻了。天工开</w:t>
      </w:r>
      <w:proofErr w:type="gramStart"/>
      <w:r>
        <w:rPr>
          <w:rFonts w:ascii="仿宋" w:eastAsia="仿宋" w:hAnsi="仿宋"/>
          <w:sz w:val="32"/>
          <w:lang w:eastAsia="zh-CN"/>
        </w:rPr>
        <w:t>物那么</w:t>
      </w:r>
      <w:proofErr w:type="gramEnd"/>
      <w:r>
        <w:rPr>
          <w:rFonts w:ascii="仿宋" w:eastAsia="仿宋" w:hAnsi="仿宋"/>
          <w:sz w:val="32"/>
          <w:lang w:eastAsia="zh-CN"/>
        </w:rPr>
        <w:t>可以说呢？如果没有涂绍煃的帮助，天工开物是无法问世的。嗯，确实感谢三位老师和我们一起来品读《天工开物》，相信观众朋友们在看戏剧时。一定会有怎样的理解和感受，那么在看戏剧之前，我们节目的艺术总监，中国国家话剧院院长田沁鑫将带领主创们。</w:t>
      </w:r>
    </w:p>
    <w:p w14:paraId="30B4573F" w14:textId="77777777" w:rsidR="00E87C95" w:rsidRDefault="00000000">
      <w:pPr>
        <w:spacing w:after="0" w:line="579" w:lineRule="exact"/>
        <w:ind w:firstLine="640"/>
        <w:rPr>
          <w:lang w:eastAsia="zh-CN"/>
        </w:rPr>
      </w:pPr>
      <w:r>
        <w:rPr>
          <w:rFonts w:ascii="仿宋" w:eastAsia="仿宋" w:hAnsi="仿宋"/>
          <w:sz w:val="32"/>
          <w:lang w:eastAsia="zh-CN"/>
        </w:rPr>
        <w:t>进行一场品读《天工开物》的</w:t>
      </w:r>
      <w:proofErr w:type="gramStart"/>
      <w:r>
        <w:rPr>
          <w:rFonts w:ascii="仿宋" w:eastAsia="仿宋" w:hAnsi="仿宋"/>
          <w:sz w:val="32"/>
          <w:lang w:eastAsia="zh-CN"/>
        </w:rPr>
        <w:t>典读会</w:t>
      </w:r>
      <w:proofErr w:type="gramEnd"/>
      <w:r>
        <w:rPr>
          <w:rFonts w:ascii="仿宋" w:eastAsia="仿宋" w:hAnsi="仿宋"/>
          <w:sz w:val="32"/>
          <w:lang w:eastAsia="zh-CN"/>
        </w:rPr>
        <w:t>，一块儿去看看。嗯，大家好嗯，欢迎来到典籍里的中</w:t>
      </w:r>
      <w:proofErr w:type="gramStart"/>
      <w:r>
        <w:rPr>
          <w:rFonts w:ascii="仿宋" w:eastAsia="仿宋" w:hAnsi="仿宋"/>
          <w:sz w:val="32"/>
          <w:lang w:eastAsia="zh-CN"/>
        </w:rPr>
        <w:t>国典读会</w:t>
      </w:r>
      <w:proofErr w:type="gramEnd"/>
      <w:r>
        <w:rPr>
          <w:rFonts w:ascii="仿宋" w:eastAsia="仿宋" w:hAnsi="仿宋"/>
          <w:sz w:val="32"/>
          <w:lang w:eastAsia="zh-CN"/>
        </w:rPr>
        <w:t>，我是中国国家话剧院院长田沁鑫，也是节目的艺术总监。大家好，我是李光洁，在这个剧中扮演天工开物的作者宋应星呃，大家好，我是演员李小川，我在这部剧里扮演宋应星的哥哥宋应昇。我是演员修庆，我在这部戏曲中饰演的是这二位兄弟的好友。</w:t>
      </w:r>
    </w:p>
    <w:p w14:paraId="1183C68F" w14:textId="77777777" w:rsidR="00E87C95" w:rsidRDefault="00000000">
      <w:pPr>
        <w:spacing w:after="0" w:line="579" w:lineRule="exact"/>
        <w:ind w:firstLine="640"/>
        <w:rPr>
          <w:lang w:eastAsia="zh-CN"/>
        </w:rPr>
      </w:pPr>
      <w:proofErr w:type="gramStart"/>
      <w:r>
        <w:rPr>
          <w:rFonts w:ascii="仿宋" w:eastAsia="仿宋" w:hAnsi="仿宋"/>
          <w:sz w:val="32"/>
          <w:lang w:eastAsia="zh-CN"/>
        </w:rPr>
        <w:t>铜榜举人</w:t>
      </w:r>
      <w:proofErr w:type="gramEnd"/>
      <w:r>
        <w:rPr>
          <w:rFonts w:ascii="仿宋" w:eastAsia="仿宋" w:hAnsi="仿宋"/>
          <w:sz w:val="32"/>
          <w:lang w:eastAsia="zh-CN"/>
        </w:rPr>
        <w:t>涂绍煃，我是张昆鹏，我是点击率中国节目组的总编剧。我是来自林兆华戏剧工作室的戏剧导演李昊天。今天看到大家的加盟，我对咱们的戏剧故事充满了信心。光</w:t>
      </w:r>
      <w:r>
        <w:rPr>
          <w:rFonts w:ascii="仿宋" w:eastAsia="仿宋" w:hAnsi="仿宋"/>
          <w:sz w:val="32"/>
          <w:lang w:eastAsia="zh-CN"/>
        </w:rPr>
        <w:lastRenderedPageBreak/>
        <w:t>洁这次扮演宋应星，要从青年跨到老年这样的一个时间段儿，我很想听听你的。感受紧张激动这么长时，空的一个跨度，这对表演的一次。考验孙运星是一个特别豁达又很乐观的人，很钦佩他，能扮演他是我的荣幸。</w:t>
      </w:r>
    </w:p>
    <w:p w14:paraId="0765180C" w14:textId="77777777" w:rsidR="00E87C95" w:rsidRDefault="00000000">
      <w:pPr>
        <w:spacing w:after="0" w:line="579" w:lineRule="exact"/>
        <w:ind w:firstLine="640"/>
        <w:rPr>
          <w:lang w:eastAsia="zh-CN"/>
        </w:rPr>
      </w:pPr>
      <w:proofErr w:type="gramStart"/>
      <w:r>
        <w:rPr>
          <w:rFonts w:ascii="仿宋" w:eastAsia="仿宋" w:hAnsi="仿宋"/>
          <w:sz w:val="32"/>
          <w:lang w:eastAsia="zh-CN"/>
        </w:rPr>
        <w:t>听方杰这么</w:t>
      </w:r>
      <w:proofErr w:type="gramEnd"/>
      <w:r>
        <w:rPr>
          <w:rFonts w:ascii="仿宋" w:eastAsia="仿宋" w:hAnsi="仿宋"/>
          <w:sz w:val="32"/>
          <w:lang w:eastAsia="zh-CN"/>
        </w:rPr>
        <w:t>说，我感觉你是和这个角色相见恨晚是的是的。策划伊始，我们的节目总导演带着节目团队反复的揣摩这部典籍，这是对科学充满了追求的典籍。宋应星天性豁达，他的人生又特别的起伏跌荡，也给戏剧的创作和演绎带来了很多的契机。为了让大家有更强的代入感，我先介绍一下典籍里的中国天工开物的舞台。舞台分为四个演出区域，一号台是我们的主舞台，主要是稻田，明朝街坊和书坊。二号台是清朝康熙年间老年宋应兴的书斋，</w:t>
      </w:r>
    </w:p>
    <w:p w14:paraId="4C582B66" w14:textId="77777777" w:rsidR="00E87C95" w:rsidRDefault="00000000">
      <w:pPr>
        <w:spacing w:after="0" w:line="579" w:lineRule="exact"/>
        <w:ind w:firstLine="640"/>
        <w:rPr>
          <w:lang w:eastAsia="zh-CN"/>
        </w:rPr>
      </w:pPr>
      <w:r>
        <w:rPr>
          <w:rFonts w:ascii="仿宋" w:eastAsia="仿宋" w:hAnsi="仿宋"/>
          <w:sz w:val="32"/>
          <w:lang w:eastAsia="zh-CN"/>
        </w:rPr>
        <w:t>三号</w:t>
      </w:r>
      <w:proofErr w:type="gramStart"/>
      <w:r>
        <w:rPr>
          <w:rFonts w:ascii="仿宋" w:eastAsia="仿宋" w:hAnsi="仿宋"/>
          <w:sz w:val="32"/>
          <w:lang w:eastAsia="zh-CN"/>
        </w:rPr>
        <w:t>台分为</w:t>
      </w:r>
      <w:proofErr w:type="gramEnd"/>
      <w:r>
        <w:rPr>
          <w:rFonts w:ascii="仿宋" w:eastAsia="仿宋" w:hAnsi="仿宋"/>
          <w:sz w:val="32"/>
          <w:lang w:eastAsia="zh-CN"/>
        </w:rPr>
        <w:t>上下两层。下层是明朝万历年</w:t>
      </w:r>
      <w:proofErr w:type="gramStart"/>
      <w:r>
        <w:rPr>
          <w:rFonts w:ascii="仿宋" w:eastAsia="仿宋" w:hAnsi="仿宋"/>
          <w:sz w:val="32"/>
          <w:lang w:eastAsia="zh-CN"/>
        </w:rPr>
        <w:t>间年轻</w:t>
      </w:r>
      <w:proofErr w:type="gramEnd"/>
      <w:r>
        <w:rPr>
          <w:rFonts w:ascii="仿宋" w:eastAsia="仿宋" w:hAnsi="仿宋"/>
          <w:sz w:val="32"/>
          <w:lang w:eastAsia="zh-CN"/>
        </w:rPr>
        <w:t>宋应星的家，上层是明朝的码头军器局和蚕房。三个舞台中间有甬道连通，同样作为表演区域制造出古今对话的时空，穿越的戏剧效果。带领观众沉浸式的体验戏剧故事。那么，我们请光洁来读一下第一卷</w:t>
      </w:r>
      <w:proofErr w:type="gramStart"/>
      <w:r>
        <w:rPr>
          <w:rFonts w:ascii="仿宋" w:eastAsia="仿宋" w:hAnsi="仿宋"/>
          <w:sz w:val="32"/>
          <w:lang w:eastAsia="zh-CN"/>
        </w:rPr>
        <w:t>的乃粒里面</w:t>
      </w:r>
      <w:proofErr w:type="gramEnd"/>
      <w:r>
        <w:rPr>
          <w:rFonts w:ascii="仿宋" w:eastAsia="仿宋" w:hAnsi="仿宋"/>
          <w:sz w:val="32"/>
          <w:lang w:eastAsia="zh-CN"/>
        </w:rPr>
        <w:t>的段落好。嗯，生人不能久生，而五谷生之；五谷不能自生，而生人生之。这句话的意思就是呃，人不能靠着自身长期生存，</w:t>
      </w:r>
    </w:p>
    <w:p w14:paraId="6D85B3E1" w14:textId="77777777" w:rsidR="00E87C95" w:rsidRDefault="00000000">
      <w:pPr>
        <w:spacing w:after="0" w:line="579" w:lineRule="exact"/>
        <w:ind w:firstLine="640"/>
        <w:rPr>
          <w:lang w:eastAsia="zh-CN"/>
        </w:rPr>
      </w:pPr>
      <w:r>
        <w:rPr>
          <w:rFonts w:ascii="仿宋" w:eastAsia="仿宋" w:hAnsi="仿宋"/>
          <w:sz w:val="32"/>
          <w:lang w:eastAsia="zh-CN"/>
        </w:rPr>
        <w:t>必须要靠着五谷才能生存下去，而五谷呢，要靠着人种植才能生长。说的真好哈。宋应星将有关粮食生产</w:t>
      </w:r>
      <w:proofErr w:type="gramStart"/>
      <w:r>
        <w:rPr>
          <w:rFonts w:ascii="仿宋" w:eastAsia="仿宋" w:hAnsi="仿宋"/>
          <w:sz w:val="32"/>
          <w:lang w:eastAsia="zh-CN"/>
        </w:rPr>
        <w:t>的乃粒放在</w:t>
      </w:r>
      <w:proofErr w:type="gramEnd"/>
      <w:r>
        <w:rPr>
          <w:rFonts w:ascii="仿宋" w:eastAsia="仿宋" w:hAnsi="仿宋"/>
          <w:sz w:val="32"/>
          <w:lang w:eastAsia="zh-CN"/>
        </w:rPr>
        <w:t>了整本书的第一卷，表现了宋应星的贵五谷而建，金玉的</w:t>
      </w:r>
      <w:r>
        <w:rPr>
          <w:rFonts w:ascii="仿宋" w:eastAsia="仿宋" w:hAnsi="仿宋"/>
          <w:sz w:val="32"/>
          <w:lang w:eastAsia="zh-CN"/>
        </w:rPr>
        <w:lastRenderedPageBreak/>
        <w:t>思想。他认为，五谷价值是高过金玉的，我觉得他也是一个很有悟性的人，他能够</w:t>
      </w:r>
      <w:proofErr w:type="gramStart"/>
      <w:r>
        <w:rPr>
          <w:rFonts w:ascii="仿宋" w:eastAsia="仿宋" w:hAnsi="仿宋"/>
          <w:sz w:val="32"/>
          <w:lang w:eastAsia="zh-CN"/>
        </w:rPr>
        <w:t>屏弃</w:t>
      </w:r>
      <w:proofErr w:type="gramEnd"/>
      <w:r>
        <w:rPr>
          <w:rFonts w:ascii="仿宋" w:eastAsia="仿宋" w:hAnsi="仿宋"/>
          <w:sz w:val="32"/>
          <w:lang w:eastAsia="zh-CN"/>
        </w:rPr>
        <w:t>了功名，回归到自然，而发现了这样的。呃，自然生长的规律，</w:t>
      </w:r>
    </w:p>
    <w:p w14:paraId="3D52B80C" w14:textId="77777777" w:rsidR="00E87C95" w:rsidRDefault="00000000">
      <w:pPr>
        <w:spacing w:after="0" w:line="579" w:lineRule="exact"/>
        <w:ind w:firstLine="640"/>
        <w:rPr>
          <w:lang w:eastAsia="zh-CN"/>
        </w:rPr>
      </w:pPr>
      <w:r>
        <w:rPr>
          <w:rFonts w:ascii="仿宋" w:eastAsia="仿宋" w:hAnsi="仿宋"/>
          <w:sz w:val="32"/>
          <w:lang w:eastAsia="zh-CN"/>
        </w:rPr>
        <w:t>天地之间的孕育，所以成就了他写这个《天工开物》的剧里面，落款前的最后一句非常有力量，是王杰再为我们读一下好。此书于功名进取毫不相关也。这也是我最喜欢这部典籍里的一句话，充分的能感受到他的这种豁达格局思辨。正好今天三兄弟都在。让我们一起读一下这句话，好好。此书于功名进取毫不相关也。此书于功名进取，</w:t>
      </w:r>
    </w:p>
    <w:p w14:paraId="296B8132" w14:textId="77777777" w:rsidR="00E87C95" w:rsidRDefault="00000000">
      <w:pPr>
        <w:spacing w:after="0" w:line="579" w:lineRule="exact"/>
        <w:ind w:firstLine="640"/>
        <w:rPr>
          <w:lang w:eastAsia="zh-CN"/>
        </w:rPr>
      </w:pPr>
      <w:r>
        <w:rPr>
          <w:rFonts w:ascii="仿宋" w:eastAsia="仿宋" w:hAnsi="仿宋"/>
          <w:sz w:val="32"/>
          <w:lang w:eastAsia="zh-CN"/>
        </w:rPr>
        <w:t>毫不相关也。此书于功名进取毫不相关也。这次能扮演轻中老三个年龄段的宋应星。有特别多细节，需要去很讲究的传递。我能感受到宋应星豁达的自我性情和时代思辨。我希望能演出他的性格思想。让更多的人了解这位伟大的科学家。这是我第一次上妆，要把汗毛刮掉。在剧本上有很多很巧妙的设计，很有趣，尤其是宋应星在教书的时候遇到了300多年后的撒贝宁。我估计咱们得先先走</w:t>
      </w:r>
      <w:proofErr w:type="gramStart"/>
      <w:r>
        <w:rPr>
          <w:rFonts w:ascii="仿宋" w:eastAsia="仿宋" w:hAnsi="仿宋"/>
          <w:sz w:val="32"/>
          <w:lang w:eastAsia="zh-CN"/>
        </w:rPr>
        <w:t>个</w:t>
      </w:r>
      <w:proofErr w:type="gramEnd"/>
      <w:r>
        <w:rPr>
          <w:rFonts w:ascii="仿宋" w:eastAsia="仿宋" w:hAnsi="仿宋"/>
          <w:sz w:val="32"/>
          <w:lang w:eastAsia="zh-CN"/>
        </w:rPr>
        <w:t>一两次，他们就拍起来好录了。</w:t>
      </w:r>
    </w:p>
    <w:p w14:paraId="1C483707" w14:textId="77777777" w:rsidR="00E87C95" w:rsidRDefault="00000000">
      <w:pPr>
        <w:spacing w:after="0" w:line="579" w:lineRule="exact"/>
        <w:ind w:firstLine="640"/>
        <w:rPr>
          <w:lang w:eastAsia="zh-CN"/>
        </w:rPr>
      </w:pPr>
      <w:r>
        <w:rPr>
          <w:rFonts w:ascii="仿宋" w:eastAsia="仿宋" w:hAnsi="仿宋"/>
          <w:sz w:val="32"/>
          <w:lang w:eastAsia="zh-CN"/>
        </w:rPr>
        <w:t>第一场12次。您可是奉新名儒，但是今日一见啊。感觉您就是一位田间老人啊，田间老人。不好吗？特别好，特别亲切，这一期我主要观察她驾驭不同年龄层次角色的能力。从青年到老年，非常厉害，尤其老年的时候，他步履蹒跚，眼含热泪的状态。让我相信，</w:t>
      </w:r>
    </w:p>
    <w:p w14:paraId="1973D58C" w14:textId="77777777" w:rsidR="00E87C95" w:rsidRDefault="00000000">
      <w:pPr>
        <w:spacing w:after="0" w:line="579" w:lineRule="exact"/>
        <w:ind w:firstLine="640"/>
        <w:rPr>
          <w:lang w:eastAsia="zh-CN"/>
        </w:rPr>
      </w:pPr>
      <w:r>
        <w:rPr>
          <w:rFonts w:ascii="仿宋" w:eastAsia="仿宋" w:hAnsi="仿宋"/>
          <w:sz w:val="32"/>
          <w:lang w:eastAsia="zh-CN"/>
        </w:rPr>
        <w:lastRenderedPageBreak/>
        <w:t>在我眼前就是一位重情重义的古稀老人，贵五谷而贱金玉。此书于功名进取毫不相关也。用戏剧的方式让我们引以为傲的这些典籍。被更多人知道，让大家了解天工开物和宋应星这一位伟大的科学家。哈哈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。嘿，</w:t>
      </w:r>
      <w:proofErr w:type="gramStart"/>
      <w:r>
        <w:rPr>
          <w:rFonts w:ascii="仿宋" w:eastAsia="仿宋" w:hAnsi="仿宋"/>
          <w:sz w:val="32"/>
          <w:lang w:eastAsia="zh-CN"/>
        </w:rPr>
        <w:t>算牛送牛</w:t>
      </w:r>
      <w:proofErr w:type="gramEnd"/>
      <w:r>
        <w:rPr>
          <w:rFonts w:ascii="仿宋" w:eastAsia="仿宋" w:hAnsi="仿宋"/>
          <w:sz w:val="32"/>
          <w:lang w:eastAsia="zh-CN"/>
        </w:rPr>
        <w:t>。站长该走，你留下我的书，快还我，我就不还。</w:t>
      </w:r>
    </w:p>
    <w:p w14:paraId="0BD412B6" w14:textId="77777777" w:rsidR="00E87C95" w:rsidRDefault="00000000">
      <w:pPr>
        <w:spacing w:after="0" w:line="579" w:lineRule="exact"/>
        <w:ind w:firstLine="640"/>
        <w:rPr>
          <w:lang w:eastAsia="zh-CN"/>
        </w:rPr>
      </w:pPr>
      <w:r>
        <w:rPr>
          <w:rFonts w:ascii="仿宋" w:eastAsia="仿宋" w:hAnsi="仿宋"/>
          <w:sz w:val="32"/>
          <w:lang w:eastAsia="zh-CN"/>
        </w:rPr>
        <w:t>这个也是我的。二娘，你还我手糖。哎</w:t>
      </w:r>
      <w:proofErr w:type="gramStart"/>
      <w:r>
        <w:rPr>
          <w:rFonts w:ascii="仿宋" w:eastAsia="仿宋" w:hAnsi="仿宋"/>
          <w:sz w:val="32"/>
          <w:lang w:eastAsia="zh-CN"/>
        </w:rPr>
        <w:t>呦</w:t>
      </w:r>
      <w:proofErr w:type="gramEnd"/>
      <w:r>
        <w:rPr>
          <w:rFonts w:ascii="仿宋" w:eastAsia="仿宋" w:hAnsi="仿宋"/>
          <w:sz w:val="32"/>
          <w:lang w:eastAsia="zh-CN"/>
        </w:rPr>
        <w:t>，这胖墩儿，你把</w:t>
      </w:r>
      <w:proofErr w:type="gramStart"/>
      <w:r>
        <w:rPr>
          <w:rFonts w:ascii="仿宋" w:eastAsia="仿宋" w:hAnsi="仿宋"/>
          <w:sz w:val="32"/>
          <w:lang w:eastAsia="zh-CN"/>
        </w:rPr>
        <w:t>我身房给</w:t>
      </w:r>
      <w:proofErr w:type="gramEnd"/>
      <w:r>
        <w:rPr>
          <w:rFonts w:ascii="仿宋" w:eastAsia="仿宋" w:hAnsi="仿宋"/>
          <w:sz w:val="32"/>
          <w:lang w:eastAsia="zh-CN"/>
        </w:rPr>
        <w:t>弄坏了，我</w:t>
      </w:r>
      <w:proofErr w:type="gramStart"/>
      <w:r>
        <w:rPr>
          <w:rFonts w:ascii="仿宋" w:eastAsia="仿宋" w:hAnsi="仿宋"/>
          <w:sz w:val="32"/>
          <w:lang w:eastAsia="zh-CN"/>
        </w:rPr>
        <w:t>没事没事</w:t>
      </w:r>
      <w:proofErr w:type="gramEnd"/>
      <w:r>
        <w:rPr>
          <w:rFonts w:ascii="仿宋" w:eastAsia="仿宋" w:hAnsi="仿宋"/>
          <w:sz w:val="32"/>
          <w:lang w:eastAsia="zh-CN"/>
        </w:rPr>
        <w:t>不生气啊，叔叔这有糖要吗？别抢别抢，</w:t>
      </w:r>
      <w:proofErr w:type="gramStart"/>
      <w:r>
        <w:rPr>
          <w:rFonts w:ascii="仿宋" w:eastAsia="仿宋" w:hAnsi="仿宋"/>
          <w:sz w:val="32"/>
          <w:lang w:eastAsia="zh-CN"/>
        </w:rPr>
        <w:t>这还有这还有</w:t>
      </w:r>
      <w:proofErr w:type="gramEnd"/>
      <w:r>
        <w:rPr>
          <w:rFonts w:ascii="仿宋" w:eastAsia="仿宋" w:hAnsi="仿宋"/>
          <w:sz w:val="32"/>
          <w:lang w:eastAsia="zh-CN"/>
        </w:rPr>
        <w:t>来来来，</w:t>
      </w:r>
      <w:proofErr w:type="gramStart"/>
      <w:r>
        <w:rPr>
          <w:rFonts w:ascii="仿宋" w:eastAsia="仿宋" w:hAnsi="仿宋"/>
          <w:sz w:val="32"/>
          <w:lang w:eastAsia="zh-CN"/>
        </w:rPr>
        <w:t>给你们给你们</w:t>
      </w:r>
      <w:proofErr w:type="gramEnd"/>
      <w:r>
        <w:rPr>
          <w:rFonts w:ascii="仿宋" w:eastAsia="仿宋" w:hAnsi="仿宋"/>
          <w:sz w:val="32"/>
          <w:lang w:eastAsia="zh-CN"/>
        </w:rPr>
        <w:t>你穿的好奇怪呀。我吗？叔叔就是个怪人，孩子们休息了吗？来看看。</w:t>
      </w:r>
    </w:p>
    <w:p w14:paraId="61DE8218" w14:textId="77777777" w:rsidR="00E87C95" w:rsidRDefault="00000000">
      <w:pPr>
        <w:spacing w:after="0" w:line="579" w:lineRule="exact"/>
        <w:ind w:firstLine="640"/>
        <w:rPr>
          <w:lang w:eastAsia="zh-CN"/>
        </w:rPr>
      </w:pPr>
      <w:r>
        <w:rPr>
          <w:rFonts w:ascii="仿宋" w:eastAsia="仿宋" w:hAnsi="仿宋"/>
          <w:sz w:val="32"/>
          <w:lang w:eastAsia="zh-CN"/>
        </w:rPr>
        <w:t>我刚从田里抓的稻花鱼。看这鱼肥不肥？这鱼肥呀，是因为稻花多，稻花多呢，就说明稻子长得好。懂吗？今天给你们留的课都背了吗？好，快去坐好。贝。天覆地载，物</w:t>
      </w:r>
      <w:proofErr w:type="gramStart"/>
      <w:r>
        <w:rPr>
          <w:rFonts w:ascii="仿宋" w:eastAsia="仿宋" w:hAnsi="仿宋"/>
          <w:sz w:val="32"/>
          <w:lang w:eastAsia="zh-CN"/>
        </w:rPr>
        <w:t>数号万</w:t>
      </w:r>
      <w:proofErr w:type="gramEnd"/>
      <w:r>
        <w:rPr>
          <w:rFonts w:ascii="仿宋" w:eastAsia="仿宋" w:hAnsi="仿宋"/>
          <w:sz w:val="32"/>
          <w:lang w:eastAsia="zh-CN"/>
        </w:rPr>
        <w:t>。嘿嘿</w:t>
      </w:r>
      <w:proofErr w:type="gramStart"/>
      <w:r>
        <w:rPr>
          <w:rFonts w:ascii="仿宋" w:eastAsia="仿宋" w:hAnsi="仿宋"/>
          <w:sz w:val="32"/>
          <w:lang w:eastAsia="zh-CN"/>
        </w:rPr>
        <w:t>嘿</w:t>
      </w:r>
      <w:proofErr w:type="gramEnd"/>
      <w:r>
        <w:rPr>
          <w:rFonts w:ascii="仿宋" w:eastAsia="仿宋" w:hAnsi="仿宋"/>
          <w:sz w:val="32"/>
          <w:lang w:eastAsia="zh-CN"/>
        </w:rPr>
        <w:t>，大家一起背天无地，</w:t>
      </w:r>
    </w:p>
    <w:p w14:paraId="3031B27A" w14:textId="77777777" w:rsidR="00E87C95" w:rsidRDefault="00000000">
      <w:pPr>
        <w:spacing w:after="0" w:line="579" w:lineRule="exact"/>
        <w:ind w:firstLine="640"/>
        <w:rPr>
          <w:lang w:eastAsia="zh-CN"/>
        </w:rPr>
      </w:pPr>
      <w:r>
        <w:rPr>
          <w:rFonts w:ascii="仿宋" w:eastAsia="仿宋" w:hAnsi="仿宋"/>
          <w:sz w:val="32"/>
          <w:lang w:eastAsia="zh-CN"/>
        </w:rPr>
        <w:t>在无处不好玩，这是宋应星先生所</w:t>
      </w:r>
      <w:proofErr w:type="gramStart"/>
      <w:r>
        <w:rPr>
          <w:rFonts w:ascii="仿宋" w:eastAsia="仿宋" w:hAnsi="仿宋"/>
          <w:sz w:val="32"/>
          <w:lang w:eastAsia="zh-CN"/>
        </w:rPr>
        <w:t>著天</w:t>
      </w:r>
      <w:proofErr w:type="gramEnd"/>
      <w:r>
        <w:rPr>
          <w:rFonts w:ascii="仿宋" w:eastAsia="仿宋" w:hAnsi="仿宋"/>
          <w:sz w:val="32"/>
          <w:lang w:eastAsia="zh-CN"/>
        </w:rPr>
        <w:t>工开物的序言。宋应星先生晚年回到家乡耕读，持家把书里的农业和手工业的技术。传授给乡邻教文化传技术一举两得。宋先生，打扰了。您是我是撒贝宁。是从300多年后到这儿的一个后生晚辈，300多年后。300多年后正式行。我且信你啊。我有一事想问问你。你说这300年之后。天工开物。</w:t>
      </w:r>
    </w:p>
    <w:p w14:paraId="7D98D167" w14:textId="77777777" w:rsidR="00E87C95" w:rsidRDefault="00000000">
      <w:pPr>
        <w:spacing w:after="0" w:line="579" w:lineRule="exact"/>
        <w:ind w:firstLine="640"/>
        <w:rPr>
          <w:lang w:eastAsia="zh-CN"/>
        </w:rPr>
      </w:pPr>
      <w:r>
        <w:rPr>
          <w:rFonts w:ascii="仿宋" w:eastAsia="仿宋" w:hAnsi="仿宋"/>
          <w:sz w:val="32"/>
          <w:lang w:eastAsia="zh-CN"/>
        </w:rPr>
        <w:t>还有人懂吗？宋先生，您看这个。这就是300多年后，人们读您的天工开物的方式。这是电子书。电子书。孩子们</w:t>
      </w:r>
      <w:r>
        <w:rPr>
          <w:rFonts w:ascii="仿宋" w:eastAsia="仿宋" w:hAnsi="仿宋"/>
          <w:sz w:val="32"/>
          <w:lang w:eastAsia="zh-CN"/>
        </w:rPr>
        <w:lastRenderedPageBreak/>
        <w:t>来来来，看看什么叫电子书。这是我画的，画好看吧？就是这字小了些，这没问题。给您放大。还能放大，</w:t>
      </w:r>
    </w:p>
    <w:p w14:paraId="6AA64983" w14:textId="77777777" w:rsidR="00E87C95" w:rsidRDefault="00000000">
      <w:pPr>
        <w:spacing w:after="0" w:line="579" w:lineRule="exact"/>
        <w:ind w:firstLine="640"/>
        <w:rPr>
          <w:lang w:eastAsia="zh-CN"/>
        </w:rPr>
      </w:pPr>
      <w:r>
        <w:rPr>
          <w:rFonts w:ascii="仿宋" w:eastAsia="仿宋" w:hAnsi="仿宋"/>
          <w:sz w:val="32"/>
          <w:lang w:eastAsia="zh-CN"/>
        </w:rPr>
        <w:t>神奇啊。哎，您请坐啊，先生请坐，先生您请坐。坐坐坐。哦，你这一版是天工开物刊刻的第一版呐对。这就是涂绍煃先生刊刻的出版，直接扫描过来扫描。300年后的科技，科技，科技就是科学和技术，比如说您梳理这些生产知识啊，劳动方法呀，</w:t>
      </w:r>
    </w:p>
    <w:p w14:paraId="085F126A" w14:textId="77777777" w:rsidR="00E87C95" w:rsidRDefault="00000000">
      <w:pPr>
        <w:spacing w:after="0" w:line="579" w:lineRule="exact"/>
        <w:ind w:firstLine="640"/>
        <w:rPr>
          <w:lang w:eastAsia="zh-CN"/>
        </w:rPr>
      </w:pPr>
      <w:r>
        <w:rPr>
          <w:rFonts w:ascii="仿宋" w:eastAsia="仿宋" w:hAnsi="仿宋"/>
          <w:sz w:val="32"/>
          <w:lang w:eastAsia="zh-CN"/>
        </w:rPr>
        <w:t>都属于科学和技术。在我们后世人眼里啊，您是一位科学家，科学家。是一位了不起的大科学家呀，不敢当不敢当，您是。来吧，孩子们，咱们讲书做好了。咱们</w:t>
      </w:r>
      <w:proofErr w:type="gramStart"/>
      <w:r>
        <w:rPr>
          <w:rFonts w:ascii="仿宋" w:eastAsia="仿宋" w:hAnsi="仿宋"/>
          <w:sz w:val="32"/>
          <w:lang w:eastAsia="zh-CN"/>
        </w:rPr>
        <w:t>现在讲乃粒</w:t>
      </w:r>
      <w:proofErr w:type="gramEnd"/>
      <w:r>
        <w:rPr>
          <w:rFonts w:ascii="仿宋" w:eastAsia="仿宋" w:hAnsi="仿宋"/>
          <w:sz w:val="32"/>
          <w:lang w:eastAsia="zh-CN"/>
        </w:rPr>
        <w:t>。赶紧坐好，谁来给我讲讲？为什么要种粮食？生人不能久，</w:t>
      </w:r>
    </w:p>
    <w:p w14:paraId="42522E98" w14:textId="77777777" w:rsidR="00E87C95" w:rsidRDefault="00000000">
      <w:pPr>
        <w:spacing w:after="0" w:line="579" w:lineRule="exact"/>
        <w:ind w:firstLine="640"/>
        <w:rPr>
          <w:lang w:eastAsia="zh-CN"/>
        </w:rPr>
      </w:pPr>
      <w:r>
        <w:rPr>
          <w:rFonts w:ascii="仿宋" w:eastAsia="仿宋" w:hAnsi="仿宋"/>
          <w:sz w:val="32"/>
          <w:lang w:eastAsia="zh-CN"/>
        </w:rPr>
        <w:t>生而五谷。生之无谷，不能自生而生人。生之。解释一下，因为人要吃五谷才能活着，五谷</w:t>
      </w:r>
      <w:proofErr w:type="gramStart"/>
      <w:r>
        <w:rPr>
          <w:rFonts w:ascii="仿宋" w:eastAsia="仿宋" w:hAnsi="仿宋"/>
          <w:sz w:val="32"/>
          <w:lang w:eastAsia="zh-CN"/>
        </w:rPr>
        <w:t>不能自己</w:t>
      </w:r>
      <w:proofErr w:type="gramEnd"/>
      <w:r>
        <w:rPr>
          <w:rFonts w:ascii="仿宋" w:eastAsia="仿宋" w:hAnsi="仿宋"/>
          <w:sz w:val="32"/>
          <w:lang w:eastAsia="zh-CN"/>
        </w:rPr>
        <w:t>生长，需要人种植，我们想要吃饱饭，爹娘就得勤苦耕种，所以才这么辛苦。嗯，这下你们知道种粮食是不是很辛苦啊？辛苦。所以都说谁知盘中餐，</w:t>
      </w:r>
    </w:p>
    <w:p w14:paraId="65D25F00" w14:textId="77777777" w:rsidR="00E87C95" w:rsidRDefault="00000000">
      <w:pPr>
        <w:spacing w:after="0" w:line="579" w:lineRule="exact"/>
        <w:ind w:firstLine="640"/>
        <w:rPr>
          <w:lang w:eastAsia="zh-CN"/>
        </w:rPr>
      </w:pPr>
      <w:r>
        <w:rPr>
          <w:rFonts w:ascii="仿宋" w:eastAsia="仿宋" w:hAnsi="仿宋"/>
          <w:sz w:val="32"/>
          <w:lang w:eastAsia="zh-CN"/>
        </w:rPr>
        <w:t>粒粒皆辛苦。你说的这个呀，是李绅的《悯农》这样。明天咱们就教</w:t>
      </w:r>
      <w:proofErr w:type="gramStart"/>
      <w:r>
        <w:rPr>
          <w:rFonts w:ascii="仿宋" w:eastAsia="仿宋" w:hAnsi="仿宋"/>
          <w:sz w:val="32"/>
          <w:lang w:eastAsia="zh-CN"/>
        </w:rPr>
        <w:t>悯</w:t>
      </w:r>
      <w:proofErr w:type="gramEnd"/>
      <w:r>
        <w:rPr>
          <w:rFonts w:ascii="仿宋" w:eastAsia="仿宋" w:hAnsi="仿宋"/>
          <w:sz w:val="32"/>
          <w:lang w:eastAsia="zh-CN"/>
        </w:rPr>
        <w:t>农。今天的书。就读到这里。谢先生，回家吧。再见啦。哎呀，先生嗯，您可是奉新名儒，但是今日一见呀。感觉您就是一位田间老人啊。我来，</w:t>
      </w:r>
    </w:p>
    <w:p w14:paraId="52935E69" w14:textId="77777777" w:rsidR="00E87C95" w:rsidRDefault="00000000">
      <w:pPr>
        <w:spacing w:after="0" w:line="579" w:lineRule="exact"/>
        <w:ind w:firstLine="640"/>
        <w:rPr>
          <w:lang w:eastAsia="zh-CN"/>
        </w:rPr>
      </w:pPr>
      <w:r>
        <w:rPr>
          <w:rFonts w:ascii="仿宋" w:eastAsia="仿宋" w:hAnsi="仿宋"/>
          <w:sz w:val="32"/>
          <w:lang w:eastAsia="zh-CN"/>
        </w:rPr>
        <w:t>我来了。走，</w:t>
      </w:r>
      <w:proofErr w:type="gramStart"/>
      <w:r>
        <w:rPr>
          <w:rFonts w:ascii="仿宋" w:eastAsia="仿宋" w:hAnsi="仿宋"/>
          <w:sz w:val="32"/>
          <w:lang w:eastAsia="zh-CN"/>
        </w:rPr>
        <w:t>谢谢前谦老人</w:t>
      </w:r>
      <w:proofErr w:type="gramEnd"/>
      <w:r>
        <w:rPr>
          <w:rFonts w:ascii="仿宋" w:eastAsia="仿宋" w:hAnsi="仿宋"/>
          <w:sz w:val="32"/>
          <w:lang w:eastAsia="zh-CN"/>
        </w:rPr>
        <w:t>。不好吗？特别好，特别亲切。唉，年少的时候啊。也想学神农氏。喜欢田间记忆。方</w:t>
      </w:r>
      <w:r>
        <w:rPr>
          <w:rFonts w:ascii="仿宋" w:eastAsia="仿宋" w:hAnsi="仿宋"/>
          <w:sz w:val="32"/>
          <w:lang w:eastAsia="zh-CN"/>
        </w:rPr>
        <w:lastRenderedPageBreak/>
        <w:t>是营生。但我也知道您熟读诸子百家呀。那都是年少时候的事了。我还是特别想知道。300多年之后。</w:t>
      </w:r>
    </w:p>
    <w:p w14:paraId="7A99D30F" w14:textId="77777777" w:rsidR="00E87C95" w:rsidRDefault="00000000">
      <w:pPr>
        <w:spacing w:after="0" w:line="579" w:lineRule="exact"/>
        <w:ind w:firstLine="640"/>
        <w:rPr>
          <w:lang w:eastAsia="zh-CN"/>
        </w:rPr>
      </w:pPr>
      <w:r>
        <w:rPr>
          <w:rFonts w:ascii="仿宋" w:eastAsia="仿宋" w:hAnsi="仿宋"/>
          <w:sz w:val="32"/>
          <w:lang w:eastAsia="zh-CN"/>
        </w:rPr>
        <w:t>真的有人在看我的书吗？当然有。我们后世几乎人人知晓宋先生的这本天工开物。这是后世公认的图文并茂的重要的科学技术奠基。天工开物。流传后世。可以告慰两位兄长在前之灵了。先生说的应该是宋应昇先生和涂绍煃先生。正是两位兄长。这本书啊。是我们三个人共同的愿望。共同的梦想。那是一个什么样的梦想？年少的时候，我们都希望。</w:t>
      </w:r>
    </w:p>
    <w:p w14:paraId="7A42DC62" w14:textId="77777777" w:rsidR="00E87C95" w:rsidRDefault="00000000">
      <w:pPr>
        <w:spacing w:after="0" w:line="579" w:lineRule="exact"/>
        <w:ind w:firstLine="640"/>
        <w:rPr>
          <w:lang w:eastAsia="zh-CN"/>
        </w:rPr>
      </w:pPr>
      <w:r>
        <w:rPr>
          <w:rFonts w:ascii="仿宋" w:eastAsia="仿宋" w:hAnsi="仿宋"/>
          <w:sz w:val="32"/>
          <w:lang w:eastAsia="zh-CN"/>
        </w:rPr>
        <w:t>学有所成。造福天下。那一年。报喜</w:t>
      </w:r>
      <w:proofErr w:type="gramStart"/>
      <w:r>
        <w:rPr>
          <w:rFonts w:ascii="仿宋" w:eastAsia="仿宋" w:hAnsi="仿宋"/>
          <w:sz w:val="32"/>
          <w:lang w:eastAsia="zh-CN"/>
        </w:rPr>
        <w:t>报喜</w:t>
      </w:r>
      <w:proofErr w:type="gramEnd"/>
      <w:r>
        <w:rPr>
          <w:rFonts w:ascii="仿宋" w:eastAsia="仿宋" w:hAnsi="仿宋"/>
          <w:sz w:val="32"/>
          <w:lang w:eastAsia="zh-CN"/>
        </w:rPr>
        <w:t>，请父子亲。写书。哈哈</w:t>
      </w:r>
      <w:proofErr w:type="gramStart"/>
      <w:r>
        <w:rPr>
          <w:rFonts w:ascii="仿宋" w:eastAsia="仿宋" w:hAnsi="仿宋"/>
          <w:sz w:val="32"/>
          <w:lang w:eastAsia="zh-CN"/>
        </w:rPr>
        <w:t>哈</w:t>
      </w:r>
      <w:proofErr w:type="gramEnd"/>
      <w:r>
        <w:rPr>
          <w:rFonts w:ascii="仿宋" w:eastAsia="仿宋" w:hAnsi="仿宋"/>
          <w:sz w:val="32"/>
          <w:lang w:eastAsia="zh-CN"/>
        </w:rPr>
        <w:t>。这位便是宋老太爷，宋老太爷。我是学府的门吏，这是本科乡试的喜书。宋府公子宋应星，</w:t>
      </w:r>
      <w:proofErr w:type="gramStart"/>
      <w:r>
        <w:rPr>
          <w:rFonts w:ascii="仿宋" w:eastAsia="仿宋" w:hAnsi="仿宋"/>
          <w:sz w:val="32"/>
          <w:lang w:eastAsia="zh-CN"/>
        </w:rPr>
        <w:t>高中乡</w:t>
      </w:r>
      <w:proofErr w:type="gramEnd"/>
      <w:r>
        <w:rPr>
          <w:rFonts w:ascii="仿宋" w:eastAsia="仿宋" w:hAnsi="仿宋"/>
          <w:sz w:val="32"/>
          <w:lang w:eastAsia="zh-CN"/>
        </w:rPr>
        <w:t>是第三名。宋府公子宋应昇，</w:t>
      </w:r>
      <w:proofErr w:type="gramStart"/>
      <w:r>
        <w:rPr>
          <w:rFonts w:ascii="仿宋" w:eastAsia="仿宋" w:hAnsi="仿宋"/>
          <w:sz w:val="32"/>
          <w:lang w:eastAsia="zh-CN"/>
        </w:rPr>
        <w:t>高中乡</w:t>
      </w:r>
      <w:proofErr w:type="gramEnd"/>
      <w:r>
        <w:rPr>
          <w:rFonts w:ascii="仿宋" w:eastAsia="仿宋" w:hAnsi="仿宋"/>
          <w:sz w:val="32"/>
          <w:lang w:eastAsia="zh-CN"/>
        </w:rPr>
        <w:t>是第六名。</w:t>
      </w:r>
    </w:p>
    <w:p w14:paraId="720D9834" w14:textId="77777777" w:rsidR="00E87C95" w:rsidRDefault="00000000">
      <w:pPr>
        <w:spacing w:after="0" w:line="579" w:lineRule="exact"/>
        <w:ind w:firstLine="640"/>
        <w:rPr>
          <w:lang w:eastAsia="zh-CN"/>
        </w:rPr>
      </w:pPr>
      <w:r>
        <w:rPr>
          <w:rFonts w:ascii="仿宋" w:eastAsia="仿宋" w:hAnsi="仿宋"/>
          <w:sz w:val="32"/>
          <w:lang w:eastAsia="zh-CN"/>
        </w:rPr>
        <w:t>恭喜兄长宋求一家亲两位举人。堪称奉新二宋，恭喜。宋老太爷。谢过乡亲们。谢过兄弟高龄尊亲兄长，我居然也考中了。那是因为你天资聪慧，过目不忘，哈哈</w:t>
      </w:r>
      <w:proofErr w:type="gramStart"/>
      <w:r>
        <w:rPr>
          <w:rFonts w:ascii="仿宋" w:eastAsia="仿宋" w:hAnsi="仿宋"/>
          <w:sz w:val="32"/>
          <w:lang w:eastAsia="zh-CN"/>
        </w:rPr>
        <w:t>哈</w:t>
      </w:r>
      <w:proofErr w:type="gramEnd"/>
      <w:r>
        <w:rPr>
          <w:rFonts w:ascii="仿宋" w:eastAsia="仿宋" w:hAnsi="仿宋"/>
          <w:sz w:val="32"/>
          <w:lang w:eastAsia="zh-CN"/>
        </w:rPr>
        <w:t>。唉，我每日苦读，你每日不是跑到铁匠铺子，就是跑到染布</w:t>
      </w:r>
      <w:proofErr w:type="gramStart"/>
      <w:r>
        <w:rPr>
          <w:rFonts w:ascii="仿宋" w:eastAsia="仿宋" w:hAnsi="仿宋"/>
          <w:sz w:val="32"/>
          <w:lang w:eastAsia="zh-CN"/>
        </w:rPr>
        <w:t>房学习</w:t>
      </w:r>
      <w:proofErr w:type="gramEnd"/>
      <w:r>
        <w:rPr>
          <w:rFonts w:ascii="仿宋" w:eastAsia="仿宋" w:hAnsi="仿宋"/>
          <w:sz w:val="32"/>
          <w:lang w:eastAsia="zh-CN"/>
        </w:rPr>
        <w:t>各种技艺。居然还考到我之前，</w:t>
      </w:r>
    </w:p>
    <w:p w14:paraId="0E9505CB" w14:textId="77777777" w:rsidR="00E87C95" w:rsidRDefault="00000000">
      <w:pPr>
        <w:spacing w:after="0" w:line="579" w:lineRule="exact"/>
        <w:ind w:firstLine="640"/>
        <w:rPr>
          <w:lang w:eastAsia="zh-CN"/>
        </w:rPr>
      </w:pPr>
      <w:r>
        <w:rPr>
          <w:rFonts w:ascii="仿宋" w:eastAsia="仿宋" w:hAnsi="仿宋"/>
          <w:sz w:val="32"/>
          <w:lang w:eastAsia="zh-CN"/>
        </w:rPr>
        <w:t>所以啊，要感谢兄长。你每日苦读念那么多遍，我听都听会了。你们过来赶紧谢过乡亲们。谢乡亲们。恭喜恭喜。拿着喜报到池塘，咱们祭祖去走走</w:t>
      </w:r>
      <w:proofErr w:type="gramStart"/>
      <w:r>
        <w:rPr>
          <w:rFonts w:ascii="仿宋" w:eastAsia="仿宋" w:hAnsi="仿宋"/>
          <w:sz w:val="32"/>
          <w:lang w:eastAsia="zh-CN"/>
        </w:rPr>
        <w:t>走</w:t>
      </w:r>
      <w:proofErr w:type="gramEnd"/>
      <w:r>
        <w:rPr>
          <w:rFonts w:ascii="仿宋" w:eastAsia="仿宋" w:hAnsi="仿宋"/>
          <w:sz w:val="32"/>
          <w:lang w:eastAsia="zh-CN"/>
        </w:rPr>
        <w:t>，祭祖去，恭喜恭喜。童年秋天。宋氏兄弟和高仲相视第四名的好友涂绍煃一起进京感慨。年轻的宋应星一路舟车，踌躇满志。</w:t>
      </w:r>
    </w:p>
    <w:p w14:paraId="060BFCD0" w14:textId="77777777" w:rsidR="00E87C95" w:rsidRDefault="00000000">
      <w:pPr>
        <w:spacing w:after="0" w:line="579" w:lineRule="exact"/>
        <w:ind w:firstLine="640"/>
        <w:rPr>
          <w:lang w:eastAsia="zh-CN"/>
        </w:rPr>
      </w:pPr>
      <w:r>
        <w:rPr>
          <w:rFonts w:ascii="仿宋" w:eastAsia="仿宋" w:hAnsi="仿宋"/>
          <w:sz w:val="32"/>
          <w:lang w:eastAsia="zh-CN"/>
        </w:rPr>
        <w:lastRenderedPageBreak/>
        <w:t>哎呀。这码头的货运原来如此繁忙。京杭大运河果然名不虚传。这就是人行天下，物通天下，三位客官快行，客官快行，小哥，你们卸的是什么货物？瓷器，稻米。陈老大哎，他们运的是什么？这些是棉布和丝绸三位举人老爷</w:t>
      </w:r>
      <w:proofErr w:type="gramStart"/>
      <w:r>
        <w:rPr>
          <w:rFonts w:ascii="仿宋" w:eastAsia="仿宋" w:hAnsi="仿宋"/>
          <w:sz w:val="32"/>
          <w:lang w:eastAsia="zh-CN"/>
        </w:rPr>
        <w:t>这边吃盏茶</w:t>
      </w:r>
      <w:proofErr w:type="gramEnd"/>
      <w:r>
        <w:rPr>
          <w:rFonts w:ascii="仿宋" w:eastAsia="仿宋" w:hAnsi="仿宋"/>
          <w:sz w:val="32"/>
          <w:lang w:eastAsia="zh-CN"/>
        </w:rPr>
        <w:t>吧，多谢。</w:t>
      </w:r>
    </w:p>
    <w:p w14:paraId="14EE76A8" w14:textId="77777777" w:rsidR="00E87C95" w:rsidRDefault="00000000">
      <w:pPr>
        <w:spacing w:after="0" w:line="579" w:lineRule="exact"/>
        <w:ind w:firstLine="640"/>
        <w:rPr>
          <w:lang w:eastAsia="zh-CN"/>
        </w:rPr>
      </w:pPr>
      <w:r>
        <w:rPr>
          <w:rFonts w:ascii="仿宋" w:eastAsia="仿宋" w:hAnsi="仿宋"/>
          <w:sz w:val="32"/>
          <w:lang w:eastAsia="zh-CN"/>
        </w:rPr>
        <w:t>好二位兄长，请好来来兄弟们先放饭吃饭，凡京师为军民聚集。万国水运已共处。</w:t>
      </w:r>
      <w:proofErr w:type="gramStart"/>
      <w:r>
        <w:rPr>
          <w:rFonts w:ascii="仿宋" w:eastAsia="仿宋" w:hAnsi="仿宋"/>
          <w:sz w:val="32"/>
          <w:lang w:eastAsia="zh-CN"/>
        </w:rPr>
        <w:t>漕</w:t>
      </w:r>
      <w:proofErr w:type="gramEnd"/>
      <w:r>
        <w:rPr>
          <w:rFonts w:ascii="仿宋" w:eastAsia="仿宋" w:hAnsi="仿宋"/>
          <w:sz w:val="32"/>
          <w:lang w:eastAsia="zh-CN"/>
        </w:rPr>
        <w:t>舫所由兴也。您刚才这一句应该是出自于舟车。意思是京城是军民聚集之地，所有的物资都从各地由水运运到这儿以供使用。漕运就是因这个而兴起的。与我们同行北上的货物有南方的稻米，还有江西的茶叶和瓷器。还有松江的棉布和江浙的丝绸。把我买的瓷器给我搬到马车上去，好长庚行，你看还有夕阳的商人。</w:t>
      </w:r>
    </w:p>
    <w:p w14:paraId="1B4ABC43" w14:textId="77777777" w:rsidR="00E87C95" w:rsidRDefault="00000000">
      <w:pPr>
        <w:spacing w:after="0" w:line="579" w:lineRule="exact"/>
        <w:ind w:firstLine="640"/>
        <w:rPr>
          <w:lang w:eastAsia="zh-CN"/>
        </w:rPr>
      </w:pPr>
      <w:r>
        <w:rPr>
          <w:rFonts w:ascii="仿宋" w:eastAsia="仿宋" w:hAnsi="仿宋"/>
          <w:sz w:val="32"/>
          <w:lang w:eastAsia="zh-CN"/>
        </w:rPr>
        <w:t>走。还真是西洋商人，我还是第一次见西洋人呐，我也是。不梳头发。若夫中华四裔，驰名猎取者，</w:t>
      </w:r>
      <w:proofErr w:type="gramStart"/>
      <w:r>
        <w:rPr>
          <w:rFonts w:ascii="仿宋" w:eastAsia="仿宋" w:hAnsi="仿宋"/>
          <w:sz w:val="32"/>
          <w:lang w:eastAsia="zh-CN"/>
        </w:rPr>
        <w:t>皆饶郡</w:t>
      </w:r>
      <w:proofErr w:type="gramEnd"/>
      <w:r>
        <w:rPr>
          <w:rFonts w:ascii="仿宋" w:eastAsia="仿宋" w:hAnsi="仿宋"/>
          <w:sz w:val="32"/>
          <w:lang w:eastAsia="zh-CN"/>
        </w:rPr>
        <w:t>浮梁，景德镇之产也。你念的是我陶</w:t>
      </w:r>
      <w:proofErr w:type="gramStart"/>
      <w:r>
        <w:rPr>
          <w:rFonts w:ascii="仿宋" w:eastAsia="仿宋" w:hAnsi="仿宋"/>
          <w:sz w:val="32"/>
          <w:lang w:eastAsia="zh-CN"/>
        </w:rPr>
        <w:t>埏</w:t>
      </w:r>
      <w:proofErr w:type="gramEnd"/>
      <w:r>
        <w:rPr>
          <w:rFonts w:ascii="仿宋" w:eastAsia="仿宋" w:hAnsi="仿宋"/>
          <w:sz w:val="32"/>
          <w:lang w:eastAsia="zh-CN"/>
        </w:rPr>
        <w:t>里的句子。这句话意思就是。中华驰名四方的瓷器都是景德镇生产。瓷器早已销往西洋，东洋各国。将从八方来，</w:t>
      </w:r>
    </w:p>
    <w:p w14:paraId="1D2516C8" w14:textId="77777777" w:rsidR="00E87C95" w:rsidRDefault="00000000">
      <w:pPr>
        <w:spacing w:after="0" w:line="579" w:lineRule="exact"/>
        <w:ind w:firstLine="640"/>
        <w:rPr>
          <w:lang w:eastAsia="zh-CN"/>
        </w:rPr>
      </w:pPr>
      <w:r>
        <w:rPr>
          <w:rFonts w:ascii="仿宋" w:eastAsia="仿宋" w:hAnsi="仿宋"/>
          <w:sz w:val="32"/>
          <w:lang w:eastAsia="zh-CN"/>
        </w:rPr>
        <w:t>气成天下走。所以后来在英文当中啊，瓷器和中国是同一个词儿。都叫China。China.二位兄长，你们看这船大有不同。</w:t>
      </w:r>
      <w:proofErr w:type="gramStart"/>
      <w:r>
        <w:rPr>
          <w:rFonts w:ascii="仿宋" w:eastAsia="仿宋" w:hAnsi="仿宋"/>
          <w:sz w:val="32"/>
          <w:lang w:eastAsia="zh-CN"/>
        </w:rPr>
        <w:t>曹船大致</w:t>
      </w:r>
      <w:proofErr w:type="gramEnd"/>
      <w:r>
        <w:rPr>
          <w:rFonts w:ascii="仿宋" w:eastAsia="仿宋" w:hAnsi="仿宋"/>
          <w:sz w:val="32"/>
          <w:lang w:eastAsia="zh-CN"/>
        </w:rPr>
        <w:t>相仿，我们这艘有何不同啊？这艘船上运送的不仅是瓷器，还有。万历44年的状元榜眼探花嘿嘿呀，长庚兄，我最佩服你这一点乐观。我是敢想运送了三位进士，</w:t>
      </w:r>
    </w:p>
    <w:p w14:paraId="32E7B23A" w14:textId="77777777" w:rsidR="00E87C95" w:rsidRDefault="00000000">
      <w:pPr>
        <w:spacing w:after="0" w:line="579" w:lineRule="exact"/>
        <w:ind w:firstLine="640"/>
        <w:rPr>
          <w:lang w:eastAsia="zh-CN"/>
        </w:rPr>
      </w:pPr>
      <w:r>
        <w:rPr>
          <w:rFonts w:ascii="仿宋" w:eastAsia="仿宋" w:hAnsi="仿宋"/>
          <w:sz w:val="32"/>
          <w:lang w:eastAsia="zh-CN"/>
        </w:rPr>
        <w:lastRenderedPageBreak/>
        <w:t>哎呀，咱们此去经城，无论考中考不中。我们兄弟三人的情分，那是永世不变的。三位进士大人，货物装卸完了，咱们就走，我买了些韭菜。一会儿在船上，咱们边赶路边吃酒，过年也祝三位京城高中多谢。两位兄长。咱们上船。行客官们，</w:t>
      </w:r>
    </w:p>
    <w:p w14:paraId="7DAD1E0E" w14:textId="77777777" w:rsidR="00E87C95" w:rsidRDefault="00000000">
      <w:pPr>
        <w:spacing w:after="0" w:line="579" w:lineRule="exact"/>
        <w:ind w:firstLine="640"/>
        <w:rPr>
          <w:lang w:eastAsia="zh-CN"/>
        </w:rPr>
      </w:pPr>
      <w:r>
        <w:rPr>
          <w:rFonts w:ascii="仿宋" w:eastAsia="仿宋" w:hAnsi="仿宋"/>
          <w:sz w:val="32"/>
          <w:lang w:eastAsia="zh-CN"/>
        </w:rPr>
        <w:t>上船喽！赶考之路啊，历时五月，行程万里。一路。皆是食用之际。实用之学问先生，那个时候就已经看到实用之学是可以为民所用，益于天下。从那个时候我就萌生了写书的念头。也得到了二位兄长的极大支持。都说人生得一知己足矣，先生有两位知己实在难得。是啊，我们三人是同科举人。</w:t>
      </w:r>
    </w:p>
    <w:p w14:paraId="7566E7C2" w14:textId="77777777" w:rsidR="00E87C95" w:rsidRDefault="00000000">
      <w:pPr>
        <w:spacing w:after="0" w:line="579" w:lineRule="exact"/>
        <w:ind w:firstLine="640"/>
        <w:rPr>
          <w:lang w:eastAsia="zh-CN"/>
        </w:rPr>
      </w:pPr>
      <w:r>
        <w:rPr>
          <w:rFonts w:ascii="仿宋" w:eastAsia="仿宋" w:hAnsi="仿宋"/>
          <w:sz w:val="32"/>
          <w:lang w:eastAsia="zh-CN"/>
        </w:rPr>
        <w:t>满心盼着能成为同科进士。你作弊胡说八道，我亲眼所见你家带小超进考场，你的卷子怕都不是自己写的，是有人代写的，简直是胡说八道。沈同和公子考得最好是会元，谁能带他写啊？对啊。你们谁像我这么有才，谁像你这么不要脸，说什么东西？你怎么演的都是我的梦，手动手啊。不要打架，</w:t>
      </w:r>
    </w:p>
    <w:p w14:paraId="07D5F43E" w14:textId="77777777" w:rsidR="00E87C95" w:rsidRDefault="00000000">
      <w:pPr>
        <w:spacing w:after="0" w:line="579" w:lineRule="exact"/>
        <w:ind w:firstLine="640"/>
        <w:rPr>
          <w:lang w:eastAsia="zh-CN"/>
        </w:rPr>
      </w:pPr>
      <w:r>
        <w:rPr>
          <w:rFonts w:ascii="仿宋" w:eastAsia="仿宋" w:hAnsi="仿宋"/>
          <w:sz w:val="32"/>
          <w:lang w:eastAsia="zh-CN"/>
        </w:rPr>
        <w:t>不要砸呀，店家。砸坏了东西，我们会赔给你，但是我们要找那个作弊的会元，造个说法，你说谁作弊啊？你说谁作弊啊？诸位仁兄，诸位仁兄。惠氏榜单已出，我亲家沈同和确实是榜上第一名，我们怎么能这么折辱会元啊对？如果允许你们加入会元赵明阳，他相识的时候就是买来的举人，</w:t>
      </w:r>
    </w:p>
    <w:p w14:paraId="36079E41" w14:textId="77777777" w:rsidR="00E87C95" w:rsidRDefault="00000000">
      <w:pPr>
        <w:spacing w:after="0" w:line="579" w:lineRule="exact"/>
        <w:ind w:firstLine="640"/>
        <w:rPr>
          <w:lang w:eastAsia="zh-CN"/>
        </w:rPr>
      </w:pPr>
      <w:r>
        <w:rPr>
          <w:rFonts w:ascii="仿宋" w:eastAsia="仿宋" w:hAnsi="仿宋"/>
          <w:sz w:val="32"/>
          <w:lang w:eastAsia="zh-CN"/>
        </w:rPr>
        <w:lastRenderedPageBreak/>
        <w:t>你不是不知道不错，不止如此，还在国务院考试好色，隔壁安排了代考制，你算说对了。这个赵明阳是沈同和的亲家，代考的人就是他。自己考第六批，亲家考了个第一，我怎么没有这样的亲家呀啊？名落孙山不知羞耻。还敢</w:t>
      </w:r>
      <w:proofErr w:type="gramStart"/>
      <w:r>
        <w:rPr>
          <w:rFonts w:ascii="仿宋" w:eastAsia="仿宋" w:hAnsi="仿宋"/>
          <w:sz w:val="32"/>
          <w:lang w:eastAsia="zh-CN"/>
        </w:rPr>
        <w:t>绯</w:t>
      </w:r>
      <w:proofErr w:type="gramEnd"/>
      <w:r>
        <w:rPr>
          <w:rFonts w:ascii="仿宋" w:eastAsia="仿宋" w:hAnsi="仿宋"/>
          <w:sz w:val="32"/>
          <w:lang w:eastAsia="zh-CN"/>
        </w:rPr>
        <w:t>蚌，我朝的才子，哼。沈同和。</w:t>
      </w:r>
    </w:p>
    <w:p w14:paraId="5D4EF223" w14:textId="77777777" w:rsidR="00E87C95" w:rsidRDefault="00000000">
      <w:pPr>
        <w:spacing w:after="0" w:line="579" w:lineRule="exact"/>
        <w:ind w:firstLine="640"/>
        <w:rPr>
          <w:lang w:eastAsia="zh-CN"/>
        </w:rPr>
      </w:pPr>
      <w:r>
        <w:rPr>
          <w:rFonts w:ascii="仿宋" w:eastAsia="仿宋" w:hAnsi="仿宋"/>
          <w:sz w:val="32"/>
          <w:lang w:eastAsia="zh-CN"/>
        </w:rPr>
        <w:t>你敢对天发誓，你没有作弊吗？我对什么天发什么誓，你这就是嫉妒对。你看看你睚眦必报的样子。他</w:t>
      </w:r>
      <w:proofErr w:type="gramStart"/>
      <w:r>
        <w:rPr>
          <w:rFonts w:ascii="仿宋" w:eastAsia="仿宋" w:hAnsi="仿宋"/>
          <w:sz w:val="32"/>
          <w:lang w:eastAsia="zh-CN"/>
        </w:rPr>
        <w:t>他</w:t>
      </w:r>
      <w:proofErr w:type="gramEnd"/>
      <w:r>
        <w:rPr>
          <w:rFonts w:ascii="仿宋" w:eastAsia="仿宋" w:hAnsi="仿宋"/>
          <w:sz w:val="32"/>
          <w:lang w:eastAsia="zh-CN"/>
        </w:rPr>
        <w:t>说什么哈哈</w:t>
      </w:r>
      <w:proofErr w:type="gramStart"/>
      <w:r>
        <w:rPr>
          <w:rFonts w:ascii="仿宋" w:eastAsia="仿宋" w:hAnsi="仿宋"/>
          <w:sz w:val="32"/>
          <w:lang w:eastAsia="zh-CN"/>
        </w:rPr>
        <w:t>哈</w:t>
      </w:r>
      <w:proofErr w:type="gramEnd"/>
      <w:r>
        <w:rPr>
          <w:rFonts w:ascii="仿宋" w:eastAsia="仿宋" w:hAnsi="仿宋"/>
          <w:sz w:val="32"/>
          <w:lang w:eastAsia="zh-CN"/>
        </w:rPr>
        <w:t>，那叫睚眦必报蠢货，你看看你恬不知耻的样子，你看看你。什么意思？骂他我呸。</w:t>
      </w:r>
      <w:proofErr w:type="gramStart"/>
      <w:r>
        <w:rPr>
          <w:rFonts w:ascii="仿宋" w:eastAsia="仿宋" w:hAnsi="仿宋"/>
          <w:sz w:val="32"/>
          <w:lang w:eastAsia="zh-CN"/>
        </w:rPr>
        <w:t>注意注意注意注意</w:t>
      </w:r>
      <w:proofErr w:type="gramEnd"/>
      <w:r>
        <w:rPr>
          <w:rFonts w:ascii="仿宋" w:eastAsia="仿宋" w:hAnsi="仿宋"/>
          <w:sz w:val="32"/>
          <w:lang w:eastAsia="zh-CN"/>
        </w:rPr>
        <w:t>。不要伤了和气，不要伤了和气呀，和这种人有什么好说的，</w:t>
      </w:r>
    </w:p>
    <w:p w14:paraId="38AC1057" w14:textId="77777777" w:rsidR="00E87C95" w:rsidRDefault="00000000">
      <w:pPr>
        <w:spacing w:after="0" w:line="579" w:lineRule="exact"/>
        <w:ind w:firstLine="640"/>
        <w:rPr>
          <w:lang w:eastAsia="zh-CN"/>
        </w:rPr>
      </w:pPr>
      <w:r>
        <w:rPr>
          <w:rFonts w:ascii="仿宋" w:eastAsia="仿宋" w:hAnsi="仿宋"/>
          <w:sz w:val="32"/>
          <w:lang w:eastAsia="zh-CN"/>
        </w:rPr>
        <w:t>有本事你告我去呀。你不要再让我受伤了。这就是个蠢货。点这样的人当会元，真让天下读书人寒心。</w:t>
      </w:r>
      <w:proofErr w:type="gramStart"/>
      <w:r>
        <w:rPr>
          <w:rFonts w:ascii="仿宋" w:eastAsia="仿宋" w:hAnsi="仿宋"/>
          <w:sz w:val="32"/>
          <w:lang w:eastAsia="zh-CN"/>
        </w:rPr>
        <w:t>我巨兄我</w:t>
      </w:r>
      <w:proofErr w:type="gramEnd"/>
      <w:r>
        <w:rPr>
          <w:rFonts w:ascii="仿宋" w:eastAsia="仿宋" w:hAnsi="仿宋"/>
          <w:sz w:val="32"/>
          <w:lang w:eastAsia="zh-CN"/>
        </w:rPr>
        <w:t>兄弟三人。均已名落孙山，考不上也。罢羞于和这样的人同榜，白丁会元犹如此马。我说你呢，诸位仁兄，怎么着？诸位仁兄有橘子气氛，不过用黄泥将他绑上的</w:t>
      </w:r>
      <w:proofErr w:type="gramStart"/>
      <w:r>
        <w:rPr>
          <w:rFonts w:ascii="仿宋" w:eastAsia="仿宋" w:hAnsi="仿宋"/>
          <w:sz w:val="32"/>
          <w:lang w:eastAsia="zh-CN"/>
        </w:rPr>
        <w:t>名字污去他</w:t>
      </w:r>
      <w:proofErr w:type="gramEnd"/>
      <w:r>
        <w:rPr>
          <w:rFonts w:ascii="仿宋" w:eastAsia="仿宋" w:hAnsi="仿宋"/>
          <w:sz w:val="32"/>
          <w:lang w:eastAsia="zh-CN"/>
        </w:rPr>
        <w:t>好。</w:t>
      </w:r>
    </w:p>
    <w:p w14:paraId="3BFBBB76" w14:textId="77777777" w:rsidR="00E87C95" w:rsidRDefault="00000000">
      <w:pPr>
        <w:spacing w:after="0" w:line="579" w:lineRule="exact"/>
        <w:ind w:firstLine="640"/>
        <w:rPr>
          <w:lang w:eastAsia="zh-CN"/>
        </w:rPr>
      </w:pPr>
      <w:r>
        <w:rPr>
          <w:rFonts w:ascii="仿宋" w:eastAsia="仿宋" w:hAnsi="仿宋"/>
          <w:sz w:val="32"/>
          <w:lang w:eastAsia="zh-CN"/>
        </w:rPr>
        <w:t>混账谁敢吐本公子的名字，用黄泥屋去便宜了你，我看应该将你送到官府。左手打着天子，脚下竟敢殴打考生，我看看谁不服谁不服气，我就打谁。你敢有什么不敢的上。</w:t>
      </w:r>
      <w:proofErr w:type="gramStart"/>
      <w:r>
        <w:rPr>
          <w:rFonts w:ascii="仿宋" w:eastAsia="仿宋" w:hAnsi="仿宋"/>
          <w:sz w:val="32"/>
          <w:lang w:eastAsia="zh-CN"/>
        </w:rPr>
        <w:t>请地位</w:t>
      </w:r>
      <w:proofErr w:type="gramEnd"/>
      <w:r>
        <w:rPr>
          <w:rFonts w:ascii="仿宋" w:eastAsia="仿宋" w:hAnsi="仿宋"/>
          <w:sz w:val="32"/>
          <w:lang w:eastAsia="zh-CN"/>
        </w:rPr>
        <w:t>保安。让</w:t>
      </w:r>
      <w:proofErr w:type="gramStart"/>
      <w:r>
        <w:rPr>
          <w:rFonts w:ascii="仿宋" w:eastAsia="仿宋" w:hAnsi="仿宋"/>
          <w:sz w:val="32"/>
          <w:lang w:eastAsia="zh-CN"/>
        </w:rPr>
        <w:t>开锁死</w:t>
      </w:r>
      <w:proofErr w:type="gramEnd"/>
      <w:r>
        <w:rPr>
          <w:rFonts w:ascii="仿宋" w:eastAsia="仿宋" w:hAnsi="仿宋"/>
          <w:sz w:val="32"/>
          <w:lang w:eastAsia="zh-CN"/>
        </w:rPr>
        <w:t>他，张开</w:t>
      </w:r>
      <w:proofErr w:type="gramStart"/>
      <w:r>
        <w:rPr>
          <w:rFonts w:ascii="仿宋" w:eastAsia="仿宋" w:hAnsi="仿宋"/>
          <w:sz w:val="32"/>
          <w:lang w:eastAsia="zh-CN"/>
        </w:rPr>
        <w:t>张开</w:t>
      </w:r>
      <w:proofErr w:type="gramEnd"/>
      <w:r>
        <w:rPr>
          <w:rFonts w:ascii="仿宋" w:eastAsia="仿宋" w:hAnsi="仿宋"/>
          <w:sz w:val="32"/>
          <w:lang w:eastAsia="zh-CN"/>
        </w:rPr>
        <w:t>。</w:t>
      </w:r>
      <w:proofErr w:type="gramStart"/>
      <w:r>
        <w:rPr>
          <w:rFonts w:ascii="仿宋" w:eastAsia="仿宋" w:hAnsi="仿宋"/>
          <w:sz w:val="32"/>
          <w:lang w:eastAsia="zh-CN"/>
        </w:rPr>
        <w:t>谨以为</w:t>
      </w:r>
      <w:proofErr w:type="gramEnd"/>
      <w:r>
        <w:rPr>
          <w:rFonts w:ascii="仿宋" w:eastAsia="仿宋" w:hAnsi="仿宋"/>
          <w:sz w:val="32"/>
          <w:lang w:eastAsia="zh-CN"/>
        </w:rPr>
        <w:t>本，谁是沈同和。哦呃</w:t>
      </w:r>
      <w:proofErr w:type="gramStart"/>
      <w:r>
        <w:rPr>
          <w:rFonts w:ascii="仿宋" w:eastAsia="仿宋" w:hAnsi="仿宋"/>
          <w:sz w:val="32"/>
          <w:lang w:eastAsia="zh-CN"/>
        </w:rPr>
        <w:t>呃</w:t>
      </w:r>
      <w:proofErr w:type="gramEnd"/>
      <w:r>
        <w:rPr>
          <w:rFonts w:ascii="仿宋" w:eastAsia="仿宋" w:hAnsi="仿宋"/>
          <w:sz w:val="32"/>
          <w:lang w:eastAsia="zh-CN"/>
        </w:rPr>
        <w:t>，正是在下。</w:t>
      </w:r>
    </w:p>
    <w:p w14:paraId="43538040" w14:textId="77777777" w:rsidR="00E87C95" w:rsidRDefault="00000000">
      <w:pPr>
        <w:spacing w:after="0" w:line="579" w:lineRule="exact"/>
        <w:ind w:firstLine="640"/>
        <w:rPr>
          <w:lang w:eastAsia="zh-CN"/>
        </w:rPr>
      </w:pPr>
      <w:r>
        <w:rPr>
          <w:rFonts w:ascii="仿宋" w:eastAsia="仿宋" w:hAnsi="仿宋"/>
          <w:sz w:val="32"/>
          <w:lang w:eastAsia="zh-CN"/>
        </w:rPr>
        <w:t>上差大人来的好啊，他们敢殴打会元沈同和，赵明阳跪下停止。皇上口喻。礼部尚书吴道南检举吴江举人沈同和，</w:t>
      </w:r>
      <w:r>
        <w:rPr>
          <w:rFonts w:ascii="仿宋" w:eastAsia="仿宋" w:hAnsi="仿宋"/>
          <w:sz w:val="32"/>
          <w:lang w:eastAsia="zh-CN"/>
        </w:rPr>
        <w:lastRenderedPageBreak/>
        <w:t>吴江举人赵明阳。科场作弊着急，奉旨布施啊，还考啊。冤枉啊，冤不冤呐？好了，便知带走</w:t>
      </w:r>
      <w:proofErr w:type="gramStart"/>
      <w:r>
        <w:rPr>
          <w:rFonts w:ascii="仿宋" w:eastAsia="仿宋" w:hAnsi="仿宋"/>
          <w:sz w:val="32"/>
          <w:lang w:eastAsia="zh-CN"/>
        </w:rPr>
        <w:t>带走</w:t>
      </w:r>
      <w:proofErr w:type="gramEnd"/>
      <w:r>
        <w:rPr>
          <w:rFonts w:ascii="仿宋" w:eastAsia="仿宋" w:hAnsi="仿宋"/>
          <w:sz w:val="32"/>
          <w:lang w:eastAsia="zh-CN"/>
        </w:rPr>
        <w:t>。大人约我，我是当超会元呀，</w:t>
      </w:r>
    </w:p>
    <w:p w14:paraId="756BDDAE" w14:textId="77777777" w:rsidR="00E87C95" w:rsidRDefault="00000000">
      <w:pPr>
        <w:spacing w:after="0" w:line="579" w:lineRule="exact"/>
        <w:ind w:firstLine="640"/>
        <w:rPr>
          <w:lang w:eastAsia="zh-CN"/>
        </w:rPr>
      </w:pPr>
      <w:r>
        <w:rPr>
          <w:rFonts w:ascii="仿宋" w:eastAsia="仿宋" w:hAnsi="仿宋"/>
          <w:sz w:val="32"/>
          <w:lang w:eastAsia="zh-CN"/>
        </w:rPr>
        <w:t>大人约呀。第一名，第三名的复试去了，第六名的赵明阳在替他考啊。哈哈</w:t>
      </w:r>
      <w:proofErr w:type="gramStart"/>
      <w:r>
        <w:rPr>
          <w:rFonts w:ascii="仿宋" w:eastAsia="仿宋" w:hAnsi="仿宋"/>
          <w:sz w:val="32"/>
          <w:lang w:eastAsia="zh-CN"/>
        </w:rPr>
        <w:t>哈</w:t>
      </w:r>
      <w:proofErr w:type="gramEnd"/>
      <w:r>
        <w:rPr>
          <w:rFonts w:ascii="仿宋" w:eastAsia="仿宋" w:hAnsi="仿宋"/>
          <w:sz w:val="32"/>
          <w:lang w:eastAsia="zh-CN"/>
        </w:rPr>
        <w:t>。会元沈同和在复试中交了白卷，除</w:t>
      </w:r>
      <w:proofErr w:type="gramStart"/>
      <w:r>
        <w:rPr>
          <w:rFonts w:ascii="仿宋" w:eastAsia="仿宋" w:hAnsi="仿宋"/>
          <w:sz w:val="32"/>
          <w:lang w:eastAsia="zh-CN"/>
        </w:rPr>
        <w:t>以账则</w:t>
      </w:r>
      <w:proofErr w:type="gramEnd"/>
      <w:r>
        <w:rPr>
          <w:rFonts w:ascii="仿宋" w:eastAsia="仿宋" w:hAnsi="仿宋"/>
          <w:sz w:val="32"/>
          <w:lang w:eastAsia="zh-CN"/>
        </w:rPr>
        <w:t>流放千里。待考之人赵明阳，除</w:t>
      </w:r>
      <w:proofErr w:type="gramStart"/>
      <w:r>
        <w:rPr>
          <w:rFonts w:ascii="仿宋" w:eastAsia="仿宋" w:hAnsi="仿宋"/>
          <w:sz w:val="32"/>
          <w:lang w:eastAsia="zh-CN"/>
        </w:rPr>
        <w:t>以仗责隔去</w:t>
      </w:r>
      <w:proofErr w:type="gramEnd"/>
      <w:r>
        <w:rPr>
          <w:rFonts w:ascii="仿宋" w:eastAsia="仿宋" w:hAnsi="仿宋"/>
          <w:sz w:val="32"/>
          <w:lang w:eastAsia="zh-CN"/>
        </w:rPr>
        <w:t>，功名永不续用。万历44年，</w:t>
      </w:r>
      <w:proofErr w:type="gramStart"/>
      <w:r>
        <w:rPr>
          <w:rFonts w:ascii="仿宋" w:eastAsia="仿宋" w:hAnsi="仿宋"/>
          <w:sz w:val="32"/>
          <w:lang w:eastAsia="zh-CN"/>
        </w:rPr>
        <w:t>客场避案震惊</w:t>
      </w:r>
      <w:proofErr w:type="gramEnd"/>
      <w:r>
        <w:rPr>
          <w:rFonts w:ascii="仿宋" w:eastAsia="仿宋" w:hAnsi="仿宋"/>
          <w:sz w:val="32"/>
          <w:lang w:eastAsia="zh-CN"/>
        </w:rPr>
        <w:t>朝米，所设官员皆未严惩。我兄弟三人首次赴京赶考。便遇到了客场作弊这样的闹剧，</w:t>
      </w:r>
    </w:p>
    <w:p w14:paraId="46245286" w14:textId="77777777" w:rsidR="00E87C95" w:rsidRDefault="00000000">
      <w:pPr>
        <w:spacing w:after="0" w:line="579" w:lineRule="exact"/>
        <w:ind w:firstLine="640"/>
        <w:rPr>
          <w:lang w:eastAsia="zh-CN"/>
        </w:rPr>
      </w:pPr>
      <w:r>
        <w:rPr>
          <w:rFonts w:ascii="仿宋" w:eastAsia="仿宋" w:hAnsi="仿宋"/>
          <w:sz w:val="32"/>
          <w:lang w:eastAsia="zh-CN"/>
        </w:rPr>
        <w:t>我们兄弟三人全都名落孙山三年后。我兄弟三人再来赶考。</w:t>
      </w:r>
      <w:proofErr w:type="gramStart"/>
      <w:r>
        <w:rPr>
          <w:rFonts w:ascii="仿宋" w:eastAsia="仿宋" w:hAnsi="仿宋"/>
          <w:sz w:val="32"/>
          <w:lang w:eastAsia="zh-CN"/>
        </w:rPr>
        <w:t>伯聚兄</w:t>
      </w:r>
      <w:proofErr w:type="gramEnd"/>
      <w:r>
        <w:rPr>
          <w:rFonts w:ascii="仿宋" w:eastAsia="仿宋" w:hAnsi="仿宋"/>
          <w:sz w:val="32"/>
          <w:lang w:eastAsia="zh-CN"/>
        </w:rPr>
        <w:t>，高中二甲第45名。阿尔松</w:t>
      </w:r>
      <w:proofErr w:type="gramStart"/>
      <w:r>
        <w:rPr>
          <w:rFonts w:ascii="仿宋" w:eastAsia="仿宋" w:hAnsi="仿宋"/>
          <w:sz w:val="32"/>
          <w:lang w:eastAsia="zh-CN"/>
        </w:rPr>
        <w:t>兄弟磕场不顺</w:t>
      </w:r>
      <w:proofErr w:type="gramEnd"/>
      <w:r>
        <w:rPr>
          <w:rFonts w:ascii="仿宋" w:eastAsia="仿宋" w:hAnsi="仿宋"/>
          <w:sz w:val="32"/>
          <w:lang w:eastAsia="zh-CN"/>
        </w:rPr>
        <w:t>，再度名落孙山。恭喜</w:t>
      </w:r>
      <w:proofErr w:type="gramStart"/>
      <w:r>
        <w:rPr>
          <w:rFonts w:ascii="仿宋" w:eastAsia="仿宋" w:hAnsi="仿宋"/>
          <w:sz w:val="32"/>
          <w:lang w:eastAsia="zh-CN"/>
        </w:rPr>
        <w:t>伯聚兄</w:t>
      </w:r>
      <w:proofErr w:type="gramEnd"/>
      <w:r>
        <w:rPr>
          <w:rFonts w:ascii="仿宋" w:eastAsia="仿宋" w:hAnsi="仿宋"/>
          <w:sz w:val="32"/>
          <w:lang w:eastAsia="zh-CN"/>
        </w:rPr>
        <w:t>。二位兄台，不必失望。下次定能高中。此后，我兄弟二人。又去赶考。天启二年。我兄弟二人。</w:t>
      </w:r>
    </w:p>
    <w:p w14:paraId="7A7EB153" w14:textId="77777777" w:rsidR="00E87C95" w:rsidRDefault="00000000">
      <w:pPr>
        <w:spacing w:after="0" w:line="579" w:lineRule="exact"/>
        <w:ind w:firstLine="640"/>
        <w:rPr>
          <w:lang w:eastAsia="zh-CN"/>
        </w:rPr>
      </w:pPr>
      <w:r>
        <w:rPr>
          <w:rFonts w:ascii="仿宋" w:eastAsia="仿宋" w:hAnsi="仿宋"/>
          <w:sz w:val="32"/>
          <w:lang w:eastAsia="zh-CN"/>
        </w:rPr>
        <w:t>第三次科考无地。天齐五年。我兄弟二人第四次科考不定。崇祯元年，我兄弟二人第五次科考</w:t>
      </w:r>
      <w:proofErr w:type="gramStart"/>
      <w:r>
        <w:rPr>
          <w:rFonts w:ascii="仿宋" w:eastAsia="仿宋" w:hAnsi="仿宋"/>
          <w:sz w:val="32"/>
          <w:lang w:eastAsia="zh-CN"/>
        </w:rPr>
        <w:t>不</w:t>
      </w:r>
      <w:proofErr w:type="gramEnd"/>
      <w:r>
        <w:rPr>
          <w:rFonts w:ascii="仿宋" w:eastAsia="仿宋" w:hAnsi="仿宋"/>
          <w:sz w:val="32"/>
          <w:lang w:eastAsia="zh-CN"/>
        </w:rPr>
        <w:t>地。崇祯四年，我兄弟二人第六次科考不定。六上公车16年。我已54岁，六上公车16年，我已。45岁。六次落地。却看到世间万象。民生百态。</w:t>
      </w:r>
    </w:p>
    <w:p w14:paraId="6965A467" w14:textId="77777777" w:rsidR="00E87C95" w:rsidRDefault="00000000">
      <w:pPr>
        <w:spacing w:after="0" w:line="579" w:lineRule="exact"/>
        <w:ind w:firstLine="640"/>
        <w:rPr>
          <w:lang w:eastAsia="zh-CN"/>
        </w:rPr>
      </w:pPr>
      <w:r>
        <w:rPr>
          <w:rFonts w:ascii="仿宋" w:eastAsia="仿宋" w:hAnsi="仿宋"/>
          <w:sz w:val="32"/>
          <w:lang w:eastAsia="zh-CN"/>
        </w:rPr>
        <w:t>我得以深入市井，求问农业和手工业的各种实用知识。我们为公民奔波多年。却没能好好尽孝。母亲已年高多病。我愿回家。侍奉母亲但家境。却日益艰难。我出来做事。在京城候职。我正好回家整理笔记。编撰书稿，有劳兄弟。辛苦兄长。六次科考</w:t>
      </w:r>
      <w:proofErr w:type="gramStart"/>
      <w:r>
        <w:rPr>
          <w:rFonts w:ascii="仿宋" w:eastAsia="仿宋" w:hAnsi="仿宋"/>
          <w:sz w:val="32"/>
          <w:lang w:eastAsia="zh-CN"/>
        </w:rPr>
        <w:t>不</w:t>
      </w:r>
      <w:proofErr w:type="gramEnd"/>
      <w:r>
        <w:rPr>
          <w:rFonts w:ascii="仿宋" w:eastAsia="仿宋" w:hAnsi="仿宋"/>
          <w:sz w:val="32"/>
          <w:lang w:eastAsia="zh-CN"/>
        </w:rPr>
        <w:t>地，</w:t>
      </w:r>
    </w:p>
    <w:p w14:paraId="7B60E8F1" w14:textId="77777777" w:rsidR="00E87C95" w:rsidRDefault="00000000">
      <w:pPr>
        <w:spacing w:after="0" w:line="579" w:lineRule="exact"/>
        <w:ind w:firstLine="640"/>
        <w:rPr>
          <w:lang w:eastAsia="zh-CN"/>
        </w:rPr>
      </w:pPr>
      <w:r>
        <w:rPr>
          <w:rFonts w:ascii="仿宋" w:eastAsia="仿宋" w:hAnsi="仿宋"/>
          <w:sz w:val="32"/>
          <w:lang w:eastAsia="zh-CN"/>
        </w:rPr>
        <w:lastRenderedPageBreak/>
        <w:t>这中间过去了将近20年，宋应星也从青年到了中年。其实，这段戏剧看的挺让人感慨的。是的，虽然呢，每一次会试啊，都是落地而返，但对宋应星而言呢，却又是满载而归。正如他所说的，潍坊万里中，何事何物，不可渐渐闻闻呢？对明朝中后期啊，</w:t>
      </w:r>
    </w:p>
    <w:p w14:paraId="4FD56A79" w14:textId="77777777" w:rsidR="00E87C95" w:rsidRDefault="00000000">
      <w:pPr>
        <w:spacing w:after="0" w:line="579" w:lineRule="exact"/>
        <w:ind w:firstLine="640"/>
        <w:rPr>
          <w:lang w:eastAsia="zh-CN"/>
        </w:rPr>
      </w:pPr>
      <w:r>
        <w:rPr>
          <w:rFonts w:ascii="仿宋" w:eastAsia="仿宋" w:hAnsi="仿宋"/>
          <w:sz w:val="32"/>
          <w:lang w:eastAsia="zh-CN"/>
        </w:rPr>
        <w:t>社会政治状况不太好。但是，经济发展还是很充分的，农业技术也好，手工业技术也好，到这儿其实已经达到了一定的高度了。就进入一个总结时期了，宋应星脑子里不是只有科举，他脑袋里有老百姓嗯，对。他自己认识到社会财富来自工农业的生产，但是在当时那样社会条件下，这样认识人并不是很多的。他所选择的是与当时读书人那种追求不同的，是与功名进取毫不相干的这样一些知识和学问。</w:t>
      </w:r>
    </w:p>
    <w:p w14:paraId="496286CA" w14:textId="77777777" w:rsidR="00E87C95" w:rsidRDefault="00000000">
      <w:pPr>
        <w:spacing w:after="0" w:line="579" w:lineRule="exact"/>
        <w:ind w:firstLine="640"/>
        <w:rPr>
          <w:lang w:eastAsia="zh-CN"/>
        </w:rPr>
      </w:pPr>
      <w:r>
        <w:rPr>
          <w:rFonts w:ascii="仿宋" w:eastAsia="仿宋" w:hAnsi="仿宋"/>
          <w:sz w:val="32"/>
          <w:lang w:eastAsia="zh-CN"/>
        </w:rPr>
        <w:t>所以宋应星最后写出了这样一本</w:t>
      </w:r>
      <w:proofErr w:type="gramStart"/>
      <w:r>
        <w:rPr>
          <w:rFonts w:ascii="仿宋" w:eastAsia="仿宋" w:hAnsi="仿宋"/>
          <w:sz w:val="32"/>
          <w:lang w:eastAsia="zh-CN"/>
        </w:rPr>
        <w:t>儿关于</w:t>
      </w:r>
      <w:proofErr w:type="gramEnd"/>
      <w:r>
        <w:rPr>
          <w:rFonts w:ascii="仿宋" w:eastAsia="仿宋" w:hAnsi="仿宋"/>
          <w:sz w:val="32"/>
          <w:lang w:eastAsia="zh-CN"/>
        </w:rPr>
        <w:t>农业和手工业技术的百科全书。天工开物。接下来，咱们继续创业之旅吧。那时。功名一无所获，食用之学满载而归。先生，可能您还不知道。后世年轻人已经不再以考取功名为己任了。但是您的食用之学一直造福后世。你说话总是能宽我的心。这些话要是让家兄</w:t>
      </w:r>
      <w:proofErr w:type="gramStart"/>
      <w:r>
        <w:rPr>
          <w:rFonts w:ascii="仿宋" w:eastAsia="仿宋" w:hAnsi="仿宋"/>
          <w:sz w:val="32"/>
          <w:lang w:eastAsia="zh-CN"/>
        </w:rPr>
        <w:t>跟伯聚兄</w:t>
      </w:r>
      <w:proofErr w:type="gramEnd"/>
      <w:r>
        <w:rPr>
          <w:rFonts w:ascii="仿宋" w:eastAsia="仿宋" w:hAnsi="仿宋"/>
          <w:sz w:val="32"/>
          <w:lang w:eastAsia="zh-CN"/>
        </w:rPr>
        <w:t>听到。想来更是高兴。这部书就是在二人的催促和支持之下完成的。</w:t>
      </w:r>
    </w:p>
    <w:p w14:paraId="63D9BD43" w14:textId="77777777" w:rsidR="00E87C95" w:rsidRDefault="00000000">
      <w:pPr>
        <w:spacing w:after="0" w:line="579" w:lineRule="exact"/>
        <w:ind w:firstLine="640"/>
        <w:rPr>
          <w:lang w:eastAsia="zh-CN"/>
        </w:rPr>
      </w:pPr>
      <w:r>
        <w:rPr>
          <w:rFonts w:ascii="仿宋" w:eastAsia="仿宋" w:hAnsi="仿宋"/>
          <w:sz w:val="32"/>
          <w:lang w:eastAsia="zh-CN"/>
        </w:rPr>
        <w:t>长庚啊。之所以让你到我的任上来走走看看，就是我发现了你肯定感兴趣的东西。兄长任浙江桐乡县令。桐乡乃是鱼米之乡，丝绸之府。你让我来，一定是想让我看看桑蚕。</w:t>
      </w:r>
      <w:r>
        <w:rPr>
          <w:rFonts w:ascii="仿宋" w:eastAsia="仿宋" w:hAnsi="仿宋"/>
          <w:sz w:val="32"/>
          <w:lang w:eastAsia="zh-CN"/>
        </w:rPr>
        <w:lastRenderedPageBreak/>
        <w:t>哈哈</w:t>
      </w:r>
      <w:proofErr w:type="gramStart"/>
      <w:r>
        <w:rPr>
          <w:rFonts w:ascii="仿宋" w:eastAsia="仿宋" w:hAnsi="仿宋"/>
          <w:sz w:val="32"/>
          <w:lang w:eastAsia="zh-CN"/>
        </w:rPr>
        <w:t>哈</w:t>
      </w:r>
      <w:proofErr w:type="gramEnd"/>
      <w:r>
        <w:rPr>
          <w:rFonts w:ascii="仿宋" w:eastAsia="仿宋" w:hAnsi="仿宋"/>
          <w:sz w:val="32"/>
          <w:lang w:eastAsia="zh-CN"/>
        </w:rPr>
        <w:t>。</w:t>
      </w:r>
      <w:proofErr w:type="gramStart"/>
      <w:r>
        <w:rPr>
          <w:rFonts w:ascii="仿宋" w:eastAsia="仿宋" w:hAnsi="仿宋"/>
          <w:sz w:val="32"/>
          <w:lang w:eastAsia="zh-CN"/>
        </w:rPr>
        <w:t>重桑养蚕</w:t>
      </w:r>
      <w:proofErr w:type="gramEnd"/>
      <w:r>
        <w:rPr>
          <w:rFonts w:ascii="仿宋" w:eastAsia="仿宋" w:hAnsi="仿宋"/>
          <w:sz w:val="32"/>
          <w:lang w:eastAsia="zh-CN"/>
        </w:rPr>
        <w:t>据传是黄帝之妻嫘祖首创。早在上古典籍上，书中就有记载。兖州盛产彩绸距今已有数千年历史。我朝与丝绸相关的织机技艺及养殖方法，无不是历代先人留下来的瑰宝。</w:t>
      </w:r>
    </w:p>
    <w:p w14:paraId="333E90ED" w14:textId="77777777" w:rsidR="00E87C95" w:rsidRDefault="00000000">
      <w:pPr>
        <w:spacing w:after="0" w:line="579" w:lineRule="exact"/>
        <w:ind w:firstLine="640"/>
        <w:rPr>
          <w:lang w:eastAsia="zh-CN"/>
        </w:rPr>
      </w:pPr>
      <w:r>
        <w:rPr>
          <w:rFonts w:ascii="仿宋" w:eastAsia="仿宋" w:hAnsi="仿宋"/>
          <w:sz w:val="32"/>
          <w:lang w:eastAsia="zh-CN"/>
        </w:rPr>
        <w:t>中华丝绸精美绝伦。早在汉朝时就已经贸易西域各国成就盛世。山路繁忙。海上丝绸贸易。自唐宋之时，便已极其繁盛。我大</w:t>
      </w:r>
      <w:proofErr w:type="gramStart"/>
      <w:r>
        <w:rPr>
          <w:rFonts w:ascii="仿宋" w:eastAsia="仿宋" w:hAnsi="仿宋"/>
          <w:sz w:val="32"/>
          <w:lang w:eastAsia="zh-CN"/>
        </w:rPr>
        <w:t>明朝正</w:t>
      </w:r>
      <w:proofErr w:type="gramEnd"/>
      <w:r>
        <w:rPr>
          <w:rFonts w:ascii="仿宋" w:eastAsia="仿宋" w:hAnsi="仿宋"/>
          <w:sz w:val="32"/>
          <w:lang w:eastAsia="zh-CN"/>
        </w:rPr>
        <w:t>和七下西洋。更是成就了一番海上贸易的佳话。这两条商路，我们后世称之为丝绸之路和海上丝绸之路。那这两条商路后市还在用吗？哦，用贸易量越来越大，受益的国家也越来越多。东西洋各国来我朝所购商品。</w:t>
      </w:r>
    </w:p>
    <w:p w14:paraId="024AA8EC" w14:textId="77777777" w:rsidR="00E87C95" w:rsidRDefault="00000000">
      <w:pPr>
        <w:spacing w:after="0" w:line="579" w:lineRule="exact"/>
        <w:ind w:firstLine="640"/>
        <w:rPr>
          <w:lang w:eastAsia="zh-CN"/>
        </w:rPr>
      </w:pPr>
      <w:r>
        <w:rPr>
          <w:rFonts w:ascii="仿宋" w:eastAsia="仿宋" w:hAnsi="仿宋"/>
          <w:sz w:val="32"/>
          <w:lang w:eastAsia="zh-CN"/>
        </w:rPr>
        <w:t>丝绸瓷器最多。茶叶则次之。若大行，天下桑蚕。重新海外贸易。我大明便可重开，</w:t>
      </w:r>
      <w:proofErr w:type="gramStart"/>
      <w:r>
        <w:rPr>
          <w:rFonts w:ascii="仿宋" w:eastAsia="仿宋" w:hAnsi="仿宋"/>
          <w:sz w:val="32"/>
          <w:lang w:eastAsia="zh-CN"/>
        </w:rPr>
        <w:t>银路天下</w:t>
      </w:r>
      <w:proofErr w:type="gramEnd"/>
      <w:r>
        <w:rPr>
          <w:rFonts w:ascii="仿宋" w:eastAsia="仿宋" w:hAnsi="仿宋"/>
          <w:sz w:val="32"/>
          <w:lang w:eastAsia="zh-CN"/>
        </w:rPr>
        <w:t>百姓富足可欺。二位大人，这是湖州</w:t>
      </w:r>
      <w:proofErr w:type="gramStart"/>
      <w:r>
        <w:rPr>
          <w:rFonts w:ascii="仿宋" w:eastAsia="仿宋" w:hAnsi="仿宋"/>
          <w:sz w:val="32"/>
          <w:lang w:eastAsia="zh-CN"/>
        </w:rPr>
        <w:t>嘉兴两地</w:t>
      </w:r>
      <w:proofErr w:type="gramEnd"/>
      <w:r>
        <w:rPr>
          <w:rFonts w:ascii="仿宋" w:eastAsia="仿宋" w:hAnsi="仿宋"/>
          <w:sz w:val="32"/>
          <w:lang w:eastAsia="zh-CN"/>
        </w:rPr>
        <w:t>的桑蚕养殖之法和丝绸织造技艺。蚕具之法。这我还是第一次知道。就是用卤水或盐水沐浴蚕子，淘汰弱的蚕种，留下强者不会浪费桑叶蚕吐。绝妙啊。</w:t>
      </w:r>
    </w:p>
    <w:p w14:paraId="053F0A87" w14:textId="77777777" w:rsidR="00E87C95" w:rsidRDefault="00000000">
      <w:pPr>
        <w:spacing w:after="0" w:line="579" w:lineRule="exact"/>
        <w:ind w:firstLine="640"/>
        <w:rPr>
          <w:lang w:eastAsia="zh-CN"/>
        </w:rPr>
      </w:pPr>
      <w:r>
        <w:rPr>
          <w:rFonts w:ascii="仿宋" w:eastAsia="仿宋" w:hAnsi="仿宋"/>
          <w:sz w:val="32"/>
          <w:lang w:eastAsia="zh-CN"/>
        </w:rPr>
        <w:t>多谢兄长，又为我新添了一篇。我想给它取名叫。乃服。乃服。使至文字，</w:t>
      </w:r>
      <w:proofErr w:type="gramStart"/>
      <w:r>
        <w:rPr>
          <w:rFonts w:ascii="仿宋" w:eastAsia="仿宋" w:hAnsi="仿宋"/>
          <w:sz w:val="32"/>
          <w:lang w:eastAsia="zh-CN"/>
        </w:rPr>
        <w:t>乃服衣裳</w:t>
      </w:r>
      <w:proofErr w:type="gramEnd"/>
      <w:r>
        <w:rPr>
          <w:rFonts w:ascii="仿宋" w:eastAsia="仿宋" w:hAnsi="仿宋"/>
          <w:sz w:val="32"/>
          <w:lang w:eastAsia="zh-CN"/>
        </w:rPr>
        <w:t>，好抓经济。他们说。</w:t>
      </w:r>
      <w:proofErr w:type="gramStart"/>
      <w:r>
        <w:rPr>
          <w:rFonts w:ascii="仿宋" w:eastAsia="仿宋" w:hAnsi="仿宋"/>
          <w:sz w:val="32"/>
          <w:lang w:eastAsia="zh-CN"/>
        </w:rPr>
        <w:t>长庚行长庚行长庚行长庚行</w:t>
      </w:r>
      <w:proofErr w:type="gramEnd"/>
      <w:r>
        <w:rPr>
          <w:rFonts w:ascii="仿宋" w:eastAsia="仿宋" w:hAnsi="仿宋"/>
          <w:sz w:val="32"/>
          <w:lang w:eastAsia="zh-CN"/>
        </w:rPr>
        <w:t>。这是军器局。刚改良的火药威力如何呀？兄长啊，威力确实是还行，但这火药的研制非常危险，</w:t>
      </w:r>
    </w:p>
    <w:p w14:paraId="5E8397A3" w14:textId="77777777" w:rsidR="00E87C95" w:rsidRDefault="00000000">
      <w:pPr>
        <w:spacing w:after="0" w:line="579" w:lineRule="exact"/>
        <w:ind w:firstLine="640"/>
        <w:rPr>
          <w:lang w:eastAsia="zh-CN"/>
        </w:rPr>
      </w:pPr>
      <w:r>
        <w:rPr>
          <w:rFonts w:ascii="仿宋" w:eastAsia="仿宋" w:hAnsi="仿宋"/>
          <w:sz w:val="32"/>
          <w:lang w:eastAsia="zh-CN"/>
        </w:rPr>
        <w:t>还是要慎之又慎呐。现在西洋人的火气是</w:t>
      </w:r>
      <w:proofErr w:type="gramStart"/>
      <w:r>
        <w:rPr>
          <w:rFonts w:ascii="仿宋" w:eastAsia="仿宋" w:hAnsi="仿宋"/>
          <w:sz w:val="32"/>
          <w:lang w:eastAsia="zh-CN"/>
        </w:rPr>
        <w:t>越燥越</w:t>
      </w:r>
      <w:proofErr w:type="gramEnd"/>
      <w:r>
        <w:rPr>
          <w:rFonts w:ascii="仿宋" w:eastAsia="仿宋" w:hAnsi="仿宋"/>
          <w:sz w:val="32"/>
          <w:lang w:eastAsia="zh-CN"/>
        </w:rPr>
        <w:t>好。弧</w:t>
      </w:r>
      <w:proofErr w:type="gramStart"/>
      <w:r>
        <w:rPr>
          <w:rFonts w:ascii="仿宋" w:eastAsia="仿宋" w:hAnsi="仿宋"/>
          <w:sz w:val="32"/>
          <w:lang w:eastAsia="zh-CN"/>
        </w:rPr>
        <w:t>矢</w:t>
      </w:r>
      <w:proofErr w:type="gramEnd"/>
      <w:r>
        <w:rPr>
          <w:rFonts w:ascii="仿宋" w:eastAsia="仿宋" w:hAnsi="仿宋"/>
          <w:sz w:val="32"/>
          <w:lang w:eastAsia="zh-CN"/>
        </w:rPr>
        <w:t>之利，以威天下。我堂堂中华，就是要有好兵器，才能够保国安民。除了带你来军器局看火气，我还有礼物送给你。</w:t>
      </w:r>
      <w:r>
        <w:rPr>
          <w:rFonts w:ascii="仿宋" w:eastAsia="仿宋" w:hAnsi="仿宋"/>
          <w:sz w:val="32"/>
          <w:lang w:eastAsia="zh-CN"/>
        </w:rPr>
        <w:lastRenderedPageBreak/>
        <w:t>这里有万人敌等兵器的制作之法，还有西洋红衣大炮的介绍，可以补充进你的书里。兄长太好了。食用之书。该有这么一篇。</w:t>
      </w:r>
    </w:p>
    <w:p w14:paraId="795D3AB1" w14:textId="77777777" w:rsidR="00E87C95" w:rsidRDefault="00000000">
      <w:pPr>
        <w:spacing w:after="0" w:line="579" w:lineRule="exact"/>
        <w:ind w:firstLine="640"/>
        <w:rPr>
          <w:lang w:eastAsia="zh-CN"/>
        </w:rPr>
      </w:pPr>
      <w:r>
        <w:rPr>
          <w:rFonts w:ascii="仿宋" w:eastAsia="仿宋" w:hAnsi="仿宋"/>
          <w:sz w:val="32"/>
          <w:lang w:eastAsia="zh-CN"/>
        </w:rPr>
        <w:t>名字我都替你取好了，可以叫佳兵。佳兵。这个名字好。佳兵者，不祥之器，盖言甚也。兵器是不祥之物，所以要谨慎使用。但是用好了，那可是有利家国，有利百姓的。兄长，那年咱们三人首次赴京赶考，周中提到的实用之书。</w:t>
      </w:r>
    </w:p>
    <w:p w14:paraId="08A19E34" w14:textId="77777777" w:rsidR="00E87C95" w:rsidRDefault="00000000">
      <w:pPr>
        <w:spacing w:after="0" w:line="579" w:lineRule="exact"/>
        <w:ind w:firstLine="640"/>
        <w:rPr>
          <w:lang w:eastAsia="zh-CN"/>
        </w:rPr>
      </w:pPr>
      <w:r>
        <w:rPr>
          <w:rFonts w:ascii="仿宋" w:eastAsia="仿宋" w:hAnsi="仿宋"/>
          <w:sz w:val="32"/>
          <w:lang w:eastAsia="zh-CN"/>
        </w:rPr>
        <w:t>我已经准备的差不多了。现在民生逐年凋毙，正需要大兴实用之学，才能充实天下财力和物力。时不我待。长庚兄，你要快写，我全力支持你。多谢兄长。此后，天工开物数亿，其搞。顶18卷。</w:t>
      </w:r>
      <w:proofErr w:type="gramStart"/>
      <w:r>
        <w:rPr>
          <w:rFonts w:ascii="仿宋" w:eastAsia="仿宋" w:hAnsi="仿宋"/>
          <w:sz w:val="32"/>
          <w:lang w:eastAsia="zh-CN"/>
        </w:rPr>
        <w:t>伯聚兄</w:t>
      </w:r>
      <w:proofErr w:type="gramEnd"/>
      <w:r>
        <w:rPr>
          <w:rFonts w:ascii="仿宋" w:eastAsia="仿宋" w:hAnsi="仿宋"/>
          <w:sz w:val="32"/>
          <w:lang w:eastAsia="zh-CN"/>
        </w:rPr>
        <w:t>仗义疏财。助我刊印。</w:t>
      </w:r>
    </w:p>
    <w:p w14:paraId="3B3ED4C8" w14:textId="77777777" w:rsidR="00E87C95" w:rsidRDefault="00000000">
      <w:pPr>
        <w:spacing w:after="0" w:line="579" w:lineRule="exact"/>
        <w:ind w:firstLine="640"/>
        <w:rPr>
          <w:lang w:eastAsia="zh-CN"/>
        </w:rPr>
      </w:pPr>
      <w:r>
        <w:rPr>
          <w:rFonts w:ascii="仿宋" w:eastAsia="仿宋" w:hAnsi="仿宋"/>
          <w:sz w:val="32"/>
          <w:lang w:eastAsia="zh-CN"/>
        </w:rPr>
        <w:t>初成之日，我兄弟三人共同见证。哈哈</w:t>
      </w:r>
      <w:proofErr w:type="gramStart"/>
      <w:r>
        <w:rPr>
          <w:rFonts w:ascii="仿宋" w:eastAsia="仿宋" w:hAnsi="仿宋"/>
          <w:sz w:val="32"/>
          <w:lang w:eastAsia="zh-CN"/>
        </w:rPr>
        <w:t>哈</w:t>
      </w:r>
      <w:proofErr w:type="gramEnd"/>
      <w:r>
        <w:rPr>
          <w:rFonts w:ascii="仿宋" w:eastAsia="仿宋" w:hAnsi="仿宋"/>
          <w:sz w:val="32"/>
          <w:lang w:eastAsia="zh-CN"/>
        </w:rPr>
        <w:t>。</w:t>
      </w:r>
      <w:proofErr w:type="gramStart"/>
      <w:r>
        <w:rPr>
          <w:rFonts w:ascii="仿宋" w:eastAsia="仿宋" w:hAnsi="仿宋"/>
          <w:sz w:val="32"/>
          <w:lang w:eastAsia="zh-CN"/>
        </w:rPr>
        <w:t>伯聚修</w:t>
      </w:r>
      <w:proofErr w:type="gramEnd"/>
      <w:r>
        <w:rPr>
          <w:rFonts w:ascii="仿宋" w:eastAsia="仿宋" w:hAnsi="仿宋"/>
          <w:sz w:val="32"/>
          <w:lang w:eastAsia="zh-CN"/>
        </w:rPr>
        <w:t>啊，这书</w:t>
      </w:r>
      <w:proofErr w:type="gramStart"/>
      <w:r>
        <w:rPr>
          <w:rFonts w:ascii="仿宋" w:eastAsia="仿宋" w:hAnsi="仿宋"/>
          <w:sz w:val="32"/>
          <w:lang w:eastAsia="zh-CN"/>
        </w:rPr>
        <w:t>啊印早</w:t>
      </w:r>
      <w:proofErr w:type="gramEnd"/>
      <w:r>
        <w:rPr>
          <w:rFonts w:ascii="仿宋" w:eastAsia="仿宋" w:hAnsi="仿宋"/>
          <w:sz w:val="32"/>
          <w:lang w:eastAsia="zh-CN"/>
        </w:rPr>
        <w:t>了，我只写到造纸还没来得及写印刷呢。经历过书籍开印之后，才知道这印刷技艺之精妙啊，呵呵，</w:t>
      </w:r>
      <w:proofErr w:type="gramStart"/>
      <w:r>
        <w:rPr>
          <w:rFonts w:ascii="仿宋" w:eastAsia="仿宋" w:hAnsi="仿宋"/>
          <w:sz w:val="32"/>
          <w:lang w:eastAsia="zh-CN"/>
        </w:rPr>
        <w:t>长公兄无妨</w:t>
      </w:r>
      <w:proofErr w:type="gramEnd"/>
      <w:r>
        <w:rPr>
          <w:rFonts w:ascii="仿宋" w:eastAsia="仿宋" w:hAnsi="仿宋"/>
          <w:sz w:val="32"/>
          <w:lang w:eastAsia="zh-CN"/>
        </w:rPr>
        <w:t>。你再加一篇，我再祝你印一遍，说笑了，已经很感激</w:t>
      </w:r>
      <w:proofErr w:type="gramStart"/>
      <w:r>
        <w:rPr>
          <w:rFonts w:ascii="仿宋" w:eastAsia="仿宋" w:hAnsi="仿宋"/>
          <w:sz w:val="32"/>
          <w:lang w:eastAsia="zh-CN"/>
        </w:rPr>
        <w:t>伯聚兄了</w:t>
      </w:r>
      <w:proofErr w:type="gramEnd"/>
      <w:r>
        <w:rPr>
          <w:rFonts w:ascii="仿宋" w:eastAsia="仿宋" w:hAnsi="仿宋"/>
          <w:sz w:val="32"/>
          <w:lang w:eastAsia="zh-CN"/>
        </w:rPr>
        <w:t>，来我给两位兄长。</w:t>
      </w:r>
    </w:p>
    <w:p w14:paraId="7475D6B8" w14:textId="77777777" w:rsidR="00E87C95" w:rsidRDefault="00000000">
      <w:pPr>
        <w:spacing w:after="0" w:line="579" w:lineRule="exact"/>
        <w:ind w:firstLine="640"/>
        <w:rPr>
          <w:lang w:eastAsia="zh-CN"/>
        </w:rPr>
      </w:pPr>
      <w:r>
        <w:rPr>
          <w:rFonts w:ascii="仿宋" w:eastAsia="仿宋" w:hAnsi="仿宋"/>
          <w:sz w:val="32"/>
          <w:lang w:eastAsia="zh-CN"/>
        </w:rPr>
        <w:t>解说一下好，这边请哎呀，我这个三弟呀，只要见到新鲜事物便高兴的像个孩子。</w:t>
      </w:r>
      <w:proofErr w:type="gramStart"/>
      <w:r>
        <w:rPr>
          <w:rFonts w:ascii="仿宋" w:eastAsia="仿宋" w:hAnsi="仿宋"/>
          <w:sz w:val="32"/>
          <w:lang w:eastAsia="zh-CN"/>
        </w:rPr>
        <w:t>这边这</w:t>
      </w:r>
      <w:proofErr w:type="gramEnd"/>
      <w:r>
        <w:rPr>
          <w:rFonts w:ascii="仿宋" w:eastAsia="仿宋" w:hAnsi="仿宋"/>
          <w:sz w:val="32"/>
          <w:lang w:eastAsia="zh-CN"/>
        </w:rPr>
        <w:t>印刷呀，分为写样雕刻，刷印装订。四个阶段，每个阶段里又有若干个小工序，这里便是血样。自己端庄俊秀，力透纸背呀，来这边请我来告诉你为什么要力透纸背？这边嗯。二位兄长，</w:t>
      </w:r>
    </w:p>
    <w:p w14:paraId="67BB376B" w14:textId="77777777" w:rsidR="00E87C95" w:rsidRDefault="00000000">
      <w:pPr>
        <w:spacing w:after="0" w:line="579" w:lineRule="exact"/>
        <w:ind w:firstLine="640"/>
        <w:rPr>
          <w:lang w:eastAsia="zh-CN"/>
        </w:rPr>
      </w:pPr>
      <w:r>
        <w:rPr>
          <w:rFonts w:ascii="仿宋" w:eastAsia="仿宋" w:hAnsi="仿宋"/>
          <w:sz w:val="32"/>
          <w:lang w:eastAsia="zh-CN"/>
        </w:rPr>
        <w:lastRenderedPageBreak/>
        <w:t>请看。这便是最神奇的雕版写成的书样。必要力透纸背，反踏之木，晚上夯实才能清晰的透现出自己便于雕版哦。如此一贴刻出来的板便是反的，用反的板刷印印出来的书才是正的，哈哈</w:t>
      </w:r>
      <w:proofErr w:type="gramStart"/>
      <w:r>
        <w:rPr>
          <w:rFonts w:ascii="仿宋" w:eastAsia="仿宋" w:hAnsi="仿宋"/>
          <w:sz w:val="32"/>
          <w:lang w:eastAsia="zh-CN"/>
        </w:rPr>
        <w:t>哈</w:t>
      </w:r>
      <w:proofErr w:type="gramEnd"/>
      <w:r>
        <w:rPr>
          <w:rFonts w:ascii="仿宋" w:eastAsia="仿宋" w:hAnsi="仿宋"/>
          <w:sz w:val="32"/>
          <w:lang w:eastAsia="zh-CN"/>
        </w:rPr>
        <w:t>。哎，这天工开物一共雕了几块板？回老爷，这个确实不值兄长。你问我呀，问我说。天工开物共计18卷85754字123幅图雕版。</w:t>
      </w:r>
    </w:p>
    <w:p w14:paraId="1449F757" w14:textId="77777777" w:rsidR="00E87C95" w:rsidRDefault="00000000">
      <w:pPr>
        <w:spacing w:after="0" w:line="579" w:lineRule="exact"/>
        <w:ind w:firstLine="640"/>
        <w:rPr>
          <w:lang w:eastAsia="zh-CN"/>
        </w:rPr>
      </w:pPr>
      <w:r>
        <w:rPr>
          <w:rFonts w:ascii="仿宋" w:eastAsia="仿宋" w:hAnsi="仿宋"/>
          <w:sz w:val="32"/>
          <w:lang w:eastAsia="zh-CN"/>
        </w:rPr>
        <w:t>不计其数。长庚兄，你的心思总是那么细，三弟，你的记性还是那么好啊。二位兄长又夸奖我。这边看啊。哦。这便是刷印</w:t>
      </w:r>
      <w:proofErr w:type="gramStart"/>
      <w:r>
        <w:rPr>
          <w:rFonts w:ascii="仿宋" w:eastAsia="仿宋" w:hAnsi="仿宋"/>
          <w:sz w:val="32"/>
          <w:lang w:eastAsia="zh-CN"/>
        </w:rPr>
        <w:t>托柏俊兄</w:t>
      </w:r>
      <w:proofErr w:type="gramEnd"/>
      <w:r>
        <w:rPr>
          <w:rFonts w:ascii="仿宋" w:eastAsia="仿宋" w:hAnsi="仿宋"/>
          <w:sz w:val="32"/>
          <w:lang w:eastAsia="zh-CN"/>
        </w:rPr>
        <w:t>的福，我们用的是江西上好的竹尺。还有徽州上好的松烟墨。自己清晰油亮，输液厚实，印得好啊。谢大人夸奖来，</w:t>
      </w:r>
    </w:p>
    <w:p w14:paraId="74A2748F" w14:textId="77777777" w:rsidR="00E87C95" w:rsidRDefault="00000000">
      <w:pPr>
        <w:spacing w:after="0" w:line="579" w:lineRule="exact"/>
        <w:ind w:firstLine="640"/>
        <w:rPr>
          <w:lang w:eastAsia="zh-CN"/>
        </w:rPr>
      </w:pPr>
      <w:r>
        <w:rPr>
          <w:rFonts w:ascii="仿宋" w:eastAsia="仿宋" w:hAnsi="仿宋"/>
          <w:sz w:val="32"/>
          <w:lang w:eastAsia="zh-CN"/>
        </w:rPr>
        <w:t>我们在这边看，这里便是庄定。天工开物共分为上，中，下三卷。上卷有六卷，中卷七卷，下卷五卷，涂大人二位，宋代</w:t>
      </w:r>
      <w:proofErr w:type="gramStart"/>
      <w:r>
        <w:rPr>
          <w:rFonts w:ascii="仿宋" w:eastAsia="仿宋" w:hAnsi="仿宋"/>
          <w:sz w:val="32"/>
          <w:lang w:eastAsia="zh-CN"/>
        </w:rPr>
        <w:t>人天工</w:t>
      </w:r>
      <w:proofErr w:type="gramEnd"/>
      <w:r>
        <w:rPr>
          <w:rFonts w:ascii="仿宋" w:eastAsia="仿宋" w:hAnsi="仿宋"/>
          <w:sz w:val="32"/>
          <w:lang w:eastAsia="zh-CN"/>
        </w:rPr>
        <w:t>开物刊刻印刷完毕。请各位大人查验。长庚兄。恭喜你的心愿达成了。三弟，恭喜啊，</w:t>
      </w:r>
    </w:p>
    <w:p w14:paraId="175E7562" w14:textId="77777777" w:rsidR="00E87C95" w:rsidRDefault="00000000">
      <w:pPr>
        <w:spacing w:after="0" w:line="579" w:lineRule="exact"/>
        <w:ind w:firstLine="640"/>
        <w:rPr>
          <w:lang w:eastAsia="zh-CN"/>
        </w:rPr>
      </w:pPr>
      <w:r>
        <w:rPr>
          <w:rFonts w:ascii="仿宋" w:eastAsia="仿宋" w:hAnsi="仿宋"/>
          <w:sz w:val="32"/>
          <w:lang w:eastAsia="zh-CN"/>
        </w:rPr>
        <w:t>你的书成了。不不。是我们的书。这本书。是我们兄弟三个人的心愿。感谢两位兄长。天覆地载，物</w:t>
      </w:r>
      <w:proofErr w:type="gramStart"/>
      <w:r>
        <w:rPr>
          <w:rFonts w:ascii="仿宋" w:eastAsia="仿宋" w:hAnsi="仿宋"/>
          <w:sz w:val="32"/>
          <w:lang w:eastAsia="zh-CN"/>
        </w:rPr>
        <w:t>数号万</w:t>
      </w:r>
      <w:proofErr w:type="gramEnd"/>
      <w:r>
        <w:rPr>
          <w:rFonts w:ascii="仿宋" w:eastAsia="仿宋" w:hAnsi="仿宋"/>
          <w:sz w:val="32"/>
          <w:lang w:eastAsia="zh-CN"/>
        </w:rPr>
        <w:t>，而事亦因之。</w:t>
      </w:r>
      <w:proofErr w:type="gramStart"/>
      <w:r>
        <w:rPr>
          <w:rFonts w:ascii="仿宋" w:eastAsia="仿宋" w:hAnsi="仿宋"/>
          <w:sz w:val="32"/>
          <w:lang w:eastAsia="zh-CN"/>
        </w:rPr>
        <w:t>乃粒第一</w:t>
      </w:r>
      <w:proofErr w:type="gramEnd"/>
      <w:r>
        <w:rPr>
          <w:rFonts w:ascii="仿宋" w:eastAsia="仿宋" w:hAnsi="仿宋"/>
          <w:sz w:val="32"/>
          <w:lang w:eastAsia="zh-CN"/>
        </w:rPr>
        <w:t>。宋子曰，哈哈</w:t>
      </w:r>
      <w:proofErr w:type="gramStart"/>
      <w:r>
        <w:rPr>
          <w:rFonts w:ascii="仿宋" w:eastAsia="仿宋" w:hAnsi="仿宋"/>
          <w:sz w:val="32"/>
          <w:lang w:eastAsia="zh-CN"/>
        </w:rPr>
        <w:t>哈</w:t>
      </w:r>
      <w:proofErr w:type="gramEnd"/>
      <w:r>
        <w:rPr>
          <w:rFonts w:ascii="仿宋" w:eastAsia="仿宋" w:hAnsi="仿宋"/>
          <w:sz w:val="32"/>
          <w:lang w:eastAsia="zh-CN"/>
        </w:rPr>
        <w:t>！长庚兄开篇就是。宋子曰。还有你年轻时的意气风发。</w:t>
      </w:r>
    </w:p>
    <w:p w14:paraId="1DC9E594" w14:textId="77777777" w:rsidR="00E87C95" w:rsidRDefault="00000000">
      <w:pPr>
        <w:spacing w:after="0" w:line="579" w:lineRule="exact"/>
        <w:ind w:firstLine="640"/>
        <w:rPr>
          <w:lang w:eastAsia="zh-CN"/>
        </w:rPr>
      </w:pPr>
      <w:r>
        <w:rPr>
          <w:rFonts w:ascii="仿宋" w:eastAsia="仿宋" w:hAnsi="仿宋"/>
          <w:sz w:val="32"/>
          <w:lang w:eastAsia="zh-CN"/>
        </w:rPr>
        <w:t>乃立第一。写的是种粮食。</w:t>
      </w:r>
      <w:proofErr w:type="gramStart"/>
      <w:r>
        <w:rPr>
          <w:rFonts w:ascii="仿宋" w:eastAsia="仿宋" w:hAnsi="仿宋"/>
          <w:sz w:val="32"/>
          <w:lang w:eastAsia="zh-CN"/>
        </w:rPr>
        <w:t>乃服第二</w:t>
      </w:r>
      <w:proofErr w:type="gramEnd"/>
      <w:r>
        <w:rPr>
          <w:rFonts w:ascii="仿宋" w:eastAsia="仿宋" w:hAnsi="仿宋"/>
          <w:sz w:val="32"/>
          <w:lang w:eastAsia="zh-CN"/>
        </w:rPr>
        <w:t>。是做衣服。彰施第三。写的是曲色。</w:t>
      </w:r>
      <w:proofErr w:type="gramStart"/>
      <w:r>
        <w:rPr>
          <w:rFonts w:ascii="仿宋" w:eastAsia="仿宋" w:hAnsi="仿宋"/>
          <w:sz w:val="32"/>
          <w:lang w:eastAsia="zh-CN"/>
        </w:rPr>
        <w:t>粹</w:t>
      </w:r>
      <w:proofErr w:type="gramEnd"/>
      <w:r>
        <w:rPr>
          <w:rFonts w:ascii="仿宋" w:eastAsia="仿宋" w:hAnsi="仿宋"/>
          <w:sz w:val="32"/>
          <w:lang w:eastAsia="zh-CN"/>
        </w:rPr>
        <w:t>精第四。写的是打量。作咸第五是</w:t>
      </w:r>
      <w:proofErr w:type="gramStart"/>
      <w:r>
        <w:rPr>
          <w:rFonts w:ascii="仿宋" w:eastAsia="仿宋" w:hAnsi="仿宋"/>
          <w:sz w:val="32"/>
          <w:lang w:eastAsia="zh-CN"/>
        </w:rPr>
        <w:t>致</w:t>
      </w:r>
      <w:r>
        <w:rPr>
          <w:rFonts w:ascii="仿宋" w:eastAsia="仿宋" w:hAnsi="仿宋"/>
          <w:sz w:val="32"/>
          <w:lang w:eastAsia="zh-CN"/>
        </w:rPr>
        <w:lastRenderedPageBreak/>
        <w:t>言甘嗜</w:t>
      </w:r>
      <w:proofErr w:type="gramEnd"/>
      <w:r>
        <w:rPr>
          <w:rFonts w:ascii="仿宋" w:eastAsia="仿宋" w:hAnsi="仿宋"/>
          <w:sz w:val="32"/>
          <w:lang w:eastAsia="zh-CN"/>
        </w:rPr>
        <w:t>。</w:t>
      </w:r>
      <w:proofErr w:type="gramStart"/>
      <w:r>
        <w:rPr>
          <w:rFonts w:ascii="仿宋" w:eastAsia="仿宋" w:hAnsi="仿宋"/>
          <w:sz w:val="32"/>
          <w:lang w:eastAsia="zh-CN"/>
        </w:rPr>
        <w:t>第六写</w:t>
      </w:r>
      <w:proofErr w:type="gramEnd"/>
      <w:r>
        <w:rPr>
          <w:rFonts w:ascii="仿宋" w:eastAsia="仿宋" w:hAnsi="仿宋"/>
          <w:sz w:val="32"/>
          <w:lang w:eastAsia="zh-CN"/>
        </w:rPr>
        <w:t>的是制糖和蜂蜜。陶</w:t>
      </w:r>
      <w:proofErr w:type="gramStart"/>
      <w:r>
        <w:rPr>
          <w:rFonts w:ascii="仿宋" w:eastAsia="仿宋" w:hAnsi="仿宋"/>
          <w:sz w:val="32"/>
          <w:lang w:eastAsia="zh-CN"/>
        </w:rPr>
        <w:t>埏</w:t>
      </w:r>
      <w:proofErr w:type="gramEnd"/>
      <w:r>
        <w:rPr>
          <w:rFonts w:ascii="仿宋" w:eastAsia="仿宋" w:hAnsi="仿宋"/>
          <w:sz w:val="32"/>
          <w:lang w:eastAsia="zh-CN"/>
        </w:rPr>
        <w:t>。也</w:t>
      </w:r>
      <w:proofErr w:type="gramStart"/>
      <w:r>
        <w:rPr>
          <w:rFonts w:ascii="仿宋" w:eastAsia="仿宋" w:hAnsi="仿宋"/>
          <w:sz w:val="32"/>
          <w:lang w:eastAsia="zh-CN"/>
        </w:rPr>
        <w:t>祝</w:t>
      </w:r>
      <w:proofErr w:type="gramEnd"/>
      <w:r>
        <w:rPr>
          <w:rFonts w:ascii="仿宋" w:eastAsia="仿宋" w:hAnsi="仿宋"/>
          <w:sz w:val="32"/>
          <w:lang w:eastAsia="zh-CN"/>
        </w:rPr>
        <w:t>。舟车。锤锻。</w:t>
      </w:r>
      <w:proofErr w:type="gramStart"/>
      <w:r>
        <w:rPr>
          <w:rFonts w:ascii="仿宋" w:eastAsia="仿宋" w:hAnsi="仿宋"/>
          <w:sz w:val="32"/>
          <w:lang w:eastAsia="zh-CN"/>
        </w:rPr>
        <w:t>燔</w:t>
      </w:r>
      <w:proofErr w:type="gramEnd"/>
      <w:r>
        <w:rPr>
          <w:rFonts w:ascii="仿宋" w:eastAsia="仿宋" w:hAnsi="仿宋"/>
          <w:sz w:val="32"/>
          <w:lang w:eastAsia="zh-CN"/>
        </w:rPr>
        <w:t>石膏液。</w:t>
      </w:r>
    </w:p>
    <w:p w14:paraId="65792259" w14:textId="77777777" w:rsidR="00E87C95" w:rsidRDefault="00000000">
      <w:pPr>
        <w:spacing w:after="0" w:line="579" w:lineRule="exact"/>
        <w:ind w:firstLine="640"/>
        <w:rPr>
          <w:lang w:eastAsia="zh-CN"/>
        </w:rPr>
      </w:pPr>
      <w:r>
        <w:rPr>
          <w:rFonts w:ascii="仿宋" w:eastAsia="仿宋" w:hAnsi="仿宋"/>
          <w:sz w:val="32"/>
          <w:lang w:eastAsia="zh-CN"/>
        </w:rPr>
        <w:t>杀青五金佳兵丹，青珠玉。</w:t>
      </w:r>
      <w:proofErr w:type="gramStart"/>
      <w:r>
        <w:rPr>
          <w:rFonts w:ascii="仿宋" w:eastAsia="仿宋" w:hAnsi="仿宋"/>
          <w:sz w:val="32"/>
          <w:lang w:eastAsia="zh-CN"/>
        </w:rPr>
        <w:t>乃粒在前</w:t>
      </w:r>
      <w:proofErr w:type="gramEnd"/>
      <w:r>
        <w:rPr>
          <w:rFonts w:ascii="仿宋" w:eastAsia="仿宋" w:hAnsi="仿宋"/>
          <w:sz w:val="32"/>
          <w:lang w:eastAsia="zh-CN"/>
        </w:rPr>
        <w:t>，</w:t>
      </w:r>
      <w:proofErr w:type="gramStart"/>
      <w:r>
        <w:rPr>
          <w:rFonts w:ascii="仿宋" w:eastAsia="仿宋" w:hAnsi="仿宋"/>
          <w:sz w:val="32"/>
          <w:lang w:eastAsia="zh-CN"/>
        </w:rPr>
        <w:t>诸玉在</w:t>
      </w:r>
      <w:proofErr w:type="gramEnd"/>
      <w:r>
        <w:rPr>
          <w:rFonts w:ascii="仿宋" w:eastAsia="仿宋" w:hAnsi="仿宋"/>
          <w:sz w:val="32"/>
          <w:lang w:eastAsia="zh-CN"/>
        </w:rPr>
        <w:t>后。取其贵五谷而贱金玉之意。长庚修。恭喜你多年的心愿终于达成。两位兄长。为家国天下。为黎明百姓写一部实用之书，实乃我兄弟三人之共同心愿。不做溢美之词，不做浮夸文章。书中要包罗先人之智慧。书中要囊括今世之记忆。</w:t>
      </w:r>
    </w:p>
    <w:p w14:paraId="7327AA63" w14:textId="77777777" w:rsidR="00E87C95" w:rsidRDefault="00000000">
      <w:pPr>
        <w:spacing w:after="0" w:line="579" w:lineRule="exact"/>
        <w:ind w:firstLine="640"/>
        <w:rPr>
          <w:lang w:eastAsia="zh-CN"/>
        </w:rPr>
      </w:pPr>
      <w:r>
        <w:rPr>
          <w:rFonts w:ascii="仿宋" w:eastAsia="仿宋" w:hAnsi="仿宋"/>
          <w:sz w:val="32"/>
          <w:lang w:eastAsia="zh-CN"/>
        </w:rPr>
        <w:t>此书与公民进取毫不相关也。</w:t>
      </w:r>
      <w:proofErr w:type="gramStart"/>
      <w:r>
        <w:rPr>
          <w:rFonts w:ascii="仿宋" w:eastAsia="仿宋" w:hAnsi="仿宋"/>
          <w:sz w:val="32"/>
          <w:lang w:eastAsia="zh-CN"/>
        </w:rPr>
        <w:t>不</w:t>
      </w:r>
      <w:proofErr w:type="gramEnd"/>
      <w:r>
        <w:rPr>
          <w:rFonts w:ascii="仿宋" w:eastAsia="仿宋" w:hAnsi="仿宋"/>
          <w:sz w:val="32"/>
          <w:lang w:eastAsia="zh-CN"/>
        </w:rPr>
        <w:t>成想。那一拜。京城永别。崇祯元年。我辞官回归故里。顺治二年。</w:t>
      </w:r>
      <w:proofErr w:type="gramStart"/>
      <w:r>
        <w:rPr>
          <w:rFonts w:ascii="仿宋" w:eastAsia="仿宋" w:hAnsi="仿宋"/>
          <w:sz w:val="32"/>
          <w:lang w:eastAsia="zh-CN"/>
        </w:rPr>
        <w:t>伯</w:t>
      </w:r>
      <w:proofErr w:type="gramEnd"/>
      <w:r>
        <w:rPr>
          <w:rFonts w:ascii="仿宋" w:eastAsia="仿宋" w:hAnsi="仿宋"/>
          <w:sz w:val="32"/>
          <w:lang w:eastAsia="zh-CN"/>
        </w:rPr>
        <w:t>君兄。因家国破碎。携全家逃难。在军山湖舟车翻覆全家。全家竟无一人幸免。顺治三年。</w:t>
      </w:r>
      <w:proofErr w:type="gramStart"/>
      <w:r>
        <w:rPr>
          <w:rFonts w:ascii="仿宋" w:eastAsia="仿宋" w:hAnsi="仿宋"/>
          <w:sz w:val="32"/>
          <w:lang w:eastAsia="zh-CN"/>
        </w:rPr>
        <w:t>假兄宋应</w:t>
      </w:r>
      <w:proofErr w:type="gramEnd"/>
      <w:r>
        <w:rPr>
          <w:rFonts w:ascii="仿宋" w:eastAsia="仿宋" w:hAnsi="仿宋"/>
          <w:sz w:val="32"/>
          <w:lang w:eastAsia="zh-CN"/>
        </w:rPr>
        <w:t>昇。</w:t>
      </w:r>
      <w:proofErr w:type="gramStart"/>
      <w:r>
        <w:rPr>
          <w:rFonts w:ascii="仿宋" w:eastAsia="仿宋" w:hAnsi="仿宋"/>
          <w:sz w:val="32"/>
          <w:lang w:eastAsia="zh-CN"/>
        </w:rPr>
        <w:t>因诚臣子</w:t>
      </w:r>
      <w:proofErr w:type="gramEnd"/>
      <w:r>
        <w:rPr>
          <w:rFonts w:ascii="仿宋" w:eastAsia="仿宋" w:hAnsi="仿宋"/>
          <w:sz w:val="32"/>
          <w:lang w:eastAsia="zh-CN"/>
        </w:rPr>
        <w:t>之意。</w:t>
      </w:r>
    </w:p>
    <w:p w14:paraId="53C0940C" w14:textId="77777777" w:rsidR="00E87C95" w:rsidRDefault="00000000">
      <w:pPr>
        <w:spacing w:after="0" w:line="579" w:lineRule="exact"/>
        <w:ind w:firstLine="640"/>
        <w:rPr>
          <w:lang w:eastAsia="zh-CN"/>
        </w:rPr>
      </w:pPr>
      <w:r>
        <w:rPr>
          <w:rFonts w:ascii="仿宋" w:eastAsia="仿宋" w:hAnsi="仿宋"/>
          <w:sz w:val="32"/>
          <w:lang w:eastAsia="zh-CN"/>
        </w:rPr>
        <w:t>追寻前朝而去。先生，节哀。我本该。随他们而去。可我耳边。总是能想起两位兄长在书城之日对我的叮嘱。唐冬兄。兄长。国俊兄，你看他这身打扮肯定是下田干活去了哎。他自幼喜欢学神农氏，</w:t>
      </w:r>
      <w:proofErr w:type="gramStart"/>
      <w:r>
        <w:rPr>
          <w:rFonts w:ascii="仿宋" w:eastAsia="仿宋" w:hAnsi="仿宋"/>
          <w:sz w:val="32"/>
          <w:lang w:eastAsia="zh-CN"/>
        </w:rPr>
        <w:t>有个河下</w:t>
      </w:r>
      <w:proofErr w:type="gramEnd"/>
      <w:r>
        <w:rPr>
          <w:rFonts w:ascii="仿宋" w:eastAsia="仿宋" w:hAnsi="仿宋"/>
          <w:sz w:val="32"/>
          <w:lang w:eastAsia="zh-CN"/>
        </w:rPr>
        <w:t>乘凉，天下衣食富足的美梦。你们离开十余载，</w:t>
      </w:r>
    </w:p>
    <w:p w14:paraId="1DFC6269" w14:textId="77777777" w:rsidR="00E87C95" w:rsidRDefault="00000000">
      <w:pPr>
        <w:spacing w:after="0" w:line="579" w:lineRule="exact"/>
        <w:ind w:firstLine="640"/>
        <w:rPr>
          <w:lang w:eastAsia="zh-CN"/>
        </w:rPr>
      </w:pPr>
      <w:r>
        <w:rPr>
          <w:rFonts w:ascii="仿宋" w:eastAsia="仿宋" w:hAnsi="仿宋"/>
          <w:sz w:val="32"/>
          <w:lang w:eastAsia="zh-CN"/>
        </w:rPr>
        <w:t>我每天都在梦里想你们，哈哈，你老了。他胡子都白了。可你们还是我记忆中的样子。与你相识一场，这</w:t>
      </w:r>
      <w:proofErr w:type="gramStart"/>
      <w:r>
        <w:rPr>
          <w:rFonts w:ascii="仿宋" w:eastAsia="仿宋" w:hAnsi="仿宋"/>
          <w:sz w:val="32"/>
          <w:lang w:eastAsia="zh-CN"/>
        </w:rPr>
        <w:t>辈子值得</w:t>
      </w:r>
      <w:proofErr w:type="gramEnd"/>
      <w:r>
        <w:rPr>
          <w:rFonts w:ascii="仿宋" w:eastAsia="仿宋" w:hAnsi="仿宋"/>
          <w:sz w:val="32"/>
          <w:lang w:eastAsia="zh-CN"/>
        </w:rPr>
        <w:t>了。哈哈</w:t>
      </w:r>
      <w:proofErr w:type="gramStart"/>
      <w:r>
        <w:rPr>
          <w:rFonts w:ascii="仿宋" w:eastAsia="仿宋" w:hAnsi="仿宋"/>
          <w:sz w:val="32"/>
          <w:lang w:eastAsia="zh-CN"/>
        </w:rPr>
        <w:t>哈</w:t>
      </w:r>
      <w:proofErr w:type="gramEnd"/>
      <w:r>
        <w:rPr>
          <w:rFonts w:ascii="仿宋" w:eastAsia="仿宋" w:hAnsi="仿宋"/>
          <w:sz w:val="32"/>
          <w:lang w:eastAsia="zh-CN"/>
        </w:rPr>
        <w:t>。</w:t>
      </w:r>
      <w:proofErr w:type="gramStart"/>
      <w:r>
        <w:rPr>
          <w:rFonts w:ascii="仿宋" w:eastAsia="仿宋" w:hAnsi="仿宋"/>
          <w:sz w:val="32"/>
          <w:lang w:eastAsia="zh-CN"/>
        </w:rPr>
        <w:t>伯聚兄</w:t>
      </w:r>
      <w:proofErr w:type="gramEnd"/>
      <w:r>
        <w:rPr>
          <w:rFonts w:ascii="仿宋" w:eastAsia="仿宋" w:hAnsi="仿宋"/>
          <w:sz w:val="32"/>
          <w:lang w:eastAsia="zh-CN"/>
        </w:rPr>
        <w:t>。能有你这样的朋友。是我人生第一大坏事。三弟，你自幼过目不忘。维修。自叹不如啊。</w:t>
      </w:r>
    </w:p>
    <w:p w14:paraId="765805A5" w14:textId="77777777" w:rsidR="00E87C95" w:rsidRDefault="00000000">
      <w:pPr>
        <w:spacing w:after="0" w:line="579" w:lineRule="exact"/>
        <w:ind w:firstLine="640"/>
        <w:rPr>
          <w:lang w:eastAsia="zh-CN"/>
        </w:rPr>
      </w:pPr>
      <w:r>
        <w:rPr>
          <w:rFonts w:ascii="仿宋" w:eastAsia="仿宋" w:hAnsi="仿宋"/>
          <w:sz w:val="32"/>
          <w:lang w:eastAsia="zh-CN"/>
        </w:rPr>
        <w:t>兄长，我一定会照顾好家人。教育好宋氏子孙。天工开物。是一本利益家国造福后世的好书，后世人得了你的好处。</w:t>
      </w:r>
      <w:r>
        <w:rPr>
          <w:rFonts w:ascii="仿宋" w:eastAsia="仿宋" w:hAnsi="仿宋"/>
          <w:sz w:val="32"/>
          <w:lang w:eastAsia="zh-CN"/>
        </w:rPr>
        <w:lastRenderedPageBreak/>
        <w:t>也必定不会忘了我涂绍煃的好处。两位兄长。我现在回回乡里把</w:t>
      </w:r>
      <w:proofErr w:type="gramStart"/>
      <w:r>
        <w:rPr>
          <w:rFonts w:ascii="仿宋" w:eastAsia="仿宋" w:hAnsi="仿宋"/>
          <w:sz w:val="32"/>
          <w:lang w:eastAsia="zh-CN"/>
        </w:rPr>
        <w:t>食用汁学都</w:t>
      </w:r>
      <w:proofErr w:type="gramEnd"/>
      <w:r>
        <w:rPr>
          <w:rFonts w:ascii="仿宋" w:eastAsia="仿宋" w:hAnsi="仿宋"/>
          <w:sz w:val="32"/>
          <w:lang w:eastAsia="zh-CN"/>
        </w:rPr>
        <w:t>交给乡里百姓了。贵五谷而贱金玉，贵五谷而贱金玉。此书与功名，进取毫不相关联。此书与功名进取。</w:t>
      </w:r>
    </w:p>
    <w:p w14:paraId="29DD914A" w14:textId="77777777" w:rsidR="00E87C95" w:rsidRDefault="00000000">
      <w:pPr>
        <w:spacing w:after="0" w:line="579" w:lineRule="exact"/>
        <w:ind w:firstLine="640"/>
        <w:rPr>
          <w:lang w:eastAsia="zh-CN"/>
        </w:rPr>
      </w:pPr>
      <w:r>
        <w:rPr>
          <w:rFonts w:ascii="仿宋" w:eastAsia="仿宋" w:hAnsi="仿宋"/>
          <w:sz w:val="32"/>
          <w:lang w:eastAsia="zh-CN"/>
        </w:rPr>
        <w:t>毫不相关。哈哈</w:t>
      </w:r>
      <w:proofErr w:type="gramStart"/>
      <w:r>
        <w:rPr>
          <w:rFonts w:ascii="仿宋" w:eastAsia="仿宋" w:hAnsi="仿宋"/>
          <w:sz w:val="32"/>
          <w:lang w:eastAsia="zh-CN"/>
        </w:rPr>
        <w:t>哈</w:t>
      </w:r>
      <w:proofErr w:type="gramEnd"/>
      <w:r>
        <w:rPr>
          <w:rFonts w:ascii="仿宋" w:eastAsia="仿宋" w:hAnsi="仿宋"/>
          <w:sz w:val="32"/>
          <w:lang w:eastAsia="zh-CN"/>
        </w:rPr>
        <w:t>。贤弟，保重。兄长</w:t>
      </w:r>
      <w:proofErr w:type="gramStart"/>
      <w:r>
        <w:rPr>
          <w:rFonts w:ascii="仿宋" w:eastAsia="仿宋" w:hAnsi="仿宋"/>
          <w:sz w:val="32"/>
          <w:lang w:eastAsia="zh-CN"/>
        </w:rPr>
        <w:t>伯聚兄</w:t>
      </w:r>
      <w:proofErr w:type="gramEnd"/>
      <w:r>
        <w:rPr>
          <w:rFonts w:ascii="仿宋" w:eastAsia="仿宋" w:hAnsi="仿宋"/>
          <w:sz w:val="32"/>
          <w:lang w:eastAsia="zh-CN"/>
        </w:rPr>
        <w:t>。硬性。想你们。哈哈</w:t>
      </w:r>
      <w:proofErr w:type="gramStart"/>
      <w:r>
        <w:rPr>
          <w:rFonts w:ascii="仿宋" w:eastAsia="仿宋" w:hAnsi="仿宋"/>
          <w:sz w:val="32"/>
          <w:lang w:eastAsia="zh-CN"/>
        </w:rPr>
        <w:t>哈</w:t>
      </w:r>
      <w:proofErr w:type="gramEnd"/>
      <w:r>
        <w:rPr>
          <w:rFonts w:ascii="仿宋" w:eastAsia="仿宋" w:hAnsi="仿宋"/>
          <w:sz w:val="32"/>
          <w:lang w:eastAsia="zh-CN"/>
        </w:rPr>
        <w:t>。先生，先生。姐。父亲知县大人来访蓬莱的，还有知县的乡亲们，那</w:t>
      </w:r>
      <w:proofErr w:type="gramStart"/>
      <w:r>
        <w:rPr>
          <w:rFonts w:ascii="仿宋" w:eastAsia="仿宋" w:hAnsi="仿宋"/>
          <w:sz w:val="32"/>
          <w:lang w:eastAsia="zh-CN"/>
        </w:rPr>
        <w:t>快欢迎</w:t>
      </w:r>
      <w:proofErr w:type="gramEnd"/>
      <w:r>
        <w:rPr>
          <w:rFonts w:ascii="仿宋" w:eastAsia="仿宋" w:hAnsi="仿宋"/>
          <w:sz w:val="32"/>
          <w:lang w:eastAsia="zh-CN"/>
        </w:rPr>
        <w:t>爷爷</w:t>
      </w:r>
      <w:proofErr w:type="gramStart"/>
      <w:r>
        <w:rPr>
          <w:rFonts w:ascii="仿宋" w:eastAsia="仿宋" w:hAnsi="仿宋"/>
          <w:sz w:val="32"/>
          <w:lang w:eastAsia="zh-CN"/>
        </w:rPr>
        <w:t>爷</w:t>
      </w:r>
      <w:proofErr w:type="gramEnd"/>
      <w:r>
        <w:rPr>
          <w:rFonts w:ascii="仿宋" w:eastAsia="仿宋" w:hAnsi="仿宋"/>
          <w:sz w:val="32"/>
          <w:lang w:eastAsia="zh-CN"/>
        </w:rPr>
        <w:t>，这是王伯伯给我的寿糖。</w:t>
      </w:r>
    </w:p>
    <w:p w14:paraId="341B9196" w14:textId="77777777" w:rsidR="00E87C95" w:rsidRDefault="00000000">
      <w:pPr>
        <w:spacing w:after="0" w:line="579" w:lineRule="exact"/>
        <w:ind w:firstLine="640"/>
        <w:rPr>
          <w:lang w:eastAsia="zh-CN"/>
        </w:rPr>
      </w:pPr>
      <w:r>
        <w:rPr>
          <w:rFonts w:ascii="仿宋" w:eastAsia="仿宋" w:hAnsi="仿宋"/>
          <w:sz w:val="32"/>
          <w:lang w:eastAsia="zh-CN"/>
        </w:rPr>
        <w:t>好吃吗？甜。那你有没有谢谢伯伯有？宋先生，宋先生，宋先生，宋先生，宋先生，走走</w:t>
      </w:r>
      <w:proofErr w:type="gramStart"/>
      <w:r>
        <w:rPr>
          <w:rFonts w:ascii="仿宋" w:eastAsia="仿宋" w:hAnsi="仿宋"/>
          <w:sz w:val="32"/>
          <w:lang w:eastAsia="zh-CN"/>
        </w:rPr>
        <w:t>走</w:t>
      </w:r>
      <w:proofErr w:type="gramEnd"/>
      <w:r>
        <w:rPr>
          <w:rFonts w:ascii="仿宋" w:eastAsia="仿宋" w:hAnsi="仿宋"/>
          <w:sz w:val="32"/>
          <w:lang w:eastAsia="zh-CN"/>
        </w:rPr>
        <w:t>，宋先生。宋先生啊，宋先生。首先是我支线大人。各位乡亲们，宋先生，</w:t>
      </w:r>
    </w:p>
    <w:p w14:paraId="20ACE8D5" w14:textId="77777777" w:rsidR="00E87C95" w:rsidRDefault="00000000">
      <w:pPr>
        <w:spacing w:after="0" w:line="579" w:lineRule="exact"/>
        <w:ind w:firstLine="640"/>
        <w:rPr>
          <w:lang w:eastAsia="zh-CN"/>
        </w:rPr>
      </w:pPr>
      <w:r>
        <w:rPr>
          <w:rFonts w:ascii="仿宋" w:eastAsia="仿宋" w:hAnsi="仿宋"/>
          <w:sz w:val="32"/>
          <w:lang w:eastAsia="zh-CN"/>
        </w:rPr>
        <w:t>谢谢您啊，我这寿堂是按照</w:t>
      </w:r>
      <w:proofErr w:type="gramStart"/>
      <w:r>
        <w:rPr>
          <w:rFonts w:ascii="仿宋" w:eastAsia="仿宋" w:hAnsi="仿宋"/>
          <w:sz w:val="32"/>
          <w:lang w:eastAsia="zh-CN"/>
        </w:rPr>
        <w:t>您甘嗜里</w:t>
      </w:r>
      <w:proofErr w:type="gramEnd"/>
      <w:r>
        <w:rPr>
          <w:rFonts w:ascii="仿宋" w:eastAsia="仿宋" w:hAnsi="仿宋"/>
          <w:sz w:val="32"/>
          <w:lang w:eastAsia="zh-CN"/>
        </w:rPr>
        <w:t>写的方法制的。</w:t>
      </w:r>
      <w:proofErr w:type="gramStart"/>
      <w:r>
        <w:rPr>
          <w:rFonts w:ascii="仿宋" w:eastAsia="仿宋" w:hAnsi="仿宋"/>
          <w:sz w:val="32"/>
          <w:lang w:eastAsia="zh-CN"/>
        </w:rPr>
        <w:t>奶巨腹</w:t>
      </w:r>
      <w:proofErr w:type="gramEnd"/>
      <w:r>
        <w:rPr>
          <w:rFonts w:ascii="仿宋" w:eastAsia="仿宋" w:hAnsi="仿宋"/>
          <w:sz w:val="32"/>
          <w:lang w:eastAsia="zh-CN"/>
        </w:rPr>
        <w:t>一口，</w:t>
      </w:r>
      <w:proofErr w:type="gramStart"/>
      <w:r>
        <w:rPr>
          <w:rFonts w:ascii="仿宋" w:eastAsia="仿宋" w:hAnsi="仿宋"/>
          <w:sz w:val="32"/>
          <w:lang w:eastAsia="zh-CN"/>
        </w:rPr>
        <w:t>瘦糖50斤</w:t>
      </w:r>
      <w:proofErr w:type="gramEnd"/>
      <w:r>
        <w:rPr>
          <w:rFonts w:ascii="仿宋" w:eastAsia="仿宋" w:hAnsi="仿宋"/>
          <w:sz w:val="32"/>
          <w:lang w:eastAsia="zh-CN"/>
        </w:rPr>
        <w:t>。宋先生，宋先生。这是按您的方法</w:t>
      </w:r>
      <w:proofErr w:type="gramStart"/>
      <w:r>
        <w:rPr>
          <w:rFonts w:ascii="仿宋" w:eastAsia="仿宋" w:hAnsi="仿宋"/>
          <w:sz w:val="32"/>
          <w:lang w:eastAsia="zh-CN"/>
        </w:rPr>
        <w:t>榨</w:t>
      </w:r>
      <w:proofErr w:type="gramEnd"/>
      <w:r>
        <w:rPr>
          <w:rFonts w:ascii="仿宋" w:eastAsia="仿宋" w:hAnsi="仿宋"/>
          <w:sz w:val="32"/>
          <w:lang w:eastAsia="zh-CN"/>
        </w:rPr>
        <w:t>的油，这是按您的方法造的纸，宋先生，这是按您的法子染的布，嘿嘿</w:t>
      </w:r>
      <w:proofErr w:type="gramStart"/>
      <w:r>
        <w:rPr>
          <w:rFonts w:ascii="仿宋" w:eastAsia="仿宋" w:hAnsi="仿宋"/>
          <w:sz w:val="32"/>
          <w:lang w:eastAsia="zh-CN"/>
        </w:rPr>
        <w:t>嘿</w:t>
      </w:r>
      <w:proofErr w:type="gramEnd"/>
      <w:r>
        <w:rPr>
          <w:rFonts w:ascii="仿宋" w:eastAsia="仿宋" w:hAnsi="仿宋"/>
          <w:sz w:val="32"/>
          <w:lang w:eastAsia="zh-CN"/>
        </w:rPr>
        <w:t>。宋先生，今年是康熙元年，咱们奉新物，</w:t>
      </w:r>
      <w:proofErr w:type="gramStart"/>
      <w:r>
        <w:rPr>
          <w:rFonts w:ascii="仿宋" w:eastAsia="仿宋" w:hAnsi="仿宋"/>
          <w:sz w:val="32"/>
          <w:lang w:eastAsia="zh-CN"/>
        </w:rPr>
        <w:t>富年丰</w:t>
      </w:r>
      <w:proofErr w:type="gramEnd"/>
      <w:r>
        <w:rPr>
          <w:rFonts w:ascii="仿宋" w:eastAsia="仿宋" w:hAnsi="仿宋"/>
          <w:sz w:val="32"/>
          <w:lang w:eastAsia="zh-CN"/>
        </w:rPr>
        <w:t>。</w:t>
      </w:r>
    </w:p>
    <w:p w14:paraId="246CF5D8" w14:textId="77777777" w:rsidR="00E87C95" w:rsidRDefault="00000000">
      <w:pPr>
        <w:spacing w:after="0" w:line="579" w:lineRule="exact"/>
        <w:ind w:firstLine="640"/>
        <w:rPr>
          <w:lang w:eastAsia="zh-CN"/>
        </w:rPr>
      </w:pPr>
      <w:r>
        <w:rPr>
          <w:rFonts w:ascii="仿宋" w:eastAsia="仿宋" w:hAnsi="仿宋"/>
          <w:sz w:val="32"/>
          <w:lang w:eastAsia="zh-CN"/>
        </w:rPr>
        <w:t>今日，我带着乡亲们来拜访您，就是为了感谢您教会大家实用的学问和技巧，让大家过上好日子。这些都是大家的心意，是啊，宋先生。您坐下吧，坐下吧，坐下吧。各位乡亲们！心意啊。我领了。不是我让你们过上的好日子。咱们奉先物产丰饶，</w:t>
      </w:r>
    </w:p>
    <w:p w14:paraId="0320175F" w14:textId="77777777" w:rsidR="00E87C95" w:rsidRDefault="00000000">
      <w:pPr>
        <w:spacing w:after="0" w:line="579" w:lineRule="exact"/>
        <w:ind w:firstLine="640"/>
        <w:rPr>
          <w:lang w:eastAsia="zh-CN"/>
        </w:rPr>
      </w:pPr>
      <w:r>
        <w:rPr>
          <w:rFonts w:ascii="仿宋" w:eastAsia="仿宋" w:hAnsi="仿宋"/>
          <w:sz w:val="32"/>
          <w:lang w:eastAsia="zh-CN"/>
        </w:rPr>
        <w:t>这是上天赐予我们的财富。乡亲们又勤劳肯干，用人力开取。这才过上的好日子，这就是您说的天工开物，正是。</w:t>
      </w:r>
      <w:r>
        <w:rPr>
          <w:rFonts w:ascii="仿宋" w:eastAsia="仿宋" w:hAnsi="仿宋"/>
          <w:sz w:val="32"/>
          <w:lang w:eastAsia="zh-CN"/>
        </w:rPr>
        <w:lastRenderedPageBreak/>
        <w:t>今年有啊，也要思来年</w:t>
      </w:r>
      <w:proofErr w:type="gramStart"/>
      <w:r>
        <w:rPr>
          <w:rFonts w:ascii="仿宋" w:eastAsia="仿宋" w:hAnsi="仿宋"/>
          <w:sz w:val="32"/>
          <w:lang w:eastAsia="zh-CN"/>
        </w:rPr>
        <w:t>无今年风</w:t>
      </w:r>
      <w:proofErr w:type="gramEnd"/>
      <w:r>
        <w:rPr>
          <w:rFonts w:ascii="仿宋" w:eastAsia="仿宋" w:hAnsi="仿宋"/>
          <w:sz w:val="32"/>
          <w:lang w:eastAsia="zh-CN"/>
        </w:rPr>
        <w:t>，也当防来年灾。这样民生才得以持续。先生说的在理，勤劳还需节俭，这好日子才能过得长久。先生，您不收东西，</w:t>
      </w:r>
    </w:p>
    <w:p w14:paraId="012D37F6" w14:textId="77777777" w:rsidR="00E87C95" w:rsidRDefault="00000000">
      <w:pPr>
        <w:spacing w:after="0" w:line="579" w:lineRule="exact"/>
        <w:ind w:firstLine="640"/>
        <w:rPr>
          <w:lang w:eastAsia="zh-CN"/>
        </w:rPr>
      </w:pPr>
      <w:r>
        <w:rPr>
          <w:rFonts w:ascii="仿宋" w:eastAsia="仿宋" w:hAnsi="仿宋"/>
          <w:sz w:val="32"/>
          <w:lang w:eastAsia="zh-CN"/>
        </w:rPr>
        <w:t>这新酒你可得尝尝啊，这酒曲就是按照您曲糵里的法子制的。若不是给宋先生啊，他还不舍得拿出来呢。哈哈</w:t>
      </w:r>
      <w:proofErr w:type="gramStart"/>
      <w:r>
        <w:rPr>
          <w:rFonts w:ascii="仿宋" w:eastAsia="仿宋" w:hAnsi="仿宋"/>
          <w:sz w:val="32"/>
          <w:lang w:eastAsia="zh-CN"/>
        </w:rPr>
        <w:t>哈</w:t>
      </w:r>
      <w:proofErr w:type="gramEnd"/>
      <w:r>
        <w:rPr>
          <w:rFonts w:ascii="仿宋" w:eastAsia="仿宋" w:hAnsi="仿宋"/>
          <w:sz w:val="32"/>
          <w:lang w:eastAsia="zh-CN"/>
        </w:rPr>
        <w:t>，谁说我舍不得今日来谢宋先生在场的都有味儿来倒酒倒酱酒尝尝好。哎，外乡人，你也是宋先生朋友吧，谢谢</w:t>
      </w:r>
      <w:proofErr w:type="gramStart"/>
      <w:r>
        <w:rPr>
          <w:rFonts w:ascii="仿宋" w:eastAsia="仿宋" w:hAnsi="仿宋"/>
          <w:sz w:val="32"/>
          <w:lang w:eastAsia="zh-CN"/>
        </w:rPr>
        <w:t>谢</w:t>
      </w:r>
      <w:proofErr w:type="gramEnd"/>
      <w:r>
        <w:rPr>
          <w:rFonts w:ascii="仿宋" w:eastAsia="仿宋" w:hAnsi="仿宋"/>
          <w:sz w:val="32"/>
          <w:lang w:eastAsia="zh-CN"/>
        </w:rPr>
        <w:t>来让我们</w:t>
      </w:r>
      <w:proofErr w:type="gramStart"/>
      <w:r>
        <w:rPr>
          <w:rFonts w:ascii="仿宋" w:eastAsia="仿宋" w:hAnsi="仿宋"/>
          <w:sz w:val="32"/>
          <w:lang w:eastAsia="zh-CN"/>
        </w:rPr>
        <w:t>一</w:t>
      </w:r>
      <w:proofErr w:type="gramEnd"/>
      <w:r>
        <w:rPr>
          <w:rFonts w:ascii="仿宋" w:eastAsia="仿宋" w:hAnsi="仿宋"/>
          <w:sz w:val="32"/>
          <w:lang w:eastAsia="zh-CN"/>
        </w:rPr>
        <w:t>起敬宋先生。敬请宋先生。</w:t>
      </w:r>
      <w:proofErr w:type="gramStart"/>
      <w:r>
        <w:rPr>
          <w:rFonts w:ascii="仿宋" w:eastAsia="仿宋" w:hAnsi="仿宋"/>
          <w:sz w:val="32"/>
          <w:lang w:eastAsia="zh-CN"/>
        </w:rPr>
        <w:t>老夫亏领了</w:t>
      </w:r>
      <w:proofErr w:type="gramEnd"/>
      <w:r>
        <w:rPr>
          <w:rFonts w:ascii="仿宋" w:eastAsia="仿宋" w:hAnsi="仿宋"/>
          <w:sz w:val="32"/>
          <w:lang w:eastAsia="zh-CN"/>
        </w:rPr>
        <w:t>。嗯，好酒</w:t>
      </w:r>
      <w:proofErr w:type="gramStart"/>
      <w:r>
        <w:rPr>
          <w:rFonts w:ascii="仿宋" w:eastAsia="仿宋" w:hAnsi="仿宋"/>
          <w:sz w:val="32"/>
          <w:lang w:eastAsia="zh-CN"/>
        </w:rPr>
        <w:t>好酒</w:t>
      </w:r>
      <w:proofErr w:type="gramEnd"/>
      <w:r>
        <w:rPr>
          <w:rFonts w:ascii="仿宋" w:eastAsia="仿宋" w:hAnsi="仿宋"/>
          <w:sz w:val="32"/>
          <w:lang w:eastAsia="zh-CN"/>
        </w:rPr>
        <w:t>。宋先生，</w:t>
      </w:r>
    </w:p>
    <w:p w14:paraId="3EC87E6F" w14:textId="77777777" w:rsidR="00E87C95" w:rsidRDefault="00000000">
      <w:pPr>
        <w:spacing w:after="0" w:line="579" w:lineRule="exact"/>
        <w:ind w:firstLine="640"/>
        <w:rPr>
          <w:lang w:eastAsia="zh-CN"/>
        </w:rPr>
      </w:pPr>
      <w:r>
        <w:rPr>
          <w:rFonts w:ascii="仿宋" w:eastAsia="仿宋" w:hAnsi="仿宋"/>
          <w:sz w:val="32"/>
          <w:lang w:eastAsia="zh-CN"/>
        </w:rPr>
        <w:t>今日就不多打搅了。告辞。这些大人慢走。速先生，速先生，</w:t>
      </w:r>
      <w:proofErr w:type="gramStart"/>
      <w:r>
        <w:rPr>
          <w:rFonts w:ascii="仿宋" w:eastAsia="仿宋" w:hAnsi="仿宋"/>
          <w:sz w:val="32"/>
          <w:lang w:eastAsia="zh-CN"/>
        </w:rPr>
        <w:t>速先生</w:t>
      </w:r>
      <w:proofErr w:type="gramEnd"/>
      <w:r>
        <w:rPr>
          <w:rFonts w:ascii="仿宋" w:eastAsia="仿宋" w:hAnsi="仿宋"/>
          <w:sz w:val="32"/>
          <w:lang w:eastAsia="zh-CN"/>
        </w:rPr>
        <w:t>慢慢走啊。慢走告辞宋先生。哎呀，从这酒里分明尝出了幸福的味道。哎，宋先生，您愿不愿意跟我一块儿去看一看300年后的天工开物？带路。各位旅客由南昌西开往北京西的高铁即将启程。就是。</w:t>
      </w:r>
    </w:p>
    <w:p w14:paraId="2CA73D4A" w14:textId="77777777" w:rsidR="00E87C95" w:rsidRDefault="00000000">
      <w:pPr>
        <w:spacing w:after="0" w:line="579" w:lineRule="exact"/>
        <w:ind w:firstLine="640"/>
        <w:rPr>
          <w:lang w:eastAsia="zh-CN"/>
        </w:rPr>
      </w:pPr>
      <w:r>
        <w:rPr>
          <w:rFonts w:ascii="仿宋" w:eastAsia="仿宋" w:hAnsi="仿宋"/>
          <w:sz w:val="32"/>
          <w:lang w:eastAsia="zh-CN"/>
        </w:rPr>
        <w:t>300年后的中国，人造的舟车，我们叫它高铁。南昌西到北京西就是从您老家到京城赶考的这段路，坐上它只需要三个多时辰即可到达。这条路我进京</w:t>
      </w:r>
      <w:proofErr w:type="gramStart"/>
      <w:r>
        <w:rPr>
          <w:rFonts w:ascii="仿宋" w:eastAsia="仿宋" w:hAnsi="仿宋"/>
          <w:sz w:val="32"/>
          <w:lang w:eastAsia="zh-CN"/>
        </w:rPr>
        <w:t>赶考走</w:t>
      </w:r>
      <w:proofErr w:type="gramEnd"/>
      <w:r>
        <w:rPr>
          <w:rFonts w:ascii="仿宋" w:eastAsia="仿宋" w:hAnsi="仿宋"/>
          <w:sz w:val="32"/>
          <w:lang w:eastAsia="zh-CN"/>
        </w:rPr>
        <w:t>了六次，每次都得半年时间呢。这还不算快，您再看。这是今天的中国人自己造的大飞机。您要坐上它呀，同样的路，一个多时辰就够了。这是腾云驾雾啊。这还算不上腾云驾雾。</w:t>
      </w:r>
    </w:p>
    <w:p w14:paraId="26E705DE" w14:textId="77777777" w:rsidR="00E87C95" w:rsidRDefault="00000000">
      <w:pPr>
        <w:spacing w:after="0" w:line="579" w:lineRule="exact"/>
        <w:ind w:firstLine="640"/>
        <w:rPr>
          <w:lang w:eastAsia="zh-CN"/>
        </w:rPr>
      </w:pPr>
      <w:r>
        <w:rPr>
          <w:rFonts w:ascii="仿宋" w:eastAsia="仿宋" w:hAnsi="仿宋"/>
          <w:sz w:val="32"/>
          <w:lang w:eastAsia="zh-CN"/>
        </w:rPr>
        <w:t>这才是腾云驾雾。这是今天中国人造的大火箭。长征号我们能够把月球车一直带到月亮上。月亮就是嫦娥住的地方。</w:t>
      </w:r>
      <w:r>
        <w:rPr>
          <w:rFonts w:ascii="仿宋" w:eastAsia="仿宋" w:hAnsi="仿宋"/>
          <w:sz w:val="32"/>
          <w:lang w:eastAsia="zh-CN"/>
        </w:rPr>
        <w:lastRenderedPageBreak/>
        <w:t>说出来，您别失望。没有嫦娥。但是我们从月亮上带回了那儿的土壤。哦，吴勇。屈原听问。后世</w:t>
      </w:r>
      <w:proofErr w:type="gramStart"/>
      <w:r>
        <w:rPr>
          <w:rFonts w:ascii="仿宋" w:eastAsia="仿宋" w:hAnsi="仿宋"/>
          <w:sz w:val="32"/>
          <w:lang w:eastAsia="zh-CN"/>
        </w:rPr>
        <w:t>登月问</w:t>
      </w:r>
      <w:proofErr w:type="gramEnd"/>
      <w:r>
        <w:rPr>
          <w:rFonts w:ascii="仿宋" w:eastAsia="仿宋" w:hAnsi="仿宋"/>
          <w:sz w:val="32"/>
          <w:lang w:eastAsia="zh-CN"/>
        </w:rPr>
        <w:t>天，壮哉妙哉。我们现在</w:t>
      </w:r>
      <w:proofErr w:type="gramStart"/>
      <w:r>
        <w:rPr>
          <w:rFonts w:ascii="仿宋" w:eastAsia="仿宋" w:hAnsi="仿宋"/>
          <w:sz w:val="32"/>
          <w:lang w:eastAsia="zh-CN"/>
        </w:rPr>
        <w:t>不</w:t>
      </w:r>
      <w:proofErr w:type="gramEnd"/>
      <w:r>
        <w:rPr>
          <w:rFonts w:ascii="仿宋" w:eastAsia="仿宋" w:hAnsi="仿宋"/>
          <w:sz w:val="32"/>
          <w:lang w:eastAsia="zh-CN"/>
        </w:rPr>
        <w:t>光能上天。我们还能入海。</w:t>
      </w:r>
    </w:p>
    <w:p w14:paraId="07D8E227" w14:textId="77777777" w:rsidR="00E87C95" w:rsidRDefault="00000000">
      <w:pPr>
        <w:spacing w:after="0" w:line="579" w:lineRule="exact"/>
        <w:ind w:firstLine="640"/>
        <w:rPr>
          <w:lang w:eastAsia="zh-CN"/>
        </w:rPr>
      </w:pPr>
      <w:r>
        <w:rPr>
          <w:rFonts w:ascii="仿宋" w:eastAsia="仿宋" w:hAnsi="仿宋"/>
          <w:sz w:val="32"/>
          <w:lang w:eastAsia="zh-CN"/>
        </w:rPr>
        <w:t>奋斗者号深潜器，能够直达海底万米的深处。上天入海。巧手夺天工。这300多年后的天工开物。了不起呀。宋先生，您还想看点什么？我还想看看。300多年后的乃丽。早就猜到了。起。这是。这叫无人机专门喷洒农药防治虫害的。无人怎么撒？</w:t>
      </w:r>
    </w:p>
    <w:p w14:paraId="2668B71B" w14:textId="77777777" w:rsidR="00E87C95" w:rsidRDefault="00000000">
      <w:pPr>
        <w:spacing w:after="0" w:line="579" w:lineRule="exact"/>
        <w:ind w:firstLine="640"/>
        <w:rPr>
          <w:lang w:eastAsia="zh-CN"/>
        </w:rPr>
      </w:pPr>
      <w:r>
        <w:rPr>
          <w:rFonts w:ascii="仿宋" w:eastAsia="仿宋" w:hAnsi="仿宋"/>
          <w:sz w:val="32"/>
          <w:lang w:eastAsia="zh-CN"/>
        </w:rPr>
        <w:t>它上面装有摄像头，还有各种传感器，你还得给它编程。总之非常复杂，够您再写</w:t>
      </w:r>
      <w:proofErr w:type="gramStart"/>
      <w:r>
        <w:rPr>
          <w:rFonts w:ascii="仿宋" w:eastAsia="仿宋" w:hAnsi="仿宋"/>
          <w:sz w:val="32"/>
          <w:lang w:eastAsia="zh-CN"/>
        </w:rPr>
        <w:t>一</w:t>
      </w:r>
      <w:proofErr w:type="gramEnd"/>
      <w:r>
        <w:rPr>
          <w:rFonts w:ascii="仿宋" w:eastAsia="仿宋" w:hAnsi="仿宋"/>
          <w:sz w:val="32"/>
          <w:lang w:eastAsia="zh-CN"/>
        </w:rPr>
        <w:t>本天工开物的哦，先生，您看。这些稻子都有十几个稻穗，粒粒饱满。这是一个叫袁隆平的科学家，他研究出来的高产杂交水稻。袁隆平，对，现在您看的这块</w:t>
      </w:r>
      <w:proofErr w:type="gramStart"/>
      <w:r>
        <w:rPr>
          <w:rFonts w:ascii="仿宋" w:eastAsia="仿宋" w:hAnsi="仿宋"/>
          <w:sz w:val="32"/>
          <w:lang w:eastAsia="zh-CN"/>
        </w:rPr>
        <w:t>田应该</w:t>
      </w:r>
      <w:proofErr w:type="gramEnd"/>
      <w:r>
        <w:rPr>
          <w:rFonts w:ascii="仿宋" w:eastAsia="仿宋" w:hAnsi="仿宋"/>
          <w:sz w:val="32"/>
          <w:lang w:eastAsia="zh-CN"/>
        </w:rPr>
        <w:t>是袁隆平团队的第三代高产杂交水稻。双季稻目前正在努力突破亩产。</w:t>
      </w:r>
    </w:p>
    <w:p w14:paraId="1A453E7C" w14:textId="77777777" w:rsidR="00E87C95" w:rsidRDefault="00000000">
      <w:pPr>
        <w:spacing w:after="0" w:line="579" w:lineRule="exact"/>
        <w:ind w:firstLine="640"/>
        <w:rPr>
          <w:lang w:eastAsia="zh-CN"/>
        </w:rPr>
      </w:pPr>
      <w:r>
        <w:rPr>
          <w:rFonts w:ascii="仿宋" w:eastAsia="仿宋" w:hAnsi="仿宋"/>
          <w:sz w:val="32"/>
          <w:lang w:eastAsia="zh-CN"/>
        </w:rPr>
        <w:t>3000斤。3000斤，我们那个时候亩产五六百斤就已经算高产了，所以您算算现在这一亩。</w:t>
      </w:r>
      <w:proofErr w:type="gramStart"/>
      <w:r>
        <w:rPr>
          <w:rFonts w:ascii="仿宋" w:eastAsia="仿宋" w:hAnsi="仿宋"/>
          <w:sz w:val="32"/>
          <w:lang w:eastAsia="zh-CN"/>
        </w:rPr>
        <w:t>顶您那会儿</w:t>
      </w:r>
      <w:proofErr w:type="gramEnd"/>
      <w:r>
        <w:rPr>
          <w:rFonts w:ascii="仿宋" w:eastAsia="仿宋" w:hAnsi="仿宋"/>
          <w:sz w:val="32"/>
          <w:lang w:eastAsia="zh-CN"/>
        </w:rPr>
        <w:t>多少亩啊？这个袁隆平真了不起。袁老师，您慢点走。您昨天刚在人民大会堂领过奖，今天您就非得下试验田。我们是扎根在田里的人。我最惦记的是我的超级道，这就是袁隆平先生。袁院士您好。打扰您了。</w:t>
      </w:r>
    </w:p>
    <w:p w14:paraId="6D7ACCF2" w14:textId="77777777" w:rsidR="00E87C95" w:rsidRDefault="00000000">
      <w:pPr>
        <w:spacing w:after="0" w:line="579" w:lineRule="exact"/>
        <w:ind w:firstLine="640"/>
        <w:rPr>
          <w:lang w:eastAsia="zh-CN"/>
        </w:rPr>
      </w:pPr>
      <w:r>
        <w:rPr>
          <w:rFonts w:ascii="仿宋" w:eastAsia="仿宋" w:hAnsi="仿宋"/>
          <w:sz w:val="32"/>
          <w:lang w:eastAsia="zh-CN"/>
        </w:rPr>
        <w:t>小撒。</w:t>
      </w:r>
      <w:proofErr w:type="gramStart"/>
      <w:r>
        <w:rPr>
          <w:rFonts w:ascii="仿宋" w:eastAsia="仿宋" w:hAnsi="仿宋"/>
          <w:sz w:val="32"/>
          <w:lang w:eastAsia="zh-CN"/>
        </w:rPr>
        <w:t>您好您好您好</w:t>
      </w:r>
      <w:proofErr w:type="gramEnd"/>
      <w:r>
        <w:rPr>
          <w:rFonts w:ascii="仿宋" w:eastAsia="仿宋" w:hAnsi="仿宋"/>
          <w:sz w:val="32"/>
          <w:lang w:eastAsia="zh-CN"/>
        </w:rPr>
        <w:t>，撒老师，您这是来录节目吧？对对对，我们再做一档节目，叫典籍里的中国。今天给大家讲</w:t>
      </w:r>
      <w:r>
        <w:rPr>
          <w:rFonts w:ascii="仿宋" w:eastAsia="仿宋" w:hAnsi="仿宋"/>
          <w:sz w:val="32"/>
          <w:lang w:eastAsia="zh-CN"/>
        </w:rPr>
        <w:lastRenderedPageBreak/>
        <w:t>的故事是天工开物。您这演的是呃宋应星先生呃，您就当他是演员吧。宋应星好啊。这是一位了不起的大科学家啊。宋先生，这是现代礼仪。握手。</w:t>
      </w:r>
    </w:p>
    <w:p w14:paraId="1B155F12" w14:textId="77777777" w:rsidR="00E87C95" w:rsidRDefault="00000000">
      <w:pPr>
        <w:spacing w:after="0" w:line="579" w:lineRule="exact"/>
        <w:ind w:firstLine="640"/>
        <w:rPr>
          <w:lang w:eastAsia="zh-CN"/>
        </w:rPr>
      </w:pPr>
      <w:r>
        <w:rPr>
          <w:rFonts w:ascii="仿宋" w:eastAsia="仿宋" w:hAnsi="仿宋"/>
          <w:sz w:val="32"/>
          <w:lang w:eastAsia="zh-CN"/>
        </w:rPr>
        <w:t>您怎么了？我就是激动。宋永星是天工开物的作者，我们在历史课上学过。你们都学过对呀，天工开物我读过，内容非常丰富，几乎覆盖了当时中国农业和手工业所有生产加工部门。我年少时也读</w:t>
      </w:r>
      <w:proofErr w:type="gramStart"/>
      <w:r>
        <w:rPr>
          <w:rFonts w:ascii="仿宋" w:eastAsia="仿宋" w:hAnsi="仿宋"/>
          <w:sz w:val="32"/>
          <w:lang w:eastAsia="zh-CN"/>
        </w:rPr>
        <w:t>过天工</w:t>
      </w:r>
      <w:proofErr w:type="gramEnd"/>
      <w:r>
        <w:rPr>
          <w:rFonts w:ascii="仿宋" w:eastAsia="仿宋" w:hAnsi="仿宋"/>
          <w:sz w:val="32"/>
          <w:lang w:eastAsia="zh-CN"/>
        </w:rPr>
        <w:t>开物。我最喜欢里面的乃粒。贵五谷而贱金玉。贵五谷而贱金玉。袁院士，我记得您有一个河下乘凉梦。</w:t>
      </w:r>
    </w:p>
    <w:p w14:paraId="1DECF275" w14:textId="77777777" w:rsidR="00E87C95" w:rsidRDefault="00000000">
      <w:pPr>
        <w:spacing w:after="0" w:line="579" w:lineRule="exact"/>
        <w:ind w:firstLine="640"/>
        <w:rPr>
          <w:lang w:eastAsia="zh-CN"/>
        </w:rPr>
      </w:pPr>
      <w:r>
        <w:rPr>
          <w:rFonts w:ascii="仿宋" w:eastAsia="仿宋" w:hAnsi="仿宋"/>
          <w:sz w:val="32"/>
          <w:lang w:eastAsia="zh-CN"/>
        </w:rPr>
        <w:t>河下乘凉。我梦见我们试验田里的水稻，长得有高粱那么高。每个人都可以坐在稻穗下乘凉。天下富足，河下乘凉的梦想。我年少的时候也有。让人们吃上更多的米饭，不会再挨饿。好好好啊。从二零一八年开始。中国把秋分这一天定为中国农民丰收节。国家为农民庆祝丰收设立节日。是对农民的尊重。对农业的重视。</w:t>
      </w:r>
    </w:p>
    <w:p w14:paraId="261E3FD5" w14:textId="77777777" w:rsidR="00E87C95" w:rsidRDefault="00000000">
      <w:pPr>
        <w:spacing w:after="0" w:line="579" w:lineRule="exact"/>
        <w:ind w:firstLine="640"/>
        <w:rPr>
          <w:lang w:eastAsia="zh-CN"/>
        </w:rPr>
      </w:pPr>
      <w:r>
        <w:rPr>
          <w:rFonts w:ascii="仿宋" w:eastAsia="仿宋" w:hAnsi="仿宋"/>
          <w:sz w:val="32"/>
          <w:lang w:eastAsia="zh-CN"/>
        </w:rPr>
        <w:t>这是老百姓的福气。先生能。给我一株稻子。可以。我还有工作。你们慢慢参观啊，谢谢院士。您多保重。也要谢谢你让我看到了300年后的天工开物。这是我最想看到的。其实我们要谢谢您。给我们后世留下了这部天工开物。您的书后来流传到了国外，被翻译成日文，法文，</w:t>
      </w:r>
    </w:p>
    <w:p w14:paraId="7183933C" w14:textId="77777777" w:rsidR="00E87C95" w:rsidRDefault="00000000">
      <w:pPr>
        <w:spacing w:after="0" w:line="579" w:lineRule="exact"/>
        <w:ind w:firstLine="640"/>
        <w:rPr>
          <w:lang w:eastAsia="zh-CN"/>
        </w:rPr>
      </w:pPr>
      <w:r>
        <w:rPr>
          <w:rFonts w:ascii="仿宋" w:eastAsia="仿宋" w:hAnsi="仿宋"/>
          <w:sz w:val="32"/>
          <w:lang w:eastAsia="zh-CN"/>
        </w:rPr>
        <w:t>英文，德文等几种语言。被世界誉为中国17世纪的工艺百科全书。太好了。天下人衣食富足。梦想成真了。我无憾</w:t>
      </w:r>
      <w:r>
        <w:rPr>
          <w:rFonts w:ascii="仿宋" w:eastAsia="仿宋" w:hAnsi="仿宋"/>
          <w:sz w:val="32"/>
          <w:lang w:eastAsia="zh-CN"/>
        </w:rPr>
        <w:lastRenderedPageBreak/>
        <w:t>了。宋先生，请您放心。古有天工开物。惊人继往开来。天下富足。河下乘凉。了不起啊。感谢演员们精彩的演绎。</w:t>
      </w:r>
    </w:p>
    <w:p w14:paraId="5FB4623A" w14:textId="77777777" w:rsidR="00E87C95" w:rsidRDefault="00000000">
      <w:pPr>
        <w:spacing w:after="0" w:line="579" w:lineRule="exact"/>
        <w:ind w:firstLine="640"/>
        <w:rPr>
          <w:lang w:eastAsia="zh-CN"/>
        </w:rPr>
      </w:pPr>
      <w:r>
        <w:rPr>
          <w:rFonts w:ascii="仿宋" w:eastAsia="仿宋" w:hAnsi="仿宋"/>
          <w:sz w:val="32"/>
          <w:lang w:eastAsia="zh-CN"/>
        </w:rPr>
        <w:t>国无农不稳，农以种为先。刚才在戏剧的结束，宋应星穿越到现代。手里接过袁隆平院士那株超级稻的时候，真的很让人动容，对我是十分感动。也很受鼓舞。几千年来，中华民族一直把重农固本视为安民之基，治国之要，一代代人殚精竭虑。致力于提高农业技术，正是为了农为邦本，本固</w:t>
      </w:r>
      <w:proofErr w:type="gramStart"/>
      <w:r>
        <w:rPr>
          <w:rFonts w:ascii="仿宋" w:eastAsia="仿宋" w:hAnsi="仿宋"/>
          <w:sz w:val="32"/>
          <w:lang w:eastAsia="zh-CN"/>
        </w:rPr>
        <w:t>邦</w:t>
      </w:r>
      <w:proofErr w:type="gramEnd"/>
      <w:r>
        <w:rPr>
          <w:rFonts w:ascii="仿宋" w:eastAsia="仿宋" w:hAnsi="仿宋"/>
          <w:sz w:val="32"/>
          <w:lang w:eastAsia="zh-CN"/>
        </w:rPr>
        <w:t>宁。</w:t>
      </w:r>
    </w:p>
    <w:p w14:paraId="2629279C" w14:textId="77777777" w:rsidR="00E87C95" w:rsidRDefault="00000000">
      <w:pPr>
        <w:spacing w:after="0" w:line="579" w:lineRule="exact"/>
        <w:ind w:firstLine="640"/>
        <w:rPr>
          <w:lang w:eastAsia="zh-CN"/>
        </w:rPr>
      </w:pPr>
      <w:r>
        <w:rPr>
          <w:rFonts w:ascii="仿宋" w:eastAsia="仿宋" w:hAnsi="仿宋"/>
          <w:sz w:val="32"/>
          <w:lang w:eastAsia="zh-CN"/>
        </w:rPr>
        <w:t>中华民族自古就有浩如烟海的科技典籍的积累。先秦时期的《考工记》。东汉科学家张衡所著的天文学著作《灵宪》，还有宋代科学家沈</w:t>
      </w:r>
      <w:proofErr w:type="gramStart"/>
      <w:r>
        <w:rPr>
          <w:rFonts w:ascii="仿宋" w:eastAsia="仿宋" w:hAnsi="仿宋"/>
          <w:sz w:val="32"/>
          <w:lang w:eastAsia="zh-CN"/>
        </w:rPr>
        <w:t>括</w:t>
      </w:r>
      <w:proofErr w:type="gramEnd"/>
      <w:r>
        <w:rPr>
          <w:rFonts w:ascii="仿宋" w:eastAsia="仿宋" w:hAnsi="仿宋"/>
          <w:sz w:val="32"/>
          <w:lang w:eastAsia="zh-CN"/>
        </w:rPr>
        <w:t>的《梦溪笔谈》等。等等，这类科技著作，它们呢，都是我国科技史的坐标，不仅构建了璀璨的中华科技文明。在文化交流中也同样远播海外，造福了世界。宋应星和袁隆平这两位科学家跨越了300年的握手，让我觉得特别震撼。我们中华民族啊！其实是最富有创新精神的民族，</w:t>
      </w:r>
    </w:p>
    <w:p w14:paraId="13E14BAA" w14:textId="77777777" w:rsidR="00E87C95" w:rsidRDefault="00000000">
      <w:pPr>
        <w:spacing w:after="0" w:line="579" w:lineRule="exact"/>
        <w:ind w:firstLine="640"/>
        <w:rPr>
          <w:lang w:eastAsia="zh-CN"/>
        </w:rPr>
      </w:pPr>
      <w:r>
        <w:rPr>
          <w:rFonts w:ascii="仿宋" w:eastAsia="仿宋" w:hAnsi="仿宋"/>
          <w:sz w:val="32"/>
          <w:lang w:eastAsia="zh-CN"/>
        </w:rPr>
        <w:t>我们古人就讲嘛，周虽旧</w:t>
      </w:r>
      <w:proofErr w:type="gramStart"/>
      <w:r>
        <w:rPr>
          <w:rFonts w:ascii="仿宋" w:eastAsia="仿宋" w:hAnsi="仿宋"/>
          <w:sz w:val="32"/>
          <w:lang w:eastAsia="zh-CN"/>
        </w:rPr>
        <w:t>邦</w:t>
      </w:r>
      <w:proofErr w:type="gramEnd"/>
      <w:r>
        <w:rPr>
          <w:rFonts w:ascii="仿宋" w:eastAsia="仿宋" w:hAnsi="仿宋"/>
          <w:sz w:val="32"/>
          <w:lang w:eastAsia="zh-CN"/>
        </w:rPr>
        <w:t>，其命维新呐，苟日新，日日新，又日新。可以说，创新精神本身就是中华民族最鲜明的一个禀赋。宋应星宋应昇和涂绍煃这三个人，其实就是一个创新组合呀。袁隆平院士和他的团队是创新组合</w:t>
      </w:r>
      <w:proofErr w:type="gramStart"/>
      <w:r>
        <w:rPr>
          <w:rFonts w:ascii="仿宋" w:eastAsia="仿宋" w:hAnsi="仿宋"/>
          <w:sz w:val="32"/>
          <w:lang w:eastAsia="zh-CN"/>
        </w:rPr>
        <w:t>屠</w:t>
      </w:r>
      <w:proofErr w:type="gramEnd"/>
      <w:r>
        <w:rPr>
          <w:rFonts w:ascii="仿宋" w:eastAsia="仿宋" w:hAnsi="仿宋"/>
          <w:sz w:val="32"/>
          <w:lang w:eastAsia="zh-CN"/>
        </w:rPr>
        <w:t>呦呦女士，和她的团队也是创新组合。这一个又一个组合就是一代</w:t>
      </w:r>
      <w:r>
        <w:rPr>
          <w:rFonts w:ascii="仿宋" w:eastAsia="仿宋" w:hAnsi="仿宋"/>
          <w:sz w:val="32"/>
          <w:lang w:eastAsia="zh-CN"/>
        </w:rPr>
        <w:lastRenderedPageBreak/>
        <w:t>又一代的追梦人呐，始终</w:t>
      </w:r>
      <w:proofErr w:type="gramStart"/>
      <w:r>
        <w:rPr>
          <w:rFonts w:ascii="仿宋" w:eastAsia="仿宋" w:hAnsi="仿宋"/>
          <w:sz w:val="32"/>
          <w:lang w:eastAsia="zh-CN"/>
        </w:rPr>
        <w:t>秉持着</w:t>
      </w:r>
      <w:proofErr w:type="gramEnd"/>
      <w:r>
        <w:rPr>
          <w:rFonts w:ascii="仿宋" w:eastAsia="仿宋" w:hAnsi="仿宋"/>
          <w:sz w:val="32"/>
          <w:lang w:eastAsia="zh-CN"/>
        </w:rPr>
        <w:t>用科技造福民族，造福世界的梦想。</w:t>
      </w:r>
    </w:p>
    <w:p w14:paraId="452070E1" w14:textId="77777777" w:rsidR="00E87C95" w:rsidRDefault="00000000">
      <w:pPr>
        <w:spacing w:after="0" w:line="579" w:lineRule="exact"/>
        <w:ind w:firstLine="640"/>
        <w:rPr>
          <w:lang w:eastAsia="zh-CN"/>
        </w:rPr>
      </w:pPr>
      <w:proofErr w:type="gramStart"/>
      <w:r>
        <w:rPr>
          <w:rFonts w:ascii="仿宋" w:eastAsia="仿宋" w:hAnsi="仿宋"/>
          <w:sz w:val="32"/>
          <w:lang w:eastAsia="zh-CN"/>
        </w:rPr>
        <w:t>传承着</w:t>
      </w:r>
      <w:proofErr w:type="gramEnd"/>
      <w:r>
        <w:rPr>
          <w:rFonts w:ascii="仿宋" w:eastAsia="仿宋" w:hAnsi="仿宋"/>
          <w:sz w:val="32"/>
          <w:lang w:eastAsia="zh-CN"/>
        </w:rPr>
        <w:t>深深地刻在我们中华民族骨子里的创新基因。再次谢谢几位老师与我们一同来品读《天工开物》。</w:t>
      </w:r>
      <w:proofErr w:type="gramStart"/>
      <w:r>
        <w:rPr>
          <w:rFonts w:ascii="仿宋" w:eastAsia="仿宋" w:hAnsi="仿宋"/>
          <w:sz w:val="32"/>
          <w:lang w:eastAsia="zh-CN"/>
        </w:rPr>
        <w:t>古人天</w:t>
      </w:r>
      <w:proofErr w:type="gramEnd"/>
      <w:r>
        <w:rPr>
          <w:rFonts w:ascii="仿宋" w:eastAsia="仿宋" w:hAnsi="仿宋"/>
          <w:sz w:val="32"/>
          <w:lang w:eastAsia="zh-CN"/>
        </w:rPr>
        <w:t>工开物。军人继往开来下，一本典籍我们再会。</w:t>
      </w:r>
    </w:p>
    <w:p w14:paraId="08974374" w14:textId="77777777" w:rsidR="00E87C95" w:rsidRDefault="00000000">
      <w:pPr>
        <w:rPr>
          <w:lang w:eastAsia="zh-CN"/>
        </w:rPr>
      </w:pPr>
      <w:r>
        <w:rPr>
          <w:lang w:eastAsia="zh-CN"/>
        </w:rPr>
        <w:br w:type="page"/>
      </w:r>
    </w:p>
    <w:p w14:paraId="2E037935" w14:textId="77777777" w:rsidR="00E87C95" w:rsidRDefault="00000000">
      <w:pPr>
        <w:spacing w:after="0" w:line="579" w:lineRule="exact"/>
        <w:jc w:val="center"/>
        <w:rPr>
          <w:lang w:eastAsia="zh-CN"/>
        </w:rPr>
      </w:pPr>
      <w:r>
        <w:rPr>
          <w:rFonts w:ascii="方正小标宋简体" w:eastAsia="方正小标宋简体" w:hAnsi="方正小标宋简体"/>
          <w:sz w:val="44"/>
          <w:lang w:eastAsia="zh-CN"/>
        </w:rPr>
        <w:lastRenderedPageBreak/>
        <w:t>第03集 《史记》</w:t>
      </w:r>
    </w:p>
    <w:p w14:paraId="564DA558" w14:textId="77777777" w:rsidR="00E87C95" w:rsidRDefault="00000000">
      <w:pPr>
        <w:spacing w:after="0" w:line="579" w:lineRule="exact"/>
        <w:ind w:firstLine="640"/>
        <w:rPr>
          <w:lang w:eastAsia="zh-CN"/>
        </w:rPr>
      </w:pPr>
      <w:r>
        <w:rPr>
          <w:rFonts w:ascii="仿宋" w:eastAsia="仿宋" w:hAnsi="仿宋"/>
          <w:sz w:val="32"/>
          <w:lang w:eastAsia="zh-CN"/>
        </w:rPr>
        <w:t>对。《史记》。原名，《太史公书》。为西汉司马迁所著开纪传体先河。《史记》由</w:t>
      </w:r>
      <w:proofErr w:type="gramStart"/>
      <w:r>
        <w:rPr>
          <w:rFonts w:ascii="仿宋" w:eastAsia="仿宋" w:hAnsi="仿宋"/>
          <w:sz w:val="32"/>
          <w:lang w:eastAsia="zh-CN"/>
        </w:rPr>
        <w:t>本纪表书世家</w:t>
      </w:r>
      <w:proofErr w:type="gramEnd"/>
      <w:r>
        <w:rPr>
          <w:rFonts w:ascii="仿宋" w:eastAsia="仿宋" w:hAnsi="仿宋"/>
          <w:sz w:val="32"/>
          <w:lang w:eastAsia="zh-CN"/>
        </w:rPr>
        <w:t>列传五种体例构成，共计一百三十篇。记载了从黄帝到汉武帝约3000年的历史。《史记》第一篇为五帝本纪。《五帝本纪》黄帝，少典之子。姓公孙，名曰轩辕。我，轩辕黄帝。</w:t>
      </w:r>
    </w:p>
    <w:p w14:paraId="7BCCF88E" w14:textId="77777777" w:rsidR="00E87C95" w:rsidRDefault="00000000">
      <w:pPr>
        <w:spacing w:after="0" w:line="579" w:lineRule="exact"/>
        <w:ind w:firstLine="640"/>
        <w:rPr>
          <w:lang w:eastAsia="zh-CN"/>
        </w:rPr>
      </w:pPr>
      <w:r>
        <w:rPr>
          <w:rFonts w:ascii="仿宋" w:eastAsia="仿宋" w:hAnsi="仿宋"/>
          <w:sz w:val="32"/>
          <w:lang w:eastAsia="zh-CN"/>
        </w:rPr>
        <w:t>诸侯尊奉我。我当为天下奔忙。</w:t>
      </w:r>
      <w:proofErr w:type="gramStart"/>
      <w:r>
        <w:rPr>
          <w:rFonts w:ascii="仿宋" w:eastAsia="仿宋" w:hAnsi="仿宋"/>
          <w:sz w:val="32"/>
          <w:lang w:eastAsia="zh-CN"/>
        </w:rPr>
        <w:t>抚</w:t>
      </w:r>
      <w:proofErr w:type="gramEnd"/>
      <w:r>
        <w:rPr>
          <w:rFonts w:ascii="仿宋" w:eastAsia="仿宋" w:hAnsi="仿宋"/>
          <w:sz w:val="32"/>
          <w:lang w:eastAsia="zh-CN"/>
        </w:rPr>
        <w:t>万民，夺四方。天下诸侯相侵伐，暴虐百姓。我前去征讨，平定战乱。一生奔忙。从未安居。黄帝既崇德尚武，勤政爱民于。统一上古，中原诸部落成为中华民族的人文始祖。司马迁为后世描画和树立了华夏民族的道德楷模。人格典范。</w:t>
      </w:r>
    </w:p>
    <w:p w14:paraId="01686CC1" w14:textId="77777777" w:rsidR="00E87C95" w:rsidRDefault="00000000">
      <w:pPr>
        <w:spacing w:after="0" w:line="579" w:lineRule="exact"/>
        <w:ind w:firstLine="640"/>
        <w:rPr>
          <w:lang w:eastAsia="zh-CN"/>
        </w:rPr>
      </w:pPr>
      <w:r>
        <w:rPr>
          <w:rFonts w:ascii="仿宋" w:eastAsia="仿宋" w:hAnsi="仿宋"/>
          <w:sz w:val="32"/>
          <w:lang w:eastAsia="zh-CN"/>
        </w:rPr>
        <w:t>《秦始皇本纪》。秦始皇帝者，秦庄襄王子也。我是嬴政。战国纷争。我秦国统一天下。天下从此，再无战乱。从即日起。统一法度。横断丈尺。车同轨。书同文字。司马迁笔下的秦始皇。功过分明。</w:t>
      </w:r>
    </w:p>
    <w:p w14:paraId="1E20E3AF" w14:textId="77777777" w:rsidR="00E87C95" w:rsidRDefault="00000000">
      <w:pPr>
        <w:spacing w:after="0" w:line="579" w:lineRule="exact"/>
        <w:ind w:firstLine="640"/>
        <w:rPr>
          <w:lang w:eastAsia="zh-CN"/>
        </w:rPr>
      </w:pPr>
      <w:r>
        <w:rPr>
          <w:rFonts w:ascii="仿宋" w:eastAsia="仿宋" w:hAnsi="仿宋"/>
          <w:sz w:val="32"/>
          <w:lang w:eastAsia="zh-CN"/>
        </w:rPr>
        <w:t>皇帝始于嬴政。大一统利益民生，秦始皇的一系列改革也奠定了中国长期统一的基础。但秦朝实施暴政。二</w:t>
      </w:r>
      <w:proofErr w:type="gramStart"/>
      <w:r>
        <w:rPr>
          <w:rFonts w:ascii="仿宋" w:eastAsia="仿宋" w:hAnsi="仿宋"/>
          <w:sz w:val="32"/>
          <w:lang w:eastAsia="zh-CN"/>
        </w:rPr>
        <w:t>世</w:t>
      </w:r>
      <w:proofErr w:type="gramEnd"/>
      <w:r>
        <w:rPr>
          <w:rFonts w:ascii="仿宋" w:eastAsia="仿宋" w:hAnsi="仿宋"/>
          <w:sz w:val="32"/>
          <w:lang w:eastAsia="zh-CN"/>
        </w:rPr>
        <w:t>而亡。《陈涉世家》。陈胜者，阳城人也。吴广者，阳夏人也。自书。我等奉命去渔阳祖边。连日大雨，怕是无法如期赶到了。按前略皆能斩首。</w:t>
      </w:r>
    </w:p>
    <w:p w14:paraId="6ECB738F" w14:textId="77777777" w:rsidR="00E87C95" w:rsidRDefault="00000000">
      <w:pPr>
        <w:spacing w:after="0" w:line="579" w:lineRule="exact"/>
        <w:ind w:firstLine="640"/>
        <w:rPr>
          <w:lang w:eastAsia="zh-CN"/>
        </w:rPr>
      </w:pPr>
      <w:r>
        <w:rPr>
          <w:rFonts w:ascii="仿宋" w:eastAsia="仿宋" w:hAnsi="仿宋"/>
          <w:sz w:val="32"/>
          <w:lang w:eastAsia="zh-CN"/>
        </w:rPr>
        <w:t>现在逃跑是死。举大计也是死。都是死。天下苦秦久矣。王侯将相，宁有种乎？我等揭竿而起。为平民义举立传。把</w:t>
      </w:r>
      <w:r>
        <w:rPr>
          <w:rFonts w:ascii="仿宋" w:eastAsia="仿宋" w:hAnsi="仿宋"/>
          <w:sz w:val="32"/>
          <w:lang w:eastAsia="zh-CN"/>
        </w:rPr>
        <w:lastRenderedPageBreak/>
        <w:t>人民</w:t>
      </w:r>
      <w:proofErr w:type="gramStart"/>
      <w:r>
        <w:rPr>
          <w:rFonts w:ascii="仿宋" w:eastAsia="仿宋" w:hAnsi="仿宋"/>
          <w:sz w:val="32"/>
          <w:lang w:eastAsia="zh-CN"/>
        </w:rPr>
        <w:t>当做</w:t>
      </w:r>
      <w:proofErr w:type="gramEnd"/>
      <w:r>
        <w:rPr>
          <w:rFonts w:ascii="仿宋" w:eastAsia="仿宋" w:hAnsi="仿宋"/>
          <w:sz w:val="32"/>
          <w:lang w:eastAsia="zh-CN"/>
        </w:rPr>
        <w:t>英雄，敢于用世家技术。陈胜，吴广的壮举。这是司马迁的史学创造。天下亡秦之端，始于陈胜发难。</w:t>
      </w:r>
    </w:p>
    <w:p w14:paraId="0E1D2921" w14:textId="77777777" w:rsidR="00E87C95" w:rsidRDefault="00000000">
      <w:pPr>
        <w:spacing w:after="0" w:line="579" w:lineRule="exact"/>
        <w:ind w:firstLine="640"/>
        <w:rPr>
          <w:lang w:eastAsia="zh-CN"/>
        </w:rPr>
      </w:pPr>
      <w:r>
        <w:rPr>
          <w:rFonts w:ascii="仿宋" w:eastAsia="仿宋" w:hAnsi="仿宋"/>
          <w:sz w:val="32"/>
          <w:lang w:eastAsia="zh-CN"/>
        </w:rPr>
        <w:t>记述人民，英雄始于司马迁。《史记》。《廉颇蔺相如列传》。廉颇者，赵之良将也。大人。我数次羞辱您，您却不与我一般见识。简直我身负荆条特来。向您请罪！廉将军快快请起，快快请起！大人请您打我！您是赵国的功臣。</w:t>
      </w:r>
    </w:p>
    <w:p w14:paraId="0FBF8FB6" w14:textId="77777777" w:rsidR="00E87C95" w:rsidRDefault="00000000">
      <w:pPr>
        <w:spacing w:after="0" w:line="579" w:lineRule="exact"/>
        <w:ind w:firstLine="640"/>
        <w:rPr>
          <w:lang w:eastAsia="zh-CN"/>
        </w:rPr>
      </w:pPr>
      <w:r>
        <w:rPr>
          <w:rFonts w:ascii="仿宋" w:eastAsia="仿宋" w:hAnsi="仿宋"/>
          <w:sz w:val="32"/>
          <w:lang w:eastAsia="zh-CN"/>
        </w:rPr>
        <w:t>忠臣。打不得。蔺相如以国家大义为先，触动了廉颇。司马迁又另想</w:t>
      </w:r>
      <w:proofErr w:type="gramStart"/>
      <w:r>
        <w:rPr>
          <w:rFonts w:ascii="仿宋" w:eastAsia="仿宋" w:hAnsi="仿宋"/>
          <w:sz w:val="32"/>
          <w:lang w:eastAsia="zh-CN"/>
        </w:rPr>
        <w:t>如何廉</w:t>
      </w:r>
      <w:proofErr w:type="gramEnd"/>
      <w:r>
        <w:rPr>
          <w:rFonts w:ascii="仿宋" w:eastAsia="仿宋" w:hAnsi="仿宋"/>
          <w:sz w:val="32"/>
          <w:lang w:eastAsia="zh-CN"/>
        </w:rPr>
        <w:t>颇的故事。感动了我们。先国家之急而后私仇，成为千古佳话，也成为中国美德。《大宛列传》。大宛之迹，见此张骞。张骞，汉中人。我乃大汉使臣张骞奉命出使西域。</w:t>
      </w:r>
    </w:p>
    <w:p w14:paraId="42F8FFDA" w14:textId="77777777" w:rsidR="00E87C95" w:rsidRDefault="00000000">
      <w:pPr>
        <w:spacing w:after="0" w:line="579" w:lineRule="exact"/>
        <w:ind w:firstLine="640"/>
        <w:rPr>
          <w:lang w:eastAsia="zh-CN"/>
        </w:rPr>
      </w:pPr>
      <w:r>
        <w:rPr>
          <w:rFonts w:ascii="仿宋" w:eastAsia="仿宋" w:hAnsi="仿宋"/>
          <w:sz w:val="32"/>
          <w:lang w:eastAsia="zh-CN"/>
        </w:rPr>
        <w:t>联合诸国抗击匈奴。西域遥远。前路未卜。但我必将远播大汉声威。教好诸国。不辱使命。张骞凿空出，使西域开辟了一条横贯东西，连通中外的丝绸之路。凿空是司马迁为张骞独创的此令。2000多年前。我国就已经开始了官方的中外交流之路，与世界联通。《史记》以人物为中心。</w:t>
      </w:r>
    </w:p>
    <w:p w14:paraId="657C13A7" w14:textId="77777777" w:rsidR="00E87C95" w:rsidRDefault="00000000">
      <w:pPr>
        <w:spacing w:after="0" w:line="579" w:lineRule="exact"/>
        <w:ind w:firstLine="640"/>
        <w:rPr>
          <w:lang w:eastAsia="zh-CN"/>
        </w:rPr>
      </w:pPr>
      <w:r>
        <w:rPr>
          <w:rFonts w:ascii="仿宋" w:eastAsia="仿宋" w:hAnsi="仿宋"/>
          <w:sz w:val="32"/>
          <w:lang w:eastAsia="zh-CN"/>
        </w:rPr>
        <w:t>通贯五经。记录了无数精彩鲜活的中国故事。或许你没有读过《史记》，但你一定听过这些故事。今天在典籍里的中国。让我们一起。识读。《史记》。打开典籍品读中国。欢迎走进典籍里的中国。我是当代读书人。每天鲜活多一点，本节目由更多鲜活营养的光明乳业独家冠名播出。光明乳业，乐在新鲜。扫描屏幕上方二维码，</w:t>
      </w:r>
    </w:p>
    <w:p w14:paraId="640AD61E" w14:textId="77777777" w:rsidR="00E87C95" w:rsidRDefault="00000000">
      <w:pPr>
        <w:spacing w:after="0" w:line="579" w:lineRule="exact"/>
        <w:ind w:firstLine="640"/>
        <w:rPr>
          <w:lang w:eastAsia="zh-CN"/>
        </w:rPr>
      </w:pPr>
      <w:r>
        <w:rPr>
          <w:rFonts w:ascii="仿宋" w:eastAsia="仿宋" w:hAnsi="仿宋"/>
          <w:sz w:val="32"/>
          <w:lang w:eastAsia="zh-CN"/>
        </w:rPr>
        <w:lastRenderedPageBreak/>
        <w:t>下载央视</w:t>
      </w:r>
      <w:proofErr w:type="gramStart"/>
      <w:r>
        <w:rPr>
          <w:rFonts w:ascii="仿宋" w:eastAsia="仿宋" w:hAnsi="仿宋"/>
          <w:sz w:val="32"/>
          <w:lang w:eastAsia="zh-CN"/>
        </w:rPr>
        <w:t>频</w:t>
      </w:r>
      <w:proofErr w:type="gramEnd"/>
      <w:r>
        <w:rPr>
          <w:rFonts w:ascii="仿宋" w:eastAsia="仿宋" w:hAnsi="仿宋"/>
          <w:sz w:val="32"/>
          <w:lang w:eastAsia="zh-CN"/>
        </w:rPr>
        <w:t>APP，观看典籍里的中国完整视频。专享幕后精彩内容。接下来让我们跟随四位读书人一起。走进。刚才这么一个开场。展现出了黄帝秦始皇陈胜吴广。廉颇蔺相如，还有张骞啊，这些英雄人物是我们很小的时候就非常熟悉的。是的，《史记》啊，它是记载3000年历史的一部纪传体通史。刚才几位出场的历史人物烘托出了《史记》的两大。要素和特点。</w:t>
      </w:r>
    </w:p>
    <w:p w14:paraId="0EC51EAF" w14:textId="77777777" w:rsidR="00E87C95" w:rsidRDefault="00000000">
      <w:pPr>
        <w:spacing w:after="0" w:line="579" w:lineRule="exact"/>
        <w:ind w:firstLine="640"/>
        <w:rPr>
          <w:lang w:eastAsia="zh-CN"/>
        </w:rPr>
      </w:pPr>
      <w:r>
        <w:rPr>
          <w:rFonts w:ascii="仿宋" w:eastAsia="仿宋" w:hAnsi="仿宋"/>
          <w:sz w:val="32"/>
          <w:lang w:eastAsia="zh-CN"/>
        </w:rPr>
        <w:t>一个是近代体，一个是通史。从黄帝到秦始皇到张骞。它贯通了3000年。《史记》，它是由五体构成。本记12评是写帝王的四+30评，是写诸侯的。列传七十篇，实现名臣将相和社会各界代表人物的这三题。在一百三十篇中，占了90%的篇幅。其实啊，我觉得《史记》最好的一点在哪呢？《史记》以人物为中心，</w:t>
      </w:r>
    </w:p>
    <w:p w14:paraId="3B36D4A0" w14:textId="77777777" w:rsidR="00E87C95" w:rsidRDefault="00000000">
      <w:pPr>
        <w:spacing w:after="0" w:line="579" w:lineRule="exact"/>
        <w:ind w:firstLine="640"/>
        <w:rPr>
          <w:lang w:eastAsia="zh-CN"/>
        </w:rPr>
      </w:pPr>
      <w:r>
        <w:rPr>
          <w:rFonts w:ascii="仿宋" w:eastAsia="仿宋" w:hAnsi="仿宋"/>
          <w:sz w:val="32"/>
          <w:lang w:eastAsia="zh-CN"/>
        </w:rPr>
        <w:t>他写了4000多人物啊，精雕细刻的人物就有300多，比方说。我们知道屈原是一个什么样的人，他有着什么样的志节，有着什么样的遭遇，那是司马迁的《屈原贾生列传》呐。其文曰，其辞微，其志洁，其行廉，推此志也。虽与日月争光，可也。所以它是一个3000年的英雄群像，</w:t>
      </w:r>
    </w:p>
    <w:p w14:paraId="4187C8AE" w14:textId="77777777" w:rsidR="00E87C95" w:rsidRDefault="00000000">
      <w:pPr>
        <w:spacing w:after="0" w:line="579" w:lineRule="exact"/>
        <w:ind w:firstLine="640"/>
        <w:rPr>
          <w:lang w:eastAsia="zh-CN"/>
        </w:rPr>
      </w:pPr>
      <w:r>
        <w:rPr>
          <w:rFonts w:ascii="仿宋" w:eastAsia="仿宋" w:hAnsi="仿宋"/>
          <w:sz w:val="32"/>
          <w:lang w:eastAsia="zh-CN"/>
        </w:rPr>
        <w:t>就这么栩栩如生的如同刚才演绎的那样。出现在我们面前了。《史记》有很大的一个特点，就是史录《项羽本纪》把项羽塑造出一个传奇英雄，这么一个形象了，可是。在实际的其他篇目里面，比如说《高祖本纪》</w:t>
      </w:r>
      <w:proofErr w:type="gramStart"/>
      <w:r>
        <w:rPr>
          <w:rFonts w:ascii="仿宋" w:eastAsia="仿宋" w:hAnsi="仿宋"/>
          <w:sz w:val="32"/>
          <w:lang w:eastAsia="zh-CN"/>
        </w:rPr>
        <w:t>《《</w:t>
      </w:r>
      <w:proofErr w:type="gramEnd"/>
      <w:r>
        <w:rPr>
          <w:rFonts w:ascii="仿宋" w:eastAsia="仿宋" w:hAnsi="仿宋"/>
          <w:sz w:val="32"/>
          <w:lang w:eastAsia="zh-CN"/>
        </w:rPr>
        <w:t>陈丞相世家</w:t>
      </w:r>
      <w:proofErr w:type="gramStart"/>
      <w:r>
        <w:rPr>
          <w:rFonts w:ascii="仿宋" w:eastAsia="仿宋" w:hAnsi="仿宋"/>
          <w:sz w:val="32"/>
          <w:lang w:eastAsia="zh-CN"/>
        </w:rPr>
        <w:t>》》</w:t>
      </w:r>
      <w:proofErr w:type="gramEnd"/>
      <w:r>
        <w:rPr>
          <w:rFonts w:ascii="仿宋" w:eastAsia="仿宋" w:hAnsi="仿宋"/>
          <w:sz w:val="32"/>
          <w:lang w:eastAsia="zh-CN"/>
        </w:rPr>
        <w:lastRenderedPageBreak/>
        <w:t>里又补叙了项羽的性情，比较残忍的一面。对《汉书》的作者班固，他对《史记》有这么一个评价，不虚美，不隐恶，这就是写实了。实录精神，</w:t>
      </w:r>
    </w:p>
    <w:p w14:paraId="112A8ACA" w14:textId="77777777" w:rsidR="00E87C95" w:rsidRDefault="00000000">
      <w:pPr>
        <w:spacing w:after="0" w:line="579" w:lineRule="exact"/>
        <w:ind w:firstLine="640"/>
        <w:rPr>
          <w:lang w:eastAsia="zh-CN"/>
        </w:rPr>
      </w:pPr>
      <w:r>
        <w:rPr>
          <w:rFonts w:ascii="仿宋" w:eastAsia="仿宋" w:hAnsi="仿宋"/>
          <w:sz w:val="32"/>
          <w:lang w:eastAsia="zh-CN"/>
        </w:rPr>
        <w:t>您说的太好了！西汉王朝在武帝的时代是一个多民族的大一统的王朝，在这个时候。基本上实现了思想政治文化的统一。司马迁是站在这个多民族融合的大一统时代。书写了多元包容的文化和历史。是的，这个戏剧中出场的第一个历史人物是黄帝。《史记》把中华民族的源头追溯到黄帝，黄帝统一诸侯。离家建国，家国一体的产生。是黄帝的功绩，再就是司马迁以大一统理事观，站在中华文明历史的坐标系上。</w:t>
      </w:r>
    </w:p>
    <w:p w14:paraId="281B171D" w14:textId="77777777" w:rsidR="00E87C95" w:rsidRDefault="00000000">
      <w:pPr>
        <w:spacing w:after="0" w:line="579" w:lineRule="exact"/>
        <w:ind w:firstLine="640"/>
        <w:rPr>
          <w:lang w:eastAsia="zh-CN"/>
        </w:rPr>
      </w:pPr>
      <w:r>
        <w:rPr>
          <w:rFonts w:ascii="仿宋" w:eastAsia="仿宋" w:hAnsi="仿宋"/>
          <w:sz w:val="32"/>
          <w:lang w:eastAsia="zh-CN"/>
        </w:rPr>
        <w:t>给出的一个起点，这个比如现在我们说的中华民族共同体呀，一个大家庭就这样构建出来了。《史记》首创了民族时段，里面呢，有</w:t>
      </w:r>
      <w:proofErr w:type="gramStart"/>
      <w:r>
        <w:rPr>
          <w:rFonts w:ascii="仿宋" w:eastAsia="仿宋" w:hAnsi="仿宋"/>
          <w:sz w:val="32"/>
          <w:lang w:eastAsia="zh-CN"/>
        </w:rPr>
        <w:t>《《</w:t>
      </w:r>
      <w:proofErr w:type="gramEnd"/>
      <w:r>
        <w:rPr>
          <w:rFonts w:ascii="仿宋" w:eastAsia="仿宋" w:hAnsi="仿宋"/>
          <w:sz w:val="32"/>
          <w:lang w:eastAsia="zh-CN"/>
        </w:rPr>
        <w:t>匈奴列传</w:t>
      </w:r>
      <w:proofErr w:type="gramStart"/>
      <w:r>
        <w:rPr>
          <w:rFonts w:ascii="仿宋" w:eastAsia="仿宋" w:hAnsi="仿宋"/>
          <w:sz w:val="32"/>
          <w:lang w:eastAsia="zh-CN"/>
        </w:rPr>
        <w:t>》》</w:t>
      </w:r>
      <w:proofErr w:type="gramEnd"/>
      <w:r>
        <w:rPr>
          <w:rFonts w:ascii="仿宋" w:eastAsia="仿宋" w:hAnsi="仿宋"/>
          <w:sz w:val="32"/>
          <w:lang w:eastAsia="zh-CN"/>
        </w:rPr>
        <w:t>，《东越列传》，《南越列传》等等。司马迁写出了一部多民族走向融合的历史。这种和</w:t>
      </w:r>
      <w:proofErr w:type="gramStart"/>
      <w:r>
        <w:rPr>
          <w:rFonts w:ascii="仿宋" w:eastAsia="仿宋" w:hAnsi="仿宋"/>
          <w:sz w:val="32"/>
          <w:lang w:eastAsia="zh-CN"/>
        </w:rPr>
        <w:t>而</w:t>
      </w:r>
      <w:proofErr w:type="gramEnd"/>
      <w:r>
        <w:rPr>
          <w:rFonts w:ascii="仿宋" w:eastAsia="仿宋" w:hAnsi="仿宋"/>
          <w:sz w:val="32"/>
          <w:lang w:eastAsia="zh-CN"/>
        </w:rPr>
        <w:t>不同，美美与共的修史观念。其内核就是多元包容的大一统思想。那么，很多人只知道司马迁，其实呢，</w:t>
      </w:r>
    </w:p>
    <w:p w14:paraId="32528210" w14:textId="77777777" w:rsidR="00E87C95" w:rsidRDefault="00000000">
      <w:pPr>
        <w:spacing w:after="0" w:line="579" w:lineRule="exact"/>
        <w:ind w:firstLine="640"/>
        <w:rPr>
          <w:lang w:eastAsia="zh-CN"/>
        </w:rPr>
      </w:pPr>
      <w:r>
        <w:rPr>
          <w:rFonts w:ascii="仿宋" w:eastAsia="仿宋" w:hAnsi="仿宋"/>
          <w:sz w:val="32"/>
          <w:lang w:eastAsia="zh-CN"/>
        </w:rPr>
        <w:t>《史记》的总设计师是他的父亲，司马谈。</w:t>
      </w:r>
      <w:proofErr w:type="gramStart"/>
      <w:r>
        <w:rPr>
          <w:rFonts w:ascii="仿宋" w:eastAsia="仿宋" w:hAnsi="仿宋"/>
          <w:sz w:val="32"/>
          <w:lang w:eastAsia="zh-CN"/>
        </w:rPr>
        <w:t>司马谈就是</w:t>
      </w:r>
      <w:proofErr w:type="gramEnd"/>
      <w:r>
        <w:rPr>
          <w:rFonts w:ascii="仿宋" w:eastAsia="仿宋" w:hAnsi="仿宋"/>
          <w:sz w:val="32"/>
          <w:lang w:eastAsia="zh-CN"/>
        </w:rPr>
        <w:t>想要写《太史公书》的。司马谈说，汉兴，海内为一统啊，那这时候民主啊，贤君呐，忠臣义士。这些事情是我们应该记录下来的呀，对</w:t>
      </w:r>
      <w:proofErr w:type="gramStart"/>
      <w:r>
        <w:rPr>
          <w:rFonts w:ascii="仿宋" w:eastAsia="仿宋" w:hAnsi="仿宋"/>
          <w:sz w:val="32"/>
          <w:lang w:eastAsia="zh-CN"/>
        </w:rPr>
        <w:t>司马谈</w:t>
      </w:r>
      <w:proofErr w:type="gramEnd"/>
      <w:r>
        <w:rPr>
          <w:rFonts w:ascii="仿宋" w:eastAsia="仿宋" w:hAnsi="仿宋"/>
          <w:sz w:val="32"/>
          <w:lang w:eastAsia="zh-CN"/>
        </w:rPr>
        <w:t>临死的时候，就是要让司马迁修这</w:t>
      </w:r>
      <w:r>
        <w:rPr>
          <w:rFonts w:ascii="仿宋" w:eastAsia="仿宋" w:hAnsi="仿宋"/>
          <w:sz w:val="32"/>
          <w:lang w:eastAsia="zh-CN"/>
        </w:rPr>
        <w:lastRenderedPageBreak/>
        <w:t>个千年之</w:t>
      </w:r>
      <w:proofErr w:type="gramStart"/>
      <w:r>
        <w:rPr>
          <w:rFonts w:ascii="仿宋" w:eastAsia="仿宋" w:hAnsi="仿宋"/>
          <w:sz w:val="32"/>
          <w:lang w:eastAsia="zh-CN"/>
        </w:rPr>
        <w:t>史啊对</w:t>
      </w:r>
      <w:proofErr w:type="gramEnd"/>
      <w:r>
        <w:rPr>
          <w:rFonts w:ascii="仿宋" w:eastAsia="仿宋" w:hAnsi="仿宋"/>
          <w:sz w:val="32"/>
          <w:lang w:eastAsia="zh-CN"/>
        </w:rPr>
        <w:t>。他爸爸没有写完，他要写完的呀，他不能辜负的是这样的一个信念呐。</w:t>
      </w:r>
    </w:p>
    <w:p w14:paraId="22546114" w14:textId="77777777" w:rsidR="00E87C95" w:rsidRDefault="00000000">
      <w:pPr>
        <w:spacing w:after="0" w:line="579" w:lineRule="exact"/>
        <w:ind w:firstLine="640"/>
        <w:rPr>
          <w:lang w:eastAsia="zh-CN"/>
        </w:rPr>
      </w:pPr>
      <w:r>
        <w:rPr>
          <w:rFonts w:ascii="仿宋" w:eastAsia="仿宋" w:hAnsi="仿宋"/>
          <w:sz w:val="32"/>
          <w:lang w:eastAsia="zh-CN"/>
        </w:rPr>
        <w:t>所以这是父子两代人这样的一个精神传承。司马迁生逢其时，他不仅呢，游历大汉的江山，而且他的父亲口传身授。他自己又转意多思，没错，这点特别重要，其实就是读万卷书，行万里路嘛，读万卷书，司马迁十岁的时候就开始</w:t>
      </w:r>
      <w:proofErr w:type="gramStart"/>
      <w:r>
        <w:rPr>
          <w:rFonts w:ascii="仿宋" w:eastAsia="仿宋" w:hAnsi="仿宋"/>
          <w:sz w:val="32"/>
          <w:lang w:eastAsia="zh-CN"/>
        </w:rPr>
        <w:t>诵</w:t>
      </w:r>
      <w:proofErr w:type="gramEnd"/>
      <w:r>
        <w:rPr>
          <w:rFonts w:ascii="仿宋" w:eastAsia="仿宋" w:hAnsi="仿宋"/>
          <w:sz w:val="32"/>
          <w:lang w:eastAsia="zh-CN"/>
        </w:rPr>
        <w:t>古文呐。其实你</w:t>
      </w:r>
      <w:proofErr w:type="gramStart"/>
      <w:r>
        <w:rPr>
          <w:rFonts w:ascii="仿宋" w:eastAsia="仿宋" w:hAnsi="仿宋"/>
          <w:sz w:val="32"/>
          <w:lang w:eastAsia="zh-CN"/>
        </w:rPr>
        <w:t>看后来</w:t>
      </w:r>
      <w:proofErr w:type="gramEnd"/>
      <w:r>
        <w:rPr>
          <w:rFonts w:ascii="仿宋" w:eastAsia="仿宋" w:hAnsi="仿宋"/>
          <w:sz w:val="32"/>
          <w:lang w:eastAsia="zh-CN"/>
        </w:rPr>
        <w:t>他</w:t>
      </w:r>
      <w:proofErr w:type="gramStart"/>
      <w:r>
        <w:rPr>
          <w:rFonts w:ascii="仿宋" w:eastAsia="仿宋" w:hAnsi="仿宋"/>
          <w:sz w:val="32"/>
          <w:lang w:eastAsia="zh-CN"/>
        </w:rPr>
        <w:t>跟孔安国学</w:t>
      </w:r>
      <w:proofErr w:type="gramEnd"/>
      <w:r>
        <w:rPr>
          <w:rFonts w:ascii="仿宋" w:eastAsia="仿宋" w:hAnsi="仿宋"/>
          <w:sz w:val="32"/>
          <w:lang w:eastAsia="zh-CN"/>
        </w:rPr>
        <w:t>跟董仲舒学，这是当时最厉害的这些学者呀，然后行万里路20岁的时候，</w:t>
      </w:r>
    </w:p>
    <w:p w14:paraId="1A1CF7C3" w14:textId="77777777" w:rsidR="00E87C95" w:rsidRDefault="00000000">
      <w:pPr>
        <w:spacing w:after="0" w:line="579" w:lineRule="exact"/>
        <w:ind w:firstLine="640"/>
        <w:rPr>
          <w:lang w:eastAsia="zh-CN"/>
        </w:rPr>
      </w:pPr>
      <w:r>
        <w:rPr>
          <w:rFonts w:ascii="仿宋" w:eastAsia="仿宋" w:hAnsi="仿宋"/>
          <w:sz w:val="32"/>
          <w:lang w:eastAsia="zh-CN"/>
        </w:rPr>
        <w:t>那是他父亲资助他壮游啊。这个就为这部伟大的著作奠定了坚实的基础，所以他最终呢，才能写出这样一部。究天人之际，通古今之变，成一家之言的史学巨著。太对了，聊了这么多呢，我们也非常期待主创人员的</w:t>
      </w:r>
      <w:proofErr w:type="gramStart"/>
      <w:r>
        <w:rPr>
          <w:rFonts w:ascii="仿宋" w:eastAsia="仿宋" w:hAnsi="仿宋"/>
          <w:sz w:val="32"/>
          <w:lang w:eastAsia="zh-CN"/>
        </w:rPr>
        <w:t>典读会</w:t>
      </w:r>
      <w:proofErr w:type="gramEnd"/>
      <w:r>
        <w:rPr>
          <w:rFonts w:ascii="仿宋" w:eastAsia="仿宋" w:hAnsi="仿宋"/>
          <w:sz w:val="32"/>
          <w:lang w:eastAsia="zh-CN"/>
        </w:rPr>
        <w:t>是怎么来识读《史记》的。大家好，欢迎来到典籍里的中国，我是中国国家</w:t>
      </w:r>
      <w:proofErr w:type="gramStart"/>
      <w:r>
        <w:rPr>
          <w:rFonts w:ascii="仿宋" w:eastAsia="仿宋" w:hAnsi="仿宋"/>
          <w:sz w:val="32"/>
          <w:lang w:eastAsia="zh-CN"/>
        </w:rPr>
        <w:t>画卷院长</w:t>
      </w:r>
      <w:proofErr w:type="gramEnd"/>
      <w:r>
        <w:rPr>
          <w:rFonts w:ascii="仿宋" w:eastAsia="仿宋" w:hAnsi="仿宋"/>
          <w:sz w:val="32"/>
          <w:lang w:eastAsia="zh-CN"/>
        </w:rPr>
        <w:t>田沁鑫。也是节目的艺术总监。我是王学圻，</w:t>
      </w:r>
    </w:p>
    <w:p w14:paraId="6459AFDB" w14:textId="77777777" w:rsidR="00E87C95" w:rsidRDefault="00000000">
      <w:pPr>
        <w:spacing w:after="0" w:line="579" w:lineRule="exact"/>
        <w:ind w:firstLine="640"/>
        <w:rPr>
          <w:lang w:eastAsia="zh-CN"/>
        </w:rPr>
      </w:pPr>
      <w:r>
        <w:rPr>
          <w:rFonts w:ascii="仿宋" w:eastAsia="仿宋" w:hAnsi="仿宋"/>
          <w:sz w:val="32"/>
          <w:lang w:eastAsia="zh-CN"/>
        </w:rPr>
        <w:t>我在戏剧中饰演老年司马迁，我是张小龙，在戏剧里面饰演青年和中年的司马迁。我是邵兵，我在戏剧中呢，扮演的是汉武帝，我是典籍里的中国节目组的总编剧张昆鹏，我是戏剧导演林淑慧。</w:t>
      </w:r>
      <w:proofErr w:type="gramStart"/>
      <w:r>
        <w:rPr>
          <w:rFonts w:ascii="仿宋" w:eastAsia="仿宋" w:hAnsi="仿宋"/>
          <w:sz w:val="32"/>
          <w:lang w:eastAsia="zh-CN"/>
        </w:rPr>
        <w:t>司马迁说述往事</w:t>
      </w:r>
      <w:proofErr w:type="gramEnd"/>
      <w:r>
        <w:rPr>
          <w:rFonts w:ascii="仿宋" w:eastAsia="仿宋" w:hAnsi="仿宋"/>
          <w:sz w:val="32"/>
          <w:lang w:eastAsia="zh-CN"/>
        </w:rPr>
        <w:t>，思来者典籍里的中国也希望通过戏剧的方式</w:t>
      </w:r>
      <w:proofErr w:type="gramStart"/>
      <w:r>
        <w:rPr>
          <w:rFonts w:ascii="仿宋" w:eastAsia="仿宋" w:hAnsi="仿宋"/>
          <w:sz w:val="32"/>
          <w:lang w:eastAsia="zh-CN"/>
        </w:rPr>
        <w:t>呃</w:t>
      </w:r>
      <w:proofErr w:type="gramEnd"/>
      <w:r>
        <w:rPr>
          <w:rFonts w:ascii="仿宋" w:eastAsia="仿宋" w:hAnsi="仿宋"/>
          <w:sz w:val="32"/>
          <w:lang w:eastAsia="zh-CN"/>
        </w:rPr>
        <w:t>更多的观众了解《史记》。我们和节目总导演，专家组反复讨论，最终确立了以家国一体的大一统思想为基调。以作者司马迁为核心，带领当代读书人与</w:t>
      </w:r>
      <w:r>
        <w:rPr>
          <w:rFonts w:ascii="仿宋" w:eastAsia="仿宋" w:hAnsi="仿宋"/>
          <w:sz w:val="32"/>
          <w:lang w:eastAsia="zh-CN"/>
        </w:rPr>
        <w:lastRenderedPageBreak/>
        <w:t>几十位《史记》当中的先贤和豪杰会面的这么一种独特的方式。一看到剧本的时候，</w:t>
      </w:r>
    </w:p>
    <w:p w14:paraId="5FBC515A" w14:textId="77777777" w:rsidR="00E87C95" w:rsidRDefault="00000000">
      <w:pPr>
        <w:spacing w:after="0" w:line="579" w:lineRule="exact"/>
        <w:ind w:firstLine="640"/>
        <w:rPr>
          <w:lang w:eastAsia="zh-CN"/>
        </w:rPr>
      </w:pPr>
      <w:r>
        <w:rPr>
          <w:rFonts w:ascii="仿宋" w:eastAsia="仿宋" w:hAnsi="仿宋"/>
          <w:sz w:val="32"/>
          <w:lang w:eastAsia="zh-CN"/>
        </w:rPr>
        <w:t>我真是非常惊叹，这个是很罕见的一个作品。接下来我给大家介绍一下舞台。舞台共分为四个演出区域，一号台是我们的主舞台，我们把黄帝收复，炎帝</w:t>
      </w:r>
      <w:proofErr w:type="gramStart"/>
      <w:r>
        <w:rPr>
          <w:rFonts w:ascii="仿宋" w:eastAsia="仿宋" w:hAnsi="仿宋"/>
          <w:sz w:val="32"/>
          <w:lang w:eastAsia="zh-CN"/>
        </w:rPr>
        <w:t>不</w:t>
      </w:r>
      <w:proofErr w:type="gramEnd"/>
      <w:r>
        <w:rPr>
          <w:rFonts w:ascii="仿宋" w:eastAsia="仿宋" w:hAnsi="仿宋"/>
          <w:sz w:val="32"/>
          <w:lang w:eastAsia="zh-CN"/>
        </w:rPr>
        <w:t>族。司马迁青年游历放在了主舞台二号台，是司马迁的书房三号台，分两层，一层是驿站和书房的场景。二层是汉武帝的空间，三个舞台中间由甬道连通，同样作为表演区域。制造出古今对话和时空穿越的戏剧效果，</w:t>
      </w:r>
    </w:p>
    <w:p w14:paraId="5689E002" w14:textId="77777777" w:rsidR="00E87C95" w:rsidRDefault="00000000">
      <w:pPr>
        <w:spacing w:after="0" w:line="579" w:lineRule="exact"/>
        <w:ind w:firstLine="640"/>
        <w:rPr>
          <w:lang w:eastAsia="zh-CN"/>
        </w:rPr>
      </w:pPr>
      <w:r>
        <w:rPr>
          <w:rFonts w:ascii="仿宋" w:eastAsia="仿宋" w:hAnsi="仿宋"/>
          <w:sz w:val="32"/>
          <w:lang w:eastAsia="zh-CN"/>
        </w:rPr>
        <w:t>也将带给观众沉浸式的观看体验。司马迁用自己的坚忍终成就《史记》，并流传千年。他在《报任安书》里呢，倾诉了他自己的。豪情和壮志也请王学圻老师来给我们读一读。亦欲以究天人之际，通古今之变，成一家之言成一家之言。究天人之际，通古今之变，成一家之言。这个就是青年的司马懿嗯。</w:t>
      </w:r>
    </w:p>
    <w:p w14:paraId="02637F4D" w14:textId="77777777" w:rsidR="00E87C95" w:rsidRDefault="00000000">
      <w:pPr>
        <w:spacing w:after="0" w:line="579" w:lineRule="exact"/>
        <w:ind w:firstLine="640"/>
        <w:rPr>
          <w:lang w:eastAsia="zh-CN"/>
        </w:rPr>
      </w:pPr>
      <w:r>
        <w:rPr>
          <w:rFonts w:ascii="仿宋" w:eastAsia="仿宋" w:hAnsi="仿宋"/>
          <w:sz w:val="32"/>
          <w:lang w:eastAsia="zh-CN"/>
        </w:rPr>
        <w:t>这就是我的这个对，这是您的啊。小小的服装间里陈列了上古，西汉等多个时代的服装。今天我们将要演绎群贤会集的场景，非常期待见到这些从《史记》里走出来的英豪。我非常荣幸这次能够试验。司马迁这个角色。司马迁的故事可以说是跌宕起伏的。他的一生充满了曲折。《史记》，这本儿著是万千历史果实的凝聚，希望能带给观众。出色的戏剧。黄帝者，</w:t>
      </w:r>
    </w:p>
    <w:p w14:paraId="3E1766E5" w14:textId="77777777" w:rsidR="00E87C95" w:rsidRDefault="00000000">
      <w:pPr>
        <w:spacing w:after="0" w:line="579" w:lineRule="exact"/>
        <w:ind w:firstLine="640"/>
        <w:rPr>
          <w:lang w:eastAsia="zh-CN"/>
        </w:rPr>
      </w:pPr>
      <w:r>
        <w:rPr>
          <w:rFonts w:ascii="仿宋" w:eastAsia="仿宋" w:hAnsi="仿宋"/>
          <w:sz w:val="32"/>
          <w:lang w:eastAsia="zh-CN"/>
        </w:rPr>
        <w:lastRenderedPageBreak/>
        <w:t>少点之族。姓公孙，名曰轩辕生，而神灵弱，而能言。幼而</w:t>
      </w:r>
      <w:proofErr w:type="gramStart"/>
      <w:r>
        <w:rPr>
          <w:rFonts w:ascii="仿宋" w:eastAsia="仿宋" w:hAnsi="仿宋"/>
          <w:sz w:val="32"/>
          <w:lang w:eastAsia="zh-CN"/>
        </w:rPr>
        <w:t>徇</w:t>
      </w:r>
      <w:proofErr w:type="gramEnd"/>
      <w:r>
        <w:rPr>
          <w:rFonts w:ascii="仿宋" w:eastAsia="仿宋" w:hAnsi="仿宋"/>
          <w:sz w:val="32"/>
          <w:lang w:eastAsia="zh-CN"/>
        </w:rPr>
        <w:t>齐，长而</w:t>
      </w:r>
      <w:proofErr w:type="gramStart"/>
      <w:r>
        <w:rPr>
          <w:rFonts w:ascii="仿宋" w:eastAsia="仿宋" w:hAnsi="仿宋"/>
          <w:sz w:val="32"/>
          <w:lang w:eastAsia="zh-CN"/>
        </w:rPr>
        <w:t>敦</w:t>
      </w:r>
      <w:proofErr w:type="gramEnd"/>
      <w:r>
        <w:rPr>
          <w:rFonts w:ascii="仿宋" w:eastAsia="仿宋" w:hAnsi="仿宋"/>
          <w:sz w:val="32"/>
          <w:lang w:eastAsia="zh-CN"/>
        </w:rPr>
        <w:t>敏。成而聪明，你读过我外祖的书，那当然。而且我还知道。你叫杨</w:t>
      </w:r>
      <w:proofErr w:type="gramStart"/>
      <w:r>
        <w:rPr>
          <w:rFonts w:ascii="仿宋" w:eastAsia="仿宋" w:hAnsi="仿宋"/>
          <w:sz w:val="32"/>
          <w:lang w:eastAsia="zh-CN"/>
        </w:rPr>
        <w:t>恽</w:t>
      </w:r>
      <w:proofErr w:type="gramEnd"/>
      <w:r>
        <w:rPr>
          <w:rFonts w:ascii="仿宋" w:eastAsia="仿宋" w:hAnsi="仿宋"/>
          <w:sz w:val="32"/>
          <w:lang w:eastAsia="zh-CN"/>
        </w:rPr>
        <w:t>。太史公司马迁是你的外祖，刚才你背的这一段是《太史公书》的开篇。《五帝本纪》你是谁？</w:t>
      </w:r>
    </w:p>
    <w:p w14:paraId="22D32255" w14:textId="77777777" w:rsidR="00E87C95" w:rsidRDefault="00000000">
      <w:pPr>
        <w:spacing w:after="0" w:line="579" w:lineRule="exact"/>
        <w:ind w:firstLine="640"/>
        <w:rPr>
          <w:lang w:eastAsia="zh-CN"/>
        </w:rPr>
      </w:pPr>
      <w:r>
        <w:rPr>
          <w:rFonts w:ascii="仿宋" w:eastAsia="仿宋" w:hAnsi="仿宋"/>
          <w:sz w:val="32"/>
          <w:lang w:eastAsia="zh-CN"/>
        </w:rPr>
        <w:t>我嘛，算是你外祖的一个远方而来的学生。特地来拜访他，我外祖家就在前方。抱。《太史公书》本纪12篇刊验。</w:t>
      </w:r>
      <w:proofErr w:type="gramStart"/>
      <w:r>
        <w:rPr>
          <w:rFonts w:ascii="仿宋" w:eastAsia="仿宋" w:hAnsi="仿宋"/>
          <w:sz w:val="32"/>
          <w:lang w:eastAsia="zh-CN"/>
        </w:rPr>
        <w:t>验</w:t>
      </w:r>
      <w:proofErr w:type="gramEnd"/>
      <w:r>
        <w:rPr>
          <w:rFonts w:ascii="仿宋" w:eastAsia="仿宋" w:hAnsi="仿宋"/>
          <w:sz w:val="32"/>
          <w:lang w:eastAsia="zh-CN"/>
        </w:rPr>
        <w:t>完毕表十篇，勘验完毕书八篇，勘验完毕试加30篇。勘验完毕，列传七十篇，勘验完毕。父亲。《太史公书》一百三十篇。勘验完毕。</w:t>
      </w:r>
    </w:p>
    <w:p w14:paraId="18D8D7C5" w14:textId="77777777" w:rsidR="00E87C95" w:rsidRDefault="00000000">
      <w:pPr>
        <w:spacing w:after="0" w:line="579" w:lineRule="exact"/>
        <w:ind w:firstLine="640"/>
        <w:rPr>
          <w:lang w:eastAsia="zh-CN"/>
        </w:rPr>
      </w:pPr>
      <w:r>
        <w:rPr>
          <w:rFonts w:ascii="仿宋" w:eastAsia="仿宋" w:hAnsi="仿宋"/>
          <w:sz w:val="32"/>
          <w:lang w:eastAsia="zh-CN"/>
        </w:rPr>
        <w:t>今日《太史公书》要入阁。先福于我两代人，竭尽毕生精力。著称此书。现已校验无误。送书入。狗</w:t>
      </w:r>
      <w:proofErr w:type="gramStart"/>
      <w:r>
        <w:rPr>
          <w:rFonts w:ascii="仿宋" w:eastAsia="仿宋" w:hAnsi="仿宋"/>
          <w:sz w:val="32"/>
          <w:lang w:eastAsia="zh-CN"/>
        </w:rPr>
        <w:t>狗</w:t>
      </w:r>
      <w:proofErr w:type="gramEnd"/>
      <w:r>
        <w:rPr>
          <w:rFonts w:ascii="仿宋" w:eastAsia="仿宋" w:hAnsi="仿宋"/>
          <w:sz w:val="32"/>
          <w:lang w:eastAsia="zh-CN"/>
        </w:rPr>
        <w:t>。《太史公书》入阁。足以告慰。先父之灵。外祖，我回来了啊。月儿五帝本纪背的怎么样啊？能被老黄帝者，少典之子信</w:t>
      </w:r>
      <w:proofErr w:type="gramStart"/>
      <w:r>
        <w:rPr>
          <w:rFonts w:ascii="仿宋" w:eastAsia="仿宋" w:hAnsi="仿宋"/>
          <w:sz w:val="32"/>
          <w:lang w:eastAsia="zh-CN"/>
        </w:rPr>
        <w:t>公孙明曰</w:t>
      </w:r>
      <w:proofErr w:type="gramEnd"/>
      <w:r>
        <w:rPr>
          <w:rFonts w:ascii="仿宋" w:eastAsia="仿宋" w:hAnsi="仿宋"/>
          <w:sz w:val="32"/>
          <w:lang w:eastAsia="zh-CN"/>
        </w:rPr>
        <w:t>，</w:t>
      </w:r>
    </w:p>
    <w:p w14:paraId="51DA5F95" w14:textId="77777777" w:rsidR="00E87C95" w:rsidRDefault="00000000">
      <w:pPr>
        <w:spacing w:after="0" w:line="579" w:lineRule="exact"/>
        <w:ind w:firstLine="640"/>
        <w:rPr>
          <w:lang w:eastAsia="zh-CN"/>
        </w:rPr>
      </w:pPr>
      <w:r>
        <w:rPr>
          <w:rFonts w:ascii="仿宋" w:eastAsia="仿宋" w:hAnsi="仿宋"/>
          <w:sz w:val="32"/>
          <w:lang w:eastAsia="zh-CN"/>
        </w:rPr>
        <w:t>轩辕悦耳聪明。这位兄长会背更多。你也会背。生而神灵。弱而能言。幼儿训</w:t>
      </w:r>
      <w:proofErr w:type="gramStart"/>
      <w:r>
        <w:rPr>
          <w:rFonts w:ascii="仿宋" w:eastAsia="仿宋" w:hAnsi="仿宋"/>
          <w:sz w:val="32"/>
          <w:lang w:eastAsia="zh-CN"/>
        </w:rPr>
        <w:t>其</w:t>
      </w:r>
      <w:proofErr w:type="gramEnd"/>
      <w:r>
        <w:rPr>
          <w:rFonts w:ascii="仿宋" w:eastAsia="仿宋" w:hAnsi="仿宋"/>
          <w:sz w:val="32"/>
          <w:lang w:eastAsia="zh-CN"/>
        </w:rPr>
        <w:t>。长而</w:t>
      </w:r>
      <w:proofErr w:type="gramStart"/>
      <w:r>
        <w:rPr>
          <w:rFonts w:ascii="仿宋" w:eastAsia="仿宋" w:hAnsi="仿宋"/>
          <w:sz w:val="32"/>
          <w:lang w:eastAsia="zh-CN"/>
        </w:rPr>
        <w:t>敦</w:t>
      </w:r>
      <w:proofErr w:type="gramEnd"/>
      <w:r>
        <w:rPr>
          <w:rFonts w:ascii="仿宋" w:eastAsia="仿宋" w:hAnsi="仿宋"/>
          <w:sz w:val="32"/>
          <w:lang w:eastAsia="zh-CN"/>
        </w:rPr>
        <w:t>敏。诚而聪明。轩辕之始。神农氏</w:t>
      </w:r>
      <w:proofErr w:type="gramStart"/>
      <w:r>
        <w:rPr>
          <w:rFonts w:ascii="仿宋" w:eastAsia="仿宋" w:hAnsi="仿宋"/>
          <w:sz w:val="32"/>
          <w:lang w:eastAsia="zh-CN"/>
        </w:rPr>
        <w:t>世</w:t>
      </w:r>
      <w:proofErr w:type="gramEnd"/>
      <w:r>
        <w:rPr>
          <w:rFonts w:ascii="仿宋" w:eastAsia="仿宋" w:hAnsi="仿宋"/>
          <w:sz w:val="32"/>
          <w:lang w:eastAsia="zh-CN"/>
        </w:rPr>
        <w:t>衰，诸侯相侵伐。暴虐百姓，而神农氏。</w:t>
      </w:r>
      <w:proofErr w:type="gramStart"/>
      <w:r>
        <w:rPr>
          <w:rFonts w:ascii="仿宋" w:eastAsia="仿宋" w:hAnsi="仿宋"/>
          <w:sz w:val="32"/>
          <w:lang w:eastAsia="zh-CN"/>
        </w:rPr>
        <w:t>弗</w:t>
      </w:r>
      <w:proofErr w:type="gramEnd"/>
      <w:r>
        <w:rPr>
          <w:rFonts w:ascii="仿宋" w:eastAsia="仿宋" w:hAnsi="仿宋"/>
          <w:sz w:val="32"/>
          <w:lang w:eastAsia="zh-CN"/>
        </w:rPr>
        <w:t>能争。于是轩辕乃席用干戈，</w:t>
      </w:r>
    </w:p>
    <w:p w14:paraId="4191A7C1" w14:textId="77777777" w:rsidR="00E87C95" w:rsidRDefault="00000000">
      <w:pPr>
        <w:spacing w:after="0" w:line="579" w:lineRule="exact"/>
        <w:ind w:firstLine="640"/>
        <w:rPr>
          <w:lang w:eastAsia="zh-CN"/>
        </w:rPr>
      </w:pPr>
      <w:r>
        <w:rPr>
          <w:rFonts w:ascii="仿宋" w:eastAsia="仿宋" w:hAnsi="仿宋"/>
          <w:sz w:val="32"/>
          <w:lang w:eastAsia="zh-CN"/>
        </w:rPr>
        <w:t>以征不享。诸侯咸来宾从。我这《太史公书》，尚未公之于世，你为何能被责？晚生明撒贝宁。是2000多年之后的一个读书人。2000年以后正式2000多年之后。您的这部《太</w:t>
      </w:r>
      <w:r>
        <w:rPr>
          <w:rFonts w:ascii="仿宋" w:eastAsia="仿宋" w:hAnsi="仿宋"/>
          <w:sz w:val="32"/>
          <w:lang w:eastAsia="zh-CN"/>
        </w:rPr>
        <w:lastRenderedPageBreak/>
        <w:t>史公书》被称为《史记》，被誉为史家之经典。我们从小就读啊。学生此番前来，是想知道先生是如何完成《史记》这样一部巨著的。想他这么大的时候，我父亲告诉我。</w:t>
      </w:r>
    </w:p>
    <w:p w14:paraId="0BDD5BAD" w14:textId="77777777" w:rsidR="00E87C95" w:rsidRDefault="00000000">
      <w:pPr>
        <w:spacing w:after="0" w:line="579" w:lineRule="exact"/>
        <w:ind w:firstLine="640"/>
        <w:rPr>
          <w:lang w:eastAsia="zh-CN"/>
        </w:rPr>
      </w:pPr>
      <w:r>
        <w:rPr>
          <w:rFonts w:ascii="仿宋" w:eastAsia="仿宋" w:hAnsi="仿宋"/>
          <w:sz w:val="32"/>
          <w:lang w:eastAsia="zh-CN"/>
        </w:rPr>
        <w:t>修史。是我们</w:t>
      </w:r>
      <w:proofErr w:type="gramStart"/>
      <w:r>
        <w:rPr>
          <w:rFonts w:ascii="仿宋" w:eastAsia="仿宋" w:hAnsi="仿宋"/>
          <w:sz w:val="32"/>
          <w:lang w:eastAsia="zh-CN"/>
        </w:rPr>
        <w:t>司马家</w:t>
      </w:r>
      <w:proofErr w:type="gramEnd"/>
      <w:r>
        <w:rPr>
          <w:rFonts w:ascii="仿宋" w:eastAsia="仿宋" w:hAnsi="仿宋"/>
          <w:sz w:val="32"/>
          <w:lang w:eastAsia="zh-CN"/>
        </w:rPr>
        <w:t>的使命。昔在颛顼，</w:t>
      </w:r>
      <w:proofErr w:type="gramStart"/>
      <w:r>
        <w:rPr>
          <w:rFonts w:ascii="仿宋" w:eastAsia="仿宋" w:hAnsi="仿宋"/>
          <w:sz w:val="32"/>
          <w:lang w:eastAsia="zh-CN"/>
        </w:rPr>
        <w:t>命南正</w:t>
      </w:r>
      <w:proofErr w:type="gramEnd"/>
      <w:r>
        <w:rPr>
          <w:rFonts w:ascii="仿宋" w:eastAsia="仿宋" w:hAnsi="仿宋"/>
          <w:sz w:val="32"/>
          <w:lang w:eastAsia="zh-CN"/>
        </w:rPr>
        <w:t>重以司天北，正黎以司地。此为何意？我司马氏始祖为黄帝之孙，颛顼时的正黎是。始祖们都是做什么的？重是天官</w:t>
      </w:r>
      <w:proofErr w:type="gramStart"/>
      <w:r>
        <w:rPr>
          <w:rFonts w:ascii="仿宋" w:eastAsia="仿宋" w:hAnsi="仿宋"/>
          <w:sz w:val="32"/>
          <w:lang w:eastAsia="zh-CN"/>
        </w:rPr>
        <w:t>官</w:t>
      </w:r>
      <w:proofErr w:type="gramEnd"/>
      <w:r>
        <w:rPr>
          <w:rFonts w:ascii="仿宋" w:eastAsia="仿宋" w:hAnsi="仿宋"/>
          <w:sz w:val="32"/>
          <w:lang w:eastAsia="zh-CN"/>
        </w:rPr>
        <w:t>星象定历法，黎是地官只掌农事。</w:t>
      </w:r>
      <w:proofErr w:type="gramStart"/>
      <w:r>
        <w:rPr>
          <w:rFonts w:ascii="仿宋" w:eastAsia="仿宋" w:hAnsi="仿宋"/>
          <w:sz w:val="32"/>
          <w:lang w:eastAsia="zh-CN"/>
        </w:rPr>
        <w:t>重黎是</w:t>
      </w:r>
      <w:proofErr w:type="gramEnd"/>
      <w:r>
        <w:rPr>
          <w:rFonts w:ascii="仿宋" w:eastAsia="仿宋" w:hAnsi="仿宋"/>
          <w:sz w:val="32"/>
          <w:lang w:eastAsia="zh-CN"/>
        </w:rPr>
        <w:t>分丝天地。我司马氏族。历经尧舜夏商之州。世代为天官。</w:t>
      </w:r>
    </w:p>
    <w:p w14:paraId="4612B70A" w14:textId="77777777" w:rsidR="00E87C95" w:rsidRDefault="00000000">
      <w:pPr>
        <w:spacing w:after="0" w:line="579" w:lineRule="exact"/>
        <w:ind w:firstLine="640"/>
        <w:rPr>
          <w:lang w:eastAsia="zh-CN"/>
        </w:rPr>
      </w:pPr>
      <w:r>
        <w:rPr>
          <w:rFonts w:ascii="仿宋" w:eastAsia="仿宋" w:hAnsi="仿宋"/>
          <w:sz w:val="32"/>
          <w:lang w:eastAsia="zh-CN"/>
        </w:rPr>
        <w:t>掌管历史，我长大了也要当史官是吗？哈哈</w:t>
      </w:r>
      <w:proofErr w:type="gramStart"/>
      <w:r>
        <w:rPr>
          <w:rFonts w:ascii="仿宋" w:eastAsia="仿宋" w:hAnsi="仿宋"/>
          <w:sz w:val="32"/>
          <w:lang w:eastAsia="zh-CN"/>
        </w:rPr>
        <w:t>哈</w:t>
      </w:r>
      <w:proofErr w:type="gramEnd"/>
      <w:r>
        <w:rPr>
          <w:rFonts w:ascii="仿宋" w:eastAsia="仿宋" w:hAnsi="仿宋"/>
          <w:sz w:val="32"/>
          <w:lang w:eastAsia="zh-CN"/>
        </w:rPr>
        <w:t>。史官不仅要技术先贤。</w:t>
      </w:r>
      <w:proofErr w:type="gramStart"/>
      <w:r>
        <w:rPr>
          <w:rFonts w:ascii="仿宋" w:eastAsia="仿宋" w:hAnsi="仿宋"/>
          <w:sz w:val="32"/>
          <w:lang w:eastAsia="zh-CN"/>
        </w:rPr>
        <w:t>还要识录当下</w:t>
      </w:r>
      <w:proofErr w:type="gramEnd"/>
      <w:r>
        <w:rPr>
          <w:rFonts w:ascii="仿宋" w:eastAsia="仿宋" w:hAnsi="仿宋"/>
          <w:sz w:val="32"/>
          <w:lang w:eastAsia="zh-CN"/>
        </w:rPr>
        <w:t>，那我先记一件事，何师从今天起，司马迁要做史官。你要做史官。好孩子，今天。为父要赠你一支笔。就作为你的史官之笔。要记住。史官要敬畏自己写下的。</w:t>
      </w:r>
    </w:p>
    <w:p w14:paraId="5704E781" w14:textId="77777777" w:rsidR="00E87C95" w:rsidRDefault="00000000">
      <w:pPr>
        <w:spacing w:after="0" w:line="579" w:lineRule="exact"/>
        <w:ind w:firstLine="640"/>
        <w:rPr>
          <w:lang w:eastAsia="zh-CN"/>
        </w:rPr>
      </w:pPr>
      <w:r>
        <w:rPr>
          <w:rFonts w:ascii="仿宋" w:eastAsia="仿宋" w:hAnsi="仿宋"/>
          <w:sz w:val="32"/>
          <w:lang w:eastAsia="zh-CN"/>
        </w:rPr>
        <w:t>每一个字。哈哈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w:t>
      </w:r>
      <w:proofErr w:type="gramStart"/>
      <w:r>
        <w:rPr>
          <w:rFonts w:ascii="仿宋" w:eastAsia="仿宋" w:hAnsi="仿宋"/>
          <w:sz w:val="32"/>
          <w:lang w:eastAsia="zh-CN"/>
        </w:rPr>
        <w:t>迁生龙门</w:t>
      </w:r>
      <w:proofErr w:type="gramEnd"/>
      <w:r>
        <w:rPr>
          <w:rFonts w:ascii="仿宋" w:eastAsia="仿宋" w:hAnsi="仿宋"/>
          <w:sz w:val="32"/>
          <w:lang w:eastAsia="zh-CN"/>
        </w:rPr>
        <w:t>耕牧和，山之</w:t>
      </w:r>
      <w:proofErr w:type="gramStart"/>
      <w:r>
        <w:rPr>
          <w:rFonts w:ascii="仿宋" w:eastAsia="仿宋" w:hAnsi="仿宋"/>
          <w:sz w:val="32"/>
          <w:lang w:eastAsia="zh-CN"/>
        </w:rPr>
        <w:t>阳年十岁则诵</w:t>
      </w:r>
      <w:proofErr w:type="gramEnd"/>
      <w:r>
        <w:rPr>
          <w:rFonts w:ascii="仿宋" w:eastAsia="仿宋" w:hAnsi="仿宋"/>
          <w:sz w:val="32"/>
          <w:lang w:eastAsia="zh-CN"/>
        </w:rPr>
        <w:t>古文20而南游江淮。悦耳聪明。韵儿，不要打扰外祖和客人谈话，</w:t>
      </w:r>
      <w:proofErr w:type="gramStart"/>
      <w:r>
        <w:rPr>
          <w:rFonts w:ascii="仿宋" w:eastAsia="仿宋" w:hAnsi="仿宋"/>
          <w:sz w:val="32"/>
          <w:lang w:eastAsia="zh-CN"/>
        </w:rPr>
        <w:t>走娘带你</w:t>
      </w:r>
      <w:proofErr w:type="gramEnd"/>
      <w:r>
        <w:rPr>
          <w:rFonts w:ascii="仿宋" w:eastAsia="仿宋" w:hAnsi="仿宋"/>
          <w:sz w:val="32"/>
          <w:lang w:eastAsia="zh-CN"/>
        </w:rPr>
        <w:t>读书去。外祖，我告退了，先生，我走了。啊，诸位辛苦了。</w:t>
      </w:r>
    </w:p>
    <w:p w14:paraId="723216C7" w14:textId="77777777" w:rsidR="00E87C95" w:rsidRDefault="00000000">
      <w:pPr>
        <w:spacing w:after="0" w:line="579" w:lineRule="exact"/>
        <w:ind w:firstLine="640"/>
        <w:rPr>
          <w:lang w:eastAsia="zh-CN"/>
        </w:rPr>
      </w:pPr>
      <w:r>
        <w:rPr>
          <w:rFonts w:ascii="仿宋" w:eastAsia="仿宋" w:hAnsi="仿宋"/>
          <w:sz w:val="32"/>
          <w:lang w:eastAsia="zh-CN"/>
        </w:rPr>
        <w:t>刚才杨</w:t>
      </w:r>
      <w:proofErr w:type="gramStart"/>
      <w:r>
        <w:rPr>
          <w:rFonts w:ascii="仿宋" w:eastAsia="仿宋" w:hAnsi="仿宋"/>
          <w:sz w:val="32"/>
          <w:lang w:eastAsia="zh-CN"/>
        </w:rPr>
        <w:t>恽</w:t>
      </w:r>
      <w:proofErr w:type="gramEnd"/>
      <w:r>
        <w:rPr>
          <w:rFonts w:ascii="仿宋" w:eastAsia="仿宋" w:hAnsi="仿宋"/>
          <w:sz w:val="32"/>
          <w:lang w:eastAsia="zh-CN"/>
        </w:rPr>
        <w:t>。背的那一句应该出自您写的</w:t>
      </w:r>
      <w:proofErr w:type="gramStart"/>
      <w:r>
        <w:rPr>
          <w:rFonts w:ascii="仿宋" w:eastAsia="仿宋" w:hAnsi="仿宋"/>
          <w:sz w:val="32"/>
          <w:lang w:eastAsia="zh-CN"/>
        </w:rPr>
        <w:t>太</w:t>
      </w:r>
      <w:proofErr w:type="gramEnd"/>
      <w:r>
        <w:rPr>
          <w:rFonts w:ascii="仿宋" w:eastAsia="仿宋" w:hAnsi="仿宋"/>
          <w:sz w:val="32"/>
          <w:lang w:eastAsia="zh-CN"/>
        </w:rPr>
        <w:t>史公自序，父亲让我从小在家乡耕读。直到我20岁才受父命离家壮游山河。迁而远行游学。拜别父亲。迁儿，用这支笔。记下你看到的一切。迁儿，记下了。先生，等等我。我。先生此地，</w:t>
      </w:r>
    </w:p>
    <w:p w14:paraId="06A0C51C" w14:textId="77777777" w:rsidR="00E87C95" w:rsidRDefault="00000000">
      <w:pPr>
        <w:spacing w:after="0" w:line="579" w:lineRule="exact"/>
        <w:ind w:firstLine="640"/>
        <w:rPr>
          <w:lang w:eastAsia="zh-CN"/>
        </w:rPr>
      </w:pPr>
      <w:r>
        <w:rPr>
          <w:rFonts w:ascii="仿宋" w:eastAsia="仿宋" w:hAnsi="仿宋"/>
          <w:sz w:val="32"/>
          <w:lang w:eastAsia="zh-CN"/>
        </w:rPr>
        <w:lastRenderedPageBreak/>
        <w:t>便是九</w:t>
      </w:r>
      <w:proofErr w:type="gramStart"/>
      <w:r>
        <w:rPr>
          <w:rFonts w:ascii="仿宋" w:eastAsia="仿宋" w:hAnsi="仿宋"/>
          <w:sz w:val="32"/>
          <w:lang w:eastAsia="zh-CN"/>
        </w:rPr>
        <w:t>疑</w:t>
      </w:r>
      <w:proofErr w:type="gramEnd"/>
      <w:r>
        <w:rPr>
          <w:rFonts w:ascii="仿宋" w:eastAsia="仿宋" w:hAnsi="仿宋"/>
          <w:sz w:val="32"/>
          <w:lang w:eastAsia="zh-CN"/>
        </w:rPr>
        <w:t>山。我们为什么要来这儿呢？追怀舜帝的美德。</w:t>
      </w:r>
      <w:proofErr w:type="gramStart"/>
      <w:r>
        <w:rPr>
          <w:rFonts w:ascii="仿宋" w:eastAsia="仿宋" w:hAnsi="仿宋"/>
          <w:sz w:val="32"/>
          <w:lang w:eastAsia="zh-CN"/>
        </w:rPr>
        <w:t>大舜大舜</w:t>
      </w:r>
      <w:proofErr w:type="gramEnd"/>
      <w:r>
        <w:rPr>
          <w:rFonts w:ascii="仿宋" w:eastAsia="仿宋" w:hAnsi="仿宋"/>
          <w:sz w:val="32"/>
          <w:lang w:eastAsia="zh-CN"/>
        </w:rPr>
        <w:t>，</w:t>
      </w:r>
      <w:proofErr w:type="gramStart"/>
      <w:r>
        <w:rPr>
          <w:rFonts w:ascii="仿宋" w:eastAsia="仿宋" w:hAnsi="仿宋"/>
          <w:sz w:val="32"/>
          <w:lang w:eastAsia="zh-CN"/>
        </w:rPr>
        <w:t>等等我们等等我们</w:t>
      </w:r>
      <w:proofErr w:type="gramEnd"/>
      <w:r>
        <w:rPr>
          <w:rFonts w:ascii="仿宋" w:eastAsia="仿宋" w:hAnsi="仿宋"/>
          <w:sz w:val="32"/>
          <w:lang w:eastAsia="zh-CN"/>
        </w:rPr>
        <w:t>大帅等等我们。是何德何能。值得诸位舍家追随啊，因您有忠孝的美德，因您有礼让的美德，所以追随。舜帝20岁时，就因为孝顺而闻名。他走到哪里，美德就在哪里流传。相传一年的时间。</w:t>
      </w:r>
    </w:p>
    <w:p w14:paraId="60B67D8A" w14:textId="77777777" w:rsidR="00E87C95" w:rsidRDefault="00000000">
      <w:pPr>
        <w:spacing w:after="0" w:line="579" w:lineRule="exact"/>
        <w:ind w:firstLine="640"/>
        <w:rPr>
          <w:lang w:eastAsia="zh-CN"/>
        </w:rPr>
      </w:pPr>
      <w:r>
        <w:rPr>
          <w:rFonts w:ascii="仿宋" w:eastAsia="仿宋" w:hAnsi="仿宋"/>
          <w:sz w:val="32"/>
          <w:lang w:eastAsia="zh-CN"/>
        </w:rPr>
        <w:t>舜帝居住的地方。就会成为一个村落。两年就会成为一个小诚意，三年就变成了大都城。你读书。记得很牢，谢谢先生夸奖，追随有美德的人，我们会过上好日子。我一定努力让大家过上好日子。我会对待你们的亲人。就像对待自己的亲人。我们把每个小家。聚合成一个大家。咱们就是一家人啊。</w:t>
      </w:r>
    </w:p>
    <w:p w14:paraId="53FB0414" w14:textId="77777777" w:rsidR="00E87C95" w:rsidRDefault="00000000">
      <w:pPr>
        <w:spacing w:after="0" w:line="579" w:lineRule="exact"/>
        <w:ind w:firstLine="640"/>
        <w:rPr>
          <w:lang w:eastAsia="zh-CN"/>
        </w:rPr>
      </w:pPr>
      <w:r>
        <w:rPr>
          <w:rFonts w:ascii="仿宋" w:eastAsia="仿宋" w:hAnsi="仿宋"/>
          <w:sz w:val="32"/>
          <w:lang w:eastAsia="zh-CN"/>
        </w:rPr>
        <w:t>多少岁？300岁？以忠孝传善天下，天下明德皆自于帝始。《五帝本纪》</w:t>
      </w:r>
      <w:proofErr w:type="gramStart"/>
      <w:r>
        <w:rPr>
          <w:rFonts w:ascii="仿宋" w:eastAsia="仿宋" w:hAnsi="仿宋"/>
          <w:sz w:val="32"/>
          <w:lang w:eastAsia="zh-CN"/>
        </w:rPr>
        <w:t>我写舜帝</w:t>
      </w:r>
      <w:proofErr w:type="gramEnd"/>
      <w:r>
        <w:rPr>
          <w:rFonts w:ascii="仿宋" w:eastAsia="仿宋" w:hAnsi="仿宋"/>
          <w:sz w:val="32"/>
          <w:lang w:eastAsia="zh-CN"/>
        </w:rPr>
        <w:t>的文字，用的最多。就是</w:t>
      </w:r>
      <w:proofErr w:type="gramStart"/>
      <w:r>
        <w:rPr>
          <w:rFonts w:ascii="仿宋" w:eastAsia="仿宋" w:hAnsi="仿宋"/>
          <w:sz w:val="32"/>
          <w:lang w:eastAsia="zh-CN"/>
        </w:rPr>
        <w:t>想把舜帝</w:t>
      </w:r>
      <w:proofErr w:type="gramEnd"/>
      <w:r>
        <w:rPr>
          <w:rFonts w:ascii="仿宋" w:eastAsia="仿宋" w:hAnsi="仿宋"/>
          <w:sz w:val="32"/>
          <w:lang w:eastAsia="zh-CN"/>
        </w:rPr>
        <w:t>的忠孝。穿着千秋万世。百行孝为先。忠孝传家后来成为了世代相传的中华家风。这要感谢您的技术。要感谢大舜。谢大顺。我在会</w:t>
      </w:r>
      <w:proofErr w:type="gramStart"/>
      <w:r>
        <w:rPr>
          <w:rFonts w:ascii="仿宋" w:eastAsia="仿宋" w:hAnsi="仿宋"/>
          <w:sz w:val="32"/>
          <w:lang w:eastAsia="zh-CN"/>
        </w:rPr>
        <w:t>稽</w:t>
      </w:r>
      <w:proofErr w:type="gramEnd"/>
      <w:r>
        <w:rPr>
          <w:rFonts w:ascii="仿宋" w:eastAsia="仿宋" w:hAnsi="仿宋"/>
          <w:sz w:val="32"/>
          <w:lang w:eastAsia="zh-CN"/>
        </w:rPr>
        <w:t>山</w:t>
      </w:r>
      <w:proofErr w:type="gramStart"/>
      <w:r>
        <w:rPr>
          <w:rFonts w:ascii="仿宋" w:eastAsia="仿宋" w:hAnsi="仿宋"/>
          <w:sz w:val="32"/>
          <w:lang w:eastAsia="zh-CN"/>
        </w:rPr>
        <w:t>探禹穴</w:t>
      </w:r>
      <w:proofErr w:type="gramEnd"/>
      <w:r>
        <w:rPr>
          <w:rFonts w:ascii="仿宋" w:eastAsia="仿宋" w:hAnsi="仿宋"/>
          <w:sz w:val="32"/>
          <w:lang w:eastAsia="zh-CN"/>
        </w:rPr>
        <w:t>，遥想大禹会盟诸侯盛况。</w:t>
      </w:r>
    </w:p>
    <w:p w14:paraId="5FD85126" w14:textId="77777777" w:rsidR="00E87C95" w:rsidRDefault="00000000">
      <w:pPr>
        <w:spacing w:after="0" w:line="579" w:lineRule="exact"/>
        <w:ind w:firstLine="640"/>
        <w:rPr>
          <w:lang w:eastAsia="zh-CN"/>
        </w:rPr>
      </w:pPr>
      <w:r>
        <w:rPr>
          <w:rFonts w:ascii="仿宋" w:eastAsia="仿宋" w:hAnsi="仿宋"/>
          <w:sz w:val="32"/>
          <w:lang w:eastAsia="zh-CN"/>
        </w:rPr>
        <w:t>诸位都是一方诸侯，今日召集大家会盟，共同祭祀天地。是为了合为一体安定家园。合为一体安定家园。大禹的事迹，我记得您在夏本纪中做了记载。我记得大禹很多出自书中的。《禹贡》一篇。会</w:t>
      </w:r>
      <w:proofErr w:type="gramStart"/>
      <w:r>
        <w:rPr>
          <w:rFonts w:ascii="仿宋" w:eastAsia="仿宋" w:hAnsi="仿宋"/>
          <w:sz w:val="32"/>
          <w:lang w:eastAsia="zh-CN"/>
        </w:rPr>
        <w:t>稽</w:t>
      </w:r>
      <w:proofErr w:type="gramEnd"/>
      <w:r>
        <w:rPr>
          <w:rFonts w:ascii="仿宋" w:eastAsia="仿宋" w:hAnsi="仿宋"/>
          <w:sz w:val="32"/>
          <w:lang w:eastAsia="zh-CN"/>
        </w:rPr>
        <w:t>山不仅是大禹会盟诸侯的地方。也是他的后世子孙，越王勾践被困之地。后世子孙勾践，携族人前来祭拜先祖大宇。父王祖先为什么葬在会</w:t>
      </w:r>
      <w:proofErr w:type="gramStart"/>
      <w:r>
        <w:rPr>
          <w:rFonts w:ascii="仿宋" w:eastAsia="仿宋" w:hAnsi="仿宋"/>
          <w:sz w:val="32"/>
          <w:lang w:eastAsia="zh-CN"/>
        </w:rPr>
        <w:t>稽</w:t>
      </w:r>
      <w:proofErr w:type="gramEnd"/>
      <w:r>
        <w:rPr>
          <w:rFonts w:ascii="仿宋" w:eastAsia="仿宋" w:hAnsi="仿宋"/>
          <w:sz w:val="32"/>
          <w:lang w:eastAsia="zh-CN"/>
        </w:rPr>
        <w:t>山？</w:t>
      </w:r>
    </w:p>
    <w:p w14:paraId="08AE0F80" w14:textId="77777777" w:rsidR="00E87C95" w:rsidRDefault="00000000">
      <w:pPr>
        <w:spacing w:after="0" w:line="579" w:lineRule="exact"/>
        <w:ind w:firstLine="640"/>
        <w:rPr>
          <w:lang w:eastAsia="zh-CN"/>
        </w:rPr>
      </w:pPr>
      <w:r>
        <w:rPr>
          <w:rFonts w:ascii="仿宋" w:eastAsia="仿宋" w:hAnsi="仿宋"/>
          <w:sz w:val="32"/>
          <w:lang w:eastAsia="zh-CN"/>
        </w:rPr>
        <w:lastRenderedPageBreak/>
        <w:t>他治国有方，天下安定。在此，会盟诸侯功成而崩，就地安葬于会</w:t>
      </w:r>
      <w:proofErr w:type="gramStart"/>
      <w:r>
        <w:rPr>
          <w:rFonts w:ascii="仿宋" w:eastAsia="仿宋" w:hAnsi="仿宋"/>
          <w:sz w:val="32"/>
          <w:lang w:eastAsia="zh-CN"/>
        </w:rPr>
        <w:t>稽</w:t>
      </w:r>
      <w:proofErr w:type="gramEnd"/>
      <w:r>
        <w:rPr>
          <w:rFonts w:ascii="仿宋" w:eastAsia="仿宋" w:hAnsi="仿宋"/>
          <w:sz w:val="32"/>
          <w:lang w:eastAsia="zh-CN"/>
        </w:rPr>
        <w:t>山。先祖崇高。我曾被吴王夫差困于会</w:t>
      </w:r>
      <w:proofErr w:type="gramStart"/>
      <w:r>
        <w:rPr>
          <w:rFonts w:ascii="仿宋" w:eastAsia="仿宋" w:hAnsi="仿宋"/>
          <w:sz w:val="32"/>
          <w:lang w:eastAsia="zh-CN"/>
        </w:rPr>
        <w:t>稽</w:t>
      </w:r>
      <w:proofErr w:type="gramEnd"/>
      <w:r>
        <w:rPr>
          <w:rFonts w:ascii="仿宋" w:eastAsia="仿宋" w:hAnsi="仿宋"/>
          <w:sz w:val="32"/>
          <w:lang w:eastAsia="zh-CN"/>
        </w:rPr>
        <w:t>山。从异国之君。沦为奴仆。我那时时常感慨。</w:t>
      </w:r>
      <w:proofErr w:type="gramStart"/>
      <w:r>
        <w:rPr>
          <w:rFonts w:ascii="仿宋" w:eastAsia="仿宋" w:hAnsi="仿宋"/>
          <w:sz w:val="32"/>
          <w:lang w:eastAsia="zh-CN"/>
        </w:rPr>
        <w:t>吾</w:t>
      </w:r>
      <w:proofErr w:type="gramEnd"/>
      <w:r>
        <w:rPr>
          <w:rFonts w:ascii="仿宋" w:eastAsia="仿宋" w:hAnsi="仿宋"/>
          <w:sz w:val="32"/>
          <w:lang w:eastAsia="zh-CN"/>
        </w:rPr>
        <w:t>终于此乎？父王卧薪尝胆忠义雪前耻。护住了越国。先祖越国还在。家国无恙。</w:t>
      </w:r>
    </w:p>
    <w:p w14:paraId="18955C2C" w14:textId="77777777" w:rsidR="00E87C95" w:rsidRDefault="00000000">
      <w:pPr>
        <w:spacing w:after="0" w:line="579" w:lineRule="exact"/>
        <w:ind w:firstLine="640"/>
        <w:rPr>
          <w:lang w:eastAsia="zh-CN"/>
        </w:rPr>
      </w:pPr>
      <w:r>
        <w:rPr>
          <w:rFonts w:ascii="仿宋" w:eastAsia="仿宋" w:hAnsi="仿宋"/>
          <w:sz w:val="32"/>
          <w:lang w:eastAsia="zh-CN"/>
        </w:rPr>
        <w:t>后世子孙勾践。拜先祖。您为勾践写下《越王勾践世家》。越王勾践是大禹的后人。勾践的祖先。受风在会</w:t>
      </w:r>
      <w:proofErr w:type="gramStart"/>
      <w:r>
        <w:rPr>
          <w:rFonts w:ascii="仿宋" w:eastAsia="仿宋" w:hAnsi="仿宋"/>
          <w:sz w:val="32"/>
          <w:lang w:eastAsia="zh-CN"/>
        </w:rPr>
        <w:t>稽</w:t>
      </w:r>
      <w:proofErr w:type="gramEnd"/>
      <w:r>
        <w:rPr>
          <w:rFonts w:ascii="仿宋" w:eastAsia="仿宋" w:hAnsi="仿宋"/>
          <w:sz w:val="32"/>
          <w:lang w:eastAsia="zh-CN"/>
        </w:rPr>
        <w:t>，山一带是负责。祭祀大禹的。像大禹这样的先贤，应当永远被祭祀。后世还祭祀大禹吗？在我们那个时代。公祭大禹的活动已经是国家级的祭祀圣地。好。越王勾践卧薪，</w:t>
      </w:r>
    </w:p>
    <w:p w14:paraId="34FDC014" w14:textId="77777777" w:rsidR="00E87C95" w:rsidRDefault="00000000">
      <w:pPr>
        <w:spacing w:after="0" w:line="579" w:lineRule="exact"/>
        <w:ind w:firstLine="640"/>
        <w:rPr>
          <w:lang w:eastAsia="zh-CN"/>
        </w:rPr>
      </w:pPr>
      <w:r>
        <w:rPr>
          <w:rFonts w:ascii="仿宋" w:eastAsia="仿宋" w:hAnsi="仿宋"/>
          <w:sz w:val="32"/>
          <w:lang w:eastAsia="zh-CN"/>
        </w:rPr>
        <w:t>尝胆流芳后世。勾践遭难却为国忍辱。若无他的激励，《太史公书》未必能有今日成书一课。所以先生写下了。人固有一死，死有重于泰山，或轻于鸿毛。敬佩先生。先生此为何地。姓谭。请教夫子。我听说黄帝治理百姓300年，为何他能一个人治理百姓300年之久啊？他活着的时候。</w:t>
      </w:r>
    </w:p>
    <w:p w14:paraId="05BE8CAC" w14:textId="77777777" w:rsidR="00E87C95" w:rsidRDefault="00000000">
      <w:pPr>
        <w:spacing w:after="0" w:line="579" w:lineRule="exact"/>
        <w:ind w:firstLine="640"/>
        <w:rPr>
          <w:lang w:eastAsia="zh-CN"/>
        </w:rPr>
      </w:pPr>
      <w:r>
        <w:rPr>
          <w:rFonts w:ascii="仿宋" w:eastAsia="仿宋" w:hAnsi="仿宋"/>
          <w:sz w:val="32"/>
        </w:rPr>
        <w:t>人民受其恩惠。100年。他死了以后，人民信服他。</w:t>
      </w:r>
      <w:r>
        <w:rPr>
          <w:rFonts w:ascii="仿宋" w:eastAsia="仿宋" w:hAnsi="仿宋"/>
          <w:sz w:val="32"/>
          <w:lang w:eastAsia="zh-CN"/>
        </w:rPr>
        <w:t>100年。之后人民。运用他的教导。100年，所以说黄帝治理了300年。敬仰黄帝。我们都是黄帝的后人，当追慕先贤。追捕先贤。孔子被后世尊为万世师表。站在先贤出生的土地上那一刻，</w:t>
      </w:r>
    </w:p>
    <w:p w14:paraId="7A2747F2" w14:textId="77777777" w:rsidR="00E87C95" w:rsidRDefault="00000000">
      <w:pPr>
        <w:spacing w:after="0" w:line="579" w:lineRule="exact"/>
        <w:ind w:firstLine="640"/>
        <w:rPr>
          <w:lang w:eastAsia="zh-CN"/>
        </w:rPr>
      </w:pPr>
      <w:r>
        <w:rPr>
          <w:rFonts w:ascii="仿宋" w:eastAsia="仿宋" w:hAnsi="仿宋"/>
          <w:sz w:val="32"/>
          <w:lang w:eastAsia="zh-CN"/>
        </w:rPr>
        <w:t>我便明白了父亲为何要效仿孔子住《春秋》。续写青史。所以您和您的父亲都是在用书写清史的方式。追</w:t>
      </w:r>
      <w:proofErr w:type="gramStart"/>
      <w:r>
        <w:rPr>
          <w:rFonts w:ascii="仿宋" w:eastAsia="仿宋" w:hAnsi="仿宋"/>
          <w:sz w:val="32"/>
          <w:lang w:eastAsia="zh-CN"/>
        </w:rPr>
        <w:t>暮</w:t>
      </w:r>
      <w:proofErr w:type="gramEnd"/>
      <w:r>
        <w:rPr>
          <w:rFonts w:ascii="仿宋" w:eastAsia="仿宋" w:hAnsi="仿宋"/>
          <w:sz w:val="32"/>
          <w:lang w:eastAsia="zh-CN"/>
        </w:rPr>
        <w:t>先行。可</w:t>
      </w:r>
      <w:r>
        <w:rPr>
          <w:rFonts w:ascii="仿宋" w:eastAsia="仿宋" w:hAnsi="仿宋"/>
          <w:sz w:val="32"/>
          <w:lang w:eastAsia="zh-CN"/>
        </w:rPr>
        <w:lastRenderedPageBreak/>
        <w:t>敬。我在汨罗江畔追念屈原。先生此地，便是屈原投江之处。屈原</w:t>
      </w:r>
      <w:proofErr w:type="gramStart"/>
      <w:r>
        <w:rPr>
          <w:rFonts w:ascii="仿宋" w:eastAsia="仿宋" w:hAnsi="仿宋"/>
          <w:sz w:val="32"/>
          <w:lang w:eastAsia="zh-CN"/>
        </w:rPr>
        <w:t>眷顾家</w:t>
      </w:r>
      <w:proofErr w:type="gramEnd"/>
      <w:r>
        <w:rPr>
          <w:rFonts w:ascii="仿宋" w:eastAsia="仿宋" w:hAnsi="仿宋"/>
          <w:sz w:val="32"/>
          <w:lang w:eastAsia="zh-CN"/>
        </w:rPr>
        <w:t>国，满怀忧愤，理想和志向，化作千秋雄文，万古释章。路漫漫。其修远兮。</w:t>
      </w:r>
    </w:p>
    <w:p w14:paraId="50000839" w14:textId="77777777" w:rsidR="00E87C95" w:rsidRDefault="00000000">
      <w:pPr>
        <w:spacing w:after="0" w:line="579" w:lineRule="exact"/>
        <w:ind w:firstLine="640"/>
        <w:rPr>
          <w:lang w:eastAsia="zh-CN"/>
        </w:rPr>
      </w:pPr>
      <w:r>
        <w:rPr>
          <w:rFonts w:ascii="仿宋" w:eastAsia="仿宋" w:hAnsi="仿宋"/>
          <w:sz w:val="32"/>
          <w:lang w:eastAsia="zh-CN"/>
        </w:rPr>
        <w:t>吾将上下而求索。屈原人品高洁，理想崇高。留下《离骚》。万世传言。后世有一位鲁迅先生。他评价您的《史记》是史家之绝唱。无韵之《离骚》。此人是我知己。我项羽。</w:t>
      </w:r>
      <w:proofErr w:type="gramStart"/>
      <w:r>
        <w:rPr>
          <w:rFonts w:ascii="仿宋" w:eastAsia="仿宋" w:hAnsi="仿宋"/>
          <w:sz w:val="32"/>
          <w:lang w:eastAsia="zh-CN"/>
        </w:rPr>
        <w:t>薛</w:t>
      </w:r>
      <w:proofErr w:type="gramEnd"/>
      <w:r>
        <w:rPr>
          <w:rFonts w:ascii="仿宋" w:eastAsia="仿宋" w:hAnsi="仿宋"/>
          <w:sz w:val="32"/>
          <w:lang w:eastAsia="zh-CN"/>
        </w:rPr>
        <w:t>江东子弟8000人诛灭暴秦。看下一站。几乎一人生还。我有何颜面。去见江东父老。</w:t>
      </w:r>
    </w:p>
    <w:p w14:paraId="2C484F8B" w14:textId="77777777" w:rsidR="00E87C95" w:rsidRDefault="00000000">
      <w:pPr>
        <w:spacing w:after="0" w:line="579" w:lineRule="exact"/>
        <w:ind w:firstLine="640"/>
        <w:rPr>
          <w:lang w:eastAsia="zh-CN"/>
        </w:rPr>
      </w:pPr>
      <w:r>
        <w:rPr>
          <w:rFonts w:ascii="仿宋" w:eastAsia="仿宋" w:hAnsi="仿宋"/>
          <w:sz w:val="32"/>
          <w:lang w:eastAsia="zh-CN"/>
        </w:rPr>
        <w:t>没有以死谢罪。这天津往往。备战是作业。为这段历史。您做了项目本身。项羽推翻秦朝暴政。是他的功绩，但他骄傲而又暴躁。有人才不能善用。是他失败的原因。千秋功过。皆在青史。每一个历史人物。都如同境界。壮游山河。</w:t>
      </w:r>
    </w:p>
    <w:p w14:paraId="6D20635B" w14:textId="77777777" w:rsidR="00E87C95" w:rsidRDefault="00000000">
      <w:pPr>
        <w:spacing w:after="0" w:line="579" w:lineRule="exact"/>
        <w:ind w:firstLine="640"/>
        <w:rPr>
          <w:lang w:eastAsia="zh-CN"/>
        </w:rPr>
      </w:pPr>
      <w:r>
        <w:rPr>
          <w:rFonts w:ascii="仿宋" w:eastAsia="仿宋" w:hAnsi="仿宋"/>
          <w:sz w:val="32"/>
          <w:lang w:eastAsia="zh-CN"/>
        </w:rPr>
        <w:t>青年励志。在舜和</w:t>
      </w:r>
      <w:proofErr w:type="gramStart"/>
      <w:r>
        <w:rPr>
          <w:rFonts w:ascii="仿宋" w:eastAsia="仿宋" w:hAnsi="仿宋"/>
          <w:sz w:val="32"/>
          <w:lang w:eastAsia="zh-CN"/>
        </w:rPr>
        <w:t>禹的</w:t>
      </w:r>
      <w:proofErr w:type="gramEnd"/>
      <w:r>
        <w:rPr>
          <w:rFonts w:ascii="仿宋" w:eastAsia="仿宋" w:hAnsi="仿宋"/>
          <w:sz w:val="32"/>
          <w:lang w:eastAsia="zh-CN"/>
        </w:rPr>
        <w:t>身上。看到美德。在越王勾践身上。学到隐忍。在孔子故里。追慕先贤。在汨罗江畔。感受屈原的家国情怀。在乌江之畔。继续向往你的英勇。也反思他的败亡。山河是一部史书，壮游如同读史。救天人之际。</w:t>
      </w:r>
    </w:p>
    <w:p w14:paraId="0E908E6D" w14:textId="77777777" w:rsidR="00E87C95" w:rsidRDefault="00000000">
      <w:pPr>
        <w:spacing w:after="0" w:line="579" w:lineRule="exact"/>
        <w:ind w:firstLine="640"/>
        <w:rPr>
          <w:lang w:eastAsia="zh-CN"/>
        </w:rPr>
      </w:pPr>
      <w:r>
        <w:rPr>
          <w:rFonts w:ascii="仿宋" w:eastAsia="仿宋" w:hAnsi="仿宋"/>
          <w:sz w:val="32"/>
          <w:lang w:eastAsia="zh-CN"/>
        </w:rPr>
        <w:t>通古今之变成。一家之言。</w:t>
      </w:r>
      <w:proofErr w:type="gramStart"/>
      <w:r>
        <w:rPr>
          <w:rFonts w:ascii="仿宋" w:eastAsia="仿宋" w:hAnsi="仿宋"/>
          <w:sz w:val="32"/>
          <w:lang w:eastAsia="zh-CN"/>
        </w:rPr>
        <w:t>新任郎</w:t>
      </w:r>
      <w:proofErr w:type="gramEnd"/>
      <w:r>
        <w:rPr>
          <w:rFonts w:ascii="仿宋" w:eastAsia="仿宋" w:hAnsi="仿宋"/>
          <w:sz w:val="32"/>
          <w:lang w:eastAsia="zh-CN"/>
        </w:rPr>
        <w:t>官入宫面授。琴儿。父亲，你当了郎官。要面见圣上啊。要第一次。面在圣上啊。我期待一个盛世的到来。小时候您跟我说圣上是一位好黄帝。我游历了锦绣河山，看到了繁荣安定。是圣上是我们大汉四海一统。声威远播。</w:t>
      </w:r>
    </w:p>
    <w:p w14:paraId="5AB4A285" w14:textId="77777777" w:rsidR="00E87C95" w:rsidRDefault="00000000">
      <w:pPr>
        <w:spacing w:after="0" w:line="579" w:lineRule="exact"/>
        <w:ind w:firstLine="640"/>
        <w:rPr>
          <w:lang w:eastAsia="zh-CN"/>
        </w:rPr>
      </w:pPr>
      <w:r>
        <w:rPr>
          <w:rFonts w:ascii="仿宋" w:eastAsia="仿宋" w:hAnsi="仿宋"/>
          <w:sz w:val="32"/>
          <w:lang w:eastAsia="zh-CN"/>
        </w:rPr>
        <w:lastRenderedPageBreak/>
        <w:t>我</w:t>
      </w:r>
      <w:proofErr w:type="gramStart"/>
      <w:r>
        <w:rPr>
          <w:rFonts w:ascii="仿宋" w:eastAsia="仿宋" w:hAnsi="仿宋"/>
          <w:sz w:val="32"/>
          <w:lang w:eastAsia="zh-CN"/>
        </w:rPr>
        <w:t>盼望见</w:t>
      </w:r>
      <w:proofErr w:type="gramEnd"/>
      <w:r>
        <w:rPr>
          <w:rFonts w:ascii="仿宋" w:eastAsia="仿宋" w:hAnsi="仿宋"/>
          <w:sz w:val="32"/>
          <w:lang w:eastAsia="zh-CN"/>
        </w:rPr>
        <w:t>圣上很久了。父亲，父亲。黄帝上朝。心。您的黄帝后世被称为汉武帝。社会上当成一个舞字。此后，您就一直追随在汉武帝身边。云从龙，风从虎。数十年间。我随陛下寻腥四方。忽从甘泉三河后，又忽从西巡。</w:t>
      </w:r>
    </w:p>
    <w:p w14:paraId="5ECBA7A0" w14:textId="77777777" w:rsidR="00E87C95" w:rsidRDefault="00000000">
      <w:pPr>
        <w:spacing w:after="0" w:line="579" w:lineRule="exact"/>
        <w:ind w:firstLine="640"/>
        <w:rPr>
          <w:lang w:eastAsia="zh-CN"/>
        </w:rPr>
      </w:pPr>
      <w:r>
        <w:rPr>
          <w:rFonts w:ascii="仿宋" w:eastAsia="仿宋" w:hAnsi="仿宋"/>
          <w:sz w:val="32"/>
          <w:lang w:eastAsia="zh-CN"/>
        </w:rPr>
        <w:t>奉使西征。继北巡。巡视疆土。政府万名。您护从汉武帝见证了汉朝日益崛起。内心之度外出变换。惩治贪腐，发展经济四海一统。家国一体。所以您也是见证历史的人。那您是从什么时候开始写《史记》的呢？我的父亲。在太师阵上</w:t>
      </w:r>
      <w:proofErr w:type="gramStart"/>
      <w:r>
        <w:rPr>
          <w:rFonts w:ascii="仿宋" w:eastAsia="仿宋" w:hAnsi="仿宋"/>
          <w:sz w:val="32"/>
          <w:lang w:eastAsia="zh-CN"/>
        </w:rPr>
        <w:t>已经着</w:t>
      </w:r>
      <w:proofErr w:type="gramEnd"/>
      <w:r>
        <w:rPr>
          <w:rFonts w:ascii="仿宋" w:eastAsia="仿宋" w:hAnsi="仿宋"/>
          <w:sz w:val="32"/>
          <w:lang w:eastAsia="zh-CN"/>
        </w:rPr>
        <w:t>手写</w:t>
      </w:r>
      <w:proofErr w:type="gramStart"/>
      <w:r>
        <w:rPr>
          <w:rFonts w:ascii="仿宋" w:eastAsia="仿宋" w:hAnsi="仿宋"/>
          <w:sz w:val="32"/>
          <w:lang w:eastAsia="zh-CN"/>
        </w:rPr>
        <w:t>太</w:t>
      </w:r>
      <w:proofErr w:type="gramEnd"/>
      <w:r>
        <w:rPr>
          <w:rFonts w:ascii="仿宋" w:eastAsia="仿宋" w:hAnsi="仿宋"/>
          <w:sz w:val="32"/>
          <w:lang w:eastAsia="zh-CN"/>
        </w:rPr>
        <w:t>师公书。直到那一年。圣上泰山封禅。</w:t>
      </w:r>
    </w:p>
    <w:p w14:paraId="45EA80C3" w14:textId="77777777" w:rsidR="00E87C95" w:rsidRDefault="00000000">
      <w:pPr>
        <w:spacing w:after="0" w:line="579" w:lineRule="exact"/>
        <w:ind w:firstLine="640"/>
        <w:rPr>
          <w:lang w:eastAsia="zh-CN"/>
        </w:rPr>
      </w:pPr>
      <w:r>
        <w:rPr>
          <w:rFonts w:ascii="仿宋" w:eastAsia="仿宋" w:hAnsi="仿宋"/>
          <w:sz w:val="32"/>
          <w:lang w:eastAsia="zh-CN"/>
        </w:rPr>
        <w:t>我从八叔姓叶赶回。迁儿。为父。不能跟圣上泰山封禅。你要去。我要陪着你。天儿。父亲说。风扇是史官不能错过的千古盛事。千古盛事我</w:t>
      </w:r>
      <w:proofErr w:type="gramStart"/>
      <w:r>
        <w:rPr>
          <w:rFonts w:ascii="仿宋" w:eastAsia="仿宋" w:hAnsi="仿宋"/>
          <w:sz w:val="32"/>
          <w:lang w:eastAsia="zh-CN"/>
        </w:rPr>
        <w:t>司马家</w:t>
      </w:r>
      <w:proofErr w:type="gramEnd"/>
      <w:r>
        <w:rPr>
          <w:rFonts w:ascii="仿宋" w:eastAsia="仿宋" w:hAnsi="仿宋"/>
          <w:sz w:val="32"/>
          <w:lang w:eastAsia="zh-CN"/>
        </w:rPr>
        <w:t>一定要见证。可是父亲。我心里只记挂着您父亲记挂着。是我们</w:t>
      </w:r>
      <w:proofErr w:type="gramStart"/>
      <w:r>
        <w:rPr>
          <w:rFonts w:ascii="仿宋" w:eastAsia="仿宋" w:hAnsi="仿宋"/>
          <w:sz w:val="32"/>
          <w:lang w:eastAsia="zh-CN"/>
        </w:rPr>
        <w:t>司马家</w:t>
      </w:r>
      <w:proofErr w:type="gramEnd"/>
      <w:r>
        <w:rPr>
          <w:rFonts w:ascii="仿宋" w:eastAsia="仿宋" w:hAnsi="仿宋"/>
          <w:sz w:val="32"/>
          <w:lang w:eastAsia="zh-CN"/>
        </w:rPr>
        <w:t>作为史官的责任。还记得小时候。我教你的话嘛。</w:t>
      </w:r>
    </w:p>
    <w:p w14:paraId="505A984C" w14:textId="77777777" w:rsidR="00E87C95" w:rsidRDefault="00000000">
      <w:pPr>
        <w:spacing w:after="0" w:line="579" w:lineRule="exact"/>
        <w:ind w:firstLine="640"/>
        <w:rPr>
          <w:lang w:eastAsia="zh-CN"/>
        </w:rPr>
      </w:pPr>
      <w:r>
        <w:rPr>
          <w:rFonts w:ascii="仿宋" w:eastAsia="仿宋" w:hAnsi="仿宋"/>
          <w:sz w:val="32"/>
          <w:lang w:eastAsia="zh-CN"/>
        </w:rPr>
        <w:t>父亲，我记得。我记得。父亲。喂。西在颛顼。命难正重一丝天。北正黎以司地。司马氏族历经尧。顺下。商至周。世代为清官掌管历史。青儿。《太史公书》，我已出狱。</w:t>
      </w:r>
    </w:p>
    <w:p w14:paraId="3E91852F" w14:textId="77777777" w:rsidR="00E87C95" w:rsidRDefault="00000000">
      <w:pPr>
        <w:spacing w:after="0" w:line="579" w:lineRule="exact"/>
        <w:ind w:firstLine="640"/>
        <w:rPr>
          <w:lang w:eastAsia="zh-CN"/>
        </w:rPr>
      </w:pPr>
      <w:r>
        <w:rPr>
          <w:rFonts w:ascii="仿宋" w:eastAsia="仿宋" w:hAnsi="仿宋"/>
          <w:sz w:val="32"/>
          <w:lang w:eastAsia="zh-CN"/>
        </w:rPr>
        <w:t>上其尧舜美德。夏至汉兴一统。事关。终将离去。青史千年永存究天人之际。通古今之变成。一家之言切尔。《太史公书》。为父是完成归。可惜呀。你我父子二人要共筑青史的约定。为父要失业了。</w:t>
      </w:r>
      <w:proofErr w:type="gramStart"/>
      <w:r>
        <w:rPr>
          <w:rFonts w:ascii="仿宋" w:eastAsia="仿宋" w:hAnsi="仿宋"/>
          <w:sz w:val="32"/>
          <w:lang w:eastAsia="zh-CN"/>
        </w:rPr>
        <w:t>迁儿要敬</w:t>
      </w:r>
      <w:proofErr w:type="gramEnd"/>
      <w:r>
        <w:rPr>
          <w:rFonts w:ascii="仿宋" w:eastAsia="仿宋" w:hAnsi="仿宋"/>
          <w:sz w:val="32"/>
          <w:lang w:eastAsia="zh-CN"/>
        </w:rPr>
        <w:t>位写下的。每一个字。出去。</w:t>
      </w:r>
    </w:p>
    <w:p w14:paraId="6FAF334A" w14:textId="77777777" w:rsidR="00E87C95" w:rsidRDefault="00000000">
      <w:pPr>
        <w:spacing w:after="0" w:line="579" w:lineRule="exact"/>
        <w:ind w:firstLine="640"/>
        <w:rPr>
          <w:lang w:eastAsia="zh-CN"/>
        </w:rPr>
      </w:pPr>
      <w:r>
        <w:rPr>
          <w:rFonts w:ascii="仿宋" w:eastAsia="仿宋" w:hAnsi="仿宋"/>
          <w:sz w:val="32"/>
          <w:lang w:eastAsia="zh-CN"/>
        </w:rPr>
        <w:lastRenderedPageBreak/>
        <w:t>司马谈。位于公元前110年。此后，司马迁继承父志，任太史令。李都尉。太师大人好，李</w:t>
      </w:r>
      <w:proofErr w:type="gramStart"/>
      <w:r>
        <w:rPr>
          <w:rFonts w:ascii="仿宋" w:eastAsia="仿宋" w:hAnsi="仿宋"/>
          <w:sz w:val="32"/>
          <w:lang w:eastAsia="zh-CN"/>
        </w:rPr>
        <w:t>杜为此</w:t>
      </w:r>
      <w:proofErr w:type="gramEnd"/>
      <w:r>
        <w:rPr>
          <w:rFonts w:ascii="仿宋" w:eastAsia="仿宋" w:hAnsi="仿宋"/>
          <w:sz w:val="32"/>
          <w:lang w:eastAsia="zh-CN"/>
        </w:rPr>
        <w:t>去为抗击匈奴。辛苦此次。</w:t>
      </w:r>
      <w:proofErr w:type="gramStart"/>
      <w:r>
        <w:rPr>
          <w:rFonts w:ascii="仿宋" w:eastAsia="仿宋" w:hAnsi="仿宋"/>
          <w:sz w:val="32"/>
          <w:lang w:eastAsia="zh-CN"/>
        </w:rPr>
        <w:t>策隐二世</w:t>
      </w:r>
      <w:proofErr w:type="gramEnd"/>
      <w:r>
        <w:rPr>
          <w:rFonts w:ascii="仿宋" w:eastAsia="仿宋" w:hAnsi="仿宋"/>
          <w:sz w:val="32"/>
          <w:lang w:eastAsia="zh-CN"/>
        </w:rPr>
        <w:t>将军出征。比一战而定。永绝变幻。</w:t>
      </w:r>
      <w:proofErr w:type="gramStart"/>
      <w:r>
        <w:rPr>
          <w:rFonts w:ascii="仿宋" w:eastAsia="仿宋" w:hAnsi="仿宋"/>
          <w:sz w:val="32"/>
          <w:lang w:eastAsia="zh-CN"/>
        </w:rPr>
        <w:t>我等着</w:t>
      </w:r>
      <w:proofErr w:type="gramEnd"/>
      <w:r>
        <w:rPr>
          <w:rFonts w:ascii="仿宋" w:eastAsia="仿宋" w:hAnsi="仿宋"/>
          <w:sz w:val="32"/>
          <w:lang w:eastAsia="zh-CN"/>
        </w:rPr>
        <w:t>为李宗伟。和你的祖父立传。这才是被大汉强势列传。</w:t>
      </w:r>
    </w:p>
    <w:p w14:paraId="2F4F8835" w14:textId="77777777" w:rsidR="00E87C95" w:rsidRDefault="00000000">
      <w:pPr>
        <w:spacing w:after="0" w:line="579" w:lineRule="exact"/>
        <w:ind w:firstLine="640"/>
        <w:rPr>
          <w:lang w:eastAsia="zh-CN"/>
        </w:rPr>
      </w:pPr>
      <w:r>
        <w:rPr>
          <w:rFonts w:ascii="仿宋" w:eastAsia="仿宋" w:hAnsi="仿宋"/>
          <w:sz w:val="32"/>
          <w:lang w:eastAsia="zh-CN"/>
        </w:rPr>
        <w:t>他就是李陵。对李广将军的孙子。您在《史记》里。专门做了。</w:t>
      </w:r>
      <w:proofErr w:type="gramStart"/>
      <w:r>
        <w:rPr>
          <w:rFonts w:ascii="仿宋" w:eastAsia="仿宋" w:hAnsi="仿宋"/>
          <w:sz w:val="32"/>
          <w:lang w:eastAsia="zh-CN"/>
        </w:rPr>
        <w:t>《《</w:t>
      </w:r>
      <w:proofErr w:type="gramEnd"/>
      <w:r>
        <w:rPr>
          <w:rFonts w:ascii="仿宋" w:eastAsia="仿宋" w:hAnsi="仿宋"/>
          <w:sz w:val="32"/>
          <w:lang w:eastAsia="zh-CN"/>
        </w:rPr>
        <w:t>李将军列传</w:t>
      </w:r>
      <w:proofErr w:type="gramStart"/>
      <w:r>
        <w:rPr>
          <w:rFonts w:ascii="仿宋" w:eastAsia="仿宋" w:hAnsi="仿宋"/>
          <w:sz w:val="32"/>
          <w:lang w:eastAsia="zh-CN"/>
        </w:rPr>
        <w:t>》》</w:t>
      </w:r>
      <w:proofErr w:type="gramEnd"/>
      <w:r>
        <w:rPr>
          <w:rFonts w:ascii="仿宋" w:eastAsia="仿宋" w:hAnsi="仿宋"/>
          <w:sz w:val="32"/>
          <w:lang w:eastAsia="zh-CN"/>
        </w:rPr>
        <w:t>。飞将军可敬。保国安民。征战牺牲的将士们。都可敬。《太史公书》应当记述。</w:t>
      </w:r>
      <w:proofErr w:type="gramStart"/>
      <w:r>
        <w:rPr>
          <w:rFonts w:ascii="仿宋" w:eastAsia="仿宋" w:hAnsi="仿宋"/>
          <w:sz w:val="32"/>
          <w:lang w:eastAsia="zh-CN"/>
        </w:rPr>
        <w:t>终臣死</w:t>
      </w:r>
      <w:proofErr w:type="gramEnd"/>
      <w:r>
        <w:rPr>
          <w:rFonts w:ascii="仿宋" w:eastAsia="仿宋" w:hAnsi="仿宋"/>
          <w:sz w:val="32"/>
          <w:lang w:eastAsia="zh-CN"/>
        </w:rPr>
        <w:t>役之时。最后有个镜头，回眸李林看着司马迁的时候，露出了必胜的微笑，他相信此去。</w:t>
      </w:r>
    </w:p>
    <w:p w14:paraId="19292981" w14:textId="77777777" w:rsidR="00E87C95" w:rsidRDefault="00000000">
      <w:pPr>
        <w:spacing w:after="0" w:line="579" w:lineRule="exact"/>
        <w:ind w:firstLine="640"/>
        <w:rPr>
          <w:lang w:eastAsia="zh-CN"/>
        </w:rPr>
      </w:pPr>
      <w:r>
        <w:rPr>
          <w:rFonts w:ascii="仿宋" w:eastAsia="仿宋" w:hAnsi="仿宋"/>
          <w:sz w:val="32"/>
          <w:lang w:eastAsia="zh-CN"/>
        </w:rPr>
        <w:t>必然是得胜还朝，但是历史就是这样，造化弄人啊，确实是，就是看到这儿啊，心情一下子就沉重起来了。汉武帝让贰师将军李广利去打匈奴李陵呢，本来是一个侧应，但是后来李陵说，我也想作为偏师。出征啊，然后5000不足，请进到</w:t>
      </w:r>
      <w:proofErr w:type="gramStart"/>
      <w:r>
        <w:rPr>
          <w:rFonts w:ascii="仿宋" w:eastAsia="仿宋" w:hAnsi="仿宋"/>
          <w:sz w:val="32"/>
          <w:lang w:eastAsia="zh-CN"/>
        </w:rPr>
        <w:t>浚稽</w:t>
      </w:r>
      <w:proofErr w:type="gramEnd"/>
      <w:r>
        <w:rPr>
          <w:rFonts w:ascii="仿宋" w:eastAsia="仿宋" w:hAnsi="仿宋"/>
          <w:sz w:val="32"/>
          <w:lang w:eastAsia="zh-CN"/>
        </w:rPr>
        <w:t>山，一下子遭遇了匈奴的主力部队。战争啊，</w:t>
      </w:r>
    </w:p>
    <w:p w14:paraId="5B2A01F1" w14:textId="77777777" w:rsidR="00E87C95" w:rsidRDefault="00000000">
      <w:pPr>
        <w:spacing w:after="0" w:line="579" w:lineRule="exact"/>
        <w:ind w:firstLine="640"/>
        <w:rPr>
          <w:lang w:eastAsia="zh-CN"/>
        </w:rPr>
      </w:pPr>
      <w:r>
        <w:rPr>
          <w:rFonts w:ascii="仿宋" w:eastAsia="仿宋" w:hAnsi="仿宋"/>
          <w:sz w:val="32"/>
          <w:lang w:eastAsia="zh-CN"/>
        </w:rPr>
        <w:t>非常的激烈，5000部族打八万骑兵，但是后来终究是什么？寡不敌众，李陵就被俘了呀！这个消息传到朝廷里来，朝臣是有议论的，指责李陵投敌了。司马迁呢，对这个李广到李陵都是有感情的，他们是忠孝的人家，是不可能做出。投降这样的事情来的，他就是那样去跟汉武帝去解释的，而且汉武帝还派了一个叫公孙敖的人去接应李陵。</w:t>
      </w:r>
    </w:p>
    <w:p w14:paraId="759970B6" w14:textId="77777777" w:rsidR="00E87C95" w:rsidRDefault="00000000">
      <w:pPr>
        <w:spacing w:after="0" w:line="579" w:lineRule="exact"/>
        <w:ind w:firstLine="640"/>
        <w:rPr>
          <w:lang w:eastAsia="zh-CN"/>
        </w:rPr>
      </w:pPr>
      <w:r>
        <w:rPr>
          <w:rFonts w:ascii="仿宋" w:eastAsia="仿宋" w:hAnsi="仿宋"/>
          <w:sz w:val="32"/>
          <w:lang w:eastAsia="zh-CN"/>
        </w:rPr>
        <w:t>换句话说，他是信司马迁的话，没错，信司马迁的结果呢？公孙敖在那儿掉链子了。跑回朝廷里来说什么？说李陵</w:t>
      </w:r>
      <w:r>
        <w:rPr>
          <w:rFonts w:ascii="仿宋" w:eastAsia="仿宋" w:hAnsi="仿宋"/>
          <w:sz w:val="32"/>
          <w:lang w:eastAsia="zh-CN"/>
        </w:rPr>
        <w:lastRenderedPageBreak/>
        <w:t>投敌了，还帮着匈奴去训练士兵。这个事情让汉武帝震怒了，然后也就牵连到司马迁了。当时啊，按律欺君，枉上当死啊。但是汉武帝其实是不想杀他的，他也知道他是个人才，</w:t>
      </w:r>
    </w:p>
    <w:p w14:paraId="1A85E11E" w14:textId="77777777" w:rsidR="00E87C95" w:rsidRDefault="00000000">
      <w:pPr>
        <w:spacing w:after="0" w:line="579" w:lineRule="exact"/>
        <w:ind w:firstLine="640"/>
        <w:rPr>
          <w:lang w:eastAsia="zh-CN"/>
        </w:rPr>
      </w:pPr>
      <w:r>
        <w:rPr>
          <w:rFonts w:ascii="仿宋" w:eastAsia="仿宋" w:hAnsi="仿宋"/>
          <w:sz w:val="32"/>
          <w:lang w:eastAsia="zh-CN"/>
        </w:rPr>
        <w:t>所以呢，让司马迁交50万罚金。就可以免死，还有一条道路可以选择复兴。司马迁没有50万。那他可以选择死啊士可杀不可辱啊，为什么他要选择复姓，因为《太史公书》啊，他要写完的呀。所以这个是司马迁人生的一个大的转折呀，这其实就是我们特别熟悉的李陵之祸嘛。李</w:t>
      </w:r>
      <w:proofErr w:type="gramStart"/>
      <w:r>
        <w:rPr>
          <w:rFonts w:ascii="仿宋" w:eastAsia="仿宋" w:hAnsi="仿宋"/>
          <w:sz w:val="32"/>
          <w:lang w:eastAsia="zh-CN"/>
        </w:rPr>
        <w:t>宁置货后</w:t>
      </w:r>
      <w:proofErr w:type="gramEnd"/>
      <w:r>
        <w:rPr>
          <w:rFonts w:ascii="仿宋" w:eastAsia="仿宋" w:hAnsi="仿宋"/>
          <w:sz w:val="32"/>
          <w:lang w:eastAsia="zh-CN"/>
        </w:rPr>
        <w:t>，他忍辱负重，在逆境中奋发，是大勇。</w:t>
      </w:r>
    </w:p>
    <w:p w14:paraId="1D19FE10" w14:textId="77777777" w:rsidR="00E87C95" w:rsidRDefault="00000000">
      <w:pPr>
        <w:spacing w:after="0" w:line="579" w:lineRule="exact"/>
        <w:ind w:firstLine="640"/>
        <w:rPr>
          <w:lang w:eastAsia="zh-CN"/>
        </w:rPr>
      </w:pPr>
      <w:r>
        <w:rPr>
          <w:rFonts w:ascii="仿宋" w:eastAsia="仿宋" w:hAnsi="仿宋"/>
          <w:sz w:val="32"/>
          <w:lang w:eastAsia="zh-CN"/>
        </w:rPr>
        <w:t>死也要死，得有价值。或重于泰山，或轻于鸿毛。对真实决策中司马迁提升了他的人格。生活了他的历史观没错。让我们一起继续往下看吧。但也正是因为李宁。您遭遇了一场祸事。因为这场祸事，我死了一次。身体发肤。受之父母。会伤其为不孝。深受此刑。</w:t>
      </w:r>
    </w:p>
    <w:p w14:paraId="09346E34" w14:textId="77777777" w:rsidR="00E87C95" w:rsidRDefault="00000000">
      <w:pPr>
        <w:spacing w:after="0" w:line="579" w:lineRule="exact"/>
        <w:ind w:firstLine="640"/>
        <w:rPr>
          <w:lang w:eastAsia="zh-CN"/>
        </w:rPr>
      </w:pPr>
      <w:r>
        <w:rPr>
          <w:rFonts w:ascii="仿宋" w:eastAsia="仿宋" w:hAnsi="仿宋"/>
          <w:sz w:val="32"/>
          <w:lang w:eastAsia="zh-CN"/>
        </w:rPr>
        <w:t>为世人所笑。如我贤人呐。生没有脸面，击败复国。死。我也没有颜面葬入先祖的坟墓。那时我常一日儿，九回在家，惶惶不安，出门不知所往。每当念起这种耻辱，就</w:t>
      </w:r>
      <w:proofErr w:type="gramStart"/>
      <w:r>
        <w:rPr>
          <w:rFonts w:ascii="仿宋" w:eastAsia="仿宋" w:hAnsi="仿宋"/>
          <w:sz w:val="32"/>
          <w:lang w:eastAsia="zh-CN"/>
        </w:rPr>
        <w:t>会汗透衣</w:t>
      </w:r>
      <w:proofErr w:type="gramEnd"/>
      <w:r>
        <w:rPr>
          <w:rFonts w:ascii="仿宋" w:eastAsia="仿宋" w:hAnsi="仿宋"/>
          <w:sz w:val="32"/>
          <w:lang w:eastAsia="zh-CN"/>
        </w:rPr>
        <w:t>背。家父临终托治。我</w:t>
      </w:r>
      <w:proofErr w:type="gramStart"/>
      <w:r>
        <w:rPr>
          <w:rFonts w:ascii="仿宋" w:eastAsia="仿宋" w:hAnsi="仿宋"/>
          <w:sz w:val="32"/>
          <w:lang w:eastAsia="zh-CN"/>
        </w:rPr>
        <w:t>司马家</w:t>
      </w:r>
      <w:proofErr w:type="gramEnd"/>
      <w:r>
        <w:rPr>
          <w:rFonts w:ascii="仿宋" w:eastAsia="仿宋" w:hAnsi="仿宋"/>
          <w:sz w:val="32"/>
          <w:lang w:eastAsia="zh-CN"/>
        </w:rPr>
        <w:t>世代史官。父子两代太史令，</w:t>
      </w:r>
    </w:p>
    <w:p w14:paraId="3B7471D2" w14:textId="77777777" w:rsidR="00E87C95" w:rsidRDefault="00000000">
      <w:pPr>
        <w:spacing w:after="0" w:line="579" w:lineRule="exact"/>
        <w:ind w:firstLine="640"/>
        <w:rPr>
          <w:lang w:eastAsia="zh-CN"/>
        </w:rPr>
      </w:pPr>
      <w:r>
        <w:rPr>
          <w:rFonts w:ascii="仿宋" w:eastAsia="仿宋" w:hAnsi="仿宋"/>
          <w:sz w:val="32"/>
          <w:lang w:eastAsia="zh-CN"/>
        </w:rPr>
        <w:t>网罗天下放一旧。</w:t>
      </w:r>
      <w:proofErr w:type="gramStart"/>
      <w:r>
        <w:rPr>
          <w:rFonts w:ascii="仿宋" w:eastAsia="仿宋" w:hAnsi="仿宋"/>
          <w:sz w:val="32"/>
          <w:lang w:eastAsia="zh-CN"/>
        </w:rPr>
        <w:t>闻亦欲</w:t>
      </w:r>
      <w:proofErr w:type="gramEnd"/>
      <w:r>
        <w:rPr>
          <w:rFonts w:ascii="仿宋" w:eastAsia="仿宋" w:hAnsi="仿宋"/>
          <w:sz w:val="32"/>
          <w:lang w:eastAsia="zh-CN"/>
        </w:rPr>
        <w:t>以究天人之际，通古今之变，成一家之言。青史未就，死。以为不孝。所以。面对祸事。我只能就极刑而无愠色。先生是有大勇气的人。所以您说人</w:t>
      </w:r>
      <w:r>
        <w:rPr>
          <w:rFonts w:ascii="仿宋" w:eastAsia="仿宋" w:hAnsi="仿宋"/>
          <w:sz w:val="32"/>
          <w:lang w:eastAsia="zh-CN"/>
        </w:rPr>
        <w:lastRenderedPageBreak/>
        <w:t>固有一死。死有重于泰山，或轻于鸿毛。用之所趋异也。所以。</w:t>
      </w:r>
    </w:p>
    <w:p w14:paraId="7D3F5037" w14:textId="77777777" w:rsidR="00E87C95" w:rsidRDefault="00000000">
      <w:pPr>
        <w:spacing w:after="0" w:line="579" w:lineRule="exact"/>
        <w:ind w:firstLine="640"/>
        <w:rPr>
          <w:lang w:eastAsia="zh-CN"/>
        </w:rPr>
      </w:pPr>
      <w:r>
        <w:rPr>
          <w:rFonts w:ascii="仿宋" w:eastAsia="仿宋" w:hAnsi="仿宋"/>
          <w:sz w:val="32"/>
          <w:lang w:eastAsia="zh-CN"/>
        </w:rPr>
        <w:t>因为这场祸事。我也重生了一次。昔日周文王被拘禁之时推演《周易》。孔子在九困之时，编著《春秋》屈原，被放逐赴《离骚》，</w:t>
      </w:r>
      <w:proofErr w:type="gramStart"/>
      <w:r>
        <w:rPr>
          <w:rFonts w:ascii="仿宋" w:eastAsia="仿宋" w:hAnsi="仿宋"/>
          <w:sz w:val="32"/>
          <w:lang w:eastAsia="zh-CN"/>
        </w:rPr>
        <w:t>左修双目</w:t>
      </w:r>
      <w:proofErr w:type="gramEnd"/>
      <w:r>
        <w:rPr>
          <w:rFonts w:ascii="仿宋" w:eastAsia="仿宋" w:hAnsi="仿宋"/>
          <w:sz w:val="32"/>
          <w:lang w:eastAsia="zh-CN"/>
        </w:rPr>
        <w:t>失明，坐《国语》。</w:t>
      </w:r>
      <w:proofErr w:type="gramStart"/>
      <w:r>
        <w:rPr>
          <w:rFonts w:ascii="仿宋" w:eastAsia="仿宋" w:hAnsi="仿宋"/>
          <w:sz w:val="32"/>
          <w:lang w:eastAsia="zh-CN"/>
        </w:rPr>
        <w:t>孙并被</w:t>
      </w:r>
      <w:proofErr w:type="gramEnd"/>
      <w:r>
        <w:rPr>
          <w:rFonts w:ascii="仿宋" w:eastAsia="仿宋" w:hAnsi="仿宋"/>
          <w:sz w:val="32"/>
          <w:lang w:eastAsia="zh-CN"/>
        </w:rPr>
        <w:t>残害，弯曲病骨，写出兵法诗300篇，多数是圣贤发愤而作。我横遭祸事。身屈一残。青史不可废。</w:t>
      </w:r>
    </w:p>
    <w:p w14:paraId="00F54066" w14:textId="77777777" w:rsidR="00E87C95" w:rsidRDefault="00000000">
      <w:pPr>
        <w:spacing w:after="0" w:line="579" w:lineRule="exact"/>
        <w:ind w:firstLine="640"/>
        <w:rPr>
          <w:lang w:eastAsia="zh-CN"/>
        </w:rPr>
      </w:pPr>
      <w:r>
        <w:rPr>
          <w:rFonts w:ascii="仿宋" w:eastAsia="仿宋" w:hAnsi="仿宋"/>
          <w:sz w:val="32"/>
          <w:lang w:eastAsia="zh-CN"/>
        </w:rPr>
        <w:t>一百三十篇。五十二万六千五百字。铸就《太史公书》。敢问足下。此书。当到我司马迁再活一世。方得一世重生。堪称万世。不朽。哦。好爽。哦哦哦。换上飞机，换上飞机，</w:t>
      </w:r>
    </w:p>
    <w:p w14:paraId="5BB44A9E" w14:textId="77777777" w:rsidR="00E87C95" w:rsidRDefault="00000000">
      <w:pPr>
        <w:spacing w:after="0" w:line="579" w:lineRule="exact"/>
        <w:ind w:firstLine="640"/>
        <w:rPr>
          <w:lang w:eastAsia="zh-CN"/>
        </w:rPr>
      </w:pPr>
      <w:r>
        <w:rPr>
          <w:rFonts w:ascii="仿宋" w:eastAsia="仿宋" w:hAnsi="仿宋"/>
          <w:sz w:val="32"/>
          <w:lang w:eastAsia="zh-CN"/>
        </w:rPr>
        <w:t>换上飞机。杀他们，杀他们，杀他们不可靠。大王洋地不足，偷袭兵士，全部捕获，杀了他们。杀了他们，杀了他们不可。大王，我们与原地不足数次交战，每次都是我们打赢，每次您都放了他们，这次不能再放了。</w:t>
      </w:r>
    </w:p>
    <w:p w14:paraId="2E9F66C4" w14:textId="77777777" w:rsidR="00E87C95" w:rsidRDefault="00000000">
      <w:pPr>
        <w:spacing w:after="0" w:line="579" w:lineRule="exact"/>
        <w:ind w:firstLine="640"/>
        <w:rPr>
          <w:lang w:eastAsia="zh-CN"/>
        </w:rPr>
      </w:pPr>
      <w:r>
        <w:rPr>
          <w:rFonts w:ascii="仿宋" w:eastAsia="仿宋" w:hAnsi="仿宋"/>
          <w:sz w:val="32"/>
          <w:lang w:eastAsia="zh-CN"/>
        </w:rPr>
        <w:t>要给死去的将士一个交代，我说过。要感念炎帝的恩德。不能轻易上他的后尘。可死去的也是我们的族人。兄弟们都在征战中死去，大王不能让他们白死。杀了他们。我是炎帝不足的王。你可以杀我。但请放了我的族人。大王，大王，大王。氢气。</w:t>
      </w:r>
    </w:p>
    <w:p w14:paraId="34364A91" w14:textId="77777777" w:rsidR="00E87C95" w:rsidRDefault="00000000">
      <w:pPr>
        <w:spacing w:after="0" w:line="579" w:lineRule="exact"/>
        <w:ind w:firstLine="640"/>
        <w:rPr>
          <w:lang w:eastAsia="zh-CN"/>
        </w:rPr>
      </w:pPr>
      <w:r>
        <w:rPr>
          <w:rFonts w:ascii="仿宋" w:eastAsia="仿宋" w:hAnsi="仿宋"/>
          <w:sz w:val="32"/>
          <w:lang w:eastAsia="zh-CN"/>
        </w:rPr>
        <w:t>放了他们。大王。神农氏</w:t>
      </w:r>
      <w:proofErr w:type="gramStart"/>
      <w:r>
        <w:rPr>
          <w:rFonts w:ascii="仿宋" w:eastAsia="仿宋" w:hAnsi="仿宋"/>
          <w:sz w:val="32"/>
          <w:lang w:eastAsia="zh-CN"/>
        </w:rPr>
        <w:t>世</w:t>
      </w:r>
      <w:proofErr w:type="gramEnd"/>
      <w:r>
        <w:rPr>
          <w:rFonts w:ascii="仿宋" w:eastAsia="仿宋" w:hAnsi="仿宋"/>
          <w:sz w:val="32"/>
          <w:lang w:eastAsia="zh-CN"/>
        </w:rPr>
        <w:t>衰，各诸侯相争，暴虐百姓。使生命陷入战乱，饱受苦难。你我</w:t>
      </w:r>
      <w:proofErr w:type="gramStart"/>
      <w:r>
        <w:rPr>
          <w:rFonts w:ascii="仿宋" w:eastAsia="仿宋" w:hAnsi="仿宋"/>
          <w:sz w:val="32"/>
          <w:lang w:eastAsia="zh-CN"/>
        </w:rPr>
        <w:t>两族本就是</w:t>
      </w:r>
      <w:proofErr w:type="gramEnd"/>
      <w:r>
        <w:rPr>
          <w:rFonts w:ascii="仿宋" w:eastAsia="仿宋" w:hAnsi="仿宋"/>
          <w:sz w:val="32"/>
          <w:lang w:eastAsia="zh-CN"/>
        </w:rPr>
        <w:t>一家人。本应</w:t>
      </w:r>
      <w:r>
        <w:rPr>
          <w:rFonts w:ascii="仿宋" w:eastAsia="仿宋" w:hAnsi="仿宋"/>
          <w:sz w:val="32"/>
          <w:lang w:eastAsia="zh-CN"/>
        </w:rPr>
        <w:lastRenderedPageBreak/>
        <w:t>同心同德。如今各</w:t>
      </w:r>
      <w:proofErr w:type="gramStart"/>
      <w:r>
        <w:rPr>
          <w:rFonts w:ascii="仿宋" w:eastAsia="仿宋" w:hAnsi="仿宋"/>
          <w:sz w:val="32"/>
          <w:lang w:eastAsia="zh-CN"/>
        </w:rPr>
        <w:t>不</w:t>
      </w:r>
      <w:proofErr w:type="gramEnd"/>
      <w:r>
        <w:rPr>
          <w:rFonts w:ascii="仿宋" w:eastAsia="仿宋" w:hAnsi="仿宋"/>
          <w:sz w:val="32"/>
          <w:lang w:eastAsia="zh-CN"/>
        </w:rPr>
        <w:t>族相争。早已不负当年盛况。我数次交战。也是为了能够再次实现天下一统。民生安定。我足善战。</w:t>
      </w:r>
    </w:p>
    <w:p w14:paraId="21D75C97" w14:textId="77777777" w:rsidR="00E87C95" w:rsidRDefault="00000000">
      <w:pPr>
        <w:spacing w:after="0" w:line="579" w:lineRule="exact"/>
        <w:ind w:firstLine="640"/>
        <w:rPr>
          <w:lang w:eastAsia="zh-CN"/>
        </w:rPr>
      </w:pPr>
      <w:r>
        <w:rPr>
          <w:rFonts w:ascii="仿宋" w:eastAsia="仿宋" w:hAnsi="仿宋"/>
          <w:sz w:val="32"/>
          <w:lang w:eastAsia="zh-CN"/>
        </w:rPr>
        <w:t>女足善耕。只要两族一统。就可安定天下。百姓就能免于战乱。好自今日起。我炎帝不足与黄帝不足。同归一体。同归一体。让安定踢走党。</w:t>
      </w:r>
      <w:proofErr w:type="gramStart"/>
      <w:r>
        <w:rPr>
          <w:rFonts w:ascii="仿宋" w:eastAsia="仿宋" w:hAnsi="仿宋"/>
          <w:sz w:val="32"/>
          <w:lang w:eastAsia="zh-CN"/>
        </w:rPr>
        <w:t>炎黄炎黄炎黄炎黄</w:t>
      </w:r>
      <w:proofErr w:type="gramEnd"/>
      <w:r>
        <w:rPr>
          <w:rFonts w:ascii="仿宋" w:eastAsia="仿宋" w:hAnsi="仿宋"/>
          <w:sz w:val="32"/>
          <w:lang w:eastAsia="zh-CN"/>
        </w:rPr>
        <w:t>。炎黄联盟，万世永记。拜黄帝。此乃《史记》之开篇。记载了中华民族人文始祖黄帝的生平。4000多年前。</w:t>
      </w:r>
    </w:p>
    <w:p w14:paraId="5E07E45F" w14:textId="77777777" w:rsidR="00E87C95" w:rsidRDefault="00000000">
      <w:pPr>
        <w:spacing w:after="0" w:line="579" w:lineRule="exact"/>
        <w:ind w:firstLine="640"/>
        <w:rPr>
          <w:lang w:eastAsia="zh-CN"/>
        </w:rPr>
      </w:pPr>
      <w:r>
        <w:rPr>
          <w:rFonts w:ascii="仿宋" w:eastAsia="仿宋" w:hAnsi="仿宋"/>
          <w:sz w:val="32"/>
          <w:lang w:eastAsia="zh-CN"/>
        </w:rPr>
        <w:t>炎黄合体。诸侯宾从。开创了民族融合安定一统的上古秩序。此后，全世界华人有了一个共同的名字。炎黄子孙。这个名字千年不改万年。日月有明。这月亮。量过多少人，人生苦短。数十个函数。怎么去？你跟朕一样。都老了。</w:t>
      </w:r>
    </w:p>
    <w:p w14:paraId="6FD0F058" w14:textId="77777777" w:rsidR="00E87C95" w:rsidRDefault="00000000">
      <w:pPr>
        <w:spacing w:after="0" w:line="579" w:lineRule="exact"/>
        <w:ind w:firstLine="640"/>
        <w:rPr>
          <w:lang w:eastAsia="zh-CN"/>
        </w:rPr>
      </w:pPr>
      <w:r>
        <w:rPr>
          <w:rFonts w:ascii="仿宋" w:eastAsia="仿宋" w:hAnsi="仿宋"/>
          <w:sz w:val="32"/>
          <w:lang w:eastAsia="zh-CN"/>
        </w:rPr>
        <w:t>《太史公书》开篇。不定义本迹。黄帝，你写的好。承德尚武，政风万民。我大汉，你想黄帝之美德后世。亦当以黄帝。为典范。谢陛下。《太史公书》详细载入秦汉。上继轩辕黄帝下，至于今注12本纪修订</w:t>
      </w:r>
      <w:proofErr w:type="gramStart"/>
      <w:r>
        <w:rPr>
          <w:rFonts w:ascii="仿宋" w:eastAsia="仿宋" w:hAnsi="仿宋"/>
          <w:sz w:val="32"/>
          <w:lang w:eastAsia="zh-CN"/>
        </w:rPr>
        <w:t>年代表</w:t>
      </w:r>
      <w:proofErr w:type="gramEnd"/>
      <w:r>
        <w:rPr>
          <w:rFonts w:ascii="仿宋" w:eastAsia="仿宋" w:hAnsi="仿宋"/>
          <w:sz w:val="32"/>
          <w:lang w:eastAsia="zh-CN"/>
        </w:rPr>
        <w:t>数差异。</w:t>
      </w:r>
      <w:proofErr w:type="gramStart"/>
      <w:r>
        <w:rPr>
          <w:rFonts w:ascii="仿宋" w:eastAsia="仿宋" w:hAnsi="仿宋"/>
          <w:sz w:val="32"/>
          <w:lang w:eastAsia="zh-CN"/>
        </w:rPr>
        <w:t>做识表</w:t>
      </w:r>
      <w:proofErr w:type="gramEnd"/>
      <w:r>
        <w:rPr>
          <w:rFonts w:ascii="仿宋" w:eastAsia="仿宋" w:hAnsi="仿宋"/>
          <w:sz w:val="32"/>
          <w:lang w:eastAsia="zh-CN"/>
        </w:rPr>
        <w:t>。</w:t>
      </w:r>
    </w:p>
    <w:p w14:paraId="3DA14606" w14:textId="77777777" w:rsidR="00E87C95" w:rsidRDefault="00000000">
      <w:pPr>
        <w:spacing w:after="0" w:line="579" w:lineRule="exact"/>
        <w:ind w:firstLine="640"/>
        <w:rPr>
          <w:lang w:eastAsia="zh-CN"/>
        </w:rPr>
      </w:pPr>
      <w:r>
        <w:rPr>
          <w:rFonts w:ascii="仿宋" w:eastAsia="仿宋" w:hAnsi="仿宋"/>
          <w:sz w:val="32"/>
          <w:lang w:eastAsia="zh-CN"/>
        </w:rPr>
        <w:t>礼乐损于履历感易。冰泉山川鬼神天，人之际成璧通。便作八书28宿，列星环绕北辰。30根车</w:t>
      </w:r>
      <w:proofErr w:type="gramStart"/>
      <w:r>
        <w:rPr>
          <w:rFonts w:ascii="仿宋" w:eastAsia="仿宋" w:hAnsi="仿宋"/>
          <w:sz w:val="32"/>
          <w:lang w:eastAsia="zh-CN"/>
        </w:rPr>
        <w:t>符给予车骨运行</w:t>
      </w:r>
      <w:proofErr w:type="gramEnd"/>
      <w:r>
        <w:rPr>
          <w:rFonts w:ascii="仿宋" w:eastAsia="仿宋" w:hAnsi="仿宋"/>
          <w:sz w:val="32"/>
          <w:lang w:eastAsia="zh-CN"/>
        </w:rPr>
        <w:t>无穷。</w:t>
      </w:r>
      <w:proofErr w:type="gramStart"/>
      <w:r>
        <w:rPr>
          <w:rFonts w:ascii="仿宋" w:eastAsia="仿宋" w:hAnsi="仿宋"/>
          <w:sz w:val="32"/>
          <w:lang w:eastAsia="zh-CN"/>
        </w:rPr>
        <w:t>府必古功</w:t>
      </w:r>
      <w:proofErr w:type="gramEnd"/>
      <w:r>
        <w:rPr>
          <w:rFonts w:ascii="仿宋" w:eastAsia="仿宋" w:hAnsi="仿宋"/>
          <w:sz w:val="32"/>
          <w:lang w:eastAsia="zh-CN"/>
        </w:rPr>
        <w:t>之臣，与此相当忠信。行道奉</w:t>
      </w:r>
      <w:proofErr w:type="gramStart"/>
      <w:r>
        <w:rPr>
          <w:rFonts w:ascii="仿宋" w:eastAsia="仿宋" w:hAnsi="仿宋"/>
          <w:sz w:val="32"/>
          <w:lang w:eastAsia="zh-CN"/>
        </w:rPr>
        <w:t>世</w:t>
      </w:r>
      <w:proofErr w:type="gramEnd"/>
      <w:r>
        <w:rPr>
          <w:rFonts w:ascii="仿宋" w:eastAsia="仿宋" w:hAnsi="仿宋"/>
          <w:sz w:val="32"/>
          <w:lang w:eastAsia="zh-CN"/>
        </w:rPr>
        <w:t>祖上坐30世家。有些人仗义而行，立功名于天下，做70列传，总计一百三十篇，五十二万六千五百字，称为。</w:t>
      </w:r>
    </w:p>
    <w:p w14:paraId="6F0816F0" w14:textId="77777777" w:rsidR="00E87C95" w:rsidRDefault="00000000">
      <w:pPr>
        <w:spacing w:after="0" w:line="579" w:lineRule="exact"/>
        <w:ind w:firstLine="640"/>
        <w:rPr>
          <w:lang w:eastAsia="zh-CN"/>
        </w:rPr>
      </w:pPr>
      <w:r>
        <w:rPr>
          <w:rFonts w:ascii="仿宋" w:eastAsia="仿宋" w:hAnsi="仿宋"/>
          <w:sz w:val="32"/>
          <w:lang w:eastAsia="zh-CN"/>
        </w:rPr>
        <w:t>《太史公书》。其实。可以资政。可以育人。此书很重要。但也。不可随意翻阅流传。嗯，这。会则今有篇目。给</w:t>
      </w:r>
      <w:r>
        <w:rPr>
          <w:rFonts w:ascii="仿宋" w:eastAsia="仿宋" w:hAnsi="仿宋"/>
          <w:sz w:val="32"/>
          <w:lang w:eastAsia="zh-CN"/>
        </w:rPr>
        <w:lastRenderedPageBreak/>
        <w:t>皇子们读读。谢陛下。现《太史公书》已入阁。二是公输。是</w:t>
      </w:r>
      <w:proofErr w:type="gramStart"/>
      <w:r>
        <w:rPr>
          <w:rFonts w:ascii="仿宋" w:eastAsia="仿宋" w:hAnsi="仿宋"/>
          <w:sz w:val="32"/>
          <w:lang w:eastAsia="zh-CN"/>
        </w:rPr>
        <w:t>不</w:t>
      </w:r>
      <w:proofErr w:type="gramEnd"/>
      <w:r>
        <w:rPr>
          <w:rFonts w:ascii="仿宋" w:eastAsia="仿宋" w:hAnsi="仿宋"/>
          <w:sz w:val="32"/>
          <w:lang w:eastAsia="zh-CN"/>
        </w:rPr>
        <w:t>巨著。</w:t>
      </w:r>
    </w:p>
    <w:p w14:paraId="2464EF53" w14:textId="77777777" w:rsidR="00E87C95" w:rsidRDefault="00000000">
      <w:pPr>
        <w:spacing w:after="0" w:line="579" w:lineRule="exact"/>
        <w:ind w:firstLine="640"/>
        <w:rPr>
          <w:lang w:eastAsia="zh-CN"/>
        </w:rPr>
      </w:pPr>
      <w:r>
        <w:rPr>
          <w:rFonts w:ascii="仿宋" w:eastAsia="仿宋" w:hAnsi="仿宋"/>
          <w:sz w:val="32"/>
          <w:lang w:eastAsia="zh-CN"/>
        </w:rPr>
        <w:t>只有我</w:t>
      </w:r>
      <w:proofErr w:type="gramStart"/>
      <w:r>
        <w:rPr>
          <w:rFonts w:ascii="仿宋" w:eastAsia="仿宋" w:hAnsi="仿宋"/>
          <w:sz w:val="32"/>
          <w:lang w:eastAsia="zh-CN"/>
        </w:rPr>
        <w:t>到汉太时</w:t>
      </w:r>
      <w:proofErr w:type="gramEnd"/>
      <w:r>
        <w:rPr>
          <w:rFonts w:ascii="仿宋" w:eastAsia="仿宋" w:hAnsi="仿宋"/>
          <w:sz w:val="32"/>
          <w:lang w:eastAsia="zh-CN"/>
        </w:rPr>
        <w:t>。还写得出。哈哈</w:t>
      </w:r>
      <w:proofErr w:type="gramStart"/>
      <w:r>
        <w:rPr>
          <w:rFonts w:ascii="仿宋" w:eastAsia="仿宋" w:hAnsi="仿宋"/>
          <w:sz w:val="32"/>
          <w:lang w:eastAsia="zh-CN"/>
        </w:rPr>
        <w:t>哈</w:t>
      </w:r>
      <w:proofErr w:type="gramEnd"/>
      <w:r>
        <w:rPr>
          <w:rFonts w:ascii="仿宋" w:eastAsia="仿宋" w:hAnsi="仿宋"/>
          <w:sz w:val="32"/>
          <w:lang w:eastAsia="zh-CN"/>
        </w:rPr>
        <w:t>，谢陛下。嗯。《太史公书》一部已经入阁。但我看见杨恽手里还有一卷。我猜那应该是您留给世人的一步。聪明《太史公书》藏之名山也，应当传之其人。</w:t>
      </w:r>
      <w:proofErr w:type="gramStart"/>
      <w:r>
        <w:rPr>
          <w:rFonts w:ascii="仿宋" w:eastAsia="仿宋" w:hAnsi="仿宋"/>
          <w:sz w:val="32"/>
          <w:lang w:eastAsia="zh-CN"/>
        </w:rPr>
        <w:t>通意大都</w:t>
      </w:r>
      <w:proofErr w:type="gramEnd"/>
      <w:r>
        <w:rPr>
          <w:rFonts w:ascii="仿宋" w:eastAsia="仿宋" w:hAnsi="仿宋"/>
          <w:sz w:val="32"/>
          <w:lang w:eastAsia="zh-CN"/>
        </w:rPr>
        <w:t>。青史人人可读。人人应得。今日，我终于可以告慰先父了。</w:t>
      </w:r>
    </w:p>
    <w:p w14:paraId="4F3DF9A0" w14:textId="77777777" w:rsidR="00E87C95" w:rsidRDefault="00000000">
      <w:pPr>
        <w:spacing w:after="0" w:line="579" w:lineRule="exact"/>
        <w:ind w:firstLine="640"/>
        <w:rPr>
          <w:lang w:eastAsia="zh-CN"/>
        </w:rPr>
      </w:pPr>
      <w:r>
        <w:rPr>
          <w:rFonts w:ascii="仿宋" w:eastAsia="仿宋" w:hAnsi="仿宋"/>
          <w:sz w:val="32"/>
          <w:lang w:eastAsia="zh-CN"/>
        </w:rPr>
        <w:t>迁儿。辛苦了。为父母。</w:t>
      </w:r>
      <w:proofErr w:type="gramStart"/>
      <w:r>
        <w:rPr>
          <w:rFonts w:ascii="仿宋" w:eastAsia="仿宋" w:hAnsi="仿宋"/>
          <w:sz w:val="32"/>
          <w:lang w:eastAsia="zh-CN"/>
        </w:rPr>
        <w:t>逮</w:t>
      </w:r>
      <w:proofErr w:type="gramEnd"/>
      <w:r>
        <w:rPr>
          <w:rFonts w:ascii="仿宋" w:eastAsia="仿宋" w:hAnsi="仿宋"/>
          <w:sz w:val="32"/>
          <w:lang w:eastAsia="zh-CN"/>
        </w:rPr>
        <w:t>司马家族。谢谢你。父亲前儿没有辜负您的培养。岂在颛顼。命难正宗。第四篇非正理</w:t>
      </w:r>
      <w:proofErr w:type="gramStart"/>
      <w:r>
        <w:rPr>
          <w:rFonts w:ascii="仿宋" w:eastAsia="仿宋" w:hAnsi="仿宋"/>
          <w:sz w:val="32"/>
          <w:lang w:eastAsia="zh-CN"/>
        </w:rPr>
        <w:t>以死逼生在</w:t>
      </w:r>
      <w:proofErr w:type="gramEnd"/>
      <w:r>
        <w:rPr>
          <w:rFonts w:ascii="仿宋" w:eastAsia="仿宋" w:hAnsi="仿宋"/>
          <w:sz w:val="32"/>
          <w:lang w:eastAsia="zh-CN"/>
        </w:rPr>
        <w:t>史官之家你我父子。两代太史令。信不如命。啊哈哈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w:t>
      </w:r>
    </w:p>
    <w:p w14:paraId="179E4AFD" w14:textId="77777777" w:rsidR="00E87C95" w:rsidRDefault="00000000">
      <w:pPr>
        <w:spacing w:after="0" w:line="579" w:lineRule="exact"/>
        <w:ind w:firstLine="640"/>
        <w:rPr>
          <w:lang w:eastAsia="zh-CN"/>
        </w:rPr>
      </w:pPr>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。呵呵</w:t>
      </w:r>
      <w:proofErr w:type="gramStart"/>
      <w:r>
        <w:rPr>
          <w:rFonts w:ascii="仿宋" w:eastAsia="仿宋" w:hAnsi="仿宋"/>
          <w:sz w:val="32"/>
          <w:lang w:eastAsia="zh-CN"/>
        </w:rPr>
        <w:t>呵</w:t>
      </w:r>
      <w:proofErr w:type="gramEnd"/>
      <w:r>
        <w:rPr>
          <w:rFonts w:ascii="仿宋" w:eastAsia="仿宋" w:hAnsi="仿宋"/>
          <w:sz w:val="32"/>
          <w:lang w:eastAsia="zh-CN"/>
        </w:rPr>
        <w:t>。对。先生。您的心愿终于了却圆满了，足下我还有一念挂牵。《太史公书》。后世流传如何。这样吧，先生。晚生。带您去看一看。《太史公书》。是我外祖</w:t>
      </w:r>
      <w:proofErr w:type="gramStart"/>
      <w:r>
        <w:rPr>
          <w:rFonts w:ascii="仿宋" w:eastAsia="仿宋" w:hAnsi="仿宋"/>
          <w:sz w:val="32"/>
          <w:lang w:eastAsia="zh-CN"/>
        </w:rPr>
        <w:t>太</w:t>
      </w:r>
      <w:proofErr w:type="gramEnd"/>
      <w:r>
        <w:rPr>
          <w:rFonts w:ascii="仿宋" w:eastAsia="仿宋" w:hAnsi="仿宋"/>
          <w:sz w:val="32"/>
          <w:lang w:eastAsia="zh-CN"/>
        </w:rPr>
        <w:t>史公司马迁所写的。今日我将他公之于世。</w:t>
      </w:r>
    </w:p>
    <w:p w14:paraId="2EAF99E9" w14:textId="77777777" w:rsidR="00E87C95" w:rsidRDefault="00000000">
      <w:pPr>
        <w:spacing w:after="0" w:line="579" w:lineRule="exact"/>
        <w:ind w:firstLine="640"/>
        <w:rPr>
          <w:lang w:eastAsia="zh-CN"/>
        </w:rPr>
      </w:pPr>
      <w:r>
        <w:rPr>
          <w:rFonts w:ascii="仿宋" w:eastAsia="仿宋" w:hAnsi="仿宋"/>
          <w:sz w:val="32"/>
          <w:lang w:eastAsia="zh-CN"/>
        </w:rPr>
        <w:t>《太史公书》应该被天下人看到。您的外孙杨</w:t>
      </w:r>
      <w:proofErr w:type="gramStart"/>
      <w:r>
        <w:rPr>
          <w:rFonts w:ascii="仿宋" w:eastAsia="仿宋" w:hAnsi="仿宋"/>
          <w:sz w:val="32"/>
          <w:lang w:eastAsia="zh-CN"/>
        </w:rPr>
        <w:t>恽</w:t>
      </w:r>
      <w:proofErr w:type="gramEnd"/>
      <w:r>
        <w:rPr>
          <w:rFonts w:ascii="仿宋" w:eastAsia="仿宋" w:hAnsi="仿宋"/>
          <w:sz w:val="32"/>
          <w:lang w:eastAsia="zh-CN"/>
        </w:rPr>
        <w:t>，他把《太史公书》公之于世，这样我们在几千年后。才能读到这本书。果然是个好孩子。而这两位是。东汉史学家班固。他的父亲班彪钻研并书写了您的《太史公书》。班固受父亲影响，</w:t>
      </w:r>
      <w:proofErr w:type="gramStart"/>
      <w:r>
        <w:rPr>
          <w:rFonts w:ascii="仿宋" w:eastAsia="仿宋" w:hAnsi="仿宋"/>
          <w:sz w:val="32"/>
          <w:lang w:eastAsia="zh-CN"/>
        </w:rPr>
        <w:t>休撰了《汉书》</w:t>
      </w:r>
      <w:proofErr w:type="gramEnd"/>
      <w:r>
        <w:rPr>
          <w:rFonts w:ascii="仿宋" w:eastAsia="仿宋" w:hAnsi="仿宋"/>
          <w:sz w:val="32"/>
          <w:lang w:eastAsia="zh-CN"/>
        </w:rPr>
        <w:t>。《太史公书》。《汉书》后，《汉书》《三国志》这四部史书并称为前四史。啊，</w:t>
      </w:r>
    </w:p>
    <w:p w14:paraId="21B05CDC" w14:textId="77777777" w:rsidR="00E87C95" w:rsidRDefault="00000000">
      <w:pPr>
        <w:spacing w:after="0" w:line="579" w:lineRule="exact"/>
        <w:ind w:firstLine="640"/>
        <w:rPr>
          <w:lang w:eastAsia="zh-CN"/>
        </w:rPr>
      </w:pPr>
      <w:r>
        <w:rPr>
          <w:rFonts w:ascii="仿宋" w:eastAsia="仿宋" w:hAnsi="仿宋"/>
          <w:sz w:val="32"/>
          <w:lang w:eastAsia="zh-CN"/>
        </w:rPr>
        <w:lastRenderedPageBreak/>
        <w:t>中华历史。更需延绵。后后世唐朝也是一个极为繁荣强盛的朝代。宰相魏征领衔撰写了《隋书》。也是从那个时候开始设立了编写纪传体史书的国家制度。《史记》成为了正史。家国情史。国家主修。好。您再看这个。24史。您看您的《史记》位列24史之首。而且我告诉你，后世历代正史。全都传承了您开创的纪传体。</w:t>
      </w:r>
    </w:p>
    <w:p w14:paraId="05E715E7" w14:textId="77777777" w:rsidR="00E87C95" w:rsidRDefault="00000000">
      <w:pPr>
        <w:spacing w:after="0" w:line="579" w:lineRule="exact"/>
        <w:ind w:firstLine="640"/>
        <w:rPr>
          <w:lang w:eastAsia="zh-CN"/>
        </w:rPr>
      </w:pPr>
      <w:proofErr w:type="spellStart"/>
      <w:r>
        <w:rPr>
          <w:rFonts w:ascii="仿宋" w:eastAsia="仿宋" w:hAnsi="仿宋"/>
          <w:sz w:val="32"/>
        </w:rPr>
        <w:t>天地永恒。青是有心。好</w:t>
      </w:r>
      <w:proofErr w:type="spellEnd"/>
      <w:r>
        <w:rPr>
          <w:rFonts w:ascii="仿宋" w:eastAsia="仿宋" w:hAnsi="仿宋"/>
          <w:sz w:val="32"/>
        </w:rPr>
        <w:t>。</w:t>
      </w:r>
      <w:r>
        <w:rPr>
          <w:rFonts w:ascii="仿宋" w:eastAsia="仿宋" w:hAnsi="仿宋"/>
          <w:sz w:val="32"/>
          <w:lang w:eastAsia="zh-CN"/>
        </w:rPr>
        <w:t>您还记得我之前提过的那位后世的鲁迅先生吗？他是后世一位伟大的文学家和思想家。对您的《史记》极为推载。欲之大道。必先为史。独立使者。不可不读《史记》。《史记》堪称史家之绝唱。无韵之《离骚》。这位先生过誉了。呵呵呵。唉，</w:t>
      </w:r>
    </w:p>
    <w:p w14:paraId="0D3FF851" w14:textId="77777777" w:rsidR="00E87C95" w:rsidRDefault="00000000">
      <w:pPr>
        <w:spacing w:after="0" w:line="579" w:lineRule="exact"/>
        <w:ind w:firstLine="640"/>
        <w:rPr>
          <w:lang w:eastAsia="zh-CN"/>
        </w:rPr>
      </w:pPr>
      <w:r>
        <w:rPr>
          <w:rFonts w:ascii="仿宋" w:eastAsia="仿宋" w:hAnsi="仿宋"/>
          <w:sz w:val="32"/>
          <w:lang w:eastAsia="zh-CN"/>
        </w:rPr>
        <w:t>在我生活的这个时代，国家非常重视历史，学生入学历史是必修课。而且实际是当中非常重要的一部分。好。先生，感谢先生。书写青史。写得精彩。请受炎黄子孙。一败。</w:t>
      </w:r>
      <w:proofErr w:type="gramStart"/>
      <w:r>
        <w:rPr>
          <w:rFonts w:ascii="仿宋" w:eastAsia="仿宋" w:hAnsi="仿宋"/>
          <w:sz w:val="32"/>
          <w:lang w:eastAsia="zh-CN"/>
        </w:rPr>
        <w:t>王学习</w:t>
      </w:r>
      <w:proofErr w:type="gramEnd"/>
      <w:r>
        <w:rPr>
          <w:rFonts w:ascii="仿宋" w:eastAsia="仿宋" w:hAnsi="仿宋"/>
          <w:sz w:val="32"/>
          <w:lang w:eastAsia="zh-CN"/>
        </w:rPr>
        <w:t>老师呢？真的是演绎出了司马迁特有的风骨。虽然。王学圻老师扮演的司马迁。</w:t>
      </w:r>
    </w:p>
    <w:p w14:paraId="6A25F425" w14:textId="77777777" w:rsidR="00E87C95" w:rsidRDefault="00000000">
      <w:pPr>
        <w:spacing w:after="0" w:line="579" w:lineRule="exact"/>
        <w:ind w:firstLine="640"/>
        <w:rPr>
          <w:lang w:eastAsia="zh-CN"/>
        </w:rPr>
      </w:pPr>
      <w:r>
        <w:rPr>
          <w:rFonts w:ascii="仿宋" w:eastAsia="仿宋" w:hAnsi="仿宋"/>
          <w:sz w:val="32"/>
          <w:lang w:eastAsia="zh-CN"/>
        </w:rPr>
        <w:t>以不可能的方式走到了当代，但是我觉得我们当代应该给</w:t>
      </w:r>
      <w:proofErr w:type="gramStart"/>
      <w:r>
        <w:rPr>
          <w:rFonts w:ascii="仿宋" w:eastAsia="仿宋" w:hAnsi="仿宋"/>
          <w:sz w:val="32"/>
          <w:lang w:eastAsia="zh-CN"/>
        </w:rPr>
        <w:t>太</w:t>
      </w:r>
      <w:proofErr w:type="gramEnd"/>
      <w:r>
        <w:rPr>
          <w:rFonts w:ascii="仿宋" w:eastAsia="仿宋" w:hAnsi="仿宋"/>
          <w:sz w:val="32"/>
          <w:lang w:eastAsia="zh-CN"/>
        </w:rPr>
        <w:t>史公。这样一个走入我们历史的机会。让他看一看。他花费了毕生心血的那些人物。成了一位我们心目当中的英雄。成为了孩子们从小就在阅读的人物。他们一直都活在我们的生命当中，并且因为这些人物，我们活得更精彩，更提气。</w:t>
      </w:r>
      <w:r>
        <w:rPr>
          <w:rFonts w:ascii="仿宋" w:eastAsia="仿宋" w:hAnsi="仿宋"/>
          <w:sz w:val="32"/>
          <w:lang w:eastAsia="zh-CN"/>
        </w:rPr>
        <w:lastRenderedPageBreak/>
        <w:t>更有壮志，我觉得这是对于司马迁。一个特别好的一个报答。就是我们没有愧对他的这一番苦心。</w:t>
      </w:r>
    </w:p>
    <w:p w14:paraId="4D141C89" w14:textId="77777777" w:rsidR="00E87C95" w:rsidRDefault="00000000">
      <w:pPr>
        <w:spacing w:after="0" w:line="579" w:lineRule="exact"/>
        <w:ind w:firstLine="640"/>
        <w:rPr>
          <w:lang w:eastAsia="zh-CN"/>
        </w:rPr>
      </w:pPr>
      <w:r>
        <w:rPr>
          <w:rFonts w:ascii="仿宋" w:eastAsia="仿宋" w:hAnsi="仿宋"/>
          <w:sz w:val="32"/>
          <w:lang w:eastAsia="zh-CN"/>
        </w:rPr>
        <w:t>和当年的。这个孤独的。沉重的甚至是屈辱的那一段岁月的熬过。感谢司马迁给我们留下这么一部信使。创造了纪传体这样一种写法，还不仅写了帝王将相啊，才子佳人呐，同时他还有刺客。有游侠，有货执。哈贩夫走卒，其实历史就是人民创造的，只有以人民为视角。把人民作为核心，才能够写出这样的精彩的青史，</w:t>
      </w:r>
    </w:p>
    <w:p w14:paraId="17979F98" w14:textId="77777777" w:rsidR="00E87C95" w:rsidRDefault="00000000">
      <w:pPr>
        <w:spacing w:after="0" w:line="579" w:lineRule="exact"/>
        <w:ind w:firstLine="640"/>
        <w:rPr>
          <w:lang w:eastAsia="zh-CN"/>
        </w:rPr>
      </w:pPr>
      <w:r>
        <w:rPr>
          <w:rFonts w:ascii="仿宋" w:eastAsia="仿宋" w:hAnsi="仿宋"/>
          <w:sz w:val="32"/>
          <w:lang w:eastAsia="zh-CN"/>
        </w:rPr>
        <w:t>也才能创造出。更加精彩的请示。我是搞实际研究的，我认为这个戏剧啊，把炎黄两个部落的联盟。放到结尾与开头，黄帝把首尾呼应起来啊！司马迁大一统历史观与家国情怀。这两个特殊的民族感情处理的非常跌荡，现在实际已经走入了。千家万户。把这个家国情怀深深地注入了每一个中华民族后世子孙的。学以理欲知大道，必先为史。其实，</w:t>
      </w:r>
    </w:p>
    <w:p w14:paraId="2ED24C4F" w14:textId="77777777" w:rsidR="00E87C95" w:rsidRDefault="00000000">
      <w:pPr>
        <w:spacing w:after="0" w:line="579" w:lineRule="exact"/>
        <w:ind w:firstLine="640"/>
        <w:rPr>
          <w:lang w:eastAsia="zh-CN"/>
        </w:rPr>
      </w:pPr>
      <w:r>
        <w:rPr>
          <w:rFonts w:ascii="仿宋" w:eastAsia="仿宋" w:hAnsi="仿宋"/>
          <w:sz w:val="32"/>
          <w:lang w:eastAsia="zh-CN"/>
        </w:rPr>
        <w:t>重视记录和传承历史是中华民族的文化传统。我们为什么要写史？因为</w:t>
      </w:r>
      <w:proofErr w:type="gramStart"/>
      <w:r>
        <w:rPr>
          <w:rFonts w:ascii="仿宋" w:eastAsia="仿宋" w:hAnsi="仿宋"/>
          <w:sz w:val="32"/>
          <w:lang w:eastAsia="zh-CN"/>
        </w:rPr>
        <w:t>我们要述往事以</w:t>
      </w:r>
      <w:proofErr w:type="gramEnd"/>
      <w:r>
        <w:rPr>
          <w:rFonts w:ascii="仿宋" w:eastAsia="仿宋" w:hAnsi="仿宋"/>
          <w:sz w:val="32"/>
          <w:lang w:eastAsia="zh-CN"/>
        </w:rPr>
        <w:t>。观成败见得失明是非，我们为什么要读史？因为我们要在学脉和文脉传承中找到个人。民主的根。我想这就是我们永远都要读《史记》。的原因，谢谢大家。</w:t>
      </w:r>
    </w:p>
    <w:p w14:paraId="54C62E1E" w14:textId="77777777" w:rsidR="00E87C95" w:rsidRDefault="00000000">
      <w:pPr>
        <w:rPr>
          <w:lang w:eastAsia="zh-CN"/>
        </w:rPr>
      </w:pPr>
      <w:r>
        <w:rPr>
          <w:lang w:eastAsia="zh-CN"/>
        </w:rPr>
        <w:br w:type="page"/>
      </w:r>
    </w:p>
    <w:p w14:paraId="51E4104F" w14:textId="77777777" w:rsidR="00E87C95" w:rsidRDefault="00000000">
      <w:pPr>
        <w:spacing w:after="0" w:line="579" w:lineRule="exact"/>
        <w:jc w:val="center"/>
        <w:rPr>
          <w:lang w:eastAsia="zh-CN"/>
        </w:rPr>
      </w:pPr>
      <w:r>
        <w:rPr>
          <w:rFonts w:ascii="方正小标宋简体" w:eastAsia="方正小标宋简体" w:hAnsi="方正小标宋简体"/>
          <w:sz w:val="44"/>
          <w:lang w:eastAsia="zh-CN"/>
        </w:rPr>
        <w:lastRenderedPageBreak/>
        <w:t>第04集 《本草纲目》</w:t>
      </w:r>
    </w:p>
    <w:p w14:paraId="3552979E" w14:textId="77777777" w:rsidR="00E87C95" w:rsidRDefault="00000000">
      <w:pPr>
        <w:spacing w:after="0" w:line="579" w:lineRule="exact"/>
        <w:ind w:firstLine="640"/>
        <w:rPr>
          <w:lang w:eastAsia="zh-CN"/>
        </w:rPr>
      </w:pPr>
      <w:r>
        <w:rPr>
          <w:rFonts w:ascii="仿宋" w:eastAsia="仿宋" w:hAnsi="仿宋"/>
          <w:sz w:val="32"/>
          <w:lang w:eastAsia="zh-CN"/>
        </w:rPr>
        <w:t>今天在典籍里的中国，就让我们一块儿识读《本草纲目》。晚辈是来自400多年后的一个读书人，我心中一直有个宿愿未尝。你是想修《本草》？</w:t>
      </w:r>
      <w:proofErr w:type="gramStart"/>
      <w:r>
        <w:rPr>
          <w:rFonts w:ascii="仿宋" w:eastAsia="仿宋" w:hAnsi="仿宋"/>
          <w:sz w:val="32"/>
          <w:lang w:eastAsia="zh-CN"/>
        </w:rPr>
        <w:t>对踏万水千山</w:t>
      </w:r>
      <w:proofErr w:type="gramEnd"/>
      <w:r>
        <w:rPr>
          <w:rFonts w:ascii="仿宋" w:eastAsia="仿宋" w:hAnsi="仿宋"/>
          <w:sz w:val="32"/>
          <w:lang w:eastAsia="zh-CN"/>
        </w:rPr>
        <w:t>穿风霜雨雪。历寒来暑往，。著书立言，。孤灯天下医书，利益天下，天下共修。世代勇士。一九五二年。北京著名画家蒋兆和接到了时任中国科学院院长郭沫若的电话。哦，郭老。</w:t>
      </w:r>
    </w:p>
    <w:p w14:paraId="3C8F57F9" w14:textId="77777777" w:rsidR="00E87C95" w:rsidRDefault="00000000">
      <w:pPr>
        <w:spacing w:after="0" w:line="579" w:lineRule="exact"/>
        <w:ind w:firstLine="640"/>
        <w:rPr>
          <w:lang w:eastAsia="zh-CN"/>
        </w:rPr>
      </w:pPr>
      <w:r>
        <w:rPr>
          <w:rFonts w:ascii="仿宋" w:eastAsia="仿宋" w:hAnsi="仿宋"/>
          <w:sz w:val="32"/>
          <w:lang w:eastAsia="zh-CN"/>
        </w:rPr>
        <w:t>感谢郭老对我的信任。我一定画好。哎，您说。好，再见。兆</w:t>
      </w:r>
      <w:proofErr w:type="gramStart"/>
      <w:r>
        <w:rPr>
          <w:rFonts w:ascii="仿宋" w:eastAsia="仿宋" w:hAnsi="仿宋"/>
          <w:sz w:val="32"/>
          <w:lang w:eastAsia="zh-CN"/>
        </w:rPr>
        <w:t>和</w:t>
      </w:r>
      <w:proofErr w:type="gramEnd"/>
      <w:r>
        <w:rPr>
          <w:rFonts w:ascii="仿宋" w:eastAsia="仿宋" w:hAnsi="仿宋"/>
          <w:sz w:val="32"/>
          <w:lang w:eastAsia="zh-CN"/>
        </w:rPr>
        <w:t>。兆</w:t>
      </w:r>
      <w:proofErr w:type="gramStart"/>
      <w:r>
        <w:rPr>
          <w:rFonts w:ascii="仿宋" w:eastAsia="仿宋" w:hAnsi="仿宋"/>
          <w:sz w:val="32"/>
          <w:lang w:eastAsia="zh-CN"/>
        </w:rPr>
        <w:t>和</w:t>
      </w:r>
      <w:proofErr w:type="gramEnd"/>
      <w:r>
        <w:rPr>
          <w:rFonts w:ascii="仿宋" w:eastAsia="仿宋" w:hAnsi="仿宋"/>
          <w:sz w:val="32"/>
          <w:lang w:eastAsia="zh-CN"/>
        </w:rPr>
        <w:t>。谁给你打电话？郭老说，中央委派个任务，让我画幅画画谁？《本草纲目》的作者。明代医药学家李时珍。为什么画他？</w:t>
      </w:r>
    </w:p>
    <w:p w14:paraId="622EC18C" w14:textId="77777777" w:rsidR="00E87C95" w:rsidRDefault="00000000">
      <w:pPr>
        <w:spacing w:after="0" w:line="579" w:lineRule="exact"/>
        <w:ind w:firstLine="640"/>
        <w:rPr>
          <w:lang w:eastAsia="zh-CN"/>
        </w:rPr>
      </w:pPr>
      <w:r>
        <w:rPr>
          <w:rFonts w:ascii="仿宋" w:eastAsia="仿宋" w:hAnsi="仿宋"/>
          <w:sz w:val="32"/>
          <w:lang w:eastAsia="zh-CN"/>
        </w:rPr>
        <w:t>今年，苏联计划在莫斯科大学新落成的建筑中陈列60位。世界级科学家的肖像。其中就包括我们国家的李时珍，祖冲之希望我们提供李时珍的肖像。以供参考。但是听说李时珍先生生前的画像。并没有被流传下来。是啊，蒋兆和先生陷入了冥思苦想。怎么才能把李时珍画好呢？他拿出《本草纲目》。仔细的翻译。在由明代文学家，史学家王世贞为《本草纲目》所作的序言中。</w:t>
      </w:r>
    </w:p>
    <w:p w14:paraId="36C40CC0" w14:textId="77777777" w:rsidR="00E87C95" w:rsidRDefault="00000000">
      <w:pPr>
        <w:spacing w:after="0" w:line="579" w:lineRule="exact"/>
        <w:ind w:firstLine="640"/>
        <w:rPr>
          <w:lang w:eastAsia="zh-CN"/>
        </w:rPr>
      </w:pPr>
      <w:r>
        <w:rPr>
          <w:rFonts w:ascii="仿宋" w:eastAsia="仿宋" w:hAnsi="仿宋"/>
          <w:sz w:val="32"/>
          <w:lang w:eastAsia="zh-CN"/>
        </w:rPr>
        <w:t>蒋兆和先生看到了这样的描述。楚</w:t>
      </w:r>
      <w:proofErr w:type="gramStart"/>
      <w:r>
        <w:rPr>
          <w:rFonts w:ascii="仿宋" w:eastAsia="仿宋" w:hAnsi="仿宋"/>
          <w:sz w:val="32"/>
          <w:lang w:eastAsia="zh-CN"/>
        </w:rPr>
        <w:t>蕲</w:t>
      </w:r>
      <w:proofErr w:type="gramEnd"/>
      <w:r>
        <w:rPr>
          <w:rFonts w:ascii="仿宋" w:eastAsia="仿宋" w:hAnsi="仿宋"/>
          <w:sz w:val="32"/>
          <w:lang w:eastAsia="zh-CN"/>
        </w:rPr>
        <w:t>阳。</w:t>
      </w:r>
      <w:proofErr w:type="gramStart"/>
      <w:r>
        <w:rPr>
          <w:rFonts w:ascii="仿宋" w:eastAsia="仿宋" w:hAnsi="仿宋"/>
          <w:sz w:val="32"/>
          <w:lang w:eastAsia="zh-CN"/>
        </w:rPr>
        <w:t>李君东壁</w:t>
      </w:r>
      <w:proofErr w:type="gramEnd"/>
      <w:r>
        <w:rPr>
          <w:rFonts w:ascii="仿宋" w:eastAsia="仿宋" w:hAnsi="仿宋"/>
          <w:sz w:val="32"/>
          <w:lang w:eastAsia="zh-CN"/>
        </w:rPr>
        <w:t>。一日过予弇山园，</w:t>
      </w:r>
      <w:proofErr w:type="gramStart"/>
      <w:r>
        <w:rPr>
          <w:rFonts w:ascii="仿宋" w:eastAsia="仿宋" w:hAnsi="仿宋"/>
          <w:sz w:val="32"/>
          <w:lang w:eastAsia="zh-CN"/>
        </w:rPr>
        <w:t>谒予</w:t>
      </w:r>
      <w:proofErr w:type="gramEnd"/>
      <w:r>
        <w:rPr>
          <w:rFonts w:ascii="仿宋" w:eastAsia="仿宋" w:hAnsi="仿宋"/>
          <w:sz w:val="32"/>
          <w:lang w:eastAsia="zh-CN"/>
        </w:rPr>
        <w:t>。留饮数日，予窥其人，</w:t>
      </w:r>
      <w:proofErr w:type="gramStart"/>
      <w:r>
        <w:rPr>
          <w:rFonts w:ascii="仿宋" w:eastAsia="仿宋" w:hAnsi="仿宋"/>
          <w:sz w:val="32"/>
          <w:lang w:eastAsia="zh-CN"/>
        </w:rPr>
        <w:t>睟然貌也</w:t>
      </w:r>
      <w:proofErr w:type="gramEnd"/>
      <w:r>
        <w:rPr>
          <w:rFonts w:ascii="仿宋" w:eastAsia="仿宋" w:hAnsi="仿宋"/>
          <w:sz w:val="32"/>
          <w:lang w:eastAsia="zh-CN"/>
        </w:rPr>
        <w:t>。</w:t>
      </w:r>
      <w:proofErr w:type="gramStart"/>
      <w:r>
        <w:rPr>
          <w:rFonts w:ascii="仿宋" w:eastAsia="仿宋" w:hAnsi="仿宋"/>
          <w:sz w:val="32"/>
          <w:lang w:eastAsia="zh-CN"/>
        </w:rPr>
        <w:t>癯然身</w:t>
      </w:r>
      <w:proofErr w:type="gramEnd"/>
      <w:r>
        <w:rPr>
          <w:rFonts w:ascii="仿宋" w:eastAsia="仿宋" w:hAnsi="仿宋"/>
          <w:sz w:val="32"/>
          <w:lang w:eastAsia="zh-CN"/>
        </w:rPr>
        <w:t>也。津津然。</w:t>
      </w:r>
      <w:proofErr w:type="gramStart"/>
      <w:r>
        <w:rPr>
          <w:rFonts w:ascii="仿宋" w:eastAsia="仿宋" w:hAnsi="仿宋"/>
          <w:sz w:val="32"/>
          <w:lang w:eastAsia="zh-CN"/>
        </w:rPr>
        <w:t>谭医</w:t>
      </w:r>
      <w:proofErr w:type="gramEnd"/>
      <w:r>
        <w:rPr>
          <w:rFonts w:ascii="仿宋" w:eastAsia="仿宋" w:hAnsi="仿宋"/>
          <w:sz w:val="32"/>
          <w:lang w:eastAsia="zh-CN"/>
        </w:rPr>
        <w:t>则</w:t>
      </w:r>
      <w:proofErr w:type="gramStart"/>
      <w:r>
        <w:rPr>
          <w:rFonts w:ascii="仿宋" w:eastAsia="仿宋" w:hAnsi="仿宋"/>
          <w:sz w:val="32"/>
          <w:lang w:eastAsia="zh-CN"/>
        </w:rPr>
        <w:t>甄</w:t>
      </w:r>
      <w:proofErr w:type="gramEnd"/>
      <w:r>
        <w:rPr>
          <w:rFonts w:ascii="仿宋" w:eastAsia="仿宋" w:hAnsi="仿宋"/>
          <w:sz w:val="32"/>
          <w:lang w:eastAsia="zh-CN"/>
        </w:rPr>
        <w:t>，北斗以南一人。解其装。无长物。有《本草纲目》数十卷。</w:t>
      </w:r>
      <w:proofErr w:type="gramStart"/>
      <w:r>
        <w:rPr>
          <w:rFonts w:ascii="仿宋" w:eastAsia="仿宋" w:hAnsi="仿宋"/>
          <w:sz w:val="32"/>
          <w:lang w:eastAsia="zh-CN"/>
        </w:rPr>
        <w:t>这序写得</w:t>
      </w:r>
      <w:proofErr w:type="gramEnd"/>
      <w:r>
        <w:rPr>
          <w:rFonts w:ascii="仿宋" w:eastAsia="仿宋" w:hAnsi="仿宋"/>
          <w:sz w:val="32"/>
          <w:lang w:eastAsia="zh-CN"/>
        </w:rPr>
        <w:t>。太传神了。</w:t>
      </w:r>
    </w:p>
    <w:p w14:paraId="1A29E304" w14:textId="77777777" w:rsidR="00E87C95" w:rsidRDefault="00000000">
      <w:pPr>
        <w:spacing w:after="0" w:line="579" w:lineRule="exact"/>
        <w:ind w:firstLine="640"/>
        <w:rPr>
          <w:lang w:eastAsia="zh-CN"/>
        </w:rPr>
      </w:pPr>
      <w:r>
        <w:rPr>
          <w:rFonts w:ascii="仿宋" w:eastAsia="仿宋" w:hAnsi="仿宋"/>
          <w:sz w:val="32"/>
          <w:lang w:eastAsia="zh-CN"/>
        </w:rPr>
        <w:lastRenderedPageBreak/>
        <w:t>好，我知道。我知道怎么画了。蒋兆和先生绘制的这幅李时珍的画像。十分的传神。一九五二年，他被转交给苏联莫斯科大学。一九五三年。李时珍的画像镶嵌在苏联莫斯科大学新落成的校舍大礼堂的走廊。和李时珍并列的还有牛顿。哥白尼居里夫人达尔文等等。蒋兆和先生创作的这幅李时珍的画像，几乎成为了李时珍的标准肖像。此后，无论是国家发行纪念邮票，</w:t>
      </w:r>
    </w:p>
    <w:p w14:paraId="53F6CBF2" w14:textId="77777777" w:rsidR="00E87C95" w:rsidRDefault="00000000">
      <w:pPr>
        <w:spacing w:after="0" w:line="579" w:lineRule="exact"/>
        <w:ind w:firstLine="640"/>
        <w:rPr>
          <w:lang w:eastAsia="zh-CN"/>
        </w:rPr>
      </w:pPr>
      <w:r>
        <w:rPr>
          <w:rFonts w:ascii="仿宋" w:eastAsia="仿宋" w:hAnsi="仿宋"/>
          <w:sz w:val="32"/>
          <w:lang w:eastAsia="zh-CN"/>
        </w:rPr>
        <w:t>还是各地的塑像，大多以此。为蓝本李时珍。生于一五一八年。明朝正德年间，他所著的《本草纲目》。集明朝以前本草学之大成。首次采用。纲目体系为药物分类，这种编写体例开创了历代本草著作。延续至今。在典籍里的中国，就让我们一块儿识读《本草纲目》。打开典籍品读中国，欢迎走进典籍里的中国。</w:t>
      </w:r>
    </w:p>
    <w:p w14:paraId="3DFAE54C" w14:textId="77777777" w:rsidR="00E87C95" w:rsidRDefault="00000000">
      <w:pPr>
        <w:spacing w:after="0" w:line="579" w:lineRule="exact"/>
        <w:ind w:firstLine="640"/>
        <w:rPr>
          <w:lang w:eastAsia="zh-CN"/>
        </w:rPr>
      </w:pPr>
      <w:r>
        <w:rPr>
          <w:rFonts w:ascii="仿宋" w:eastAsia="仿宋" w:hAnsi="仿宋"/>
          <w:sz w:val="32"/>
          <w:lang w:eastAsia="zh-CN"/>
        </w:rPr>
        <w:t>每天鲜活多一点，本节目由更多鲜活营养的光明乳业独家冠名播出。光明乳业，乐在新鲜。扫描屏幕上方二维码，下载央视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APP观看典籍里的中国完整视频，专享幕后精彩内容。接下来让我们有请四位读书人带我们一起走进《本草纲目》。我们刚才在开场戏里头看到，从一九五三年开始，李时珍的肖像就一直镶嵌在莫斯科大学主楼的走廊之上，跟牛顿呐！达尔文呐，居里夫人呐，这样的科学巨匠并列在一起。</w:t>
      </w:r>
    </w:p>
    <w:p w14:paraId="5D3B5B0A" w14:textId="77777777" w:rsidR="00E87C95" w:rsidRDefault="00000000">
      <w:pPr>
        <w:spacing w:after="0" w:line="579" w:lineRule="exact"/>
        <w:ind w:firstLine="640"/>
        <w:rPr>
          <w:lang w:eastAsia="zh-CN"/>
        </w:rPr>
      </w:pPr>
      <w:r>
        <w:rPr>
          <w:rFonts w:ascii="仿宋" w:eastAsia="仿宋" w:hAnsi="仿宋"/>
          <w:sz w:val="32"/>
          <w:lang w:eastAsia="zh-CN"/>
        </w:rPr>
        <w:lastRenderedPageBreak/>
        <w:t>当时在国内就引起了非常强烈的反响。是的。李时珍是一个中医药学家，能够在世界顶级科学家里边并列，说明国际上不仅仅认可。《本草纲目》认可李时珍，同时呢，也认可传统的中医药，这是很了不起的一件事情，这个其实也激发了中国的科学自信心。是的，到一九五六年，国务院制定了新中国第一个长期科技发展规划。提出了向科学进军的口号，激励着我们努力的向科学进军。</w:t>
      </w:r>
    </w:p>
    <w:p w14:paraId="492084F2" w14:textId="77777777" w:rsidR="00E87C95" w:rsidRDefault="00000000">
      <w:pPr>
        <w:spacing w:after="0" w:line="579" w:lineRule="exact"/>
        <w:ind w:firstLine="640"/>
        <w:rPr>
          <w:lang w:eastAsia="zh-CN"/>
        </w:rPr>
      </w:pPr>
      <w:r>
        <w:rPr>
          <w:rFonts w:ascii="仿宋" w:eastAsia="仿宋" w:hAnsi="仿宋"/>
          <w:sz w:val="32"/>
          <w:lang w:eastAsia="zh-CN"/>
        </w:rPr>
        <w:t>我手里这本《本草纲目》就是中国中医科学院收藏的《本草纲目》最早版本。金陵本的影印本，看这些图就知道啊，它这里头啊，内容太丰富了，植物学的动物学的矿物学的真的就是一本。博物学著作《本草纲目》啊，是我们中国药学里面一部划时代的著作。我们再说</w:t>
      </w:r>
      <w:proofErr w:type="gramStart"/>
      <w:r>
        <w:rPr>
          <w:rFonts w:ascii="仿宋" w:eastAsia="仿宋" w:hAnsi="仿宋"/>
          <w:sz w:val="32"/>
          <w:lang w:eastAsia="zh-CN"/>
        </w:rPr>
        <w:t>说</w:t>
      </w:r>
      <w:proofErr w:type="gramEnd"/>
      <w:r>
        <w:rPr>
          <w:rFonts w:ascii="仿宋" w:eastAsia="仿宋" w:hAnsi="仿宋"/>
          <w:sz w:val="32"/>
          <w:lang w:eastAsia="zh-CN"/>
        </w:rPr>
        <w:t>《本草纲目》这几个字的意义。中国古代传统药物是以草最多。所以，探究以草为主的药物的书，这叫本草。那么，为什么叫纲目？</w:t>
      </w:r>
    </w:p>
    <w:p w14:paraId="7F990A7B" w14:textId="77777777" w:rsidR="00E87C95" w:rsidRDefault="00000000">
      <w:pPr>
        <w:spacing w:after="0" w:line="579" w:lineRule="exact"/>
        <w:ind w:firstLine="640"/>
        <w:rPr>
          <w:lang w:eastAsia="zh-CN"/>
        </w:rPr>
      </w:pPr>
      <w:r>
        <w:rPr>
          <w:rFonts w:ascii="仿宋" w:eastAsia="仿宋" w:hAnsi="仿宋"/>
          <w:sz w:val="32"/>
          <w:lang w:eastAsia="zh-CN"/>
        </w:rPr>
        <w:t>《本草纲目》是第一个。将纲目分类体系引入本草领域的在李时珍之前的1000多年间。历代本草书编撰方法。就像包心菜一样，后人一层一层的在前人的基础上增补内容。你要想了解一味药，你就要先把前面几百年的研究都看完，这非常的不方便。《本草纲目》把药物分成16个部。下面有60个小墓。以部为纲，以类为目。药名下面分八个项目来解释这个药物，比如说有市民。集结主治复方等等，</w:t>
      </w:r>
    </w:p>
    <w:p w14:paraId="2D341755" w14:textId="77777777" w:rsidR="00E87C95" w:rsidRDefault="00000000">
      <w:pPr>
        <w:spacing w:after="0" w:line="579" w:lineRule="exact"/>
        <w:ind w:firstLine="640"/>
        <w:rPr>
          <w:lang w:eastAsia="zh-CN"/>
        </w:rPr>
      </w:pPr>
      <w:r>
        <w:rPr>
          <w:rFonts w:ascii="仿宋" w:eastAsia="仿宋" w:hAnsi="仿宋"/>
          <w:sz w:val="32"/>
          <w:lang w:eastAsia="zh-CN"/>
        </w:rPr>
        <w:lastRenderedPageBreak/>
        <w:t>这样一来，本草就被井井有条的囊括在《本草纲目》里面。纲举而目张，就是一下子把它清晰化了，逻辑化了对。《本草纲目》参考了很多很多前人的著作，把这个书翻开哈，可以看到李时珍的参考书目。比方说，张仲景的《伤寒杂病论》。药王孙思邈的《备急千金要方》，它为什么叫千金？就是人命至重有贵千金呐！我们中医有句话叫做</w:t>
      </w:r>
      <w:proofErr w:type="gramStart"/>
      <w:r>
        <w:rPr>
          <w:rFonts w:ascii="仿宋" w:eastAsia="仿宋" w:hAnsi="仿宋"/>
          <w:sz w:val="32"/>
          <w:lang w:eastAsia="zh-CN"/>
        </w:rPr>
        <w:t>医</w:t>
      </w:r>
      <w:proofErr w:type="gramEnd"/>
      <w:r>
        <w:rPr>
          <w:rFonts w:ascii="仿宋" w:eastAsia="仿宋" w:hAnsi="仿宋"/>
          <w:sz w:val="32"/>
          <w:lang w:eastAsia="zh-CN"/>
        </w:rPr>
        <w:t>者仁术也。</w:t>
      </w:r>
    </w:p>
    <w:p w14:paraId="426FDB17" w14:textId="77777777" w:rsidR="00E87C95" w:rsidRDefault="00000000">
      <w:pPr>
        <w:spacing w:after="0" w:line="579" w:lineRule="exact"/>
        <w:ind w:firstLine="640"/>
        <w:rPr>
          <w:lang w:eastAsia="zh-CN"/>
        </w:rPr>
      </w:pPr>
      <w:r>
        <w:rPr>
          <w:rFonts w:ascii="仿宋" w:eastAsia="仿宋" w:hAnsi="仿宋"/>
          <w:sz w:val="32"/>
          <w:lang w:eastAsia="zh-CN"/>
        </w:rPr>
        <w:t>李时珍就是这样一个有仁心的医生，有很多人千里之外来找他看病病人。经济条件不好，他根本就不收钱。人们称赞他千里就药于门，立活</w:t>
      </w:r>
      <w:proofErr w:type="gramStart"/>
      <w:r>
        <w:rPr>
          <w:rFonts w:ascii="仿宋" w:eastAsia="仿宋" w:hAnsi="仿宋"/>
          <w:sz w:val="32"/>
          <w:lang w:eastAsia="zh-CN"/>
        </w:rPr>
        <w:t>不</w:t>
      </w:r>
      <w:proofErr w:type="gramEnd"/>
      <w:r>
        <w:rPr>
          <w:rFonts w:ascii="仿宋" w:eastAsia="仿宋" w:hAnsi="仿宋"/>
          <w:sz w:val="32"/>
          <w:lang w:eastAsia="zh-CN"/>
        </w:rPr>
        <w:t>取值。是的，他出生在一个行医世家，他的父亲李言闻就是一个名医李时珍，跟着父亲行医，他儿子又继承他的事业。他四个儿子有两个都是好中医，这书是父子兄弟齐上阵呐，一家三代人的努力。写成这么一本巨著。</w:t>
      </w:r>
    </w:p>
    <w:p w14:paraId="5834D892" w14:textId="77777777" w:rsidR="00E87C95" w:rsidRDefault="00000000">
      <w:pPr>
        <w:spacing w:after="0" w:line="579" w:lineRule="exact"/>
        <w:ind w:firstLine="640"/>
        <w:rPr>
          <w:lang w:eastAsia="zh-CN"/>
        </w:rPr>
      </w:pPr>
      <w:r>
        <w:rPr>
          <w:rFonts w:ascii="仿宋" w:eastAsia="仿宋" w:hAnsi="仿宋"/>
          <w:sz w:val="32"/>
          <w:lang w:eastAsia="zh-CN"/>
        </w:rPr>
        <w:t>李时珍有一句话，</w:t>
      </w:r>
      <w:proofErr w:type="gramStart"/>
      <w:r>
        <w:rPr>
          <w:rFonts w:ascii="仿宋" w:eastAsia="仿宋" w:hAnsi="仿宋"/>
          <w:sz w:val="32"/>
          <w:lang w:eastAsia="zh-CN"/>
        </w:rPr>
        <w:t>他伏念</w:t>
      </w:r>
      <w:proofErr w:type="gramEnd"/>
      <w:r>
        <w:rPr>
          <w:rFonts w:ascii="仿宋" w:eastAsia="仿宋" w:hAnsi="仿宋"/>
          <w:sz w:val="32"/>
          <w:lang w:eastAsia="zh-CN"/>
        </w:rPr>
        <w:t>本草一书，关系颇重，就是药物。是事关人命的。正因为他有这个初心。他才下决心要编好《本草纲目》这么</w:t>
      </w:r>
      <w:proofErr w:type="gramStart"/>
      <w:r>
        <w:rPr>
          <w:rFonts w:ascii="仿宋" w:eastAsia="仿宋" w:hAnsi="仿宋"/>
          <w:sz w:val="32"/>
          <w:lang w:eastAsia="zh-CN"/>
        </w:rPr>
        <w:t>大波头的</w:t>
      </w:r>
      <w:proofErr w:type="gramEnd"/>
      <w:r>
        <w:rPr>
          <w:rFonts w:ascii="仿宋" w:eastAsia="仿宋" w:hAnsi="仿宋"/>
          <w:sz w:val="32"/>
          <w:lang w:eastAsia="zh-CN"/>
        </w:rPr>
        <w:t>本草，那么多种的药物去考证，去修订，非常了不起。没错，修《本草》的工作量非常大的，我们大概每500年有一次大的。</w:t>
      </w:r>
      <w:proofErr w:type="gramStart"/>
      <w:r>
        <w:rPr>
          <w:rFonts w:ascii="仿宋" w:eastAsia="仿宋" w:hAnsi="仿宋"/>
          <w:sz w:val="32"/>
          <w:lang w:eastAsia="zh-CN"/>
        </w:rPr>
        <w:t>冠修《本草》</w:t>
      </w:r>
      <w:proofErr w:type="gramEnd"/>
      <w:r>
        <w:rPr>
          <w:rFonts w:ascii="仿宋" w:eastAsia="仿宋" w:hAnsi="仿宋"/>
          <w:sz w:val="32"/>
          <w:lang w:eastAsia="zh-CN"/>
        </w:rPr>
        <w:t>都是动用全国的力量去进行药物调查。但是，</w:t>
      </w:r>
    </w:p>
    <w:p w14:paraId="7E65435C" w14:textId="77777777" w:rsidR="00E87C95" w:rsidRDefault="00000000">
      <w:pPr>
        <w:spacing w:after="0" w:line="579" w:lineRule="exact"/>
        <w:ind w:firstLine="640"/>
        <w:rPr>
          <w:lang w:eastAsia="zh-CN"/>
        </w:rPr>
      </w:pPr>
      <w:r>
        <w:rPr>
          <w:rFonts w:ascii="仿宋" w:eastAsia="仿宋" w:hAnsi="仿宋"/>
          <w:sz w:val="32"/>
          <w:lang w:eastAsia="zh-CN"/>
        </w:rPr>
        <w:t>《本草纲目》52卷近一百九十万字，可是李时珍。自己编的。为什么要把《本草纲目》</w:t>
      </w:r>
      <w:proofErr w:type="gramStart"/>
      <w:r>
        <w:rPr>
          <w:rFonts w:ascii="仿宋" w:eastAsia="仿宋" w:hAnsi="仿宋"/>
          <w:sz w:val="32"/>
          <w:lang w:eastAsia="zh-CN"/>
        </w:rPr>
        <w:t>编这么</w:t>
      </w:r>
      <w:proofErr w:type="gramEnd"/>
      <w:r>
        <w:rPr>
          <w:rFonts w:ascii="仿宋" w:eastAsia="仿宋" w:hAnsi="仿宋"/>
          <w:sz w:val="32"/>
          <w:lang w:eastAsia="zh-CN"/>
        </w:rPr>
        <w:t>大？李时珍认为，不能因为自己的学识和时代限制。而对一些药物资料大肆的删</w:t>
      </w:r>
      <w:r>
        <w:rPr>
          <w:rFonts w:ascii="仿宋" w:eastAsia="仿宋" w:hAnsi="仿宋"/>
          <w:sz w:val="32"/>
          <w:lang w:eastAsia="zh-CN"/>
        </w:rPr>
        <w:lastRenderedPageBreak/>
        <w:t>减，持本草之书，所以不厌详悉。《本草纲目》还一言破惑。李时珍会对前人记录的错误，封建迷信等等发表他自己的观点。这就是《本草纲目》里面随处可见的时珍曰。李时珍强调的就是，</w:t>
      </w:r>
      <w:proofErr w:type="gramStart"/>
      <w:r>
        <w:rPr>
          <w:rFonts w:ascii="仿宋" w:eastAsia="仿宋" w:hAnsi="仿宋"/>
          <w:sz w:val="32"/>
          <w:lang w:eastAsia="zh-CN"/>
        </w:rPr>
        <w:t>医</w:t>
      </w:r>
      <w:proofErr w:type="gramEnd"/>
      <w:r>
        <w:rPr>
          <w:rFonts w:ascii="仿宋" w:eastAsia="仿宋" w:hAnsi="仿宋"/>
          <w:sz w:val="32"/>
          <w:lang w:eastAsia="zh-CN"/>
        </w:rPr>
        <w:t>者贵在格物，</w:t>
      </w:r>
    </w:p>
    <w:p w14:paraId="0DD616F6" w14:textId="77777777" w:rsidR="00E87C95" w:rsidRDefault="00000000">
      <w:pPr>
        <w:spacing w:after="0" w:line="579" w:lineRule="exact"/>
        <w:ind w:firstLine="640"/>
        <w:rPr>
          <w:lang w:eastAsia="zh-CN"/>
        </w:rPr>
      </w:pPr>
      <w:r>
        <w:rPr>
          <w:rFonts w:ascii="仿宋" w:eastAsia="仿宋" w:hAnsi="仿宋"/>
          <w:sz w:val="32"/>
          <w:lang w:eastAsia="zh-CN"/>
        </w:rPr>
        <w:t>就是一定要有实事求是，求真务实的科学精神。科学永远在推进。有这样的一个质疑的能力，本身就是伟大的。那我们就看看</w:t>
      </w:r>
      <w:proofErr w:type="gramStart"/>
      <w:r>
        <w:rPr>
          <w:rFonts w:ascii="仿宋" w:eastAsia="仿宋" w:hAnsi="仿宋"/>
          <w:sz w:val="32"/>
          <w:lang w:eastAsia="zh-CN"/>
        </w:rPr>
        <w:t>在典读会上</w:t>
      </w:r>
      <w:proofErr w:type="gramEnd"/>
      <w:r>
        <w:rPr>
          <w:rFonts w:ascii="仿宋" w:eastAsia="仿宋" w:hAnsi="仿宋"/>
          <w:sz w:val="32"/>
          <w:lang w:eastAsia="zh-CN"/>
        </w:rPr>
        <w:t>，</w:t>
      </w:r>
      <w:proofErr w:type="gramStart"/>
      <w:r>
        <w:rPr>
          <w:rFonts w:ascii="仿宋" w:eastAsia="仿宋" w:hAnsi="仿宋"/>
          <w:sz w:val="32"/>
          <w:lang w:eastAsia="zh-CN"/>
        </w:rPr>
        <w:t>主创们是</w:t>
      </w:r>
      <w:proofErr w:type="gramEnd"/>
      <w:r>
        <w:rPr>
          <w:rFonts w:ascii="仿宋" w:eastAsia="仿宋" w:hAnsi="仿宋"/>
          <w:sz w:val="32"/>
          <w:lang w:eastAsia="zh-CN"/>
        </w:rPr>
        <w:t>怎么样识读《本草纲目》的。大家好，欢迎来到典籍里的中</w:t>
      </w:r>
      <w:proofErr w:type="gramStart"/>
      <w:r>
        <w:rPr>
          <w:rFonts w:ascii="仿宋" w:eastAsia="仿宋" w:hAnsi="仿宋"/>
          <w:sz w:val="32"/>
          <w:lang w:eastAsia="zh-CN"/>
        </w:rPr>
        <w:t>国典读会</w:t>
      </w:r>
      <w:proofErr w:type="gramEnd"/>
      <w:r>
        <w:rPr>
          <w:rFonts w:ascii="仿宋" w:eastAsia="仿宋" w:hAnsi="仿宋"/>
          <w:sz w:val="32"/>
          <w:lang w:eastAsia="zh-CN"/>
        </w:rPr>
        <w:t>，我是中国国家</w:t>
      </w:r>
      <w:proofErr w:type="gramStart"/>
      <w:r>
        <w:rPr>
          <w:rFonts w:ascii="仿宋" w:eastAsia="仿宋" w:hAnsi="仿宋"/>
          <w:sz w:val="32"/>
          <w:lang w:eastAsia="zh-CN"/>
        </w:rPr>
        <w:t>画卷院长</w:t>
      </w:r>
      <w:proofErr w:type="gramEnd"/>
      <w:r>
        <w:rPr>
          <w:rFonts w:ascii="仿宋" w:eastAsia="仿宋" w:hAnsi="仿宋"/>
          <w:sz w:val="32"/>
          <w:lang w:eastAsia="zh-CN"/>
        </w:rPr>
        <w:t>田沁鑫。也是节目的艺术总监。本期节目，我们将一起走进被列入联合国教科文组织世界记忆名录的医药学典籍。《本草纲目》首先欢迎优秀的演员们先做个自我介绍，大家好，</w:t>
      </w:r>
    </w:p>
    <w:p w14:paraId="693B9CA1" w14:textId="77777777" w:rsidR="00E87C95" w:rsidRDefault="00000000">
      <w:pPr>
        <w:spacing w:after="0" w:line="579" w:lineRule="exact"/>
        <w:ind w:firstLine="640"/>
        <w:rPr>
          <w:lang w:eastAsia="zh-CN"/>
        </w:rPr>
      </w:pPr>
      <w:r>
        <w:rPr>
          <w:rFonts w:ascii="仿宋" w:eastAsia="仿宋" w:hAnsi="仿宋"/>
          <w:sz w:val="32"/>
          <w:lang w:eastAsia="zh-CN"/>
        </w:rPr>
        <w:t>我是演员王劲松，我将扮演的是李。李时珍。我是演员于小伟，我饰演李时珍的二儿子李建元，我是演员杨安莲，我扮演李时珍的父亲。李言闻。我是典籍里的中国节目组的总编剧张昆鹏。为了把《本草纲目》和李时珍的故事更好的展现给大家，节目总导演和节目组。多次请教专家，最终我们决定了讲述李时珍是如何不畏从医难，著书难。</w:t>
      </w:r>
    </w:p>
    <w:p w14:paraId="2EF4AE59" w14:textId="77777777" w:rsidR="00E87C95" w:rsidRDefault="00000000">
      <w:pPr>
        <w:spacing w:after="0" w:line="579" w:lineRule="exact"/>
        <w:ind w:firstLine="640"/>
        <w:rPr>
          <w:lang w:eastAsia="zh-CN"/>
        </w:rPr>
      </w:pPr>
      <w:r>
        <w:rPr>
          <w:rFonts w:ascii="仿宋" w:eastAsia="仿宋" w:hAnsi="仿宋"/>
          <w:sz w:val="32"/>
          <w:lang w:eastAsia="zh-CN"/>
        </w:rPr>
        <w:t>和出书难，心智坚定，逆流而上，完成《本草纲目》的修撰工作。在这个剧本里面，我读到的是李时珍的一种锲而不舍的精神，我被感动了。在戏剧中，有这样一首诗形象地展现了李时珍面对行医艰难</w:t>
      </w:r>
      <w:proofErr w:type="gramStart"/>
      <w:r>
        <w:rPr>
          <w:rFonts w:ascii="仿宋" w:eastAsia="仿宋" w:hAnsi="仿宋"/>
          <w:sz w:val="32"/>
          <w:lang w:eastAsia="zh-CN"/>
        </w:rPr>
        <w:t>却</w:t>
      </w:r>
      <w:proofErr w:type="gramEnd"/>
      <w:r>
        <w:rPr>
          <w:rFonts w:ascii="仿宋" w:eastAsia="仿宋" w:hAnsi="仿宋"/>
          <w:sz w:val="32"/>
          <w:lang w:eastAsia="zh-CN"/>
        </w:rPr>
        <w:t>。坚持逆流而上的决心和精神，</w:t>
      </w:r>
      <w:r>
        <w:rPr>
          <w:rFonts w:ascii="仿宋" w:eastAsia="仿宋" w:hAnsi="仿宋"/>
          <w:sz w:val="32"/>
          <w:lang w:eastAsia="zh-CN"/>
        </w:rPr>
        <w:lastRenderedPageBreak/>
        <w:t>请王劲松老师为我们读一下。身如逆流船，心比铁石坚。望父全儿志，至死不怕难。</w:t>
      </w:r>
    </w:p>
    <w:p w14:paraId="7BD14859" w14:textId="77777777" w:rsidR="00E87C95" w:rsidRDefault="00000000">
      <w:pPr>
        <w:spacing w:after="0" w:line="579" w:lineRule="exact"/>
        <w:ind w:firstLine="640"/>
        <w:rPr>
          <w:lang w:eastAsia="zh-CN"/>
        </w:rPr>
      </w:pPr>
      <w:r>
        <w:rPr>
          <w:rFonts w:ascii="仿宋" w:eastAsia="仿宋" w:hAnsi="仿宋"/>
          <w:sz w:val="32"/>
          <w:lang w:eastAsia="zh-CN"/>
        </w:rPr>
        <w:t>出演《本草纲目》，而且在这其中扮演了李时珍，我的压力还是挺大的，在这一段戏剧当中，李时珍的感情的变化是很丰富的。还有悲情，有隐忍，有奋发，这个对于一个演员来说呢，是一个很大的挑战。挑战的是他这一生的变化。这60分钟里面，要把他这一生都给概括了。这是一个最大的难度。师长。</w:t>
      </w:r>
    </w:p>
    <w:p w14:paraId="26D16B21" w14:textId="77777777" w:rsidR="00E87C95" w:rsidRDefault="00000000">
      <w:pPr>
        <w:spacing w:after="0" w:line="579" w:lineRule="exact"/>
        <w:ind w:firstLine="640"/>
        <w:rPr>
          <w:lang w:eastAsia="zh-CN"/>
        </w:rPr>
      </w:pPr>
      <w:r>
        <w:rPr>
          <w:rFonts w:ascii="仿宋" w:eastAsia="仿宋" w:hAnsi="仿宋"/>
          <w:sz w:val="32"/>
          <w:lang w:eastAsia="zh-CN"/>
        </w:rPr>
        <w:t>你为自己选了一件该做的职业。可也是一件。最难做的事。身如逆流船。心比铁石坚，望父全儿志。至死不怕难。望</w:t>
      </w:r>
      <w:proofErr w:type="gramStart"/>
      <w:r>
        <w:rPr>
          <w:rFonts w:ascii="仿宋" w:eastAsia="仿宋" w:hAnsi="仿宋"/>
          <w:sz w:val="32"/>
          <w:lang w:eastAsia="zh-CN"/>
        </w:rPr>
        <w:t>父就要</w:t>
      </w:r>
      <w:proofErr w:type="gramEnd"/>
      <w:r>
        <w:rPr>
          <w:rFonts w:ascii="仿宋" w:eastAsia="仿宋" w:hAnsi="仿宋"/>
          <w:sz w:val="32"/>
          <w:lang w:eastAsia="zh-CN"/>
        </w:rPr>
        <w:t>离开了。在戏剧当中，他终年遭受丧父之痛。自己还承担着编撰《本草纲目》的重任。这部分的戏剧演绎需要我全身心的投入。呵呵。不信。</w:t>
      </w:r>
    </w:p>
    <w:p w14:paraId="4B07A0F0" w14:textId="77777777" w:rsidR="00E87C95" w:rsidRDefault="00000000">
      <w:pPr>
        <w:spacing w:after="0" w:line="579" w:lineRule="exact"/>
        <w:ind w:firstLine="640"/>
        <w:rPr>
          <w:lang w:eastAsia="zh-CN"/>
        </w:rPr>
      </w:pPr>
      <w:r>
        <w:rPr>
          <w:rFonts w:ascii="仿宋" w:eastAsia="仿宋" w:hAnsi="仿宋"/>
          <w:sz w:val="32"/>
          <w:lang w:eastAsia="zh-CN"/>
        </w:rPr>
        <w:t>当站在王劲松老师的身边，看着他的眼泪夺眶而出，我真切的感受到李时珍不惧万难，逆流而上的决心。这是一场极其震撼的心灵之旅。通过演绎李时珍啊，我和他进行了一场跨时空的对话，他抱着至死不怕难的决心和信念。逆流而上，这一点让我非常的敬佩。大哥。3d，4d。二哥。求到了。</w:t>
      </w:r>
    </w:p>
    <w:p w14:paraId="7EB5E9C1" w14:textId="77777777" w:rsidR="00E87C95" w:rsidRDefault="00000000">
      <w:pPr>
        <w:spacing w:after="0" w:line="579" w:lineRule="exact"/>
        <w:ind w:firstLine="640"/>
        <w:rPr>
          <w:lang w:eastAsia="zh-CN"/>
        </w:rPr>
      </w:pPr>
      <w:r>
        <w:rPr>
          <w:rFonts w:ascii="仿宋" w:eastAsia="仿宋" w:hAnsi="仿宋"/>
          <w:sz w:val="32"/>
          <w:lang w:eastAsia="zh-CN"/>
        </w:rPr>
        <w:t>求到了。王世贞大人为父亲做序了对。父亲正在与金陵书商商讨刊刻事宜，命我先行赶回，将喜讯告知大家。太好了。这是我手长的序。大哥，快看。上自坟典，下及传奇。凡有相关，</w:t>
      </w:r>
      <w:proofErr w:type="gramStart"/>
      <w:r>
        <w:rPr>
          <w:rFonts w:ascii="仿宋" w:eastAsia="仿宋" w:hAnsi="仿宋"/>
          <w:sz w:val="32"/>
          <w:lang w:eastAsia="zh-CN"/>
        </w:rPr>
        <w:t>靡</w:t>
      </w:r>
      <w:proofErr w:type="gramEnd"/>
      <w:r>
        <w:rPr>
          <w:rFonts w:ascii="仿宋" w:eastAsia="仿宋" w:hAnsi="仿宋"/>
          <w:sz w:val="32"/>
          <w:lang w:eastAsia="zh-CN"/>
        </w:rPr>
        <w:t>不备采。如入金谷之园，种种夺目。</w:t>
      </w:r>
    </w:p>
    <w:p w14:paraId="23D597C3" w14:textId="77777777" w:rsidR="00E87C95" w:rsidRDefault="00000000">
      <w:pPr>
        <w:spacing w:after="0" w:line="579" w:lineRule="exact"/>
        <w:ind w:firstLine="640"/>
        <w:rPr>
          <w:lang w:eastAsia="zh-CN"/>
        </w:rPr>
      </w:pPr>
      <w:r>
        <w:rPr>
          <w:rFonts w:ascii="仿宋" w:eastAsia="仿宋" w:hAnsi="仿宋"/>
          <w:sz w:val="32"/>
          <w:lang w:eastAsia="zh-CN"/>
        </w:rPr>
        <w:lastRenderedPageBreak/>
        <w:t>如登龙君之宫，宝藏悉陈。如对冰壶玉鉴，毛发</w:t>
      </w:r>
      <w:proofErr w:type="gramStart"/>
      <w:r>
        <w:rPr>
          <w:rFonts w:ascii="仿宋" w:eastAsia="仿宋" w:hAnsi="仿宋"/>
          <w:sz w:val="32"/>
          <w:lang w:eastAsia="zh-CN"/>
        </w:rPr>
        <w:t>可指数</w:t>
      </w:r>
      <w:proofErr w:type="gramEnd"/>
      <w:r>
        <w:rPr>
          <w:rFonts w:ascii="仿宋" w:eastAsia="仿宋" w:hAnsi="仿宋"/>
          <w:sz w:val="32"/>
          <w:lang w:eastAsia="zh-CN"/>
        </w:rPr>
        <w:t>也。博而不繁。详而有要，综核究竟，直窥渊海。子岂仅以一书构载。是性理之精微，格物之通典，帝王之秘箓，臣民之重宝也。王大人对父亲的《本草纲目》赞誉有加。此去文采斐然，</w:t>
      </w:r>
    </w:p>
    <w:p w14:paraId="542BD70D" w14:textId="77777777" w:rsidR="00E87C95" w:rsidRDefault="00000000">
      <w:pPr>
        <w:spacing w:after="0" w:line="579" w:lineRule="exact"/>
        <w:ind w:firstLine="640"/>
        <w:rPr>
          <w:lang w:eastAsia="zh-CN"/>
        </w:rPr>
      </w:pPr>
      <w:r>
        <w:rPr>
          <w:rFonts w:ascii="仿宋" w:eastAsia="仿宋" w:hAnsi="仿宋"/>
          <w:sz w:val="32"/>
          <w:lang w:eastAsia="zh-CN"/>
        </w:rPr>
        <w:t>不愧是当世大儒啊。恭喜恭喜。恭喜建中兄，建元兄，建方兄，</w:t>
      </w:r>
      <w:proofErr w:type="gramStart"/>
      <w:r>
        <w:rPr>
          <w:rFonts w:ascii="仿宋" w:eastAsia="仿宋" w:hAnsi="仿宋"/>
          <w:sz w:val="32"/>
          <w:lang w:eastAsia="zh-CN"/>
        </w:rPr>
        <w:t>建木兄</w:t>
      </w:r>
      <w:proofErr w:type="gramEnd"/>
      <w:r>
        <w:rPr>
          <w:rFonts w:ascii="仿宋" w:eastAsia="仿宋" w:hAnsi="仿宋"/>
          <w:sz w:val="32"/>
          <w:lang w:eastAsia="zh-CN"/>
        </w:rPr>
        <w:t>。您是我叫撒贝宁，是来自400多年后的一个读书人。此行特来拜访李时珍先生，足下何以自重来历。敢问各位兄台，《本草纲目》是否尚未刊刻？尚未刊刻按道理讲世人。还不知晓书的内容，当然。</w:t>
      </w:r>
    </w:p>
    <w:p w14:paraId="30E5E4F1" w14:textId="77777777" w:rsidR="00E87C95" w:rsidRDefault="00000000">
      <w:pPr>
        <w:spacing w:after="0" w:line="579" w:lineRule="exact"/>
        <w:ind w:firstLine="640"/>
        <w:rPr>
          <w:lang w:eastAsia="zh-CN"/>
        </w:rPr>
      </w:pPr>
      <w:r>
        <w:rPr>
          <w:rFonts w:ascii="仿宋" w:eastAsia="仿宋" w:hAnsi="仿宋"/>
          <w:sz w:val="32"/>
          <w:lang w:eastAsia="zh-CN"/>
        </w:rPr>
        <w:t>但是我知道。《本草纲目》共计52卷，近一百九十万字，其中记载了药物一千八百九十二种，富有药方一万一千零九十六首。并绘有药图一千一百零九幅。大哥，莫非他果然是来自400多年后的人？不然他怎会知道的如此详尽？足下。是来拜访家父的，正是。家父随后就到。大哥，三弟四弟，</w:t>
      </w:r>
    </w:p>
    <w:p w14:paraId="7E8CB582" w14:textId="77777777" w:rsidR="00E87C95" w:rsidRDefault="00000000">
      <w:pPr>
        <w:spacing w:after="0" w:line="579" w:lineRule="exact"/>
        <w:ind w:firstLine="640"/>
        <w:rPr>
          <w:lang w:eastAsia="zh-CN"/>
        </w:rPr>
      </w:pPr>
      <w:r>
        <w:rPr>
          <w:rFonts w:ascii="仿宋" w:eastAsia="仿宋" w:hAnsi="仿宋"/>
          <w:sz w:val="32"/>
          <w:lang w:eastAsia="zh-CN"/>
        </w:rPr>
        <w:t>你们先行回家。我在此陪伴这位兄台迎候父亲。建元兄啊，想想李时珍先生，杨洋近一百九十万字的巨著写下来。也是经历了无数艰难吧。学医难行医易难。修《本草纲目》更难。当年祖父就是不希望父亲学医。父亲，孩儿三次</w:t>
      </w:r>
      <w:proofErr w:type="gramStart"/>
      <w:r>
        <w:rPr>
          <w:rFonts w:ascii="仿宋" w:eastAsia="仿宋" w:hAnsi="仿宋"/>
          <w:sz w:val="32"/>
          <w:lang w:eastAsia="zh-CN"/>
        </w:rPr>
        <w:t>相试都没有</w:t>
      </w:r>
      <w:proofErr w:type="gramEnd"/>
      <w:r>
        <w:rPr>
          <w:rFonts w:ascii="仿宋" w:eastAsia="仿宋" w:hAnsi="仿宋"/>
          <w:sz w:val="32"/>
          <w:lang w:eastAsia="zh-CN"/>
        </w:rPr>
        <w:t>考中。不想再考了。猜你会这么说啊，海儿第三次请求父亲让我做一个</w:t>
      </w:r>
      <w:proofErr w:type="gramStart"/>
      <w:r>
        <w:rPr>
          <w:rFonts w:ascii="仿宋" w:eastAsia="仿宋" w:hAnsi="仿宋"/>
          <w:sz w:val="32"/>
          <w:lang w:eastAsia="zh-CN"/>
        </w:rPr>
        <w:t>医</w:t>
      </w:r>
      <w:proofErr w:type="gramEnd"/>
      <w:r>
        <w:rPr>
          <w:rFonts w:ascii="仿宋" w:eastAsia="仿宋" w:hAnsi="仿宋"/>
          <w:sz w:val="32"/>
          <w:lang w:eastAsia="zh-CN"/>
        </w:rPr>
        <w:t>者嘛，我一生行医。</w:t>
      </w:r>
    </w:p>
    <w:p w14:paraId="771C32C3" w14:textId="77777777" w:rsidR="00E87C95" w:rsidRDefault="00000000">
      <w:pPr>
        <w:spacing w:after="0" w:line="579" w:lineRule="exact"/>
        <w:ind w:firstLine="640"/>
        <w:rPr>
          <w:lang w:eastAsia="zh-CN"/>
        </w:rPr>
      </w:pPr>
      <w:r>
        <w:rPr>
          <w:rFonts w:ascii="仿宋" w:eastAsia="仿宋" w:hAnsi="仿宋"/>
          <w:sz w:val="32"/>
          <w:lang w:eastAsia="zh-CN"/>
        </w:rPr>
        <w:lastRenderedPageBreak/>
        <w:t>深知其中的艰难。我不希望。你也这么难呐。难我不怕。从小我就想做一个</w:t>
      </w:r>
      <w:proofErr w:type="gramStart"/>
      <w:r>
        <w:rPr>
          <w:rFonts w:ascii="仿宋" w:eastAsia="仿宋" w:hAnsi="仿宋"/>
          <w:sz w:val="32"/>
          <w:lang w:eastAsia="zh-CN"/>
        </w:rPr>
        <w:t>医</w:t>
      </w:r>
      <w:proofErr w:type="gramEnd"/>
      <w:r>
        <w:rPr>
          <w:rFonts w:ascii="仿宋" w:eastAsia="仿宋" w:hAnsi="仿宋"/>
          <w:sz w:val="32"/>
          <w:lang w:eastAsia="zh-CN"/>
        </w:rPr>
        <w:t>者。我体弱多病，还</w:t>
      </w:r>
      <w:proofErr w:type="gramStart"/>
      <w:r>
        <w:rPr>
          <w:rFonts w:ascii="仿宋" w:eastAsia="仿宋" w:hAnsi="仿宋"/>
          <w:sz w:val="32"/>
          <w:lang w:eastAsia="zh-CN"/>
        </w:rPr>
        <w:t>经常分木子</w:t>
      </w:r>
      <w:proofErr w:type="gramEnd"/>
      <w:r>
        <w:rPr>
          <w:rFonts w:ascii="仿宋" w:eastAsia="仿宋" w:hAnsi="仿宋"/>
          <w:sz w:val="32"/>
          <w:lang w:eastAsia="zh-CN"/>
        </w:rPr>
        <w:t>。我知道生病的痛苦，而</w:t>
      </w:r>
      <w:proofErr w:type="gramStart"/>
      <w:r>
        <w:rPr>
          <w:rFonts w:ascii="仿宋" w:eastAsia="仿宋" w:hAnsi="仿宋"/>
          <w:sz w:val="32"/>
          <w:lang w:eastAsia="zh-CN"/>
        </w:rPr>
        <w:t>医</w:t>
      </w:r>
      <w:proofErr w:type="gramEnd"/>
      <w:r>
        <w:rPr>
          <w:rFonts w:ascii="仿宋" w:eastAsia="仿宋" w:hAnsi="仿宋"/>
          <w:sz w:val="32"/>
          <w:lang w:eastAsia="zh-CN"/>
        </w:rPr>
        <w:t>者能帮助病人父亲，我想做</w:t>
      </w:r>
      <w:proofErr w:type="gramStart"/>
      <w:r>
        <w:rPr>
          <w:rFonts w:ascii="仿宋" w:eastAsia="仿宋" w:hAnsi="仿宋"/>
          <w:sz w:val="32"/>
          <w:lang w:eastAsia="zh-CN"/>
        </w:rPr>
        <w:t>医</w:t>
      </w:r>
      <w:proofErr w:type="gramEnd"/>
      <w:r>
        <w:rPr>
          <w:rFonts w:ascii="仿宋" w:eastAsia="仿宋" w:hAnsi="仿宋"/>
          <w:sz w:val="32"/>
          <w:lang w:eastAsia="zh-CN"/>
        </w:rPr>
        <w:t>者。做</w:t>
      </w:r>
      <w:proofErr w:type="gramStart"/>
      <w:r>
        <w:rPr>
          <w:rFonts w:ascii="仿宋" w:eastAsia="仿宋" w:hAnsi="仿宋"/>
          <w:sz w:val="32"/>
          <w:lang w:eastAsia="zh-CN"/>
        </w:rPr>
        <w:t>医</w:t>
      </w:r>
      <w:proofErr w:type="gramEnd"/>
      <w:r>
        <w:rPr>
          <w:rFonts w:ascii="仿宋" w:eastAsia="仿宋" w:hAnsi="仿宋"/>
          <w:sz w:val="32"/>
          <w:lang w:eastAsia="zh-CN"/>
        </w:rPr>
        <w:t>者。太难了，如逆水行船，好好读书，考取功名。</w:t>
      </w:r>
    </w:p>
    <w:p w14:paraId="0FD44A78" w14:textId="77777777" w:rsidR="00E87C95" w:rsidRDefault="00000000">
      <w:pPr>
        <w:spacing w:after="0" w:line="579" w:lineRule="exact"/>
        <w:ind w:firstLine="640"/>
        <w:rPr>
          <w:lang w:eastAsia="zh-CN"/>
        </w:rPr>
      </w:pPr>
      <w:r>
        <w:rPr>
          <w:rFonts w:ascii="仿宋" w:eastAsia="仿宋" w:hAnsi="仿宋"/>
          <w:sz w:val="32"/>
          <w:lang w:eastAsia="zh-CN"/>
        </w:rPr>
        <w:t>听不懂。对。长大了就懂了。父亲，我长大了，你14了，我考中了秀才好继续考。父亲我自幼熟读经史，也由爱读医书。我想做个</w:t>
      </w:r>
      <w:proofErr w:type="gramStart"/>
      <w:r>
        <w:rPr>
          <w:rFonts w:ascii="仿宋" w:eastAsia="仿宋" w:hAnsi="仿宋"/>
          <w:sz w:val="32"/>
          <w:lang w:eastAsia="zh-CN"/>
        </w:rPr>
        <w:t>医</w:t>
      </w:r>
      <w:proofErr w:type="gramEnd"/>
      <w:r>
        <w:rPr>
          <w:rFonts w:ascii="仿宋" w:eastAsia="仿宋" w:hAnsi="仿宋"/>
          <w:sz w:val="32"/>
          <w:lang w:eastAsia="zh-CN"/>
        </w:rPr>
        <w:t>者，做</w:t>
      </w:r>
      <w:proofErr w:type="gramStart"/>
      <w:r>
        <w:rPr>
          <w:rFonts w:ascii="仿宋" w:eastAsia="仿宋" w:hAnsi="仿宋"/>
          <w:sz w:val="32"/>
          <w:lang w:eastAsia="zh-CN"/>
        </w:rPr>
        <w:t>医</w:t>
      </w:r>
      <w:proofErr w:type="gramEnd"/>
      <w:r>
        <w:rPr>
          <w:rFonts w:ascii="仿宋" w:eastAsia="仿宋" w:hAnsi="仿宋"/>
          <w:sz w:val="32"/>
          <w:lang w:eastAsia="zh-CN"/>
        </w:rPr>
        <w:t>者地位不高，责任很重，士官。性命。父亲记得，</w:t>
      </w:r>
    </w:p>
    <w:p w14:paraId="5E399929" w14:textId="77777777" w:rsidR="00E87C95" w:rsidRDefault="00000000">
      <w:pPr>
        <w:spacing w:after="0" w:line="579" w:lineRule="exact"/>
        <w:ind w:firstLine="640"/>
        <w:rPr>
          <w:lang w:eastAsia="zh-CN"/>
        </w:rPr>
      </w:pPr>
      <w:r>
        <w:rPr>
          <w:rFonts w:ascii="仿宋" w:eastAsia="仿宋" w:hAnsi="仿宋"/>
          <w:sz w:val="32"/>
          <w:lang w:eastAsia="zh-CN"/>
        </w:rPr>
        <w:t>我20岁时得了一场重病，是您用黄芪入药，我才得以活了下来。你还是没有断了。行医的念想。</w:t>
      </w:r>
      <w:proofErr w:type="gramStart"/>
      <w:r>
        <w:rPr>
          <w:rFonts w:ascii="仿宋" w:eastAsia="仿宋" w:hAnsi="仿宋"/>
          <w:sz w:val="32"/>
          <w:lang w:eastAsia="zh-CN"/>
        </w:rPr>
        <w:t>父亲海儿再次</w:t>
      </w:r>
      <w:proofErr w:type="gramEnd"/>
      <w:r>
        <w:rPr>
          <w:rFonts w:ascii="仿宋" w:eastAsia="仿宋" w:hAnsi="仿宋"/>
          <w:sz w:val="32"/>
          <w:lang w:eastAsia="zh-CN"/>
        </w:rPr>
        <w:t>恳求。就让我做一名医者吧。难道你一辈子就要做那？逆行</w:t>
      </w:r>
      <w:proofErr w:type="gramStart"/>
      <w:r>
        <w:rPr>
          <w:rFonts w:ascii="仿宋" w:eastAsia="仿宋" w:hAnsi="仿宋"/>
          <w:sz w:val="32"/>
          <w:lang w:eastAsia="zh-CN"/>
        </w:rPr>
        <w:t>之舟吗父亲</w:t>
      </w:r>
      <w:proofErr w:type="gramEnd"/>
      <w:r>
        <w:rPr>
          <w:rFonts w:ascii="仿宋" w:eastAsia="仿宋" w:hAnsi="仿宋"/>
          <w:sz w:val="32"/>
          <w:lang w:eastAsia="zh-CN"/>
        </w:rPr>
        <w:t>？身如逆流船。心比铁石坚。望父全儿志，至死不怕难。身如逆流船。心比铁石坚，望，</w:t>
      </w:r>
    </w:p>
    <w:p w14:paraId="62B5A33E" w14:textId="77777777" w:rsidR="00E87C95" w:rsidRDefault="00000000">
      <w:pPr>
        <w:spacing w:after="0" w:line="579" w:lineRule="exact"/>
        <w:ind w:firstLine="640"/>
        <w:rPr>
          <w:lang w:eastAsia="zh-CN"/>
        </w:rPr>
      </w:pPr>
      <w:r>
        <w:rPr>
          <w:rFonts w:ascii="仿宋" w:eastAsia="仿宋" w:hAnsi="仿宋"/>
          <w:sz w:val="32"/>
          <w:lang w:eastAsia="zh-CN"/>
        </w:rPr>
        <w:t>望父全儿志，至死不怕难。</w:t>
      </w:r>
    </w:p>
    <w:p w14:paraId="6D446A32" w14:textId="77777777" w:rsidR="00E87C95" w:rsidRDefault="00000000">
      <w:pPr>
        <w:spacing w:after="0" w:line="579" w:lineRule="exact"/>
        <w:ind w:firstLine="640"/>
        <w:rPr>
          <w:lang w:eastAsia="zh-CN"/>
        </w:rPr>
      </w:pPr>
      <w:r>
        <w:rPr>
          <w:rFonts w:ascii="仿宋" w:eastAsia="仿宋" w:hAnsi="仿宋"/>
          <w:sz w:val="32"/>
          <w:lang w:eastAsia="zh-CN"/>
        </w:rPr>
        <w:t>时珍呐，你心意已决，望父亲。成全。读《神农本草经》，敬佩神农氏，以身试药。读《伤寒杂病论》，敬佩张仲景。救民</w:t>
      </w:r>
      <w:proofErr w:type="gramStart"/>
      <w:r>
        <w:rPr>
          <w:rFonts w:ascii="仿宋" w:eastAsia="仿宋" w:hAnsi="仿宋"/>
          <w:sz w:val="32"/>
          <w:lang w:eastAsia="zh-CN"/>
        </w:rPr>
        <w:t>苦难读</w:t>
      </w:r>
      <w:proofErr w:type="gramEnd"/>
      <w:r>
        <w:rPr>
          <w:rFonts w:ascii="仿宋" w:eastAsia="仿宋" w:hAnsi="仿宋"/>
          <w:sz w:val="32"/>
          <w:lang w:eastAsia="zh-CN"/>
        </w:rPr>
        <w:t>备急，千金要方敬佩孙。思</w:t>
      </w:r>
      <w:proofErr w:type="gramStart"/>
      <w:r>
        <w:rPr>
          <w:rFonts w:ascii="仿宋" w:eastAsia="仿宋" w:hAnsi="仿宋"/>
          <w:sz w:val="32"/>
          <w:lang w:eastAsia="zh-CN"/>
        </w:rPr>
        <w:t>渺</w:t>
      </w:r>
      <w:proofErr w:type="gramEnd"/>
      <w:r>
        <w:rPr>
          <w:rFonts w:ascii="仿宋" w:eastAsia="仿宋" w:hAnsi="仿宋"/>
          <w:sz w:val="32"/>
          <w:lang w:eastAsia="zh-CN"/>
        </w:rPr>
        <w:t>大</w:t>
      </w:r>
      <w:proofErr w:type="gramStart"/>
      <w:r>
        <w:rPr>
          <w:rFonts w:ascii="仿宋" w:eastAsia="仿宋" w:hAnsi="仿宋"/>
          <w:sz w:val="32"/>
          <w:lang w:eastAsia="zh-CN"/>
        </w:rPr>
        <w:t>医</w:t>
      </w:r>
      <w:proofErr w:type="gramEnd"/>
      <w:r>
        <w:rPr>
          <w:rFonts w:ascii="仿宋" w:eastAsia="仿宋" w:hAnsi="仿宋"/>
          <w:sz w:val="32"/>
          <w:lang w:eastAsia="zh-CN"/>
        </w:rPr>
        <w:t>精诚，大</w:t>
      </w:r>
      <w:proofErr w:type="gramStart"/>
      <w:r>
        <w:rPr>
          <w:rFonts w:ascii="仿宋" w:eastAsia="仿宋" w:hAnsi="仿宋"/>
          <w:sz w:val="32"/>
          <w:lang w:eastAsia="zh-CN"/>
        </w:rPr>
        <w:t>医</w:t>
      </w:r>
      <w:proofErr w:type="gramEnd"/>
      <w:r>
        <w:rPr>
          <w:rFonts w:ascii="仿宋" w:eastAsia="仿宋" w:hAnsi="仿宋"/>
          <w:sz w:val="32"/>
          <w:lang w:eastAsia="zh-CN"/>
        </w:rPr>
        <w:t>精诚。</w:t>
      </w:r>
    </w:p>
    <w:p w14:paraId="74AAF6D9" w14:textId="77777777" w:rsidR="00E87C95" w:rsidRDefault="00000000">
      <w:pPr>
        <w:spacing w:after="0" w:line="579" w:lineRule="exact"/>
        <w:ind w:firstLine="640"/>
        <w:rPr>
          <w:lang w:eastAsia="zh-CN"/>
        </w:rPr>
      </w:pPr>
      <w:r>
        <w:rPr>
          <w:rFonts w:ascii="仿宋" w:eastAsia="仿宋" w:hAnsi="仿宋"/>
          <w:sz w:val="32"/>
          <w:lang w:eastAsia="zh-CN"/>
        </w:rPr>
        <w:t>所谓何？为利益百姓凡大医治病，必当安神定志，无欲无求。若有疾</w:t>
      </w:r>
      <w:proofErr w:type="gramStart"/>
      <w:r>
        <w:rPr>
          <w:rFonts w:ascii="仿宋" w:eastAsia="仿宋" w:hAnsi="仿宋"/>
          <w:sz w:val="32"/>
          <w:lang w:eastAsia="zh-CN"/>
        </w:rPr>
        <w:t>厄</w:t>
      </w:r>
      <w:proofErr w:type="gramEnd"/>
      <w:r>
        <w:rPr>
          <w:rFonts w:ascii="仿宋" w:eastAsia="仿宋" w:hAnsi="仿宋"/>
          <w:sz w:val="32"/>
          <w:lang w:eastAsia="zh-CN"/>
        </w:rPr>
        <w:t>来求救者。</w:t>
      </w:r>
      <w:proofErr w:type="gramStart"/>
      <w:r>
        <w:rPr>
          <w:rFonts w:ascii="仿宋" w:eastAsia="仿宋" w:hAnsi="仿宋"/>
          <w:sz w:val="32"/>
          <w:lang w:eastAsia="zh-CN"/>
        </w:rPr>
        <w:t>不得问</w:t>
      </w:r>
      <w:proofErr w:type="gramEnd"/>
      <w:r>
        <w:rPr>
          <w:rFonts w:ascii="仿宋" w:eastAsia="仿宋" w:hAnsi="仿宋"/>
          <w:sz w:val="32"/>
          <w:lang w:eastAsia="zh-CN"/>
        </w:rPr>
        <w:t>其贵贱贫富，长幼妍媸，愿亲善友，华谊</w:t>
      </w:r>
      <w:proofErr w:type="gramStart"/>
      <w:r>
        <w:rPr>
          <w:rFonts w:ascii="仿宋" w:eastAsia="仿宋" w:hAnsi="仿宋"/>
          <w:sz w:val="32"/>
          <w:lang w:eastAsia="zh-CN"/>
        </w:rPr>
        <w:t>于志普同</w:t>
      </w:r>
      <w:proofErr w:type="gramEnd"/>
      <w:r>
        <w:rPr>
          <w:rFonts w:ascii="仿宋" w:eastAsia="仿宋" w:hAnsi="仿宋"/>
          <w:sz w:val="32"/>
          <w:lang w:eastAsia="zh-CN"/>
        </w:rPr>
        <w:t>一等皆如至亲之想。今日起，我父子二人。并肩逆行。精诚为</w:t>
      </w:r>
      <w:proofErr w:type="gramStart"/>
      <w:r>
        <w:rPr>
          <w:rFonts w:ascii="仿宋" w:eastAsia="仿宋" w:hAnsi="仿宋"/>
          <w:sz w:val="32"/>
          <w:lang w:eastAsia="zh-CN"/>
        </w:rPr>
        <w:t>医</w:t>
      </w:r>
      <w:proofErr w:type="gramEnd"/>
      <w:r>
        <w:rPr>
          <w:rFonts w:ascii="仿宋" w:eastAsia="仿宋" w:hAnsi="仿宋"/>
          <w:sz w:val="32"/>
          <w:lang w:eastAsia="zh-CN"/>
        </w:rPr>
        <w:t>。此后多年，</w:t>
      </w:r>
    </w:p>
    <w:p w14:paraId="5DCCD83E" w14:textId="77777777" w:rsidR="00E87C95" w:rsidRDefault="00000000">
      <w:pPr>
        <w:spacing w:after="0" w:line="579" w:lineRule="exact"/>
        <w:ind w:firstLine="640"/>
        <w:rPr>
          <w:lang w:eastAsia="zh-CN"/>
        </w:rPr>
      </w:pPr>
      <w:r>
        <w:rPr>
          <w:rFonts w:ascii="仿宋" w:eastAsia="仿宋" w:hAnsi="仿宋"/>
          <w:sz w:val="32"/>
          <w:lang w:eastAsia="zh-CN"/>
        </w:rPr>
        <w:lastRenderedPageBreak/>
        <w:t>父亲随祖父为蕲州各地百姓行医看病。他对药理的研究就是在行医的过程中慢慢积累。我砸了，我砸了。楼李先生，楼李先生来了。村长先生来了。爷爷</w:t>
      </w:r>
      <w:proofErr w:type="gramStart"/>
      <w:r>
        <w:rPr>
          <w:rFonts w:ascii="仿宋" w:eastAsia="仿宋" w:hAnsi="仿宋"/>
          <w:sz w:val="32"/>
          <w:lang w:eastAsia="zh-CN"/>
        </w:rPr>
        <w:t>爷</w:t>
      </w:r>
      <w:proofErr w:type="gramEnd"/>
      <w:r>
        <w:rPr>
          <w:rFonts w:ascii="仿宋" w:eastAsia="仿宋" w:hAnsi="仿宋"/>
          <w:sz w:val="32"/>
          <w:lang w:eastAsia="zh-CN"/>
        </w:rPr>
        <w:t>，老李先生来了。老李身上来了。老李先生，老李先生好，小李先生好，乡亲们好啊。您经常从蕲州城跑到我们乡下来，</w:t>
      </w:r>
    </w:p>
    <w:p w14:paraId="1690B4A4" w14:textId="77777777" w:rsidR="00E87C95" w:rsidRDefault="00000000">
      <w:pPr>
        <w:spacing w:after="0" w:line="579" w:lineRule="exact"/>
        <w:ind w:firstLine="640"/>
        <w:rPr>
          <w:lang w:eastAsia="zh-CN"/>
        </w:rPr>
      </w:pPr>
      <w:r>
        <w:rPr>
          <w:rFonts w:ascii="仿宋" w:eastAsia="仿宋" w:hAnsi="仿宋"/>
          <w:sz w:val="32"/>
          <w:lang w:eastAsia="zh-CN"/>
        </w:rPr>
        <w:t>乡亲们都盼着您呢是啊。你们可不能不来呀，放心，哪天我要时珍来不了了，我儿子还能来好多年呢，乡亲们。家父身体还很硬朗，我以后也会经常来看望大家的，放心吧。太好了，来我们开始。出门在外，行医辛苦。但家父和祖父只要能跟病人们在一起，能帮乡亲们去除病毒，</w:t>
      </w:r>
    </w:p>
    <w:p w14:paraId="486EC38E" w14:textId="77777777" w:rsidR="00E87C95" w:rsidRDefault="00000000">
      <w:pPr>
        <w:spacing w:after="0" w:line="579" w:lineRule="exact"/>
        <w:ind w:firstLine="640"/>
        <w:rPr>
          <w:lang w:eastAsia="zh-CN"/>
        </w:rPr>
      </w:pPr>
      <w:r>
        <w:rPr>
          <w:rFonts w:ascii="仿宋" w:eastAsia="仿宋" w:hAnsi="仿宋"/>
          <w:sz w:val="32"/>
          <w:lang w:eastAsia="zh-CN"/>
        </w:rPr>
        <w:t>就觉得高兴。孙思邈说，大</w:t>
      </w:r>
      <w:proofErr w:type="gramStart"/>
      <w:r>
        <w:rPr>
          <w:rFonts w:ascii="仿宋" w:eastAsia="仿宋" w:hAnsi="仿宋"/>
          <w:sz w:val="32"/>
          <w:lang w:eastAsia="zh-CN"/>
        </w:rPr>
        <w:t>医</w:t>
      </w:r>
      <w:proofErr w:type="gramEnd"/>
      <w:r>
        <w:rPr>
          <w:rFonts w:ascii="仿宋" w:eastAsia="仿宋" w:hAnsi="仿宋"/>
          <w:sz w:val="32"/>
          <w:lang w:eastAsia="zh-CN"/>
        </w:rPr>
        <w:t>精诚要待病人，如至亲之想待病人，如至亲之想是</w:t>
      </w:r>
      <w:proofErr w:type="gramStart"/>
      <w:r>
        <w:rPr>
          <w:rFonts w:ascii="仿宋" w:eastAsia="仿宋" w:hAnsi="仿宋"/>
          <w:sz w:val="32"/>
          <w:lang w:eastAsia="zh-CN"/>
        </w:rPr>
        <w:t>医</w:t>
      </w:r>
      <w:proofErr w:type="gramEnd"/>
      <w:r>
        <w:rPr>
          <w:rFonts w:ascii="仿宋" w:eastAsia="仿宋" w:hAnsi="仿宋"/>
          <w:sz w:val="32"/>
          <w:lang w:eastAsia="zh-CN"/>
        </w:rPr>
        <w:t>者本分。姓赵的第一次做生意，你</w:t>
      </w:r>
      <w:proofErr w:type="gramStart"/>
      <w:r>
        <w:rPr>
          <w:rFonts w:ascii="仿宋" w:eastAsia="仿宋" w:hAnsi="仿宋"/>
          <w:sz w:val="32"/>
          <w:lang w:eastAsia="zh-CN"/>
        </w:rPr>
        <w:t>就敢坑我</w:t>
      </w:r>
      <w:proofErr w:type="gramEnd"/>
      <w:r>
        <w:rPr>
          <w:rFonts w:ascii="仿宋" w:eastAsia="仿宋" w:hAnsi="仿宋"/>
          <w:sz w:val="32"/>
          <w:lang w:eastAsia="zh-CN"/>
        </w:rPr>
        <w:t>走，跟我见官见元兄。什么人药材商人，我卖的就是人参，你凭什么诬陷我，你卖假药一次充好没打你算不错了，不仅诬陷，还想打人，没有王法了，</w:t>
      </w:r>
    </w:p>
    <w:p w14:paraId="5C50FF78" w14:textId="77777777" w:rsidR="00E87C95" w:rsidRDefault="00000000">
      <w:pPr>
        <w:spacing w:after="0" w:line="579" w:lineRule="exact"/>
        <w:ind w:firstLine="640"/>
        <w:rPr>
          <w:lang w:eastAsia="zh-CN"/>
        </w:rPr>
      </w:pPr>
      <w:r>
        <w:rPr>
          <w:rFonts w:ascii="仿宋" w:eastAsia="仿宋" w:hAnsi="仿宋"/>
          <w:sz w:val="32"/>
          <w:lang w:eastAsia="zh-CN"/>
        </w:rPr>
        <w:t>人参贵。桔梗便宜，你拿桔梗冒充人参卖给我们，我要送你见怪。王掌柜。你我虽是第一次做生意，但我姓赵的，在</w:t>
      </w:r>
      <w:proofErr w:type="gramStart"/>
      <w:r>
        <w:rPr>
          <w:rFonts w:ascii="仿宋" w:eastAsia="仿宋" w:hAnsi="仿宋"/>
          <w:sz w:val="32"/>
          <w:lang w:eastAsia="zh-CN"/>
        </w:rPr>
        <w:t>蕲州要恒是</w:t>
      </w:r>
      <w:proofErr w:type="gramEnd"/>
      <w:r>
        <w:rPr>
          <w:rFonts w:ascii="仿宋" w:eastAsia="仿宋" w:hAnsi="仿宋"/>
          <w:sz w:val="32"/>
          <w:lang w:eastAsia="zh-CN"/>
        </w:rPr>
        <w:t>有声誉的，不容你这样诬陷我，你不要以为我没地方评理。见了我们其中名医李先生自由分享，走走就走，</w:t>
      </w:r>
      <w:proofErr w:type="gramStart"/>
      <w:r>
        <w:rPr>
          <w:rFonts w:ascii="仿宋" w:eastAsia="仿宋" w:hAnsi="仿宋"/>
          <w:sz w:val="32"/>
          <w:lang w:eastAsia="zh-CN"/>
        </w:rPr>
        <w:t>走走老</w:t>
      </w:r>
      <w:proofErr w:type="gramEnd"/>
      <w:r>
        <w:rPr>
          <w:rFonts w:ascii="仿宋" w:eastAsia="仿宋" w:hAnsi="仿宋"/>
          <w:sz w:val="32"/>
          <w:lang w:eastAsia="zh-CN"/>
        </w:rPr>
        <w:t>李先生，小李先生，您可为我做主啊！</w:t>
      </w:r>
    </w:p>
    <w:p w14:paraId="2A65731D" w14:textId="77777777" w:rsidR="00E87C95" w:rsidRDefault="00000000">
      <w:pPr>
        <w:spacing w:after="0" w:line="579" w:lineRule="exact"/>
        <w:ind w:firstLine="640"/>
        <w:rPr>
          <w:lang w:eastAsia="zh-CN"/>
        </w:rPr>
      </w:pPr>
      <w:r>
        <w:rPr>
          <w:rFonts w:ascii="仿宋" w:eastAsia="仿宋" w:hAnsi="仿宋"/>
          <w:sz w:val="32"/>
          <w:lang w:eastAsia="zh-CN"/>
        </w:rPr>
        <w:t>发生什么事了，先把手松开，别打了，你们别打了。这位王掌柜。我好心将上好人参低价卖于他，他借我卖的便宜，</w:t>
      </w:r>
      <w:r>
        <w:rPr>
          <w:rFonts w:ascii="仿宋" w:eastAsia="仿宋" w:hAnsi="仿宋"/>
          <w:sz w:val="32"/>
          <w:lang w:eastAsia="zh-CN"/>
        </w:rPr>
        <w:lastRenderedPageBreak/>
        <w:t>骗我一次充好蕲州不产人参。你卖这么便宜，其中肯定有诈你这位掌柜，我行医多年多少还有些经验。你能否先把手松开，听我说来。不是。兄弟，</w:t>
      </w:r>
    </w:p>
    <w:p w14:paraId="10FDF52E" w14:textId="77777777" w:rsidR="00E87C95" w:rsidRDefault="00000000">
      <w:pPr>
        <w:spacing w:after="0" w:line="579" w:lineRule="exact"/>
        <w:ind w:firstLine="640"/>
        <w:rPr>
          <w:lang w:eastAsia="zh-CN"/>
        </w:rPr>
      </w:pPr>
      <w:r>
        <w:rPr>
          <w:rFonts w:ascii="仿宋" w:eastAsia="仿宋" w:hAnsi="仿宋"/>
          <w:sz w:val="32"/>
          <w:lang w:eastAsia="zh-CN"/>
        </w:rPr>
        <w:t>我是来劝架的。这人生与桔梗虽然外貌相似，倒也不是无法区分，拿来一看便知分享。东西呢这呢给他。嗯。王掌柜啊，你之前可曾购买过整株人参？之前并未采购过，那就难怪王掌柜会认错了，观其行连皮者黄润。色如防空。峡中却为人生。啊哎</w:t>
      </w:r>
      <w:proofErr w:type="gramStart"/>
      <w:r>
        <w:rPr>
          <w:rFonts w:ascii="仿宋" w:eastAsia="仿宋" w:hAnsi="仿宋"/>
          <w:sz w:val="32"/>
          <w:lang w:eastAsia="zh-CN"/>
        </w:rPr>
        <w:t>呦</w:t>
      </w:r>
      <w:proofErr w:type="gramEnd"/>
      <w:r>
        <w:rPr>
          <w:rFonts w:ascii="仿宋" w:eastAsia="仿宋" w:hAnsi="仿宋"/>
          <w:sz w:val="32"/>
          <w:lang w:eastAsia="zh-CN"/>
        </w:rPr>
        <w:t>。对。</w:t>
      </w:r>
    </w:p>
    <w:p w14:paraId="79B3B0C9" w14:textId="77777777" w:rsidR="00E87C95" w:rsidRDefault="00000000">
      <w:pPr>
        <w:spacing w:after="0" w:line="579" w:lineRule="exact"/>
        <w:ind w:firstLine="640"/>
        <w:rPr>
          <w:lang w:eastAsia="zh-CN"/>
        </w:rPr>
      </w:pPr>
      <w:proofErr w:type="gramStart"/>
      <w:r>
        <w:rPr>
          <w:rFonts w:ascii="仿宋" w:eastAsia="仿宋" w:hAnsi="仿宋"/>
          <w:sz w:val="32"/>
          <w:lang w:eastAsia="zh-CN"/>
        </w:rPr>
        <w:t>师政啊</w:t>
      </w:r>
      <w:proofErr w:type="gramEnd"/>
      <w:r>
        <w:rPr>
          <w:rFonts w:ascii="仿宋" w:eastAsia="仿宋" w:hAnsi="仿宋"/>
          <w:sz w:val="32"/>
          <w:lang w:eastAsia="zh-CN"/>
        </w:rPr>
        <w:t>，我继续看着。王掌柜。桔梗体</w:t>
      </w:r>
      <w:proofErr w:type="gramStart"/>
      <w:r>
        <w:rPr>
          <w:rFonts w:ascii="仿宋" w:eastAsia="仿宋" w:hAnsi="仿宋"/>
          <w:sz w:val="32"/>
          <w:lang w:eastAsia="zh-CN"/>
        </w:rPr>
        <w:t>兼有心</w:t>
      </w:r>
      <w:proofErr w:type="gramEnd"/>
      <w:r>
        <w:rPr>
          <w:rFonts w:ascii="仿宋" w:eastAsia="仿宋" w:hAnsi="仿宋"/>
          <w:sz w:val="32"/>
          <w:lang w:eastAsia="zh-CN"/>
        </w:rPr>
        <w:t>而畏苦人参。体时有心而未干。此物确是人参。掌柜的，他们莫不是串通好了，来蒙咱们的，这叫一唱一和，你们怎么不讲理呢？二位，莫要欺负我是外地人。整株人参虽不多见，但是行情我可是略知。</w:t>
      </w:r>
    </w:p>
    <w:p w14:paraId="7D920F5E" w14:textId="77777777" w:rsidR="00E87C95" w:rsidRDefault="00000000">
      <w:pPr>
        <w:spacing w:after="0" w:line="579" w:lineRule="exact"/>
        <w:ind w:firstLine="640"/>
        <w:rPr>
          <w:lang w:eastAsia="zh-CN"/>
        </w:rPr>
      </w:pPr>
      <w:r>
        <w:rPr>
          <w:rFonts w:ascii="仿宋" w:eastAsia="仿宋" w:hAnsi="仿宋"/>
          <w:sz w:val="32"/>
          <w:lang w:eastAsia="zh-CN"/>
        </w:rPr>
        <w:t>一二王掌柜。您是</w:t>
      </w:r>
      <w:proofErr w:type="gramStart"/>
      <w:r>
        <w:rPr>
          <w:rFonts w:ascii="仿宋" w:eastAsia="仿宋" w:hAnsi="仿宋"/>
          <w:sz w:val="32"/>
          <w:lang w:eastAsia="zh-CN"/>
        </w:rPr>
        <w:t>怕中着</w:t>
      </w:r>
      <w:proofErr w:type="gramEnd"/>
      <w:r>
        <w:rPr>
          <w:rFonts w:ascii="仿宋" w:eastAsia="仿宋" w:hAnsi="仿宋"/>
          <w:sz w:val="32"/>
          <w:lang w:eastAsia="zh-CN"/>
        </w:rPr>
        <w:t>圈套对，因为你手上的人参买的过于便宜，没错，我有一个办法可以让你完全的放心。你说把你手上的人参原价转卖给我。那当然好，掌柜的，这价格比市面上便宜三成，这要时珍的。我们就亏了，哎，说假的也是你说真的还是你到底真的假的，您别打我。那您是掌柜的，</w:t>
      </w:r>
    </w:p>
    <w:p w14:paraId="67648F31" w14:textId="77777777" w:rsidR="00E87C95" w:rsidRDefault="00000000">
      <w:pPr>
        <w:spacing w:after="0" w:line="579" w:lineRule="exact"/>
        <w:ind w:firstLine="640"/>
        <w:rPr>
          <w:lang w:eastAsia="zh-CN"/>
        </w:rPr>
      </w:pPr>
      <w:r>
        <w:rPr>
          <w:rFonts w:ascii="仿宋" w:eastAsia="仿宋" w:hAnsi="仿宋"/>
          <w:sz w:val="32"/>
          <w:lang w:eastAsia="zh-CN"/>
        </w:rPr>
        <w:t>那听您的吧，听掌柜的。哈哈</w:t>
      </w:r>
      <w:proofErr w:type="gramStart"/>
      <w:r>
        <w:rPr>
          <w:rFonts w:ascii="仿宋" w:eastAsia="仿宋" w:hAnsi="仿宋"/>
          <w:sz w:val="32"/>
          <w:lang w:eastAsia="zh-CN"/>
        </w:rPr>
        <w:t>哈</w:t>
      </w:r>
      <w:proofErr w:type="gramEnd"/>
      <w:r>
        <w:rPr>
          <w:rFonts w:ascii="仿宋" w:eastAsia="仿宋" w:hAnsi="仿宋"/>
          <w:sz w:val="32"/>
          <w:lang w:eastAsia="zh-CN"/>
        </w:rPr>
        <w:t>。你这是这都什么伙计，这是。我。哇哎呀，我还是怕亏钱不行，卖给您吧好。您还</w:t>
      </w:r>
      <w:r>
        <w:rPr>
          <w:rFonts w:ascii="仿宋" w:eastAsia="仿宋" w:hAnsi="仿宋"/>
          <w:sz w:val="32"/>
          <w:lang w:eastAsia="zh-CN"/>
        </w:rPr>
        <w:lastRenderedPageBreak/>
        <w:t>真买啊，买了啊。哈哈</w:t>
      </w:r>
      <w:proofErr w:type="gramStart"/>
      <w:r>
        <w:rPr>
          <w:rFonts w:ascii="仿宋" w:eastAsia="仿宋" w:hAnsi="仿宋"/>
          <w:sz w:val="32"/>
          <w:lang w:eastAsia="zh-CN"/>
        </w:rPr>
        <w:t>哈</w:t>
      </w:r>
      <w:proofErr w:type="gramEnd"/>
      <w:r>
        <w:rPr>
          <w:rFonts w:ascii="仿宋" w:eastAsia="仿宋" w:hAnsi="仿宋"/>
          <w:sz w:val="32"/>
          <w:lang w:eastAsia="zh-CN"/>
        </w:rPr>
        <w:t>。但是王掌柜有几句话我得说说你。蕲州盛产药材商家众多，历来买卖公平，</w:t>
      </w:r>
    </w:p>
    <w:p w14:paraId="17D6495C" w14:textId="77777777" w:rsidR="00E87C95" w:rsidRDefault="00000000">
      <w:pPr>
        <w:spacing w:after="0" w:line="579" w:lineRule="exact"/>
        <w:ind w:firstLine="640"/>
        <w:rPr>
          <w:lang w:eastAsia="zh-CN"/>
        </w:rPr>
      </w:pPr>
      <w:r>
        <w:rPr>
          <w:rFonts w:ascii="仿宋" w:eastAsia="仿宋" w:hAnsi="仿宋"/>
          <w:sz w:val="32"/>
          <w:lang w:eastAsia="zh-CN"/>
        </w:rPr>
        <w:t>货真价实。赵掌柜虽然是蕲州同乡。但是如果他今天卖的是假药，我李时珍第一个不答应。你来蕲州做买卖，我们自然会以诚相待，但是您不该真假不分，就无人清白。李先生。这件事是我不对。我先给赵掌柜赔个不是。也不能全赖你呀。这人参和桔梗本就不易辨别，对对对，我是翻遍了要书。</w:t>
      </w:r>
    </w:p>
    <w:p w14:paraId="12C8F9E2" w14:textId="77777777" w:rsidR="00E87C95" w:rsidRDefault="00000000">
      <w:pPr>
        <w:spacing w:after="0" w:line="579" w:lineRule="exact"/>
        <w:ind w:firstLine="640"/>
        <w:rPr>
          <w:lang w:eastAsia="zh-CN"/>
        </w:rPr>
      </w:pPr>
      <w:r>
        <w:rPr>
          <w:rFonts w:ascii="仿宋" w:eastAsia="仿宋" w:hAnsi="仿宋"/>
          <w:sz w:val="32"/>
          <w:lang w:eastAsia="zh-CN"/>
        </w:rPr>
        <w:t>也没分清楚二者之区别，若有要书详著呃，何至于闹出如此尴尬吗对？王掌柜的困扰，药行同仁都有我们手里的本草书，已经是很多年前修的了，是有些药物在里面并无记载。甚至有记载的，还有</w:t>
      </w:r>
      <w:proofErr w:type="gramStart"/>
      <w:r>
        <w:rPr>
          <w:rFonts w:ascii="仿宋" w:eastAsia="仿宋" w:hAnsi="仿宋"/>
          <w:sz w:val="32"/>
          <w:lang w:eastAsia="zh-CN"/>
        </w:rPr>
        <w:t>缪误</w:t>
      </w:r>
      <w:proofErr w:type="gramEnd"/>
      <w:r>
        <w:rPr>
          <w:rFonts w:ascii="仿宋" w:eastAsia="仿宋" w:hAnsi="仿宋"/>
          <w:sz w:val="32"/>
          <w:lang w:eastAsia="zh-CN"/>
        </w:rPr>
        <w:t>本草</w:t>
      </w:r>
      <w:proofErr w:type="gramStart"/>
      <w:r>
        <w:rPr>
          <w:rFonts w:ascii="仿宋" w:eastAsia="仿宋" w:hAnsi="仿宋"/>
          <w:sz w:val="32"/>
          <w:lang w:eastAsia="zh-CN"/>
        </w:rPr>
        <w:t>一书观喜播种</w:t>
      </w:r>
      <w:proofErr w:type="gramEnd"/>
      <w:r>
        <w:rPr>
          <w:rFonts w:ascii="仿宋" w:eastAsia="仿宋" w:hAnsi="仿宋"/>
          <w:sz w:val="32"/>
          <w:lang w:eastAsia="zh-CN"/>
        </w:rPr>
        <w:t>。若谬误过多。一害众生啊，是父亲医学传承了千年。绵延至今。今人承兮先贤理，应在晋营。</w:t>
      </w:r>
    </w:p>
    <w:p w14:paraId="43271411" w14:textId="77777777" w:rsidR="00E87C95" w:rsidRDefault="00000000">
      <w:pPr>
        <w:spacing w:after="0" w:line="579" w:lineRule="exact"/>
        <w:ind w:firstLine="640"/>
        <w:rPr>
          <w:lang w:eastAsia="zh-CN"/>
        </w:rPr>
      </w:pPr>
      <w:r>
        <w:rPr>
          <w:rFonts w:ascii="仿宋" w:eastAsia="仿宋" w:hAnsi="仿宋"/>
          <w:sz w:val="32"/>
          <w:lang w:eastAsia="zh-CN"/>
        </w:rPr>
        <w:t>是啊，我买错点儿药，最多就是亏点儿钱。但是要用错了药，那可就是遗害百姓啊是啊，这本草书是该有人修一修了。二位李先生。受教了。老李先生，小李先生，我要航，还有事先走一步。赵掌柜，我请您吃酒啊。赵掌柜。</w:t>
      </w:r>
    </w:p>
    <w:p w14:paraId="4D399629" w14:textId="77777777" w:rsidR="00E87C95" w:rsidRDefault="00000000">
      <w:pPr>
        <w:spacing w:after="0" w:line="579" w:lineRule="exact"/>
        <w:ind w:firstLine="640"/>
        <w:rPr>
          <w:lang w:eastAsia="zh-CN"/>
        </w:rPr>
      </w:pPr>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。父亲，我们应该修一部新的本草书。错误的纠正，重复的删除，遗缺的补上时间盛宴啊。修《本草》书可不是一件小事。学医难。行医难。叫本草书。更难。是难。但是，百姓们有需要。总得有人去做呀。</w:t>
      </w:r>
    </w:p>
    <w:p w14:paraId="35426F66" w14:textId="77777777" w:rsidR="00E87C95" w:rsidRDefault="00000000">
      <w:pPr>
        <w:spacing w:after="0" w:line="579" w:lineRule="exact"/>
        <w:ind w:firstLine="640"/>
        <w:rPr>
          <w:lang w:eastAsia="zh-CN"/>
        </w:rPr>
      </w:pPr>
      <w:r>
        <w:rPr>
          <w:rFonts w:ascii="仿宋" w:eastAsia="仿宋" w:hAnsi="仿宋"/>
          <w:sz w:val="32"/>
          <w:lang w:eastAsia="zh-CN"/>
        </w:rPr>
        <w:lastRenderedPageBreak/>
        <w:t>为富也知。本草书的重要啊。父亲</w:t>
      </w:r>
      <w:proofErr w:type="gramStart"/>
      <w:r>
        <w:rPr>
          <w:rFonts w:ascii="仿宋" w:eastAsia="仿宋" w:hAnsi="仿宋"/>
          <w:sz w:val="32"/>
          <w:lang w:eastAsia="zh-CN"/>
        </w:rPr>
        <w:t>父亲</w:t>
      </w:r>
      <w:proofErr w:type="gramEnd"/>
      <w:r>
        <w:rPr>
          <w:rFonts w:ascii="仿宋" w:eastAsia="仿宋" w:hAnsi="仿宋"/>
          <w:sz w:val="32"/>
          <w:lang w:eastAsia="zh-CN"/>
        </w:rPr>
        <w:t>，你怎么了？父亲。天气寒凉。连续看着。有些疲劳。徒儿在拿大赏是。我扶您回客栈休息吧。乡亲们。还有谁没有看诊吗？老李先生。莫要惦记我们了，小李先生都已经给我们看过了，</w:t>
      </w:r>
    </w:p>
    <w:p w14:paraId="50B860FD" w14:textId="77777777" w:rsidR="00E87C95" w:rsidRDefault="00000000">
      <w:pPr>
        <w:spacing w:after="0" w:line="579" w:lineRule="exact"/>
        <w:ind w:firstLine="640"/>
        <w:rPr>
          <w:lang w:eastAsia="zh-CN"/>
        </w:rPr>
      </w:pPr>
      <w:r>
        <w:rPr>
          <w:rFonts w:ascii="仿宋" w:eastAsia="仿宋" w:hAnsi="仿宋"/>
          <w:sz w:val="32"/>
          <w:lang w:eastAsia="zh-CN"/>
        </w:rPr>
        <w:t>将军们。今日看准就到此。下次我们再来。老李先生。您保重身体啊。保重身体。多谢乡亲们。</w:t>
      </w:r>
      <w:proofErr w:type="gramStart"/>
      <w:r>
        <w:rPr>
          <w:rFonts w:ascii="仿宋" w:eastAsia="仿宋" w:hAnsi="仿宋"/>
          <w:sz w:val="32"/>
          <w:lang w:eastAsia="zh-CN"/>
        </w:rPr>
        <w:t>家富随祖父</w:t>
      </w:r>
      <w:proofErr w:type="gramEnd"/>
      <w:r>
        <w:rPr>
          <w:rFonts w:ascii="仿宋" w:eastAsia="仿宋" w:hAnsi="仿宋"/>
          <w:sz w:val="32"/>
          <w:lang w:eastAsia="zh-CN"/>
        </w:rPr>
        <w:t>，行医多年。经常</w:t>
      </w:r>
      <w:proofErr w:type="gramStart"/>
      <w:r>
        <w:rPr>
          <w:rFonts w:ascii="仿宋" w:eastAsia="仿宋" w:hAnsi="仿宋"/>
          <w:sz w:val="32"/>
          <w:lang w:eastAsia="zh-CN"/>
        </w:rPr>
        <w:t>遇到变错药</w:t>
      </w:r>
      <w:proofErr w:type="gramEnd"/>
      <w:r>
        <w:rPr>
          <w:rFonts w:ascii="仿宋" w:eastAsia="仿宋" w:hAnsi="仿宋"/>
          <w:sz w:val="32"/>
          <w:lang w:eastAsia="zh-CN"/>
        </w:rPr>
        <w:t>，抓错药的病例。心中重修《本草》的想法愈加坚定。父亲这些年。我随着您四处行医，我看到了百姓对良医好药的期盼。</w:t>
      </w:r>
    </w:p>
    <w:p w14:paraId="4C6DA7F2" w14:textId="77777777" w:rsidR="00E87C95" w:rsidRDefault="00000000">
      <w:pPr>
        <w:spacing w:after="0" w:line="579" w:lineRule="exact"/>
        <w:ind w:firstLine="640"/>
        <w:rPr>
          <w:lang w:eastAsia="zh-CN"/>
        </w:rPr>
      </w:pPr>
      <w:r>
        <w:rPr>
          <w:rFonts w:ascii="仿宋" w:eastAsia="仿宋" w:hAnsi="仿宋"/>
          <w:sz w:val="32"/>
          <w:lang w:eastAsia="zh-CN"/>
        </w:rPr>
        <w:t>你也见到患者求医问药的艰难。为</w:t>
      </w:r>
      <w:proofErr w:type="gramStart"/>
      <w:r>
        <w:rPr>
          <w:rFonts w:ascii="仿宋" w:eastAsia="仿宋" w:hAnsi="仿宋"/>
          <w:sz w:val="32"/>
          <w:lang w:eastAsia="zh-CN"/>
        </w:rPr>
        <w:t>医</w:t>
      </w:r>
      <w:proofErr w:type="gramEnd"/>
      <w:r>
        <w:rPr>
          <w:rFonts w:ascii="仿宋" w:eastAsia="仿宋" w:hAnsi="仿宋"/>
          <w:sz w:val="32"/>
          <w:lang w:eastAsia="zh-CN"/>
        </w:rPr>
        <w:t>者必医术精湛，医道乃至经。指挥之事。唯一者</w:t>
      </w:r>
      <w:proofErr w:type="gramStart"/>
      <w:r>
        <w:rPr>
          <w:rFonts w:ascii="仿宋" w:eastAsia="仿宋" w:hAnsi="仿宋"/>
          <w:sz w:val="32"/>
          <w:lang w:eastAsia="zh-CN"/>
        </w:rPr>
        <w:t>必道德</w:t>
      </w:r>
      <w:proofErr w:type="gramEnd"/>
      <w:r>
        <w:rPr>
          <w:rFonts w:ascii="仿宋" w:eastAsia="仿宋" w:hAnsi="仿宋"/>
          <w:sz w:val="32"/>
          <w:lang w:eastAsia="zh-CN"/>
        </w:rPr>
        <w:t>高尚，大</w:t>
      </w:r>
      <w:proofErr w:type="gramStart"/>
      <w:r>
        <w:rPr>
          <w:rFonts w:ascii="仿宋" w:eastAsia="仿宋" w:hAnsi="仿宋"/>
          <w:sz w:val="32"/>
          <w:lang w:eastAsia="zh-CN"/>
        </w:rPr>
        <w:t>医</w:t>
      </w:r>
      <w:proofErr w:type="gramEnd"/>
      <w:r>
        <w:rPr>
          <w:rFonts w:ascii="仿宋" w:eastAsia="仿宋" w:hAnsi="仿宋"/>
          <w:sz w:val="32"/>
          <w:lang w:eastAsia="zh-CN"/>
        </w:rPr>
        <w:t>精诚乃医家。持身之法。唯一者不得瞻前顾后，自律凶吉，护惜生命。无论昼夜寒暑。饥渴疲劳。以新附旧。如此可做。苍生大依。</w:t>
      </w:r>
    </w:p>
    <w:p w14:paraId="25D0C72E" w14:textId="77777777" w:rsidR="00E87C95" w:rsidRDefault="00000000">
      <w:pPr>
        <w:spacing w:after="0" w:line="579" w:lineRule="exact"/>
        <w:ind w:firstLine="640"/>
        <w:rPr>
          <w:lang w:eastAsia="zh-CN"/>
        </w:rPr>
      </w:pPr>
      <w:r>
        <w:rPr>
          <w:rFonts w:ascii="仿宋" w:eastAsia="仿宋" w:hAnsi="仿宋"/>
          <w:sz w:val="32"/>
          <w:lang w:eastAsia="zh-CN"/>
        </w:rPr>
        <w:t>师生啊。你从医多年。为父认为。你已经是一个。合格的</w:t>
      </w:r>
      <w:proofErr w:type="gramStart"/>
      <w:r>
        <w:rPr>
          <w:rFonts w:ascii="仿宋" w:eastAsia="仿宋" w:hAnsi="仿宋"/>
          <w:sz w:val="32"/>
          <w:lang w:eastAsia="zh-CN"/>
        </w:rPr>
        <w:t>医</w:t>
      </w:r>
      <w:proofErr w:type="gramEnd"/>
      <w:r>
        <w:rPr>
          <w:rFonts w:ascii="仿宋" w:eastAsia="仿宋" w:hAnsi="仿宋"/>
          <w:sz w:val="32"/>
          <w:lang w:eastAsia="zh-CN"/>
        </w:rPr>
        <w:t>者。</w:t>
      </w:r>
      <w:proofErr w:type="gramStart"/>
      <w:r>
        <w:rPr>
          <w:rFonts w:ascii="仿宋" w:eastAsia="仿宋" w:hAnsi="仿宋"/>
          <w:sz w:val="32"/>
          <w:lang w:eastAsia="zh-CN"/>
        </w:rPr>
        <w:t>父亲海</w:t>
      </w:r>
      <w:proofErr w:type="gramEnd"/>
      <w:r>
        <w:rPr>
          <w:rFonts w:ascii="仿宋" w:eastAsia="仿宋" w:hAnsi="仿宋"/>
          <w:sz w:val="32"/>
          <w:lang w:eastAsia="zh-CN"/>
        </w:rPr>
        <w:t>儿自认。还不是。我心中一直有个宿愿。魏朝，你是想修。本草。对如何下笔。综合百家书籍。集成历代本草。以纲目分支。</w:t>
      </w:r>
    </w:p>
    <w:p w14:paraId="55760880" w14:textId="77777777" w:rsidR="00E87C95" w:rsidRDefault="00000000">
      <w:pPr>
        <w:spacing w:after="0" w:line="579" w:lineRule="exact"/>
        <w:ind w:firstLine="640"/>
        <w:rPr>
          <w:lang w:eastAsia="zh-CN"/>
        </w:rPr>
      </w:pPr>
      <w:r>
        <w:rPr>
          <w:rFonts w:ascii="仿宋" w:eastAsia="仿宋" w:hAnsi="仿宋"/>
          <w:sz w:val="32"/>
          <w:lang w:eastAsia="zh-CN"/>
        </w:rPr>
        <w:t>以纲目分本草。是啊，前所未见呐。总</w:t>
      </w:r>
      <w:proofErr w:type="gramStart"/>
      <w:r>
        <w:rPr>
          <w:rFonts w:ascii="仿宋" w:eastAsia="仿宋" w:hAnsi="仿宋"/>
          <w:sz w:val="32"/>
          <w:lang w:eastAsia="zh-CN"/>
        </w:rPr>
        <w:t>标证明</w:t>
      </w:r>
      <w:proofErr w:type="gramEnd"/>
      <w:r>
        <w:rPr>
          <w:rFonts w:ascii="仿宋" w:eastAsia="仿宋" w:hAnsi="仿宋"/>
          <w:sz w:val="32"/>
          <w:lang w:eastAsia="zh-CN"/>
        </w:rPr>
        <w:t>为纲，又复示明为目。以刚为举，赐以集解，便宜政务为辅要，列出各种药物的形状。赋以气味主治，还有药方如此，甚为实用。书名未知。《本草纲目》。师长，</w:t>
      </w:r>
    </w:p>
    <w:p w14:paraId="2C30F9B5" w14:textId="77777777" w:rsidR="00E87C95" w:rsidRDefault="00000000">
      <w:pPr>
        <w:spacing w:after="0" w:line="579" w:lineRule="exact"/>
        <w:ind w:firstLine="640"/>
        <w:rPr>
          <w:lang w:eastAsia="zh-CN"/>
        </w:rPr>
      </w:pPr>
      <w:r>
        <w:rPr>
          <w:rFonts w:ascii="仿宋" w:eastAsia="仿宋" w:hAnsi="仿宋"/>
          <w:sz w:val="32"/>
          <w:lang w:eastAsia="zh-CN"/>
        </w:rPr>
        <w:lastRenderedPageBreak/>
        <w:t>你为自己选了一件该做的事。可也是一件。最难做的事。深入逆流传。心比铁石坚，望父全儿志，至死不怕难。据史料记载。唐宋官修《本草》，那都是朝廷专门委派官员，再加上医家共同修传。就是因为工程实在浩大。祖先啊，说的对。可父亲是个不怕难的人。</w:t>
      </w:r>
    </w:p>
    <w:p w14:paraId="6DE85B1C" w14:textId="77777777" w:rsidR="00E87C95" w:rsidRDefault="00000000">
      <w:pPr>
        <w:spacing w:after="0" w:line="579" w:lineRule="exact"/>
        <w:ind w:firstLine="640"/>
        <w:rPr>
          <w:lang w:eastAsia="zh-CN"/>
        </w:rPr>
      </w:pPr>
      <w:r>
        <w:rPr>
          <w:rFonts w:ascii="仿宋" w:eastAsia="仿宋" w:hAnsi="仿宋"/>
          <w:sz w:val="32"/>
          <w:lang w:eastAsia="zh-CN"/>
        </w:rPr>
        <w:t>是个迎难而上之。身如逆流船。心比铁时艰难。为父写下了人生传。奇爱传等。希望能。帮你些许。谢父亲。你我父子。并肩逆行。我只能。陪你到死。为子老了。人。逃不过光阴。</w:t>
      </w:r>
    </w:p>
    <w:p w14:paraId="05FC3085" w14:textId="77777777" w:rsidR="00E87C95" w:rsidRDefault="00000000">
      <w:pPr>
        <w:spacing w:after="0" w:line="579" w:lineRule="exact"/>
        <w:ind w:firstLine="640"/>
        <w:rPr>
          <w:lang w:eastAsia="zh-CN"/>
        </w:rPr>
      </w:pPr>
      <w:r>
        <w:rPr>
          <w:rFonts w:ascii="仿宋" w:eastAsia="仿宋" w:hAnsi="仿宋"/>
          <w:sz w:val="32"/>
          <w:lang w:eastAsia="zh-CN"/>
        </w:rPr>
        <w:t>父亲。为父。就要离开你了。父亲没有你。我能做一个好译者吗？没有你。《本草纲目》我能写完吗？能此行艰难。靠你自己了。父亲。父亲。多钱？母亲。修《本草》是一项浩大的工程，</w:t>
      </w:r>
      <w:proofErr w:type="gramStart"/>
      <w:r>
        <w:rPr>
          <w:rFonts w:ascii="仿宋" w:eastAsia="仿宋" w:hAnsi="仿宋"/>
          <w:sz w:val="32"/>
          <w:lang w:eastAsia="zh-CN"/>
        </w:rPr>
        <w:t>父亲叔采800余家</w:t>
      </w:r>
      <w:proofErr w:type="gramEnd"/>
      <w:r>
        <w:rPr>
          <w:rFonts w:ascii="仿宋" w:eastAsia="仿宋" w:hAnsi="仿宋"/>
          <w:sz w:val="32"/>
          <w:lang w:eastAsia="zh-CN"/>
        </w:rPr>
        <w:t>，</w:t>
      </w:r>
    </w:p>
    <w:p w14:paraId="36DE0ECC" w14:textId="77777777" w:rsidR="00E87C95" w:rsidRDefault="00000000">
      <w:pPr>
        <w:spacing w:after="0" w:line="579" w:lineRule="exact"/>
        <w:ind w:firstLine="640"/>
        <w:rPr>
          <w:lang w:eastAsia="zh-CN"/>
        </w:rPr>
      </w:pPr>
      <w:r>
        <w:rPr>
          <w:rFonts w:ascii="仿宋" w:eastAsia="仿宋" w:hAnsi="仿宋"/>
          <w:sz w:val="32"/>
          <w:lang w:eastAsia="zh-CN"/>
        </w:rPr>
        <w:t>又考证朱家本草。《本草纲目》承前启后。集中国药物学之大成。之前荞麦记录在《嘉祐补注本草》当中。殊不知，荞麦不止一种。苦荞和荞麦应分开寄汁，苦荞出南方。</w:t>
      </w:r>
      <w:proofErr w:type="gramStart"/>
      <w:r>
        <w:rPr>
          <w:rFonts w:ascii="仿宋" w:eastAsia="仿宋" w:hAnsi="仿宋"/>
          <w:sz w:val="32"/>
          <w:lang w:eastAsia="zh-CN"/>
        </w:rPr>
        <w:t>春舍前后</w:t>
      </w:r>
      <w:proofErr w:type="gramEnd"/>
      <w:r>
        <w:rPr>
          <w:rFonts w:ascii="仿宋" w:eastAsia="仿宋" w:hAnsi="仿宋"/>
          <w:sz w:val="32"/>
          <w:lang w:eastAsia="zh-CN"/>
        </w:rPr>
        <w:t>种植。李时珍先生是第一个将苦荞和荞麦分裂条目的人，有些植物啊，性可入药。与我朝自海外传入。前朝本草未见有，记录</w:t>
      </w:r>
      <w:proofErr w:type="gramStart"/>
      <w:r>
        <w:rPr>
          <w:rFonts w:ascii="仿宋" w:eastAsia="仿宋" w:hAnsi="仿宋"/>
          <w:sz w:val="32"/>
          <w:lang w:eastAsia="zh-CN"/>
        </w:rPr>
        <w:t>亦当增骨</w:t>
      </w:r>
      <w:proofErr w:type="gramEnd"/>
      <w:r>
        <w:rPr>
          <w:rFonts w:ascii="仿宋" w:eastAsia="仿宋" w:hAnsi="仿宋"/>
          <w:sz w:val="32"/>
          <w:lang w:eastAsia="zh-CN"/>
        </w:rPr>
        <w:t>。</w:t>
      </w:r>
    </w:p>
    <w:p w14:paraId="7FEA6F96" w14:textId="77777777" w:rsidR="00E87C95" w:rsidRDefault="00000000">
      <w:pPr>
        <w:spacing w:after="0" w:line="579" w:lineRule="exact"/>
        <w:ind w:firstLine="640"/>
        <w:rPr>
          <w:lang w:eastAsia="zh-CN"/>
        </w:rPr>
      </w:pPr>
      <w:r>
        <w:rPr>
          <w:rFonts w:ascii="仿宋" w:eastAsia="仿宋" w:hAnsi="仿宋"/>
          <w:sz w:val="32"/>
          <w:lang w:eastAsia="zh-CN"/>
        </w:rPr>
        <w:t>玉蜀黍苗高三四尺。六七月，开花成穗，如比麦状先生说的玉蜀黍，我们后世人也非常熟悉，但我们那会儿管它叫。玉米李时珍先生是第一个在本草书中对玉米详细记述的人，</w:t>
      </w:r>
      <w:r>
        <w:rPr>
          <w:rFonts w:ascii="仿宋" w:eastAsia="仿宋" w:hAnsi="仿宋"/>
          <w:sz w:val="32"/>
          <w:lang w:eastAsia="zh-CN"/>
        </w:rPr>
        <w:lastRenderedPageBreak/>
        <w:t>玉蜀黍可炸炒时至。炒拆白花</w:t>
      </w:r>
      <w:proofErr w:type="gramStart"/>
      <w:r>
        <w:rPr>
          <w:rFonts w:ascii="仿宋" w:eastAsia="仿宋" w:hAnsi="仿宋"/>
          <w:sz w:val="32"/>
          <w:lang w:eastAsia="zh-CN"/>
        </w:rPr>
        <w:t>如炒折糯谷</w:t>
      </w:r>
      <w:proofErr w:type="gramEnd"/>
      <w:r>
        <w:rPr>
          <w:rFonts w:ascii="仿宋" w:eastAsia="仿宋" w:hAnsi="仿宋"/>
          <w:sz w:val="32"/>
          <w:lang w:eastAsia="zh-CN"/>
        </w:rPr>
        <w:t>之状。这种吃法我们也有叫爆米花。父亲说，</w:t>
      </w:r>
      <w:proofErr w:type="gramStart"/>
      <w:r>
        <w:rPr>
          <w:rFonts w:ascii="仿宋" w:eastAsia="仿宋" w:hAnsi="仿宋"/>
          <w:sz w:val="32"/>
          <w:lang w:eastAsia="zh-CN"/>
        </w:rPr>
        <w:t>医</w:t>
      </w:r>
      <w:proofErr w:type="gramEnd"/>
      <w:r>
        <w:rPr>
          <w:rFonts w:ascii="仿宋" w:eastAsia="仿宋" w:hAnsi="仿宋"/>
          <w:sz w:val="32"/>
          <w:lang w:eastAsia="zh-CN"/>
        </w:rPr>
        <w:t>者贵在格物，在《本草纲目》第19卷当中，李时珍先生还特别喜欢我。很多前人犯的错误原因都是盖为审察体认，</w:t>
      </w:r>
    </w:p>
    <w:p w14:paraId="5FC7D8A2" w14:textId="77777777" w:rsidR="00E87C95" w:rsidRDefault="00000000">
      <w:pPr>
        <w:spacing w:after="0" w:line="579" w:lineRule="exact"/>
        <w:ind w:firstLine="640"/>
        <w:rPr>
          <w:lang w:eastAsia="zh-CN"/>
        </w:rPr>
      </w:pPr>
      <w:proofErr w:type="gramStart"/>
      <w:r>
        <w:rPr>
          <w:rFonts w:ascii="仿宋" w:eastAsia="仿宋" w:hAnsi="仿宋"/>
          <w:sz w:val="32"/>
          <w:lang w:eastAsia="zh-CN"/>
        </w:rPr>
        <w:t>惟据纸上</w:t>
      </w:r>
      <w:proofErr w:type="gramEnd"/>
      <w:r>
        <w:rPr>
          <w:rFonts w:ascii="仿宋" w:eastAsia="仿宋" w:hAnsi="仿宋"/>
          <w:sz w:val="32"/>
          <w:lang w:eastAsia="zh-CN"/>
        </w:rPr>
        <w:t>猜度而已。因此，父亲考定《本草》尤为注重实地考察湖南，湖北，江西，河南，河北，四川等地。都有李时珍先生</w:t>
      </w:r>
      <w:proofErr w:type="gramStart"/>
      <w:r>
        <w:rPr>
          <w:rFonts w:ascii="仿宋" w:eastAsia="仿宋" w:hAnsi="仿宋"/>
          <w:sz w:val="32"/>
          <w:lang w:eastAsia="zh-CN"/>
        </w:rPr>
        <w:t>寻医访药的</w:t>
      </w:r>
      <w:proofErr w:type="gramEnd"/>
      <w:r>
        <w:rPr>
          <w:rFonts w:ascii="仿宋" w:eastAsia="仿宋" w:hAnsi="仿宋"/>
          <w:sz w:val="32"/>
          <w:lang w:eastAsia="zh-CN"/>
        </w:rPr>
        <w:t>足迹。哈哈</w:t>
      </w:r>
      <w:proofErr w:type="gramStart"/>
      <w:r>
        <w:rPr>
          <w:rFonts w:ascii="仿宋" w:eastAsia="仿宋" w:hAnsi="仿宋"/>
          <w:sz w:val="32"/>
          <w:lang w:eastAsia="zh-CN"/>
        </w:rPr>
        <w:t>哈</w:t>
      </w:r>
      <w:proofErr w:type="gramEnd"/>
      <w:r>
        <w:rPr>
          <w:rFonts w:ascii="仿宋" w:eastAsia="仿宋" w:hAnsi="仿宋"/>
          <w:sz w:val="32"/>
          <w:lang w:eastAsia="zh-CN"/>
        </w:rPr>
        <w:t>，快快</w:t>
      </w:r>
      <w:proofErr w:type="gramStart"/>
      <w:r>
        <w:rPr>
          <w:rFonts w:ascii="仿宋" w:eastAsia="仿宋" w:hAnsi="仿宋"/>
          <w:sz w:val="32"/>
          <w:lang w:eastAsia="zh-CN"/>
        </w:rPr>
        <w:t>快</w:t>
      </w:r>
      <w:proofErr w:type="gramEnd"/>
      <w:r>
        <w:rPr>
          <w:rFonts w:ascii="仿宋" w:eastAsia="仿宋" w:hAnsi="仿宋"/>
          <w:sz w:val="32"/>
          <w:lang w:eastAsia="zh-CN"/>
        </w:rPr>
        <w:t>找到仙草了，这颗灵芝一定能卖个好价钱。药商说，扶持了这个可以成仙。那你看我成仙了吗？</w:t>
      </w:r>
    </w:p>
    <w:p w14:paraId="10CEA488" w14:textId="77777777" w:rsidR="00E87C95" w:rsidRDefault="00000000">
      <w:pPr>
        <w:spacing w:after="0" w:line="579" w:lineRule="exact"/>
        <w:ind w:firstLine="640"/>
        <w:rPr>
          <w:lang w:eastAsia="zh-CN"/>
        </w:rPr>
      </w:pPr>
      <w:r>
        <w:rPr>
          <w:rFonts w:ascii="仿宋" w:eastAsia="仿宋" w:hAnsi="仿宋"/>
          <w:sz w:val="32"/>
          <w:lang w:eastAsia="zh-CN"/>
        </w:rPr>
        <w:t>那都是骗人的。这位大哥说的对。灵芝有一定的药性。但是它属于菌属可食者和木耳，属于同类</w:t>
      </w:r>
      <w:proofErr w:type="gramStart"/>
      <w:r>
        <w:rPr>
          <w:rFonts w:ascii="仿宋" w:eastAsia="仿宋" w:hAnsi="仿宋"/>
          <w:sz w:val="32"/>
          <w:lang w:eastAsia="zh-CN"/>
        </w:rPr>
        <w:t>呃</w:t>
      </w:r>
      <w:proofErr w:type="gramEnd"/>
      <w:r>
        <w:rPr>
          <w:rFonts w:ascii="仿宋" w:eastAsia="仿宋" w:hAnsi="仿宋"/>
          <w:sz w:val="32"/>
          <w:lang w:eastAsia="zh-CN"/>
        </w:rPr>
        <w:t>先生。药书上说，吃了能成仙。会改过来的。哈哈</w:t>
      </w:r>
      <w:proofErr w:type="gramStart"/>
      <w:r>
        <w:rPr>
          <w:rFonts w:ascii="仿宋" w:eastAsia="仿宋" w:hAnsi="仿宋"/>
          <w:sz w:val="32"/>
          <w:lang w:eastAsia="zh-CN"/>
        </w:rPr>
        <w:t>哈</w:t>
      </w:r>
      <w:proofErr w:type="gramEnd"/>
      <w:r>
        <w:rPr>
          <w:rFonts w:ascii="仿宋" w:eastAsia="仿宋" w:hAnsi="仿宋"/>
          <w:sz w:val="32"/>
          <w:lang w:eastAsia="zh-CN"/>
        </w:rPr>
        <w:t>。父亲桃花开了，建元不要打扰父亲修书，好的母亲。父亲考定《本草》谬误者改之。如</w:t>
      </w:r>
      <w:proofErr w:type="gramStart"/>
      <w:r>
        <w:rPr>
          <w:rFonts w:ascii="仿宋" w:eastAsia="仿宋" w:hAnsi="仿宋"/>
          <w:sz w:val="32"/>
          <w:lang w:eastAsia="zh-CN"/>
        </w:rPr>
        <w:t>灵芝宜缺者</w:t>
      </w:r>
      <w:proofErr w:type="gramEnd"/>
      <w:r>
        <w:rPr>
          <w:rFonts w:ascii="仿宋" w:eastAsia="仿宋" w:hAnsi="仿宋"/>
          <w:sz w:val="32"/>
          <w:lang w:eastAsia="zh-CN"/>
        </w:rPr>
        <w:t>，增补之如三七。</w:t>
      </w:r>
    </w:p>
    <w:p w14:paraId="628ABB8A" w14:textId="77777777" w:rsidR="00E87C95" w:rsidRDefault="00000000">
      <w:pPr>
        <w:spacing w:after="0" w:line="579" w:lineRule="exact"/>
        <w:ind w:firstLine="640"/>
        <w:rPr>
          <w:lang w:eastAsia="zh-CN"/>
        </w:rPr>
      </w:pPr>
      <w:r>
        <w:rPr>
          <w:rFonts w:ascii="仿宋" w:eastAsia="仿宋" w:hAnsi="仿宋"/>
          <w:sz w:val="32"/>
          <w:lang w:eastAsia="zh-CN"/>
        </w:rPr>
        <w:t>陈大哥，涂上此药不出两日就又能下场操练了。几位军士。请问你们使用的是</w:t>
      </w:r>
      <w:proofErr w:type="gramStart"/>
      <w:r>
        <w:rPr>
          <w:rFonts w:ascii="仿宋" w:eastAsia="仿宋" w:hAnsi="仿宋"/>
          <w:sz w:val="32"/>
          <w:lang w:eastAsia="zh-CN"/>
        </w:rPr>
        <w:t>何药物啊</w:t>
      </w:r>
      <w:proofErr w:type="gramEnd"/>
      <w:r>
        <w:rPr>
          <w:rFonts w:ascii="仿宋" w:eastAsia="仿宋" w:hAnsi="仿宋"/>
          <w:sz w:val="32"/>
          <w:lang w:eastAsia="zh-CN"/>
        </w:rPr>
        <w:t>？此物是军中惯用的金疮药，</w:t>
      </w:r>
      <w:proofErr w:type="gramStart"/>
      <w:r>
        <w:rPr>
          <w:rFonts w:ascii="仿宋" w:eastAsia="仿宋" w:hAnsi="仿宋"/>
          <w:sz w:val="32"/>
          <w:lang w:eastAsia="zh-CN"/>
        </w:rPr>
        <w:t>名幻三七</w:t>
      </w:r>
      <w:proofErr w:type="gramEnd"/>
      <w:r>
        <w:rPr>
          <w:rFonts w:ascii="仿宋" w:eastAsia="仿宋" w:hAnsi="仿宋"/>
          <w:sz w:val="32"/>
          <w:lang w:eastAsia="zh-CN"/>
        </w:rPr>
        <w:t>。这个三七可不借我一看可以。三七，又名金不换，可</w:t>
      </w:r>
      <w:proofErr w:type="gramStart"/>
      <w:r>
        <w:rPr>
          <w:rFonts w:ascii="仿宋" w:eastAsia="仿宋" w:hAnsi="仿宋"/>
          <w:sz w:val="32"/>
          <w:lang w:eastAsia="zh-CN"/>
        </w:rPr>
        <w:t>止具散</w:t>
      </w:r>
      <w:proofErr w:type="gramEnd"/>
      <w:r>
        <w:rPr>
          <w:rFonts w:ascii="仿宋" w:eastAsia="仿宋" w:hAnsi="仿宋"/>
          <w:sz w:val="32"/>
          <w:lang w:eastAsia="zh-CN"/>
        </w:rPr>
        <w:t>血定痛，治疗筋</w:t>
      </w:r>
      <w:proofErr w:type="gramStart"/>
      <w:r>
        <w:rPr>
          <w:rFonts w:ascii="仿宋" w:eastAsia="仿宋" w:hAnsi="仿宋"/>
          <w:sz w:val="32"/>
          <w:lang w:eastAsia="zh-CN"/>
        </w:rPr>
        <w:t>韧剑伤</w:t>
      </w:r>
      <w:proofErr w:type="gramEnd"/>
      <w:r>
        <w:rPr>
          <w:rFonts w:ascii="仿宋" w:eastAsia="仿宋" w:hAnsi="仿宋"/>
          <w:sz w:val="32"/>
          <w:lang w:eastAsia="zh-CN"/>
        </w:rPr>
        <w:t>，跌</w:t>
      </w:r>
      <w:proofErr w:type="gramStart"/>
      <w:r>
        <w:rPr>
          <w:rFonts w:ascii="仿宋" w:eastAsia="仿宋" w:hAnsi="仿宋"/>
          <w:sz w:val="32"/>
          <w:lang w:eastAsia="zh-CN"/>
        </w:rPr>
        <w:t>扑涨疮</w:t>
      </w:r>
      <w:proofErr w:type="gramEnd"/>
      <w:r>
        <w:rPr>
          <w:rFonts w:ascii="仿宋" w:eastAsia="仿宋" w:hAnsi="仿宋"/>
          <w:sz w:val="32"/>
          <w:lang w:eastAsia="zh-CN"/>
        </w:rPr>
        <w:t>。三七也是李时珍先生首次写入本草书中，后世应用极为广泛，在我们那个时代。</w:t>
      </w:r>
    </w:p>
    <w:p w14:paraId="7F497791" w14:textId="77777777" w:rsidR="00E87C95" w:rsidRDefault="00000000">
      <w:pPr>
        <w:spacing w:after="0" w:line="579" w:lineRule="exact"/>
        <w:ind w:firstLine="640"/>
        <w:rPr>
          <w:lang w:eastAsia="zh-CN"/>
        </w:rPr>
      </w:pPr>
      <w:r>
        <w:rPr>
          <w:rFonts w:ascii="仿宋" w:eastAsia="仿宋" w:hAnsi="仿宋"/>
          <w:sz w:val="32"/>
          <w:lang w:eastAsia="zh-CN"/>
        </w:rPr>
        <w:t>有一种专治跌打损伤的云南白药，就是用三七作为主原料制成的。汇集千家万户。父亲。您吃些吧哦，不用了。哎</w:t>
      </w:r>
      <w:r>
        <w:rPr>
          <w:rFonts w:ascii="仿宋" w:eastAsia="仿宋" w:hAnsi="仿宋"/>
          <w:sz w:val="32"/>
          <w:lang w:eastAsia="zh-CN"/>
        </w:rPr>
        <w:lastRenderedPageBreak/>
        <w:t>呀，来老弟，咱们来喝一碗哎。大家快来喝，都喝点。喝了这汤啊，第二天挑货，身上就有力气，几位兄弟。</w:t>
      </w:r>
    </w:p>
    <w:p w14:paraId="407CFF18" w14:textId="77777777" w:rsidR="00E87C95" w:rsidRDefault="00000000">
      <w:pPr>
        <w:spacing w:after="0" w:line="579" w:lineRule="exact"/>
        <w:ind w:firstLine="640"/>
        <w:rPr>
          <w:lang w:eastAsia="zh-CN"/>
        </w:rPr>
      </w:pPr>
      <w:r>
        <w:rPr>
          <w:rFonts w:ascii="仿宋" w:eastAsia="仿宋" w:hAnsi="仿宋"/>
          <w:sz w:val="32"/>
          <w:lang w:eastAsia="zh-CN"/>
        </w:rPr>
        <w:t>你们喝的是什么汤？哈哈，这是我们脚行的脚夫们常喝的旋花汤，您是看病的先生吧是？来一碗此物，可不损伤好。旋花，可否借我一看？拿去吧，谢了。</w:t>
      </w:r>
      <w:proofErr w:type="gramStart"/>
      <w:r>
        <w:rPr>
          <w:rFonts w:ascii="仿宋" w:eastAsia="仿宋" w:hAnsi="仿宋"/>
          <w:sz w:val="32"/>
          <w:lang w:eastAsia="zh-CN"/>
        </w:rPr>
        <w:t>悬花田野</w:t>
      </w:r>
      <w:proofErr w:type="gramEnd"/>
      <w:r>
        <w:rPr>
          <w:rFonts w:ascii="仿宋" w:eastAsia="仿宋" w:hAnsi="仿宋"/>
          <w:sz w:val="32"/>
          <w:lang w:eastAsia="zh-CN"/>
        </w:rPr>
        <w:t>，</w:t>
      </w:r>
      <w:proofErr w:type="gramStart"/>
      <w:r>
        <w:rPr>
          <w:rFonts w:ascii="仿宋" w:eastAsia="仿宋" w:hAnsi="仿宋"/>
          <w:sz w:val="32"/>
          <w:lang w:eastAsia="zh-CN"/>
        </w:rPr>
        <w:t>成欠皆</w:t>
      </w:r>
      <w:proofErr w:type="gramEnd"/>
      <w:r>
        <w:rPr>
          <w:rFonts w:ascii="仿宋" w:eastAsia="仿宋" w:hAnsi="仿宋"/>
          <w:sz w:val="32"/>
          <w:lang w:eastAsia="zh-CN"/>
        </w:rPr>
        <w:t>生。逐节延蔓。爷爷，父亲。</w:t>
      </w:r>
    </w:p>
    <w:p w14:paraId="16531AA8" w14:textId="77777777" w:rsidR="00E87C95" w:rsidRDefault="00000000">
      <w:pPr>
        <w:spacing w:after="0" w:line="579" w:lineRule="exact"/>
        <w:ind w:firstLine="640"/>
        <w:rPr>
          <w:lang w:eastAsia="zh-CN"/>
        </w:rPr>
      </w:pPr>
      <w:r>
        <w:rPr>
          <w:rFonts w:ascii="仿宋" w:eastAsia="仿宋" w:hAnsi="仿宋"/>
          <w:sz w:val="32"/>
          <w:lang w:eastAsia="zh-CN"/>
        </w:rPr>
        <w:t>旋花。五楼子，</w:t>
      </w:r>
      <w:proofErr w:type="gramStart"/>
      <w:r>
        <w:rPr>
          <w:rFonts w:ascii="仿宋" w:eastAsia="仿宋" w:hAnsi="仿宋"/>
          <w:sz w:val="32"/>
          <w:lang w:eastAsia="zh-CN"/>
        </w:rPr>
        <w:t>逆君戏</w:t>
      </w:r>
      <w:proofErr w:type="gramEnd"/>
      <w:r>
        <w:rPr>
          <w:rFonts w:ascii="仿宋" w:eastAsia="仿宋" w:hAnsi="仿宋"/>
          <w:sz w:val="32"/>
          <w:lang w:eastAsia="zh-CN"/>
        </w:rPr>
        <w:t>。对李时珍先生在《本草纲目》当中对很多药物的技术都是来源于。真实的一案。嗯嗯嗯。这位兄弟得了什么病？我们是采铅的矿工，他在矿洞内劳作过久。冲了铅毒。中毒之后有何症状？皮肤萎黄，腹胀，不能食。可这严重者呀，</w:t>
      </w:r>
    </w:p>
    <w:p w14:paraId="0D3257D5" w14:textId="77777777" w:rsidR="00E87C95" w:rsidRDefault="00000000">
      <w:pPr>
        <w:spacing w:after="0" w:line="579" w:lineRule="exact"/>
        <w:ind w:firstLine="640"/>
        <w:rPr>
          <w:lang w:eastAsia="zh-CN"/>
        </w:rPr>
      </w:pPr>
      <w:r>
        <w:rPr>
          <w:rFonts w:ascii="仿宋" w:eastAsia="仿宋" w:hAnsi="仿宋"/>
          <w:sz w:val="32"/>
          <w:lang w:eastAsia="zh-CN"/>
        </w:rPr>
        <w:t>丧命也是有的。先生。</w:t>
      </w:r>
      <w:proofErr w:type="gramStart"/>
      <w:r>
        <w:rPr>
          <w:rFonts w:ascii="仿宋" w:eastAsia="仿宋" w:hAnsi="仿宋"/>
          <w:sz w:val="32"/>
          <w:lang w:eastAsia="zh-CN"/>
        </w:rPr>
        <w:t>求您求您</w:t>
      </w:r>
      <w:proofErr w:type="gramEnd"/>
      <w:r>
        <w:rPr>
          <w:rFonts w:ascii="仿宋" w:eastAsia="仿宋" w:hAnsi="仿宋"/>
          <w:sz w:val="32"/>
          <w:lang w:eastAsia="zh-CN"/>
        </w:rPr>
        <w:t>救救我吧。我都不想死啊。夫君。为何心事重重。唉，遇到一位矿工中了铅毒。我们也能把他救回来。</w:t>
      </w:r>
      <w:proofErr w:type="gramStart"/>
      <w:r>
        <w:rPr>
          <w:rFonts w:ascii="仿宋" w:eastAsia="仿宋" w:hAnsi="仿宋"/>
          <w:sz w:val="32"/>
          <w:lang w:eastAsia="zh-CN"/>
        </w:rPr>
        <w:t>医</w:t>
      </w:r>
      <w:proofErr w:type="gramEnd"/>
      <w:r>
        <w:rPr>
          <w:rFonts w:ascii="仿宋" w:eastAsia="仿宋" w:hAnsi="仿宋"/>
          <w:sz w:val="32"/>
          <w:lang w:eastAsia="zh-CN"/>
        </w:rPr>
        <w:t>者有力所能及，有力所不能及，要保重身体，千万不要苛责自己。是，但是我可以把铅毒记下来。</w:t>
      </w:r>
    </w:p>
    <w:p w14:paraId="5F602DB7" w14:textId="77777777" w:rsidR="00E87C95" w:rsidRDefault="00000000">
      <w:pPr>
        <w:spacing w:after="0" w:line="579" w:lineRule="exact"/>
        <w:ind w:firstLine="640"/>
        <w:rPr>
          <w:lang w:eastAsia="zh-CN"/>
        </w:rPr>
      </w:pPr>
      <w:r>
        <w:rPr>
          <w:rFonts w:ascii="仿宋" w:eastAsia="仿宋" w:hAnsi="仿宋"/>
          <w:sz w:val="32"/>
          <w:lang w:eastAsia="zh-CN"/>
        </w:rPr>
        <w:t>让人们知其害，可以提前预防。家父</w:t>
      </w:r>
      <w:proofErr w:type="gramStart"/>
      <w:r>
        <w:rPr>
          <w:rFonts w:ascii="仿宋" w:eastAsia="仿宋" w:hAnsi="仿宋"/>
          <w:sz w:val="32"/>
          <w:lang w:eastAsia="zh-CN"/>
        </w:rPr>
        <w:t>记录铅气之</w:t>
      </w:r>
      <w:proofErr w:type="gramEnd"/>
      <w:r>
        <w:rPr>
          <w:rFonts w:ascii="仿宋" w:eastAsia="仿宋" w:hAnsi="仿宋"/>
          <w:sz w:val="32"/>
          <w:lang w:eastAsia="zh-CN"/>
        </w:rPr>
        <w:t>毒。是为了让世人用其利，避其害。关注民生。明明李时珍先生真的大意了。大千世界。哦。各有性。</w:t>
      </w:r>
      <w:proofErr w:type="gramStart"/>
      <w:r>
        <w:rPr>
          <w:rFonts w:ascii="仿宋" w:eastAsia="仿宋" w:hAnsi="仿宋"/>
          <w:sz w:val="32"/>
          <w:lang w:eastAsia="zh-CN"/>
        </w:rPr>
        <w:t>性各有用</w:t>
      </w:r>
      <w:proofErr w:type="gramEnd"/>
      <w:r>
        <w:rPr>
          <w:rFonts w:ascii="仿宋" w:eastAsia="仿宋" w:hAnsi="仿宋"/>
          <w:sz w:val="32"/>
          <w:lang w:eastAsia="zh-CN"/>
        </w:rPr>
        <w:t>。</w:t>
      </w:r>
      <w:proofErr w:type="gramStart"/>
      <w:r>
        <w:rPr>
          <w:rFonts w:ascii="仿宋" w:eastAsia="仿宋" w:hAnsi="仿宋"/>
          <w:sz w:val="32"/>
          <w:lang w:eastAsia="zh-CN"/>
        </w:rPr>
        <w:t>振纲分目</w:t>
      </w:r>
      <w:proofErr w:type="gramEnd"/>
      <w:r>
        <w:rPr>
          <w:rFonts w:ascii="仿宋" w:eastAsia="仿宋" w:hAnsi="仿宋"/>
          <w:sz w:val="32"/>
          <w:lang w:eastAsia="zh-CN"/>
        </w:rPr>
        <w:t>。科学分类开创先河。怀平生宿愿。查历代典籍。</w:t>
      </w:r>
    </w:p>
    <w:p w14:paraId="07C6AD2F" w14:textId="77777777" w:rsidR="00E87C95" w:rsidRDefault="00000000">
      <w:pPr>
        <w:spacing w:after="0" w:line="579" w:lineRule="exact"/>
        <w:ind w:firstLine="640"/>
        <w:rPr>
          <w:lang w:eastAsia="zh-CN"/>
        </w:rPr>
      </w:pPr>
      <w:r>
        <w:rPr>
          <w:rFonts w:ascii="仿宋" w:eastAsia="仿宋" w:hAnsi="仿宋"/>
          <w:sz w:val="32"/>
          <w:lang w:eastAsia="zh-CN"/>
        </w:rPr>
        <w:t>踏万水千山，穿风霜雨雪。立</w:t>
      </w:r>
      <w:proofErr w:type="gramStart"/>
      <w:r>
        <w:rPr>
          <w:rFonts w:ascii="仿宋" w:eastAsia="仿宋" w:hAnsi="仿宋"/>
          <w:sz w:val="32"/>
          <w:lang w:eastAsia="zh-CN"/>
        </w:rPr>
        <w:t>唐来蜀王</w:t>
      </w:r>
      <w:proofErr w:type="gramEnd"/>
      <w:r>
        <w:rPr>
          <w:rFonts w:ascii="仿宋" w:eastAsia="仿宋" w:hAnsi="仿宋"/>
          <w:sz w:val="32"/>
          <w:lang w:eastAsia="zh-CN"/>
        </w:rPr>
        <w:t>。手一盏孤灯。《本草纲目》。终于写完了。不许。写完了。写完了。《本</w:t>
      </w:r>
      <w:r>
        <w:rPr>
          <w:rFonts w:ascii="仿宋" w:eastAsia="仿宋" w:hAnsi="仿宋"/>
          <w:sz w:val="32"/>
          <w:lang w:eastAsia="zh-CN"/>
        </w:rPr>
        <w:lastRenderedPageBreak/>
        <w:t>草纲目》。写完了。爷爷，以后你终于有空可以陪我玩了。是爷爷以后就有空陪你玩儿啦来。唉。</w:t>
      </w:r>
    </w:p>
    <w:p w14:paraId="6BEEA689" w14:textId="77777777" w:rsidR="00E87C95" w:rsidRDefault="00000000">
      <w:pPr>
        <w:spacing w:after="0" w:line="579" w:lineRule="exact"/>
        <w:ind w:firstLine="640"/>
        <w:rPr>
          <w:lang w:eastAsia="zh-CN"/>
        </w:rPr>
      </w:pPr>
      <w:r>
        <w:rPr>
          <w:rFonts w:ascii="仿宋" w:eastAsia="仿宋" w:hAnsi="仿宋"/>
          <w:sz w:val="32"/>
          <w:lang w:eastAsia="zh-CN"/>
        </w:rPr>
        <w:t>李兄。哦哎呀，金掌柜家父酒后多食了，嘿嘿，快快</w:t>
      </w:r>
      <w:proofErr w:type="gramStart"/>
      <w:r>
        <w:rPr>
          <w:rFonts w:ascii="仿宋" w:eastAsia="仿宋" w:hAnsi="仿宋"/>
          <w:sz w:val="32"/>
          <w:lang w:eastAsia="zh-CN"/>
        </w:rPr>
        <w:t>快</w:t>
      </w:r>
      <w:proofErr w:type="gramEnd"/>
      <w:r>
        <w:rPr>
          <w:rFonts w:ascii="仿宋" w:eastAsia="仿宋" w:hAnsi="仿宋"/>
          <w:sz w:val="32"/>
          <w:lang w:eastAsia="zh-CN"/>
        </w:rPr>
        <w:t>带我去看手稿，快起。</w:t>
      </w:r>
      <w:proofErr w:type="gramStart"/>
      <w:r>
        <w:rPr>
          <w:rFonts w:ascii="仿宋" w:eastAsia="仿宋" w:hAnsi="仿宋"/>
          <w:sz w:val="32"/>
          <w:lang w:eastAsia="zh-CN"/>
        </w:rPr>
        <w:t>父亲书伤到</w:t>
      </w:r>
      <w:proofErr w:type="gramEnd"/>
      <w:r>
        <w:rPr>
          <w:rFonts w:ascii="仿宋" w:eastAsia="仿宋" w:hAnsi="仿宋"/>
          <w:sz w:val="32"/>
          <w:lang w:eastAsia="zh-CN"/>
        </w:rPr>
        <w:t>了好李老先生安好。金掌柜。这是《本草纲目》啊，请先生一观我看看。可否尽快的刻印出版？哎呀。《本草纲目》还16部52卷近一百九十万字。好好输啊。制住。</w:t>
      </w:r>
    </w:p>
    <w:p w14:paraId="3D77B408" w14:textId="77777777" w:rsidR="00E87C95" w:rsidRDefault="00000000">
      <w:pPr>
        <w:spacing w:after="0" w:line="579" w:lineRule="exact"/>
        <w:ind w:firstLine="640"/>
        <w:rPr>
          <w:lang w:eastAsia="zh-CN"/>
        </w:rPr>
      </w:pPr>
      <w:r>
        <w:rPr>
          <w:rFonts w:ascii="仿宋" w:eastAsia="仿宋" w:hAnsi="仿宋"/>
          <w:sz w:val="32"/>
          <w:lang w:eastAsia="zh-CN"/>
        </w:rPr>
        <w:t>金掌柜何时可以开印出版呀？刻不了，刻不了。为何？为何？此书近一百九十万字，刊刻工程浩大。</w:t>
      </w:r>
      <w:proofErr w:type="gramStart"/>
      <w:r>
        <w:rPr>
          <w:rFonts w:ascii="仿宋" w:eastAsia="仿宋" w:hAnsi="仿宋"/>
          <w:sz w:val="32"/>
          <w:lang w:eastAsia="zh-CN"/>
        </w:rPr>
        <w:t>敝</w:t>
      </w:r>
      <w:proofErr w:type="gramEnd"/>
      <w:r>
        <w:rPr>
          <w:rFonts w:ascii="仿宋" w:eastAsia="仿宋" w:hAnsi="仿宋"/>
          <w:sz w:val="32"/>
          <w:lang w:eastAsia="zh-CN"/>
        </w:rPr>
        <w:t>书局儿小力薄。我是有心相助。实在无能为力。哪家书局可以呢？啊，父亲。金掌柜已是本地最大的书商了。那就是说。</w:t>
      </w:r>
    </w:p>
    <w:p w14:paraId="34425DDD" w14:textId="77777777" w:rsidR="00E87C95" w:rsidRDefault="00000000">
      <w:pPr>
        <w:spacing w:after="0" w:line="579" w:lineRule="exact"/>
        <w:ind w:firstLine="640"/>
        <w:rPr>
          <w:lang w:eastAsia="zh-CN"/>
        </w:rPr>
      </w:pPr>
      <w:r>
        <w:rPr>
          <w:rFonts w:ascii="仿宋" w:eastAsia="仿宋" w:hAnsi="仿宋"/>
          <w:sz w:val="32"/>
          <w:lang w:eastAsia="zh-CN"/>
        </w:rPr>
        <w:t>《本草纲目》。刊刻无望了。李老先生啊。</w:t>
      </w:r>
      <w:proofErr w:type="gramStart"/>
      <w:r>
        <w:rPr>
          <w:rFonts w:ascii="仿宋" w:eastAsia="仿宋" w:hAnsi="仿宋"/>
          <w:sz w:val="32"/>
          <w:lang w:eastAsia="zh-CN"/>
        </w:rPr>
        <w:t>真克不了</w:t>
      </w:r>
      <w:proofErr w:type="gramEnd"/>
      <w:r>
        <w:rPr>
          <w:rFonts w:ascii="仿宋" w:eastAsia="仿宋" w:hAnsi="仿宋"/>
          <w:sz w:val="32"/>
          <w:lang w:eastAsia="zh-CN"/>
        </w:rPr>
        <w:t>。不去，别去上学。父亲</w:t>
      </w:r>
      <w:proofErr w:type="gramStart"/>
      <w:r>
        <w:rPr>
          <w:rFonts w:ascii="仿宋" w:eastAsia="仿宋" w:hAnsi="仿宋"/>
          <w:sz w:val="32"/>
          <w:lang w:eastAsia="zh-CN"/>
        </w:rPr>
        <w:t>父亲</w:t>
      </w:r>
      <w:proofErr w:type="gramEnd"/>
      <w:r>
        <w:rPr>
          <w:rFonts w:ascii="仿宋" w:eastAsia="仿宋" w:hAnsi="仿宋"/>
          <w:sz w:val="32"/>
          <w:lang w:eastAsia="zh-CN"/>
        </w:rPr>
        <w:t>，你怎么了？父亲。</w:t>
      </w:r>
      <w:proofErr w:type="gramStart"/>
      <w:r>
        <w:rPr>
          <w:rFonts w:ascii="仿宋" w:eastAsia="仿宋" w:hAnsi="仿宋"/>
          <w:sz w:val="32"/>
          <w:lang w:eastAsia="zh-CN"/>
        </w:rPr>
        <w:t>父亲父亲父亲</w:t>
      </w:r>
      <w:proofErr w:type="gramEnd"/>
      <w:r>
        <w:rPr>
          <w:rFonts w:ascii="仿宋" w:eastAsia="仿宋" w:hAnsi="仿宋"/>
          <w:sz w:val="32"/>
          <w:lang w:eastAsia="zh-CN"/>
        </w:rPr>
        <w:t>历尽艰难。写成《本草纲目》。他早已把此书。看作比自己的性命还重要。据说，李时珍先生曾数次寻找书商，</w:t>
      </w:r>
    </w:p>
    <w:p w14:paraId="7117C1A5" w14:textId="77777777" w:rsidR="00E87C95" w:rsidRDefault="00000000">
      <w:pPr>
        <w:spacing w:after="0" w:line="579" w:lineRule="exact"/>
        <w:ind w:firstLine="640"/>
        <w:rPr>
          <w:lang w:eastAsia="zh-CN"/>
        </w:rPr>
      </w:pPr>
      <w:r>
        <w:rPr>
          <w:rFonts w:ascii="仿宋" w:eastAsia="仿宋" w:hAnsi="仿宋"/>
          <w:sz w:val="32"/>
          <w:lang w:eastAsia="zh-CN"/>
        </w:rPr>
        <w:t>刊刻《本草纲目》。均被拒绝。难写书，难。出书更美。父亲</w:t>
      </w:r>
      <w:proofErr w:type="gramStart"/>
      <w:r>
        <w:rPr>
          <w:rFonts w:ascii="仿宋" w:eastAsia="仿宋" w:hAnsi="仿宋"/>
          <w:sz w:val="32"/>
          <w:lang w:eastAsia="zh-CN"/>
        </w:rPr>
        <w:t>父亲</w:t>
      </w:r>
      <w:proofErr w:type="gramEnd"/>
      <w:r>
        <w:rPr>
          <w:rFonts w:ascii="仿宋" w:eastAsia="仿宋" w:hAnsi="仿宋"/>
          <w:sz w:val="32"/>
          <w:lang w:eastAsia="zh-CN"/>
        </w:rPr>
        <w:t>，我先扶您回去休息，这件事我们以后再说。金掌柜。真的就没有别的办法了吗啊。若能得当世大儒。王世贞王大人做的序。有可能出版，王大人乃当世文坛泰斗家，父与他素不相识，</w:t>
      </w:r>
    </w:p>
    <w:p w14:paraId="376CD964" w14:textId="77777777" w:rsidR="00E87C95" w:rsidRDefault="00000000">
      <w:pPr>
        <w:spacing w:after="0" w:line="579" w:lineRule="exact"/>
        <w:ind w:firstLine="640"/>
        <w:rPr>
          <w:lang w:eastAsia="zh-CN"/>
        </w:rPr>
      </w:pPr>
      <w:r>
        <w:rPr>
          <w:rFonts w:ascii="仿宋" w:eastAsia="仿宋" w:hAnsi="仿宋"/>
          <w:sz w:val="32"/>
          <w:lang w:eastAsia="zh-CN"/>
        </w:rPr>
        <w:t>如何请他作序？若能得到王大人所序。就可以刊印出版，那当然。王大人的序业内会竞相出版。父亲一生。从不求人。</w:t>
      </w:r>
      <w:r>
        <w:rPr>
          <w:rFonts w:ascii="仿宋" w:eastAsia="仿宋" w:hAnsi="仿宋"/>
          <w:sz w:val="32"/>
          <w:lang w:eastAsia="zh-CN"/>
        </w:rPr>
        <w:lastRenderedPageBreak/>
        <w:t>花甲之年。却要他不远千里去求一个素不相识之人。对于老先生而言。弯下腰求序。你挺直腰写书。更难。父亲在世。他告诉我。</w:t>
      </w:r>
    </w:p>
    <w:p w14:paraId="65DCB44E" w14:textId="77777777" w:rsidR="00E87C95" w:rsidRDefault="00000000">
      <w:pPr>
        <w:spacing w:after="0" w:line="579" w:lineRule="exact"/>
        <w:ind w:firstLine="640"/>
        <w:rPr>
          <w:lang w:eastAsia="zh-CN"/>
        </w:rPr>
      </w:pPr>
      <w:r>
        <w:rPr>
          <w:rFonts w:ascii="仿宋" w:eastAsia="仿宋" w:hAnsi="仿宋"/>
          <w:sz w:val="32"/>
          <w:lang w:eastAsia="zh-CN"/>
        </w:rPr>
        <w:t>做</w:t>
      </w:r>
      <w:proofErr w:type="gramStart"/>
      <w:r>
        <w:rPr>
          <w:rFonts w:ascii="仿宋" w:eastAsia="仿宋" w:hAnsi="仿宋"/>
          <w:sz w:val="32"/>
          <w:lang w:eastAsia="zh-CN"/>
        </w:rPr>
        <w:t>医</w:t>
      </w:r>
      <w:proofErr w:type="gramEnd"/>
      <w:r>
        <w:rPr>
          <w:rFonts w:ascii="仿宋" w:eastAsia="仿宋" w:hAnsi="仿宋"/>
          <w:sz w:val="32"/>
          <w:lang w:eastAsia="zh-CN"/>
        </w:rPr>
        <w:t>者难。修《本草》更难。可是我却没有料到。刊印本草比修《本草》。海因南。为自己我一生不求人。为从医。我求过父亲三次。寿国以寿万民，万民以寿国。</w:t>
      </w:r>
      <w:proofErr w:type="gramStart"/>
      <w:r>
        <w:rPr>
          <w:rFonts w:ascii="仿宋" w:eastAsia="仿宋" w:hAnsi="仿宋"/>
          <w:sz w:val="32"/>
          <w:lang w:eastAsia="zh-CN"/>
        </w:rPr>
        <w:t>医</w:t>
      </w:r>
      <w:proofErr w:type="gramEnd"/>
      <w:r>
        <w:rPr>
          <w:rFonts w:ascii="仿宋" w:eastAsia="仿宋" w:hAnsi="仿宋"/>
          <w:sz w:val="32"/>
          <w:lang w:eastAsia="zh-CN"/>
        </w:rPr>
        <w:t>，受苦。这次刊印《本草纲目》。是利益百姓。李家国的。</w:t>
      </w:r>
    </w:p>
    <w:p w14:paraId="5EFE1283" w14:textId="77777777" w:rsidR="00E87C95" w:rsidRDefault="00000000">
      <w:pPr>
        <w:spacing w:after="0" w:line="579" w:lineRule="exact"/>
        <w:ind w:firstLine="640"/>
        <w:rPr>
          <w:lang w:eastAsia="zh-CN"/>
        </w:rPr>
      </w:pPr>
      <w:r>
        <w:rPr>
          <w:rFonts w:ascii="仿宋" w:eastAsia="仿宋" w:hAnsi="仿宋"/>
          <w:sz w:val="32"/>
          <w:lang w:eastAsia="zh-CN"/>
        </w:rPr>
        <w:t>我千里求序。很难啊。但是。又有何妨。对。深入逆流船。心比铁石尖。望父全儿志，至死不怕难。至此。不怕难。付回去。为了《本草纲目》。孩儿。又要坐逆流之船了。李先生，</w:t>
      </w:r>
    </w:p>
    <w:p w14:paraId="5419274C" w14:textId="77777777" w:rsidR="00E87C95" w:rsidRDefault="00000000">
      <w:pPr>
        <w:spacing w:after="0" w:line="579" w:lineRule="exact"/>
        <w:ind w:firstLine="640"/>
        <w:rPr>
          <w:lang w:eastAsia="zh-CN"/>
        </w:rPr>
      </w:pPr>
      <w:r>
        <w:rPr>
          <w:rFonts w:ascii="仿宋" w:eastAsia="仿宋" w:hAnsi="仿宋"/>
          <w:sz w:val="32"/>
          <w:lang w:eastAsia="zh-CN"/>
        </w:rPr>
        <w:t>李先生。李先生，乡亲们来看你啦！乡亲们好！赵掌柜好。李先生，听说您出书遇到了难处，大家都想给您帮忙尽一份心。对呀，李先生这些年一直都是您在帮我们呀，当年我父亲没钱看病，也是您给看的。这是</w:t>
      </w:r>
      <w:proofErr w:type="gramStart"/>
      <w:r>
        <w:rPr>
          <w:rFonts w:ascii="仿宋" w:eastAsia="仿宋" w:hAnsi="仿宋"/>
          <w:sz w:val="32"/>
          <w:lang w:eastAsia="zh-CN"/>
        </w:rPr>
        <w:t>我们家欠您</w:t>
      </w:r>
      <w:proofErr w:type="gramEnd"/>
      <w:r>
        <w:rPr>
          <w:rFonts w:ascii="仿宋" w:eastAsia="仿宋" w:hAnsi="仿宋"/>
          <w:sz w:val="32"/>
          <w:lang w:eastAsia="zh-CN"/>
        </w:rPr>
        <w:t>的诊费，您一定得收下。这些年您没少帮助药行同仁，</w:t>
      </w:r>
    </w:p>
    <w:p w14:paraId="6405642D" w14:textId="77777777" w:rsidR="00E87C95" w:rsidRDefault="00000000">
      <w:pPr>
        <w:spacing w:after="0" w:line="579" w:lineRule="exact"/>
        <w:ind w:firstLine="640"/>
        <w:rPr>
          <w:lang w:eastAsia="zh-CN"/>
        </w:rPr>
      </w:pPr>
      <w:r>
        <w:rPr>
          <w:rFonts w:ascii="仿宋" w:eastAsia="仿宋" w:hAnsi="仿宋"/>
          <w:sz w:val="32"/>
          <w:lang w:eastAsia="zh-CN"/>
        </w:rPr>
        <w:t>您重修《本草》，我先预定几部？放在铺子里用，我也要几部，我也要，我也要几部。我也要我老乡亲们。时珍心领了。治病救人，乃医家的本分，时珍真可受大家如此的恩惠。请大家放心，此一句我一定把其中百姓的期盼。转告给王世贞王大人。再难我也会把《本草纲目》刊印出来。</w:t>
      </w:r>
    </w:p>
    <w:p w14:paraId="3DE0FCD2" w14:textId="77777777" w:rsidR="00E87C95" w:rsidRDefault="00000000">
      <w:pPr>
        <w:spacing w:after="0" w:line="579" w:lineRule="exact"/>
        <w:ind w:firstLine="640"/>
        <w:rPr>
          <w:lang w:eastAsia="zh-CN"/>
        </w:rPr>
      </w:pPr>
      <w:r>
        <w:rPr>
          <w:rFonts w:ascii="仿宋" w:eastAsia="仿宋" w:hAnsi="仿宋"/>
          <w:sz w:val="32"/>
          <w:lang w:eastAsia="zh-CN"/>
        </w:rPr>
        <w:lastRenderedPageBreak/>
        <w:t>告辞了。李先生。死刑。顺利呀。乡亲们。请回吧。当年父亲到江苏太仓弇山园求见王世贞大爷。几次三番地甚败兴。可王大人一直是闭门谢客，但我们后世都知道，李时珍先生是一个不怕难的人。父亲老了。一把年纪。还要等在别人的府门外。每每想起。</w:t>
      </w:r>
    </w:p>
    <w:p w14:paraId="7B4FE265" w14:textId="77777777" w:rsidR="00E87C95" w:rsidRDefault="00000000">
      <w:pPr>
        <w:spacing w:after="0" w:line="579" w:lineRule="exact"/>
        <w:ind w:firstLine="640"/>
        <w:rPr>
          <w:lang w:eastAsia="zh-CN"/>
        </w:rPr>
      </w:pPr>
      <w:r>
        <w:rPr>
          <w:rFonts w:ascii="仿宋" w:eastAsia="仿宋" w:hAnsi="仿宋"/>
          <w:sz w:val="32"/>
          <w:lang w:eastAsia="zh-CN"/>
        </w:rPr>
        <w:t>我</w:t>
      </w:r>
      <w:proofErr w:type="gramStart"/>
      <w:r>
        <w:rPr>
          <w:rFonts w:ascii="仿宋" w:eastAsia="仿宋" w:hAnsi="仿宋"/>
          <w:sz w:val="32"/>
          <w:lang w:eastAsia="zh-CN"/>
        </w:rPr>
        <w:t>就机遇</w:t>
      </w:r>
      <w:proofErr w:type="gramEnd"/>
      <w:r>
        <w:rPr>
          <w:rFonts w:ascii="仿宋" w:eastAsia="仿宋" w:hAnsi="仿宋"/>
          <w:sz w:val="32"/>
          <w:lang w:eastAsia="zh-CN"/>
        </w:rPr>
        <w:t>落泪。那最后，李时珍先生是怎么见到王世贞的？父亲托守门，童子将《本草纲目》拿给王大人看。王大人</w:t>
      </w:r>
      <w:proofErr w:type="gramStart"/>
      <w:r>
        <w:rPr>
          <w:rFonts w:ascii="仿宋" w:eastAsia="仿宋" w:hAnsi="仿宋"/>
          <w:sz w:val="32"/>
          <w:lang w:eastAsia="zh-CN"/>
        </w:rPr>
        <w:t>终于肯见父亲</w:t>
      </w:r>
      <w:proofErr w:type="gramEnd"/>
      <w:r>
        <w:rPr>
          <w:rFonts w:ascii="仿宋" w:eastAsia="仿宋" w:hAnsi="仿宋"/>
          <w:sz w:val="32"/>
          <w:lang w:eastAsia="zh-CN"/>
        </w:rPr>
        <w:t>。李先生。我家大人有请李先生，请随我来。来。好。好书啊，大人！李先生到了。荆楚鄙人李时珍</w:t>
      </w:r>
      <w:proofErr w:type="gramStart"/>
      <w:r>
        <w:rPr>
          <w:rFonts w:ascii="仿宋" w:eastAsia="仿宋" w:hAnsi="仿宋"/>
          <w:sz w:val="32"/>
          <w:lang w:eastAsia="zh-CN"/>
        </w:rPr>
        <w:t>拜见王大人拜见王大人</w:t>
      </w:r>
      <w:proofErr w:type="gramEnd"/>
      <w:r>
        <w:rPr>
          <w:rFonts w:ascii="仿宋" w:eastAsia="仿宋" w:hAnsi="仿宋"/>
          <w:sz w:val="32"/>
          <w:lang w:eastAsia="zh-CN"/>
        </w:rPr>
        <w:t>。</w:t>
      </w:r>
    </w:p>
    <w:p w14:paraId="42AD424A" w14:textId="77777777" w:rsidR="00E87C95" w:rsidRDefault="00000000">
      <w:pPr>
        <w:spacing w:after="0" w:line="579" w:lineRule="exact"/>
        <w:ind w:firstLine="640"/>
        <w:rPr>
          <w:lang w:eastAsia="zh-CN"/>
        </w:rPr>
      </w:pPr>
      <w:r>
        <w:rPr>
          <w:rFonts w:ascii="仿宋" w:eastAsia="仿宋" w:hAnsi="仿宋"/>
          <w:sz w:val="32"/>
          <w:lang w:eastAsia="zh-CN"/>
        </w:rPr>
        <w:t>李先生不必多礼。此书。是先生所筑。正是在下。此书真乃一部巨著啊。黄黄52卷集前朝本草之大成。又首次将纲目分类体例引入本草。开创历代本草之星。结构之严谨。内容之详情。总结之，全面前所未有啊。</w:t>
      </w:r>
      <w:proofErr w:type="gramStart"/>
      <w:r>
        <w:rPr>
          <w:rFonts w:ascii="仿宋" w:eastAsia="仿宋" w:hAnsi="仿宋"/>
          <w:sz w:val="32"/>
          <w:lang w:eastAsia="zh-CN"/>
        </w:rPr>
        <w:t>王大人过欲了</w:t>
      </w:r>
      <w:proofErr w:type="gramEnd"/>
      <w:r>
        <w:rPr>
          <w:rFonts w:ascii="仿宋" w:eastAsia="仿宋" w:hAnsi="仿宋"/>
          <w:sz w:val="32"/>
          <w:lang w:eastAsia="zh-CN"/>
        </w:rPr>
        <w:t>。先生著书多少年，自提笔至粗略成书。</w:t>
      </w:r>
    </w:p>
    <w:p w14:paraId="0BD4E5A1" w14:textId="77777777" w:rsidR="00E87C95" w:rsidRDefault="00000000">
      <w:pPr>
        <w:spacing w:after="0" w:line="579" w:lineRule="exact"/>
        <w:ind w:firstLine="640"/>
        <w:rPr>
          <w:lang w:eastAsia="zh-CN"/>
        </w:rPr>
      </w:pPr>
      <w:r>
        <w:rPr>
          <w:rFonts w:ascii="仿宋" w:eastAsia="仿宋" w:hAnsi="仿宋"/>
          <w:sz w:val="32"/>
          <w:lang w:eastAsia="zh-CN"/>
        </w:rPr>
        <w:t>近30年。那先生为何要注此书？本草一书。自言</w:t>
      </w:r>
      <w:proofErr w:type="gramStart"/>
      <w:r>
        <w:rPr>
          <w:rFonts w:ascii="仿宋" w:eastAsia="仿宋" w:hAnsi="仿宋"/>
          <w:sz w:val="32"/>
          <w:lang w:eastAsia="zh-CN"/>
        </w:rPr>
        <w:t>地己汉</w:t>
      </w:r>
      <w:proofErr w:type="gramEnd"/>
      <w:r>
        <w:rPr>
          <w:rFonts w:ascii="仿宋" w:eastAsia="仿宋" w:hAnsi="仿宋"/>
          <w:sz w:val="32"/>
          <w:lang w:eastAsia="zh-CN"/>
        </w:rPr>
        <w:t>良汉。网速美朝更新愈加完备。燃气中的差错。依然不少。是人唯一一生。自当以救死扶伤利益民生为己任。故不揣冒昧。重修《本草》。王大人。今日时珍。愿其一言。一拖不朽。</w:t>
      </w:r>
    </w:p>
    <w:p w14:paraId="017A15AD" w14:textId="77777777" w:rsidR="00E87C95" w:rsidRDefault="00000000">
      <w:pPr>
        <w:spacing w:after="0" w:line="579" w:lineRule="exact"/>
        <w:ind w:firstLine="640"/>
        <w:rPr>
          <w:lang w:eastAsia="zh-CN"/>
        </w:rPr>
      </w:pPr>
      <w:r>
        <w:rPr>
          <w:rFonts w:ascii="仿宋" w:eastAsia="仿宋" w:hAnsi="仿宋"/>
          <w:sz w:val="32"/>
          <w:lang w:eastAsia="zh-CN"/>
        </w:rPr>
        <w:t>恳请王大人为《本草纲目》。作序。李君为万民谋福著书禁用了30年。</w:t>
      </w:r>
      <w:proofErr w:type="gramStart"/>
      <w:r>
        <w:rPr>
          <w:rFonts w:ascii="仿宋" w:eastAsia="仿宋" w:hAnsi="仿宋"/>
          <w:sz w:val="32"/>
          <w:lang w:eastAsia="zh-CN"/>
        </w:rPr>
        <w:t>我愿替《本草纲目》</w:t>
      </w:r>
      <w:proofErr w:type="gramEnd"/>
      <w:r>
        <w:rPr>
          <w:rFonts w:ascii="仿宋" w:eastAsia="仿宋" w:hAnsi="仿宋"/>
          <w:sz w:val="32"/>
          <w:lang w:eastAsia="zh-CN"/>
        </w:rPr>
        <w:t>。作序。父亲。时珍谢</w:t>
      </w:r>
      <w:r>
        <w:rPr>
          <w:rFonts w:ascii="仿宋" w:eastAsia="仿宋" w:hAnsi="仿宋"/>
          <w:sz w:val="32"/>
          <w:lang w:eastAsia="zh-CN"/>
        </w:rPr>
        <w:lastRenderedPageBreak/>
        <w:t>王大人。但此书关乎万命。敢问丽君。不知是否已修订精准，确认无误。哈。休撰本草。事关百姓康，健为万民服之计。</w:t>
      </w:r>
    </w:p>
    <w:p w14:paraId="439E4C90" w14:textId="77777777" w:rsidR="00E87C95" w:rsidRDefault="00000000">
      <w:pPr>
        <w:spacing w:after="0" w:line="579" w:lineRule="exact"/>
        <w:ind w:firstLine="640"/>
        <w:rPr>
          <w:lang w:eastAsia="zh-CN"/>
        </w:rPr>
      </w:pPr>
      <w:r>
        <w:rPr>
          <w:rFonts w:ascii="仿宋" w:eastAsia="仿宋" w:hAnsi="仿宋"/>
          <w:sz w:val="32"/>
          <w:lang w:eastAsia="zh-CN"/>
        </w:rPr>
        <w:t>我欲将此书。在想家口定。大人届时。时珍再来。好，我等你。家父与王世贞大人都认为重修《本草》于国于民，肝系重大。没想到。这一休，又是十年。你别实在。时珍凶，你是满头银发王大人。您也老了旭。</w:t>
      </w:r>
    </w:p>
    <w:p w14:paraId="2AEC0B6E" w14:textId="77777777" w:rsidR="00E87C95" w:rsidRDefault="00000000">
      <w:pPr>
        <w:spacing w:after="0" w:line="579" w:lineRule="exact"/>
        <w:ind w:firstLine="640"/>
        <w:rPr>
          <w:lang w:eastAsia="zh-CN"/>
        </w:rPr>
      </w:pPr>
      <w:r>
        <w:rPr>
          <w:rFonts w:ascii="仿宋" w:eastAsia="仿宋" w:hAnsi="仿宋"/>
          <w:sz w:val="32"/>
          <w:lang w:eastAsia="zh-CN"/>
        </w:rPr>
        <w:t>我已经给你做好了。</w:t>
      </w:r>
      <w:proofErr w:type="gramStart"/>
      <w:r>
        <w:rPr>
          <w:rFonts w:ascii="仿宋" w:eastAsia="仿宋" w:hAnsi="仿宋"/>
          <w:sz w:val="32"/>
          <w:lang w:eastAsia="zh-CN"/>
        </w:rPr>
        <w:t>邪</w:t>
      </w:r>
      <w:proofErr w:type="gramEnd"/>
      <w:r>
        <w:rPr>
          <w:rFonts w:ascii="仿宋" w:eastAsia="仿宋" w:hAnsi="仿宋"/>
          <w:sz w:val="32"/>
          <w:lang w:eastAsia="zh-CN"/>
        </w:rPr>
        <w:t>王大人。上自坟典。下及传奇凡有相关米不备采。我而不凡，想而有药。综合究竟，</w:t>
      </w:r>
      <w:proofErr w:type="gramStart"/>
      <w:r>
        <w:rPr>
          <w:rFonts w:ascii="仿宋" w:eastAsia="仿宋" w:hAnsi="仿宋"/>
          <w:sz w:val="32"/>
          <w:lang w:eastAsia="zh-CN"/>
        </w:rPr>
        <w:t>直亏冤</w:t>
      </w:r>
      <w:proofErr w:type="gramEnd"/>
      <w:r>
        <w:rPr>
          <w:rFonts w:ascii="仿宋" w:eastAsia="仿宋" w:hAnsi="仿宋"/>
          <w:sz w:val="32"/>
          <w:lang w:eastAsia="zh-CN"/>
        </w:rPr>
        <w:t>海。自其仅以医书构载。</w:t>
      </w:r>
      <w:proofErr w:type="gramStart"/>
      <w:r>
        <w:rPr>
          <w:rFonts w:ascii="仿宋" w:eastAsia="仿宋" w:hAnsi="仿宋"/>
          <w:sz w:val="32"/>
          <w:lang w:eastAsia="zh-CN"/>
        </w:rPr>
        <w:t>是性礼之</w:t>
      </w:r>
      <w:proofErr w:type="gramEnd"/>
      <w:r>
        <w:rPr>
          <w:rFonts w:ascii="仿宋" w:eastAsia="仿宋" w:hAnsi="仿宋"/>
          <w:sz w:val="32"/>
          <w:lang w:eastAsia="zh-CN"/>
        </w:rPr>
        <w:t>精微，格物之通典，帝王之秘箓，臣民之重宝也。王大人赞誉有加。时珍惭愧啊，</w:t>
      </w:r>
    </w:p>
    <w:p w14:paraId="3C7F351B" w14:textId="77777777" w:rsidR="00E87C95" w:rsidRDefault="00000000">
      <w:pPr>
        <w:spacing w:after="0" w:line="579" w:lineRule="exact"/>
        <w:ind w:firstLine="640"/>
        <w:rPr>
          <w:lang w:eastAsia="zh-CN"/>
        </w:rPr>
      </w:pPr>
      <w:proofErr w:type="gramStart"/>
      <w:r>
        <w:rPr>
          <w:rFonts w:ascii="仿宋" w:eastAsia="仿宋" w:hAnsi="仿宋"/>
          <w:sz w:val="32"/>
          <w:lang w:eastAsia="zh-CN"/>
        </w:rPr>
        <w:t>时珍兄我今天</w:t>
      </w:r>
      <w:proofErr w:type="gramEnd"/>
      <w:r>
        <w:rPr>
          <w:rFonts w:ascii="仿宋" w:eastAsia="仿宋" w:hAnsi="仿宋"/>
          <w:sz w:val="32"/>
          <w:lang w:eastAsia="zh-CN"/>
        </w:rPr>
        <w:t>啊。给你引荐一人。这位是金陵书生胡成龙先生，见过胡先生。《本草纲目》王大人已给我看过了。黄皇巨著，叹为观止。成龙愿为先生刊刻。先生此言，当真</w:t>
      </w:r>
      <w:proofErr w:type="gramStart"/>
      <w:r>
        <w:rPr>
          <w:rFonts w:ascii="仿宋" w:eastAsia="仿宋" w:hAnsi="仿宋"/>
          <w:sz w:val="32"/>
          <w:lang w:eastAsia="zh-CN"/>
        </w:rPr>
        <w:t>当真</w:t>
      </w:r>
      <w:proofErr w:type="gramEnd"/>
      <w:r>
        <w:rPr>
          <w:rFonts w:ascii="仿宋" w:eastAsia="仿宋" w:hAnsi="仿宋"/>
          <w:sz w:val="32"/>
          <w:lang w:eastAsia="zh-CN"/>
        </w:rPr>
        <w:t>。太好了。使人穷尽，毕生所学。撰写了《本草纲目》，虽然倾尽了全力。</w:t>
      </w:r>
    </w:p>
    <w:p w14:paraId="772524D9" w14:textId="77777777" w:rsidR="00E87C95" w:rsidRDefault="00000000">
      <w:pPr>
        <w:spacing w:after="0" w:line="579" w:lineRule="exact"/>
        <w:ind w:firstLine="640"/>
        <w:rPr>
          <w:lang w:eastAsia="zh-CN"/>
        </w:rPr>
      </w:pPr>
      <w:r>
        <w:rPr>
          <w:rFonts w:ascii="仿宋" w:eastAsia="仿宋" w:hAnsi="仿宋"/>
          <w:sz w:val="32"/>
          <w:lang w:eastAsia="zh-CN"/>
        </w:rPr>
        <w:t>但难免。其中会有一些谬误。冉时珍现在已年过七旬。世间所剩无多。此生就盼望此书能刊印出版，恭祝天下也盼望后世医者。扶正我的欲望。天下医书。利益天下当天下，</w:t>
      </w:r>
      <w:proofErr w:type="gramStart"/>
      <w:r>
        <w:rPr>
          <w:rFonts w:ascii="仿宋" w:eastAsia="仿宋" w:hAnsi="仿宋"/>
          <w:sz w:val="32"/>
          <w:lang w:eastAsia="zh-CN"/>
        </w:rPr>
        <w:t>共秋之</w:t>
      </w:r>
      <w:proofErr w:type="gramEnd"/>
      <w:r>
        <w:rPr>
          <w:rFonts w:ascii="仿宋" w:eastAsia="仿宋" w:hAnsi="仿宋"/>
          <w:sz w:val="32"/>
          <w:lang w:eastAsia="zh-CN"/>
        </w:rPr>
        <w:t>。天下医书，利益天下，当天下共修之。终于完成了。可以开印了。哈哈</w:t>
      </w:r>
      <w:proofErr w:type="gramStart"/>
      <w:r>
        <w:rPr>
          <w:rFonts w:ascii="仿宋" w:eastAsia="仿宋" w:hAnsi="仿宋"/>
          <w:sz w:val="32"/>
          <w:lang w:eastAsia="zh-CN"/>
        </w:rPr>
        <w:t>哈</w:t>
      </w:r>
      <w:proofErr w:type="gramEnd"/>
      <w:r>
        <w:rPr>
          <w:rFonts w:ascii="仿宋" w:eastAsia="仿宋" w:hAnsi="仿宋"/>
          <w:sz w:val="32"/>
          <w:lang w:eastAsia="zh-CN"/>
        </w:rPr>
        <w:t>。</w:t>
      </w:r>
    </w:p>
    <w:p w14:paraId="67038314" w14:textId="77777777" w:rsidR="00E87C95" w:rsidRDefault="00000000">
      <w:pPr>
        <w:spacing w:after="0" w:line="579" w:lineRule="exact"/>
        <w:ind w:firstLine="640"/>
        <w:rPr>
          <w:lang w:eastAsia="zh-CN"/>
        </w:rPr>
      </w:pPr>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。这是我毕生的愿望啊。好啊。哈哈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。哎呀，天下</w:t>
      </w:r>
      <w:r>
        <w:rPr>
          <w:rFonts w:ascii="仿宋" w:eastAsia="仿宋" w:hAnsi="仿宋"/>
          <w:sz w:val="32"/>
          <w:lang w:eastAsia="zh-CN"/>
        </w:rPr>
        <w:lastRenderedPageBreak/>
        <w:t>医书利益天下呀，就是为了这么一本书啊。李时珍用了将近30年的时间去写，然后又是用十年的时间。</w:t>
      </w:r>
    </w:p>
    <w:p w14:paraId="0CC885FD" w14:textId="77777777" w:rsidR="00E87C95" w:rsidRDefault="00000000">
      <w:pPr>
        <w:spacing w:after="0" w:line="579" w:lineRule="exact"/>
        <w:ind w:firstLine="640"/>
        <w:rPr>
          <w:lang w:eastAsia="zh-CN"/>
        </w:rPr>
      </w:pPr>
      <w:r>
        <w:rPr>
          <w:rFonts w:ascii="仿宋" w:eastAsia="仿宋" w:hAnsi="仿宋"/>
          <w:sz w:val="32"/>
          <w:lang w:eastAsia="zh-CN"/>
        </w:rPr>
        <w:t>再刊物，再修订，最后那一刻，他就在那儿一边哭啊，一边笑啊，就可以看出来，在他心里有多重啊。令人唏嘘不已的是，在他儿子李建元向皇上写的进《本草纲目》书里面，有一句话。</w:t>
      </w:r>
      <w:proofErr w:type="gramStart"/>
      <w:r>
        <w:rPr>
          <w:rFonts w:ascii="仿宋" w:eastAsia="仿宋" w:hAnsi="仿宋"/>
          <w:sz w:val="32"/>
          <w:lang w:eastAsia="zh-CN"/>
        </w:rPr>
        <w:t>甫</w:t>
      </w:r>
      <w:proofErr w:type="gramEnd"/>
      <w:r>
        <w:rPr>
          <w:rFonts w:ascii="仿宋" w:eastAsia="仿宋" w:hAnsi="仿宋"/>
          <w:sz w:val="32"/>
          <w:lang w:eastAsia="zh-CN"/>
        </w:rPr>
        <w:t>及刻成，</w:t>
      </w:r>
      <w:proofErr w:type="gramStart"/>
      <w:r>
        <w:rPr>
          <w:rFonts w:ascii="仿宋" w:eastAsia="仿宋" w:hAnsi="仿宋"/>
          <w:sz w:val="32"/>
          <w:lang w:eastAsia="zh-CN"/>
        </w:rPr>
        <w:t>忽值数</w:t>
      </w:r>
      <w:proofErr w:type="gramEnd"/>
      <w:r>
        <w:rPr>
          <w:rFonts w:ascii="仿宋" w:eastAsia="仿宋" w:hAnsi="仿宋"/>
          <w:sz w:val="32"/>
          <w:lang w:eastAsia="zh-CN"/>
        </w:rPr>
        <w:t>尽，就是刚刚《本草纲目》课程。李时珍先世。他没有看到自己毕生为之耗费心血的书，最后。</w:t>
      </w:r>
    </w:p>
    <w:p w14:paraId="03C8E7B9" w14:textId="77777777" w:rsidR="00E87C95" w:rsidRDefault="00000000">
      <w:pPr>
        <w:spacing w:after="0" w:line="579" w:lineRule="exact"/>
        <w:ind w:firstLine="640"/>
        <w:rPr>
          <w:lang w:eastAsia="zh-CN"/>
        </w:rPr>
      </w:pPr>
      <w:r>
        <w:rPr>
          <w:rFonts w:ascii="仿宋" w:eastAsia="仿宋" w:hAnsi="仿宋"/>
          <w:sz w:val="32"/>
          <w:lang w:eastAsia="zh-CN"/>
        </w:rPr>
        <w:t>放在他眼前，这是一件很令人遗憾的事。李建元把</w:t>
      </w:r>
      <w:proofErr w:type="gramStart"/>
      <w:r>
        <w:rPr>
          <w:rFonts w:ascii="仿宋" w:eastAsia="仿宋" w:hAnsi="仿宋"/>
          <w:sz w:val="32"/>
          <w:lang w:eastAsia="zh-CN"/>
        </w:rPr>
        <w:t>这本书承进以后</w:t>
      </w:r>
      <w:proofErr w:type="gramEnd"/>
      <w:r>
        <w:rPr>
          <w:rFonts w:ascii="仿宋" w:eastAsia="仿宋" w:hAnsi="仿宋"/>
          <w:sz w:val="32"/>
          <w:lang w:eastAsia="zh-CN"/>
        </w:rPr>
        <w:t>，根据《明神宗实录》的记载</w:t>
      </w:r>
      <w:proofErr w:type="gramStart"/>
      <w:r>
        <w:rPr>
          <w:rFonts w:ascii="仿宋" w:eastAsia="仿宋" w:hAnsi="仿宋"/>
          <w:sz w:val="32"/>
          <w:lang w:eastAsia="zh-CN"/>
        </w:rPr>
        <w:t>，着</w:t>
      </w:r>
      <w:proofErr w:type="gramEnd"/>
      <w:r>
        <w:rPr>
          <w:rFonts w:ascii="仿宋" w:eastAsia="仿宋" w:hAnsi="仿宋"/>
          <w:sz w:val="32"/>
          <w:lang w:eastAsia="zh-CN"/>
        </w:rPr>
        <w:t>下礼部，书留</w:t>
      </w:r>
      <w:proofErr w:type="gramStart"/>
      <w:r>
        <w:rPr>
          <w:rFonts w:ascii="仿宋" w:eastAsia="仿宋" w:hAnsi="仿宋"/>
          <w:sz w:val="32"/>
          <w:lang w:eastAsia="zh-CN"/>
        </w:rPr>
        <w:t>览</w:t>
      </w:r>
      <w:proofErr w:type="gramEnd"/>
      <w:r>
        <w:rPr>
          <w:rFonts w:ascii="仿宋" w:eastAsia="仿宋" w:hAnsi="仿宋"/>
          <w:sz w:val="32"/>
          <w:lang w:eastAsia="zh-CN"/>
        </w:rPr>
        <w:t>这说明，万历皇帝已经知道了</w:t>
      </w:r>
      <w:proofErr w:type="gramStart"/>
      <w:r>
        <w:rPr>
          <w:rFonts w:ascii="仿宋" w:eastAsia="仿宋" w:hAnsi="仿宋"/>
          <w:sz w:val="32"/>
          <w:lang w:eastAsia="zh-CN"/>
        </w:rPr>
        <w:t>这本书被承进</w:t>
      </w:r>
      <w:proofErr w:type="gramEnd"/>
      <w:r>
        <w:rPr>
          <w:rFonts w:ascii="仿宋" w:eastAsia="仿宋" w:hAnsi="仿宋"/>
          <w:sz w:val="32"/>
          <w:lang w:eastAsia="zh-CN"/>
        </w:rPr>
        <w:t>。并且认可了这本书的价值，虽然让《本草纲目》汇集后世是李时珍最大的心愿。但是他也清楚的知道自己个人的能力有限，所以呢，医书是要一代</w:t>
      </w:r>
      <w:proofErr w:type="gramStart"/>
      <w:r>
        <w:rPr>
          <w:rFonts w:ascii="仿宋" w:eastAsia="仿宋" w:hAnsi="仿宋"/>
          <w:sz w:val="32"/>
          <w:lang w:eastAsia="zh-CN"/>
        </w:rPr>
        <w:t>一代</w:t>
      </w:r>
      <w:proofErr w:type="gramEnd"/>
      <w:r>
        <w:rPr>
          <w:rFonts w:ascii="仿宋" w:eastAsia="仿宋" w:hAnsi="仿宋"/>
          <w:sz w:val="32"/>
          <w:lang w:eastAsia="zh-CN"/>
        </w:rPr>
        <w:t>不断去修的。啊，他希望后世能够不断的去扶正他自己本草书中的一些谬误。天下医书，当天下人修之啊。咱们一块接着把它看完。</w:t>
      </w:r>
    </w:p>
    <w:p w14:paraId="4D6E4925" w14:textId="77777777" w:rsidR="00E87C95" w:rsidRDefault="00000000">
      <w:pPr>
        <w:spacing w:after="0" w:line="579" w:lineRule="exact"/>
        <w:ind w:firstLine="640"/>
        <w:rPr>
          <w:lang w:eastAsia="zh-CN"/>
        </w:rPr>
      </w:pPr>
      <w:r>
        <w:rPr>
          <w:rFonts w:ascii="仿宋" w:eastAsia="仿宋" w:hAnsi="仿宋"/>
          <w:sz w:val="32"/>
          <w:lang w:eastAsia="zh-CN"/>
        </w:rPr>
        <w:t>父亲，您回来了，好消息好消息，《本草纲目》可以刊印了，父亲，我也告诉您一个好消息。已经有人看到刊刻出来的《本草纲目》了，你这孩子怎么讲些胡话呢？我刚跟书商谈完刊印之事，世人怎么会看到刊印好的本草刊物呢？父亲。我没有说胡话。这位先生来自400多年后。晚辈撒贝宁见过李时珍先生。您的《本草纲目》在后世被奉为医药典籍。</w:t>
      </w:r>
    </w:p>
    <w:p w14:paraId="1AF8FF56" w14:textId="77777777" w:rsidR="00E87C95" w:rsidRDefault="00000000">
      <w:pPr>
        <w:spacing w:after="0" w:line="579" w:lineRule="exact"/>
        <w:ind w:firstLine="640"/>
        <w:rPr>
          <w:lang w:eastAsia="zh-CN"/>
        </w:rPr>
      </w:pPr>
      <w:r>
        <w:rPr>
          <w:rFonts w:ascii="仿宋" w:eastAsia="仿宋" w:hAnsi="仿宋"/>
          <w:sz w:val="32"/>
          <w:lang w:eastAsia="zh-CN"/>
        </w:rPr>
        <w:lastRenderedPageBreak/>
        <w:t>您呕心沥血几十载，写就《本草纲目》的故事。我们从小就听啊。先生，您想不想看看？刊刻出来的《本草纲目》。此乃我毕生所愿，当然想啊。我为两位带路。好，请请。李时珍先生。胡成龙先生为您刊刻的那一版后世称为金陵版。但是此后《本草纲目》又经历了很多的版本。而且您的书还传到了东洋，</w:t>
      </w:r>
    </w:p>
    <w:p w14:paraId="5D68597C" w14:textId="77777777" w:rsidR="00E87C95" w:rsidRDefault="00000000">
      <w:pPr>
        <w:spacing w:after="0" w:line="579" w:lineRule="exact"/>
        <w:ind w:firstLine="640"/>
        <w:rPr>
          <w:lang w:eastAsia="zh-CN"/>
        </w:rPr>
      </w:pPr>
      <w:r>
        <w:rPr>
          <w:rFonts w:ascii="仿宋" w:eastAsia="仿宋" w:hAnsi="仿宋"/>
          <w:sz w:val="32"/>
          <w:lang w:eastAsia="zh-CN"/>
        </w:rPr>
        <w:t>西洋引起了世界的关注。这是我一生想都不敢想的事情了。后来，英国有一位生物学家叫达尔文。他就多次引用过您的《本草纲目》。而且他把您的《本草纲目》称为中国古代百科全书。好啊。能为四海之人，康健略尽绵薄，是我的荣幸啊。后来到了公元2011年五月，联合国教科文组织公布了世界记忆名录。《黄帝内经》还有您的《本草纲目》被收录其中，这也是仅有的两部中国中医药研究。《黄帝内经》，</w:t>
      </w:r>
    </w:p>
    <w:p w14:paraId="073DE2AF" w14:textId="77777777" w:rsidR="00E87C95" w:rsidRDefault="00000000">
      <w:pPr>
        <w:spacing w:after="0" w:line="579" w:lineRule="exact"/>
        <w:ind w:firstLine="640"/>
        <w:rPr>
          <w:lang w:eastAsia="zh-CN"/>
        </w:rPr>
      </w:pPr>
      <w:r>
        <w:rPr>
          <w:rFonts w:ascii="仿宋" w:eastAsia="仿宋" w:hAnsi="仿宋"/>
          <w:sz w:val="32"/>
          <w:lang w:eastAsia="zh-CN"/>
        </w:rPr>
        <w:t>可是先贤所述，和这本并列。时珍惭愧呀，哪里难后世人，得益于此书太和。就像我父亲的书，现在何处？就在这。您请看。此地为何要存放如此多的医学电极？这里是《中华医藏》的资料室之一。中华医学典籍绵延数千年，传承了历代医学先贤的智慧。据统计，现在</w:t>
      </w:r>
      <w:proofErr w:type="gramStart"/>
      <w:r>
        <w:rPr>
          <w:rFonts w:ascii="仿宋" w:eastAsia="仿宋" w:hAnsi="仿宋"/>
          <w:sz w:val="32"/>
          <w:lang w:eastAsia="zh-CN"/>
        </w:rPr>
        <w:t>在</w:t>
      </w:r>
      <w:proofErr w:type="gramEnd"/>
      <w:r>
        <w:rPr>
          <w:rFonts w:ascii="仿宋" w:eastAsia="仿宋" w:hAnsi="仿宋"/>
          <w:sz w:val="32"/>
          <w:lang w:eastAsia="zh-CN"/>
        </w:rPr>
        <w:t>全国各地主要图书馆存放的中医古籍多达8000多种，</w:t>
      </w:r>
    </w:p>
    <w:p w14:paraId="6C2E17FB" w14:textId="77777777" w:rsidR="00E87C95" w:rsidRDefault="00000000">
      <w:pPr>
        <w:spacing w:after="0" w:line="579" w:lineRule="exact"/>
        <w:ind w:firstLine="640"/>
        <w:rPr>
          <w:lang w:eastAsia="zh-CN"/>
        </w:rPr>
      </w:pPr>
      <w:r>
        <w:rPr>
          <w:rFonts w:ascii="仿宋" w:eastAsia="仿宋" w:hAnsi="仿宋"/>
          <w:sz w:val="32"/>
          <w:lang w:eastAsia="zh-CN"/>
        </w:rPr>
        <w:t>但是当中有一些古籍。因为年代久远，原本破损。导致逐渐的明灭。所以国家提出要保护典籍，用好中医药学的宝贵财富。修撰，《中华医藏》。您的《本草纲目》就是其中</w:t>
      </w:r>
      <w:r>
        <w:rPr>
          <w:rFonts w:ascii="仿宋" w:eastAsia="仿宋" w:hAnsi="仿宋"/>
          <w:sz w:val="32"/>
          <w:lang w:eastAsia="zh-CN"/>
        </w:rPr>
        <w:lastRenderedPageBreak/>
        <w:t>最为重要的典籍之一。这可是我毕生的愿望啊。我一直都在期盼。后事</w:t>
      </w:r>
      <w:proofErr w:type="gramStart"/>
      <w:r>
        <w:rPr>
          <w:rFonts w:ascii="仿宋" w:eastAsia="仿宋" w:hAnsi="仿宋"/>
          <w:sz w:val="32"/>
          <w:lang w:eastAsia="zh-CN"/>
        </w:rPr>
        <w:t>医</w:t>
      </w:r>
      <w:proofErr w:type="gramEnd"/>
      <w:r>
        <w:rPr>
          <w:rFonts w:ascii="仿宋" w:eastAsia="仿宋" w:hAnsi="仿宋"/>
          <w:sz w:val="32"/>
          <w:lang w:eastAsia="zh-CN"/>
        </w:rPr>
        <w:t>者。能够学问更广。考证更精。让医学药学。</w:t>
      </w:r>
    </w:p>
    <w:p w14:paraId="3F5AF22B" w14:textId="77777777" w:rsidR="00E87C95" w:rsidRDefault="00000000">
      <w:pPr>
        <w:spacing w:after="0" w:line="579" w:lineRule="exact"/>
        <w:ind w:firstLine="640"/>
        <w:rPr>
          <w:lang w:eastAsia="zh-CN"/>
        </w:rPr>
      </w:pPr>
      <w:r>
        <w:rPr>
          <w:rFonts w:ascii="仿宋" w:eastAsia="仿宋" w:hAnsi="仿宋"/>
          <w:sz w:val="32"/>
          <w:lang w:eastAsia="zh-CN"/>
        </w:rPr>
        <w:t>更上层楼。你看这儿。《黄帝内经》。《证类本草》。《神农本草经》。李时珍先生。您看。《本草纲目》吗？正是。能把《本草纲目》捧在手里。这一刻。我等了一辈子。先生修《本草纲目》。这一生都在逆流而行。能把这本书流传下来。</w:t>
      </w:r>
    </w:p>
    <w:p w14:paraId="1F092A60" w14:textId="77777777" w:rsidR="00E87C95" w:rsidRDefault="00000000">
      <w:pPr>
        <w:spacing w:after="0" w:line="579" w:lineRule="exact"/>
        <w:ind w:firstLine="640"/>
        <w:rPr>
          <w:lang w:eastAsia="zh-CN"/>
        </w:rPr>
      </w:pPr>
      <w:r>
        <w:rPr>
          <w:rFonts w:ascii="仿宋" w:eastAsia="仿宋" w:hAnsi="仿宋"/>
          <w:sz w:val="32"/>
          <w:lang w:eastAsia="zh-CN"/>
        </w:rPr>
        <w:t>就都值了。寿国以寿万民。寿万民。你受过。用现在的话讲。就是人民至上，生命至上。感谢祖下。让我看到了刊印好的《本草纲目》。此生无憾啊。《本草纲目》，直至今日。仍然是中医案头必备的典籍之一。您是</w:t>
      </w:r>
      <w:proofErr w:type="gramStart"/>
      <w:r>
        <w:rPr>
          <w:rFonts w:ascii="仿宋" w:eastAsia="仿宋" w:hAnsi="仿宋"/>
          <w:sz w:val="32"/>
          <w:lang w:eastAsia="zh-CN"/>
        </w:rPr>
        <w:t>医</w:t>
      </w:r>
      <w:proofErr w:type="gramEnd"/>
      <w:r>
        <w:rPr>
          <w:rFonts w:ascii="仿宋" w:eastAsia="仿宋" w:hAnsi="仿宋"/>
          <w:sz w:val="32"/>
          <w:lang w:eastAsia="zh-CN"/>
        </w:rPr>
        <w:t>者楷模。世代相传。</w:t>
      </w:r>
    </w:p>
    <w:p w14:paraId="3DAB54AE" w14:textId="77777777" w:rsidR="00E87C95" w:rsidRDefault="00000000">
      <w:pPr>
        <w:spacing w:after="0" w:line="579" w:lineRule="exact"/>
        <w:ind w:firstLine="640"/>
        <w:rPr>
          <w:lang w:eastAsia="zh-CN"/>
        </w:rPr>
      </w:pPr>
      <w:r>
        <w:rPr>
          <w:rFonts w:ascii="仿宋" w:eastAsia="仿宋" w:hAnsi="仿宋"/>
          <w:sz w:val="32"/>
          <w:lang w:eastAsia="zh-CN"/>
        </w:rPr>
        <w:t>谢谢谢先生。撒先生。少时珍一摆。先生，谢谢您为我们留下这部典籍。天下一输</w:t>
      </w:r>
      <w:proofErr w:type="gramStart"/>
      <w:r>
        <w:rPr>
          <w:rFonts w:ascii="仿宋" w:eastAsia="仿宋" w:hAnsi="仿宋"/>
          <w:sz w:val="32"/>
          <w:lang w:eastAsia="zh-CN"/>
        </w:rPr>
        <w:t>。</w:t>
      </w:r>
      <w:proofErr w:type="gramEnd"/>
      <w:r>
        <w:rPr>
          <w:rFonts w:ascii="仿宋" w:eastAsia="仿宋" w:hAnsi="仿宋"/>
          <w:sz w:val="32"/>
          <w:lang w:eastAsia="zh-CN"/>
        </w:rPr>
        <w:t>利益天下。当天下共修。世代永新。哎呀，刚才戏剧结束的时候，李时珍捧着《本草纲目》的那一刻呀，我就特别希望这个穿越时珍的。让他真的看一看这个书。</w:t>
      </w:r>
    </w:p>
    <w:p w14:paraId="70DC6CB4" w14:textId="77777777" w:rsidR="00E87C95" w:rsidRDefault="00000000">
      <w:pPr>
        <w:spacing w:after="0" w:line="579" w:lineRule="exact"/>
        <w:ind w:firstLine="640"/>
        <w:rPr>
          <w:lang w:eastAsia="zh-CN"/>
        </w:rPr>
      </w:pPr>
      <w:r>
        <w:rPr>
          <w:rFonts w:ascii="仿宋" w:eastAsia="仿宋" w:hAnsi="仿宋"/>
          <w:sz w:val="32"/>
          <w:lang w:eastAsia="zh-CN"/>
        </w:rPr>
        <w:t>成了他的心血，没有白费，我这辈子</w:t>
      </w:r>
      <w:proofErr w:type="gramStart"/>
      <w:r>
        <w:rPr>
          <w:rFonts w:ascii="仿宋" w:eastAsia="仿宋" w:hAnsi="仿宋"/>
          <w:sz w:val="32"/>
          <w:lang w:eastAsia="zh-CN"/>
        </w:rPr>
        <w:t>吧研究</w:t>
      </w:r>
      <w:proofErr w:type="gramEnd"/>
      <w:r>
        <w:rPr>
          <w:rFonts w:ascii="仿宋" w:eastAsia="仿宋" w:hAnsi="仿宋"/>
          <w:sz w:val="32"/>
          <w:lang w:eastAsia="zh-CN"/>
        </w:rPr>
        <w:t>《本草纲目》40多年。我曾经无数次的通过阅读《本草纲目》。和李时珍对话，但是今天。我看见活生生的李时珍，我真的心里很激动。我好像已经亲眼看见他站在我面前一样。所以他给我们后世。留下了许多宝贵的财富，它不仅留下了《本草纲目》，</w:t>
      </w:r>
      <w:r>
        <w:rPr>
          <w:rFonts w:ascii="仿宋" w:eastAsia="仿宋" w:hAnsi="仿宋"/>
          <w:sz w:val="32"/>
          <w:lang w:eastAsia="zh-CN"/>
        </w:rPr>
        <w:lastRenderedPageBreak/>
        <w:t>还有濒湖漫学。</w:t>
      </w:r>
      <w:proofErr w:type="gramStart"/>
      <w:r>
        <w:rPr>
          <w:rFonts w:ascii="仿宋" w:eastAsia="仿宋" w:hAnsi="仿宋"/>
          <w:sz w:val="32"/>
          <w:lang w:eastAsia="zh-CN"/>
        </w:rPr>
        <w:t>《《</w:t>
      </w:r>
      <w:proofErr w:type="gramEnd"/>
      <w:r>
        <w:rPr>
          <w:rFonts w:ascii="仿宋" w:eastAsia="仿宋" w:hAnsi="仿宋"/>
          <w:sz w:val="32"/>
          <w:lang w:eastAsia="zh-CN"/>
        </w:rPr>
        <w:t>奇经八脉考</w:t>
      </w:r>
      <w:proofErr w:type="gramStart"/>
      <w:r>
        <w:rPr>
          <w:rFonts w:ascii="仿宋" w:eastAsia="仿宋" w:hAnsi="仿宋"/>
          <w:sz w:val="32"/>
          <w:lang w:eastAsia="zh-CN"/>
        </w:rPr>
        <w:t>》》</w:t>
      </w:r>
      <w:proofErr w:type="gramEnd"/>
      <w:r>
        <w:rPr>
          <w:rFonts w:ascii="仿宋" w:eastAsia="仿宋" w:hAnsi="仿宋"/>
          <w:sz w:val="32"/>
          <w:lang w:eastAsia="zh-CN"/>
        </w:rPr>
        <w:t>验，留下了科学精神和人心医德。</w:t>
      </w:r>
    </w:p>
    <w:p w14:paraId="534318E5" w14:textId="77777777" w:rsidR="00E87C95" w:rsidRDefault="00000000">
      <w:pPr>
        <w:spacing w:after="0" w:line="579" w:lineRule="exact"/>
        <w:ind w:firstLine="640"/>
        <w:rPr>
          <w:lang w:eastAsia="zh-CN"/>
        </w:rPr>
      </w:pPr>
      <w:r>
        <w:rPr>
          <w:rFonts w:ascii="仿宋" w:eastAsia="仿宋" w:hAnsi="仿宋"/>
          <w:sz w:val="32"/>
          <w:lang w:eastAsia="zh-CN"/>
        </w:rPr>
        <w:t>《本草纲目》记录了中华民族运用和开发物质的历史。虽然现在看起来。《本草纲目》也有一些局限，但是它的历史价值是毋庸置疑的。正如戏剧中所说，天下医书，天下共修，世代永新。中华人民共和国药典不断的增补到目前已经出版了11版。规模巨大的医药学专科丛书《中华医藏》推进了中国古迹文献的传承。和保护工作向世界诠释东方生命科学的智慧。我们当代中医药从业者最大的责任呢？就是深入的挖掘中医药宝库中的精华。薪火相传，与时俱进，</w:t>
      </w:r>
    </w:p>
    <w:p w14:paraId="501EEB6C" w14:textId="77777777" w:rsidR="00E87C95" w:rsidRDefault="00000000">
      <w:pPr>
        <w:spacing w:after="0" w:line="579" w:lineRule="exact"/>
        <w:ind w:firstLine="640"/>
        <w:rPr>
          <w:lang w:eastAsia="zh-CN"/>
        </w:rPr>
      </w:pPr>
      <w:r>
        <w:rPr>
          <w:rFonts w:ascii="仿宋" w:eastAsia="仿宋" w:hAnsi="仿宋"/>
          <w:sz w:val="32"/>
          <w:lang w:eastAsia="zh-CN"/>
        </w:rPr>
        <w:t>造福更多人民。典籍呢，是中国传统文化赖以传承发展的重要的一个基础和载体。无论是古代的</w:t>
      </w:r>
      <w:proofErr w:type="gramStart"/>
      <w:r>
        <w:rPr>
          <w:rFonts w:ascii="仿宋" w:eastAsia="仿宋" w:hAnsi="仿宋"/>
          <w:sz w:val="32"/>
          <w:lang w:eastAsia="zh-CN"/>
        </w:rPr>
        <w:t>医</w:t>
      </w:r>
      <w:proofErr w:type="gramEnd"/>
      <w:r>
        <w:rPr>
          <w:rFonts w:ascii="仿宋" w:eastAsia="仿宋" w:hAnsi="仿宋"/>
          <w:sz w:val="32"/>
          <w:lang w:eastAsia="zh-CN"/>
        </w:rPr>
        <w:t>者李时珍，还是我们现代的</w:t>
      </w:r>
      <w:proofErr w:type="gramStart"/>
      <w:r>
        <w:rPr>
          <w:rFonts w:ascii="仿宋" w:eastAsia="仿宋" w:hAnsi="仿宋"/>
          <w:sz w:val="32"/>
          <w:lang w:eastAsia="zh-CN"/>
        </w:rPr>
        <w:t>医</w:t>
      </w:r>
      <w:proofErr w:type="gramEnd"/>
      <w:r>
        <w:rPr>
          <w:rFonts w:ascii="仿宋" w:eastAsia="仿宋" w:hAnsi="仿宋"/>
          <w:sz w:val="32"/>
          <w:lang w:eastAsia="zh-CN"/>
        </w:rPr>
        <w:t>者，他们继承和发扬的就是中国传统科学精神中的。求真务实，关心民生，不断开拓创新的精神。正因为这种精神，一代</w:t>
      </w:r>
      <w:proofErr w:type="gramStart"/>
      <w:r>
        <w:rPr>
          <w:rFonts w:ascii="仿宋" w:eastAsia="仿宋" w:hAnsi="仿宋"/>
          <w:sz w:val="32"/>
          <w:lang w:eastAsia="zh-CN"/>
        </w:rPr>
        <w:t>一代</w:t>
      </w:r>
      <w:proofErr w:type="gramEnd"/>
      <w:r>
        <w:rPr>
          <w:rFonts w:ascii="仿宋" w:eastAsia="仿宋" w:hAnsi="仿宋"/>
          <w:sz w:val="32"/>
          <w:lang w:eastAsia="zh-CN"/>
        </w:rPr>
        <w:t>的</w:t>
      </w:r>
      <w:proofErr w:type="gramStart"/>
      <w:r>
        <w:rPr>
          <w:rFonts w:ascii="仿宋" w:eastAsia="仿宋" w:hAnsi="仿宋"/>
          <w:sz w:val="32"/>
          <w:lang w:eastAsia="zh-CN"/>
        </w:rPr>
        <w:t>医</w:t>
      </w:r>
      <w:proofErr w:type="gramEnd"/>
      <w:r>
        <w:rPr>
          <w:rFonts w:ascii="仿宋" w:eastAsia="仿宋" w:hAnsi="仿宋"/>
          <w:sz w:val="32"/>
          <w:lang w:eastAsia="zh-CN"/>
        </w:rPr>
        <w:t>者。才能够不断的解决新的时代难题。为</w:t>
      </w:r>
      <w:proofErr w:type="gramStart"/>
      <w:r>
        <w:rPr>
          <w:rFonts w:ascii="仿宋" w:eastAsia="仿宋" w:hAnsi="仿宋"/>
          <w:sz w:val="32"/>
          <w:lang w:eastAsia="zh-CN"/>
        </w:rPr>
        <w:t>后来医学</w:t>
      </w:r>
      <w:proofErr w:type="gramEnd"/>
      <w:r>
        <w:rPr>
          <w:rFonts w:ascii="仿宋" w:eastAsia="仿宋" w:hAnsi="仿宋"/>
          <w:sz w:val="32"/>
          <w:lang w:eastAsia="zh-CN"/>
        </w:rPr>
        <w:t>的不断发展奠定重要的基础。没错，我觉得您说的就是一个守</w:t>
      </w:r>
      <w:proofErr w:type="gramStart"/>
      <w:r>
        <w:rPr>
          <w:rFonts w:ascii="仿宋" w:eastAsia="仿宋" w:hAnsi="仿宋"/>
          <w:sz w:val="32"/>
          <w:lang w:eastAsia="zh-CN"/>
        </w:rPr>
        <w:t>正创新</w:t>
      </w:r>
      <w:proofErr w:type="gramEnd"/>
      <w:r>
        <w:rPr>
          <w:rFonts w:ascii="仿宋" w:eastAsia="仿宋" w:hAnsi="仿宋"/>
          <w:sz w:val="32"/>
          <w:lang w:eastAsia="zh-CN"/>
        </w:rPr>
        <w:t>的问题，</w:t>
      </w:r>
    </w:p>
    <w:p w14:paraId="4D3A6D18" w14:textId="77777777" w:rsidR="00E87C95" w:rsidRDefault="00000000">
      <w:pPr>
        <w:spacing w:after="0" w:line="579" w:lineRule="exact"/>
        <w:ind w:firstLine="640"/>
        <w:rPr>
          <w:lang w:eastAsia="zh-CN"/>
        </w:rPr>
      </w:pPr>
      <w:r>
        <w:rPr>
          <w:rFonts w:ascii="仿宋" w:eastAsia="仿宋" w:hAnsi="仿宋"/>
          <w:sz w:val="32"/>
          <w:lang w:eastAsia="zh-CN"/>
        </w:rPr>
        <w:t>其实李时珍也是在守正创新，今天我们的医务工作者，科研工作者也是在守正创新。我们</w:t>
      </w:r>
      <w:proofErr w:type="gramStart"/>
      <w:r>
        <w:rPr>
          <w:rFonts w:ascii="仿宋" w:eastAsia="仿宋" w:hAnsi="仿宋"/>
          <w:sz w:val="32"/>
          <w:lang w:eastAsia="zh-CN"/>
        </w:rPr>
        <w:t>守这证到底</w:t>
      </w:r>
      <w:proofErr w:type="gramEnd"/>
      <w:r>
        <w:rPr>
          <w:rFonts w:ascii="仿宋" w:eastAsia="仿宋" w:hAnsi="仿宋"/>
          <w:sz w:val="32"/>
          <w:lang w:eastAsia="zh-CN"/>
        </w:rPr>
        <w:t>是什么呢？就是以人为本，就是人民至上，生命至上。我们守住这个证。然后再开出每一代的心，就能看着中国越来越好。</w:t>
      </w:r>
    </w:p>
    <w:p w14:paraId="557809E9" w14:textId="77777777" w:rsidR="00E87C95" w:rsidRDefault="00000000">
      <w:pPr>
        <w:rPr>
          <w:lang w:eastAsia="zh-CN"/>
        </w:rPr>
      </w:pPr>
      <w:r>
        <w:rPr>
          <w:lang w:eastAsia="zh-CN"/>
        </w:rPr>
        <w:br w:type="page"/>
      </w:r>
    </w:p>
    <w:p w14:paraId="79210177" w14:textId="77777777" w:rsidR="00E87C95" w:rsidRDefault="00000000">
      <w:pPr>
        <w:spacing w:after="0" w:line="579" w:lineRule="exact"/>
        <w:jc w:val="center"/>
        <w:rPr>
          <w:lang w:eastAsia="zh-CN"/>
        </w:rPr>
      </w:pPr>
      <w:r>
        <w:rPr>
          <w:rFonts w:ascii="方正小标宋简体" w:eastAsia="方正小标宋简体" w:hAnsi="方正小标宋简体"/>
          <w:sz w:val="44"/>
          <w:lang w:eastAsia="zh-CN"/>
        </w:rPr>
        <w:lastRenderedPageBreak/>
        <w:t>第05集 《论语》</w:t>
      </w:r>
    </w:p>
    <w:p w14:paraId="02421990" w14:textId="77777777" w:rsidR="00E87C95" w:rsidRDefault="00000000">
      <w:pPr>
        <w:spacing w:after="0" w:line="579" w:lineRule="exact"/>
        <w:ind w:firstLine="640"/>
        <w:rPr>
          <w:lang w:eastAsia="zh-CN"/>
        </w:rPr>
      </w:pPr>
      <w:r>
        <w:rPr>
          <w:rFonts w:ascii="仿宋" w:eastAsia="仿宋" w:hAnsi="仿宋"/>
          <w:sz w:val="32"/>
          <w:lang w:eastAsia="zh-CN"/>
        </w:rPr>
        <w:t>今天在典籍里的中国，就让我们一起识读《论语》。晚辈是来自2000多年之后的一个读书人，此行特来请教《论语》。为学为人为政，道路虽然曲折。要初心不变，要更多的人学为君子。且天下归仁。您追求的大道传下去了。学而时习之，不亦说乎？二零一五年。江西南昌。西汉海昏侯墓文物保护工作站。海昏侯墓是汉废帝刘贺的墓。</w:t>
      </w:r>
    </w:p>
    <w:p w14:paraId="3CDB4902" w14:textId="77777777" w:rsidR="00E87C95" w:rsidRDefault="00000000">
      <w:pPr>
        <w:spacing w:after="0" w:line="579" w:lineRule="exact"/>
        <w:ind w:firstLine="640"/>
        <w:rPr>
          <w:lang w:eastAsia="zh-CN"/>
        </w:rPr>
      </w:pPr>
      <w:r>
        <w:rPr>
          <w:rFonts w:ascii="仿宋" w:eastAsia="仿宋" w:hAnsi="仿宋"/>
          <w:sz w:val="32"/>
          <w:lang w:eastAsia="zh-CN"/>
        </w:rPr>
        <w:t>刘贺是汉武帝的孙子，他只当了27天的皇帝，就被废除了。他的墓葬陪葬丰富，是截至目前出土金器最多的汉代大墓。但是比这些金器更珍贵。是同步出土的5000多枚竹简。由于年代久远，这些竹简在刚出土的时候。就像一堆烂泥巴，科研人员用先进的科技对这些竹简进行了修复和保护。竹简像打了哈欠，他像在伸懒腰，这是一次等了2000多年的苏醒。经过专家的辨认。</w:t>
      </w:r>
    </w:p>
    <w:p w14:paraId="438CA533" w14:textId="77777777" w:rsidR="00E87C95" w:rsidRDefault="00000000">
      <w:pPr>
        <w:spacing w:after="0" w:line="579" w:lineRule="exact"/>
        <w:ind w:firstLine="640"/>
        <w:rPr>
          <w:lang w:eastAsia="zh-CN"/>
        </w:rPr>
      </w:pPr>
      <w:r>
        <w:rPr>
          <w:rFonts w:ascii="仿宋" w:eastAsia="仿宋" w:hAnsi="仿宋"/>
          <w:sz w:val="32"/>
          <w:lang w:eastAsia="zh-CN"/>
        </w:rPr>
        <w:t>在已经发现的这些竹简当中，有500多枚竹简内容居然是《论语》。而且应该属于失传已久的。齐《论语》，齐《论语》，是《论语》最古老的版本之一呀。他在汉末魏晋时期就失传了，谁想得到1800多年之后还能重见天日啊？是啊。东汉末年，大儒政权综合了齐《论语》等多个传本编教，整理了《论语》。并为其作注。郑玄的注本也成为了后世《论语》流传本的基础。</w:t>
      </w:r>
      <w:proofErr w:type="gramStart"/>
      <w:r>
        <w:rPr>
          <w:rFonts w:ascii="仿宋" w:eastAsia="仿宋" w:hAnsi="仿宋"/>
          <w:sz w:val="32"/>
          <w:lang w:eastAsia="zh-CN"/>
        </w:rPr>
        <w:t>先生先生郑先生郑先生</w:t>
      </w:r>
      <w:proofErr w:type="gramEnd"/>
      <w:r>
        <w:rPr>
          <w:rFonts w:ascii="仿宋" w:eastAsia="仿宋" w:hAnsi="仿宋"/>
          <w:sz w:val="32"/>
          <w:lang w:eastAsia="zh-CN"/>
        </w:rPr>
        <w:t>听说郑先生在此隐居，</w:t>
      </w:r>
    </w:p>
    <w:p w14:paraId="05AA6D59" w14:textId="77777777" w:rsidR="00E87C95" w:rsidRDefault="00000000">
      <w:pPr>
        <w:spacing w:after="0" w:line="579" w:lineRule="exact"/>
        <w:ind w:firstLine="640"/>
        <w:rPr>
          <w:lang w:eastAsia="zh-CN"/>
        </w:rPr>
      </w:pPr>
      <w:r>
        <w:rPr>
          <w:rFonts w:ascii="仿宋" w:eastAsia="仿宋" w:hAnsi="仿宋"/>
          <w:sz w:val="32"/>
          <w:lang w:eastAsia="zh-CN"/>
        </w:rPr>
        <w:lastRenderedPageBreak/>
        <w:t>特地赶来求教《论语》。郑先生，您注释的《论语》我们都爱读，为什么爱读《论语》？因为《论语》主要记的是先师孔子和孔门弟子的言行嗯。这样一部重要典籍，历经秦火和战乱，传至大汉初年。出现多个传本有齐《论语》，有鲁《论语》，还有孔壁中发现以古文字书写的古《论语》。如此多的</w:t>
      </w:r>
      <w:proofErr w:type="gramStart"/>
      <w:r>
        <w:rPr>
          <w:rFonts w:ascii="仿宋" w:eastAsia="仿宋" w:hAnsi="仿宋"/>
          <w:sz w:val="32"/>
          <w:lang w:eastAsia="zh-CN"/>
        </w:rPr>
        <w:t>传本读</w:t>
      </w:r>
      <w:proofErr w:type="gramEnd"/>
      <w:r>
        <w:rPr>
          <w:rFonts w:ascii="仿宋" w:eastAsia="仿宋" w:hAnsi="仿宋"/>
          <w:sz w:val="32"/>
          <w:lang w:eastAsia="zh-CN"/>
        </w:rPr>
        <w:t>起来非常费力。是啊，所以我以鲁《论语》为底本。参考齐《论语》，</w:t>
      </w:r>
    </w:p>
    <w:p w14:paraId="76319E4F" w14:textId="77777777" w:rsidR="00E87C95" w:rsidRDefault="00000000">
      <w:pPr>
        <w:spacing w:after="0" w:line="579" w:lineRule="exact"/>
        <w:ind w:firstLine="640"/>
        <w:rPr>
          <w:lang w:eastAsia="zh-CN"/>
        </w:rPr>
      </w:pPr>
      <w:r>
        <w:rPr>
          <w:rFonts w:ascii="仿宋" w:eastAsia="仿宋" w:hAnsi="仿宋"/>
          <w:sz w:val="32"/>
          <w:lang w:eastAsia="zh-CN"/>
        </w:rPr>
        <w:t>古</w:t>
      </w:r>
      <w:proofErr w:type="gramStart"/>
      <w:r>
        <w:rPr>
          <w:rFonts w:ascii="仿宋" w:eastAsia="仿宋" w:hAnsi="仿宋"/>
          <w:sz w:val="32"/>
          <w:lang w:eastAsia="zh-CN"/>
        </w:rPr>
        <w:t>《论语》编教整理</w:t>
      </w:r>
      <w:proofErr w:type="gramEnd"/>
      <w:r>
        <w:rPr>
          <w:rFonts w:ascii="仿宋" w:eastAsia="仿宋" w:hAnsi="仿宋"/>
          <w:sz w:val="32"/>
          <w:lang w:eastAsia="zh-CN"/>
        </w:rPr>
        <w:t>。并为《论语》作注。希望后世人能读《论语》而知如何为学。为人。为政。这是一份1000多年前的课堂作业。写作业的是一个叫卜天寿的少年。他是唐朝人。生活在当时，西周高昌县也就是今天的新疆吐鲁番，而这份课堂作业。抄写的正是郑玄的《论语注》。这个郑玄先生要了我的命，什么时候能抄完啊？快点抄吧，</w:t>
      </w:r>
    </w:p>
    <w:p w14:paraId="689338A1" w14:textId="77777777" w:rsidR="00E87C95" w:rsidRDefault="00000000">
      <w:pPr>
        <w:spacing w:after="0" w:line="579" w:lineRule="exact"/>
        <w:ind w:firstLine="640"/>
        <w:rPr>
          <w:lang w:eastAsia="zh-CN"/>
        </w:rPr>
      </w:pPr>
      <w:r>
        <w:rPr>
          <w:rFonts w:ascii="仿宋" w:eastAsia="仿宋" w:hAnsi="仿宋"/>
          <w:sz w:val="32"/>
          <w:lang w:eastAsia="zh-CN"/>
        </w:rPr>
        <w:t>我的羊都饿了。三人行必有我师焉，我天生你最聪明，你告诉我怎么才能早点放学？我觉得咱们炒的也差不多了。我的有。这么长我的。这么长，我的比你们的还长，陈先生不在，我们赶快走吧，我的时候你说的算是。</w:t>
      </w:r>
      <w:proofErr w:type="gramStart"/>
      <w:r>
        <w:rPr>
          <w:rFonts w:ascii="仿宋" w:eastAsia="仿宋" w:hAnsi="仿宋"/>
          <w:sz w:val="32"/>
          <w:lang w:eastAsia="zh-CN"/>
        </w:rPr>
        <w:t>当然走</w:t>
      </w:r>
      <w:proofErr w:type="gramEnd"/>
      <w:r>
        <w:rPr>
          <w:rFonts w:ascii="仿宋" w:eastAsia="仿宋" w:hAnsi="仿宋"/>
          <w:sz w:val="32"/>
          <w:lang w:eastAsia="zh-CN"/>
        </w:rPr>
        <w:t>吧。先生。卜天寿把你作业拿过来给我看看。</w:t>
      </w:r>
    </w:p>
    <w:p w14:paraId="72F0631C" w14:textId="77777777" w:rsidR="00E87C95" w:rsidRDefault="00000000">
      <w:pPr>
        <w:spacing w:after="0" w:line="579" w:lineRule="exact"/>
        <w:ind w:firstLine="640"/>
        <w:rPr>
          <w:lang w:eastAsia="zh-CN"/>
        </w:rPr>
      </w:pPr>
      <w:r>
        <w:rPr>
          <w:rFonts w:ascii="仿宋" w:eastAsia="仿宋" w:hAnsi="仿宋"/>
          <w:sz w:val="32"/>
          <w:lang w:eastAsia="zh-CN"/>
        </w:rPr>
        <w:t>写的什么你自己念。写书今日了，先生莫嫌迟。明朝是假日，早放学生归。你就那么想放学呀，现在是春天窗外春光甚好，按嘴里所说，我们应该出去玩耍。哦，这《论语》</w:t>
      </w:r>
      <w:r>
        <w:rPr>
          <w:rFonts w:ascii="仿宋" w:eastAsia="仿宋" w:hAnsi="仿宋"/>
          <w:sz w:val="32"/>
          <w:lang w:eastAsia="zh-CN"/>
        </w:rPr>
        <w:lastRenderedPageBreak/>
        <w:t>里哪句话是教你们出去玩耍了？暮春者，春服继承冠者五六人。六七人欲勿</w:t>
      </w:r>
      <w:proofErr w:type="gramStart"/>
      <w:r>
        <w:rPr>
          <w:rFonts w:ascii="仿宋" w:eastAsia="仿宋" w:hAnsi="仿宋"/>
          <w:sz w:val="32"/>
          <w:lang w:eastAsia="zh-CN"/>
        </w:rPr>
        <w:t>疑</w:t>
      </w:r>
      <w:proofErr w:type="gramEnd"/>
      <w:r>
        <w:rPr>
          <w:rFonts w:ascii="仿宋" w:eastAsia="仿宋" w:hAnsi="仿宋"/>
          <w:sz w:val="32"/>
          <w:lang w:eastAsia="zh-CN"/>
        </w:rPr>
        <w:t>功乎？吾</w:t>
      </w:r>
      <w:proofErr w:type="gramStart"/>
      <w:r>
        <w:rPr>
          <w:rFonts w:ascii="仿宋" w:eastAsia="仿宋" w:hAnsi="仿宋"/>
          <w:sz w:val="32"/>
          <w:lang w:eastAsia="zh-CN"/>
        </w:rPr>
        <w:t>与</w:t>
      </w:r>
      <w:proofErr w:type="gramEnd"/>
      <w:r>
        <w:rPr>
          <w:rFonts w:ascii="仿宋" w:eastAsia="仿宋" w:hAnsi="仿宋"/>
          <w:sz w:val="32"/>
          <w:lang w:eastAsia="zh-CN"/>
        </w:rPr>
        <w:t>。</w:t>
      </w:r>
    </w:p>
    <w:p w14:paraId="0B171539" w14:textId="77777777" w:rsidR="00E87C95" w:rsidRDefault="00000000">
      <w:pPr>
        <w:spacing w:after="0" w:line="579" w:lineRule="exact"/>
        <w:ind w:firstLine="640"/>
        <w:rPr>
          <w:lang w:eastAsia="zh-CN"/>
        </w:rPr>
      </w:pPr>
      <w:r>
        <w:rPr>
          <w:rFonts w:ascii="仿宋" w:eastAsia="仿宋" w:hAnsi="仿宋"/>
          <w:sz w:val="32"/>
          <w:lang w:eastAsia="zh-CN"/>
        </w:rPr>
        <w:t>咏而归，你们既教你们出去玩耍的话，倒是记得挺牢，那先生您是。赞同孔夫子，让你们出去玩耍啦。这不是孔夫子的话，是他的学生曾皙说的。暮春时节，想和朋友们一起。去河里洗澡吹风，嘿</w:t>
      </w:r>
      <w:proofErr w:type="gramStart"/>
      <w:r>
        <w:rPr>
          <w:rFonts w:ascii="仿宋" w:eastAsia="仿宋" w:hAnsi="仿宋"/>
          <w:sz w:val="32"/>
          <w:lang w:eastAsia="zh-CN"/>
        </w:rPr>
        <w:t>呦</w:t>
      </w:r>
      <w:proofErr w:type="gramEnd"/>
      <w:r>
        <w:rPr>
          <w:rFonts w:ascii="仿宋" w:eastAsia="仿宋" w:hAnsi="仿宋"/>
          <w:sz w:val="32"/>
          <w:lang w:eastAsia="zh-CN"/>
        </w:rPr>
        <w:t>，唱着歌回家。那孔夫子赞同真心吗？孔夫子非常赞同。</w:t>
      </w:r>
    </w:p>
    <w:p w14:paraId="0F95DC7D" w14:textId="77777777" w:rsidR="00E87C95" w:rsidRDefault="00000000">
      <w:pPr>
        <w:spacing w:after="0" w:line="579" w:lineRule="exact"/>
        <w:ind w:firstLine="640"/>
        <w:rPr>
          <w:lang w:eastAsia="zh-CN"/>
        </w:rPr>
      </w:pPr>
      <w:r>
        <w:rPr>
          <w:rFonts w:ascii="仿宋" w:eastAsia="仿宋" w:hAnsi="仿宋"/>
          <w:sz w:val="32"/>
          <w:lang w:eastAsia="zh-CN"/>
        </w:rPr>
        <w:t>它不仅像我这种生活美景。更向往贤能在位，百姓各得其所。天下大同的景象。天下大同，那先生是愿意放我们出去玩耍的。是先生呀，要带你们出去玩耍。那我们就愿努力学习。好好哈哈，好了，作业呀，明日再抄，今日带你们出去玩。慢点。</w:t>
      </w:r>
    </w:p>
    <w:p w14:paraId="03386468" w14:textId="77777777" w:rsidR="00E87C95" w:rsidRDefault="00000000">
      <w:pPr>
        <w:spacing w:after="0" w:line="579" w:lineRule="exact"/>
        <w:ind w:firstLine="640"/>
        <w:rPr>
          <w:lang w:eastAsia="zh-CN"/>
        </w:rPr>
      </w:pPr>
      <w:r>
        <w:rPr>
          <w:rFonts w:ascii="仿宋" w:eastAsia="仿宋" w:hAnsi="仿宋"/>
          <w:sz w:val="32"/>
          <w:lang w:eastAsia="zh-CN"/>
        </w:rPr>
        <w:t>一部《论语》，千古流传。一位老师万世师表。中国人的仁德智慧，2000年的风骨性。都蕴藏在这位老师和他学生的对话里。今天在典籍里的中国，就让我们一起识读。《论语》。打开典籍，品读中国。欢迎走进典籍里的中国。每天鲜活多一点，本节目由更多鲜活营养的光明乳业独家冠名播出。光明乳业乐在新鲜。中国味，鲁花香。本节目由中国高端食用油引领者鲁花赞助播出。</w:t>
      </w:r>
    </w:p>
    <w:p w14:paraId="257097B7" w14:textId="77777777" w:rsidR="00E87C95" w:rsidRDefault="00000000">
      <w:pPr>
        <w:spacing w:after="0" w:line="579" w:lineRule="exact"/>
        <w:ind w:firstLine="640"/>
        <w:rPr>
          <w:lang w:eastAsia="zh-CN"/>
        </w:rPr>
      </w:pPr>
      <w:r>
        <w:rPr>
          <w:rFonts w:ascii="仿宋" w:eastAsia="仿宋" w:hAnsi="仿宋"/>
          <w:sz w:val="32"/>
          <w:lang w:eastAsia="zh-CN"/>
        </w:rPr>
        <w:t>植物补益，读书有底气，感谢云南白药集团气血康口服液对本节目的赞助播出。扫描屏幕上方二维码，下载央视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APP观看典籍里的中国完整视频专享幕后精彩内容。接下来就</w:t>
      </w:r>
      <w:r>
        <w:rPr>
          <w:rFonts w:ascii="仿宋" w:eastAsia="仿宋" w:hAnsi="仿宋"/>
          <w:sz w:val="32"/>
          <w:lang w:eastAsia="zh-CN"/>
        </w:rPr>
        <w:lastRenderedPageBreak/>
        <w:t>让我们跟随四位读书人一起走进《论语》。刚才啊，在这个开场的戏剧里面，我们看到了一个唐朝的少年卜天寿，他一定想不到他的一份课堂作业。竟然能够穿越千年，让我们了解到，在唐朝《论语》已经传到了新疆吐鲁番。成为孩子们的启蒙的读物。我们还看到了他写的调皮的那样的一个四句的小诗，写书今日了，先生莫嫌迟。</w:t>
      </w:r>
    </w:p>
    <w:p w14:paraId="6B790838" w14:textId="77777777" w:rsidR="00E87C95" w:rsidRDefault="00000000">
      <w:pPr>
        <w:spacing w:after="0" w:line="579" w:lineRule="exact"/>
        <w:ind w:firstLine="640"/>
        <w:rPr>
          <w:lang w:eastAsia="zh-CN"/>
        </w:rPr>
      </w:pPr>
      <w:r>
        <w:rPr>
          <w:rFonts w:ascii="仿宋" w:eastAsia="仿宋" w:hAnsi="仿宋"/>
          <w:sz w:val="32"/>
          <w:lang w:eastAsia="zh-CN"/>
        </w:rPr>
        <w:t>明朝是假日早放，学生归还有错别字。充满了穿越古今的鲜活的气息。《论语》现在成为我们生活的一部分了，我们不知不觉就会用到它，就比方说哈，鲍老师，您从上海来，杨老师，您从山东来。我们凑到一块儿了，哎，大家自然会想到什么呀？有朋自远方来，不亦乐乎。</w:t>
      </w:r>
    </w:p>
    <w:p w14:paraId="1D3D3ACA" w14:textId="77777777" w:rsidR="00E87C95" w:rsidRDefault="00000000">
      <w:pPr>
        <w:spacing w:after="0" w:line="579" w:lineRule="exact"/>
        <w:ind w:firstLine="640"/>
        <w:rPr>
          <w:lang w:eastAsia="zh-CN"/>
        </w:rPr>
      </w:pPr>
      <w:r>
        <w:rPr>
          <w:rFonts w:ascii="仿宋" w:eastAsia="仿宋" w:hAnsi="仿宋"/>
          <w:sz w:val="32"/>
          <w:lang w:eastAsia="zh-CN"/>
        </w:rPr>
        <w:t>我们在这儿也讲孔子，但是我们肯定有知道的，有不知道的，我们是什么呢？知之为知之，不知为不知。是志也很多人其实没有完整的读过《论语》，但是呢，我们生活之中又时时处处用到《论语》。《论语》的这个思想已经进到我们的骨子里了，进到我们的血脉里头。《论语》的作者是谁？又是谁命名了《论语》？现在呢？还没有定论，</w:t>
      </w:r>
    </w:p>
    <w:p w14:paraId="51052755" w14:textId="77777777" w:rsidR="00E87C95" w:rsidRDefault="00000000">
      <w:pPr>
        <w:spacing w:after="0" w:line="579" w:lineRule="exact"/>
        <w:ind w:firstLine="640"/>
        <w:rPr>
          <w:lang w:eastAsia="zh-CN"/>
        </w:rPr>
      </w:pPr>
      <w:r>
        <w:rPr>
          <w:rFonts w:ascii="仿宋" w:eastAsia="仿宋" w:hAnsi="仿宋"/>
          <w:sz w:val="32"/>
          <w:lang w:eastAsia="zh-CN"/>
        </w:rPr>
        <w:t>相传就是孔子的弟子。以及他的再传弟子们。《论语》现存20篇。接近16000字。论呢，就是指编撰语呢，是指谈说，也就是跟别人在讨论啊，应答时候说的话。按班固的说法，《论语》就是把孔子还有他弟子。所说的话记载下来，</w:t>
      </w:r>
      <w:r>
        <w:rPr>
          <w:rFonts w:ascii="仿宋" w:eastAsia="仿宋" w:hAnsi="仿宋"/>
          <w:sz w:val="32"/>
          <w:lang w:eastAsia="zh-CN"/>
        </w:rPr>
        <w:lastRenderedPageBreak/>
        <w:t>让编撰起来的意思。在《论语》中就记载啊，孔子的弟子</w:t>
      </w:r>
      <w:proofErr w:type="gramStart"/>
      <w:r>
        <w:rPr>
          <w:rFonts w:ascii="仿宋" w:eastAsia="仿宋" w:hAnsi="仿宋"/>
          <w:sz w:val="32"/>
          <w:lang w:eastAsia="zh-CN"/>
        </w:rPr>
        <w:t>子</w:t>
      </w:r>
      <w:proofErr w:type="gramEnd"/>
      <w:r>
        <w:rPr>
          <w:rFonts w:ascii="仿宋" w:eastAsia="仿宋" w:hAnsi="仿宋"/>
          <w:sz w:val="32"/>
          <w:lang w:eastAsia="zh-CN"/>
        </w:rPr>
        <w:t>张向孔子请教，</w:t>
      </w:r>
    </w:p>
    <w:p w14:paraId="4DC2BA73" w14:textId="77777777" w:rsidR="00E87C95" w:rsidRDefault="00000000">
      <w:pPr>
        <w:spacing w:after="0" w:line="579" w:lineRule="exact"/>
        <w:ind w:firstLine="640"/>
        <w:rPr>
          <w:lang w:eastAsia="zh-CN"/>
        </w:rPr>
      </w:pPr>
      <w:r>
        <w:rPr>
          <w:rFonts w:ascii="仿宋" w:eastAsia="仿宋" w:hAnsi="仿宋"/>
          <w:sz w:val="32"/>
          <w:lang w:eastAsia="zh-CN"/>
        </w:rPr>
        <w:t>孔子告诉他六个字，言忠信，行笃敬。说话要中性。做事儿一定要踏实。</w:t>
      </w:r>
      <w:proofErr w:type="gramStart"/>
      <w:r>
        <w:rPr>
          <w:rFonts w:ascii="仿宋" w:eastAsia="仿宋" w:hAnsi="仿宋"/>
          <w:sz w:val="32"/>
          <w:lang w:eastAsia="zh-CN"/>
        </w:rPr>
        <w:t>淳</w:t>
      </w:r>
      <w:proofErr w:type="gramEnd"/>
      <w:r>
        <w:rPr>
          <w:rFonts w:ascii="仿宋" w:eastAsia="仿宋" w:hAnsi="仿宋"/>
          <w:sz w:val="32"/>
          <w:lang w:eastAsia="zh-CN"/>
        </w:rPr>
        <w:t>敬孔子说完这话以后，啊子张觉得老师说的太绝了，于是啊。子张书</w:t>
      </w:r>
      <w:proofErr w:type="gramStart"/>
      <w:r>
        <w:rPr>
          <w:rFonts w:ascii="仿宋" w:eastAsia="仿宋" w:hAnsi="仿宋"/>
          <w:sz w:val="32"/>
          <w:lang w:eastAsia="zh-CN"/>
        </w:rPr>
        <w:t>诸绅就</w:t>
      </w:r>
      <w:proofErr w:type="gramEnd"/>
      <w:r>
        <w:rPr>
          <w:rFonts w:ascii="仿宋" w:eastAsia="仿宋" w:hAnsi="仿宋"/>
          <w:sz w:val="32"/>
          <w:lang w:eastAsia="zh-CN"/>
        </w:rPr>
        <w:t>连忙系在腰间的带上。孔门七十二弟子里边啊，就记载了孔子晚年的两个弟子在讲学的过程中啊。这两个弟子啊，轮流</w:t>
      </w:r>
      <w:proofErr w:type="gramStart"/>
      <w:r>
        <w:rPr>
          <w:rFonts w:ascii="仿宋" w:eastAsia="仿宋" w:hAnsi="仿宋"/>
          <w:sz w:val="32"/>
          <w:lang w:eastAsia="zh-CN"/>
        </w:rPr>
        <w:t>记录美</w:t>
      </w:r>
      <w:proofErr w:type="gramEnd"/>
      <w:r>
        <w:rPr>
          <w:rFonts w:ascii="仿宋" w:eastAsia="仿宋" w:hAnsi="仿宋"/>
          <w:sz w:val="32"/>
          <w:lang w:eastAsia="zh-CN"/>
        </w:rPr>
        <w:t>如纸</w:t>
      </w:r>
      <w:proofErr w:type="gramStart"/>
      <w:r>
        <w:rPr>
          <w:rFonts w:ascii="仿宋" w:eastAsia="仿宋" w:hAnsi="仿宋"/>
          <w:sz w:val="32"/>
          <w:lang w:eastAsia="zh-CN"/>
        </w:rPr>
        <w:t>纸</w:t>
      </w:r>
      <w:proofErr w:type="gramEnd"/>
      <w:r>
        <w:rPr>
          <w:rFonts w:ascii="仿宋" w:eastAsia="仿宋" w:hAnsi="仿宋"/>
          <w:sz w:val="32"/>
          <w:lang w:eastAsia="zh-CN"/>
        </w:rPr>
        <w:t>笔记，顺父子二人</w:t>
      </w:r>
      <w:proofErr w:type="gramStart"/>
      <w:r>
        <w:rPr>
          <w:rFonts w:ascii="仿宋" w:eastAsia="仿宋" w:hAnsi="仿宋"/>
          <w:sz w:val="32"/>
          <w:lang w:eastAsia="zh-CN"/>
        </w:rPr>
        <w:t>迭视左右</w:t>
      </w:r>
      <w:proofErr w:type="gramEnd"/>
      <w:r>
        <w:rPr>
          <w:rFonts w:ascii="仿宋" w:eastAsia="仿宋" w:hAnsi="仿宋"/>
          <w:sz w:val="32"/>
          <w:lang w:eastAsia="zh-CN"/>
        </w:rPr>
        <w:t>，二人轮流来进行记载。看到这些材料以后，</w:t>
      </w:r>
    </w:p>
    <w:p w14:paraId="4277AE0F" w14:textId="77777777" w:rsidR="00E87C95" w:rsidRDefault="00000000">
      <w:pPr>
        <w:spacing w:after="0" w:line="579" w:lineRule="exact"/>
        <w:ind w:firstLine="640"/>
        <w:rPr>
          <w:lang w:eastAsia="zh-CN"/>
        </w:rPr>
      </w:pPr>
      <w:r>
        <w:rPr>
          <w:rFonts w:ascii="仿宋" w:eastAsia="仿宋" w:hAnsi="仿宋"/>
          <w:sz w:val="32"/>
          <w:lang w:eastAsia="zh-CN"/>
        </w:rPr>
        <w:t>我们恍然大悟哦，孔子的言论为什么这么多？孔子的弟子实际上是各有所记，这就是我们今天啊。看到的《论语》，这些材料的来源。曾经啊，有人问过我。《论语》到底写了些什么？《论语》这本书它的</w:t>
      </w:r>
      <w:proofErr w:type="gramStart"/>
      <w:r>
        <w:rPr>
          <w:rFonts w:ascii="仿宋" w:eastAsia="仿宋" w:hAnsi="仿宋"/>
          <w:sz w:val="32"/>
          <w:lang w:eastAsia="zh-CN"/>
        </w:rPr>
        <w:t>最</w:t>
      </w:r>
      <w:proofErr w:type="gramEnd"/>
      <w:r>
        <w:rPr>
          <w:rFonts w:ascii="仿宋" w:eastAsia="仿宋" w:hAnsi="仿宋"/>
          <w:sz w:val="32"/>
          <w:lang w:eastAsia="zh-CN"/>
        </w:rPr>
        <w:t>核心的思想。就是人，但是孔子呢，很有意思，我们在《论语》里面，我们看到他的很多的弟子们，</w:t>
      </w:r>
    </w:p>
    <w:p w14:paraId="045D5EF4" w14:textId="77777777" w:rsidR="00E87C95" w:rsidRDefault="00000000">
      <w:pPr>
        <w:spacing w:after="0" w:line="579" w:lineRule="exact"/>
        <w:ind w:firstLine="640"/>
        <w:rPr>
          <w:lang w:eastAsia="zh-CN"/>
        </w:rPr>
      </w:pPr>
      <w:r>
        <w:rPr>
          <w:rFonts w:ascii="仿宋" w:eastAsia="仿宋" w:hAnsi="仿宋"/>
          <w:sz w:val="32"/>
          <w:lang w:eastAsia="zh-CN"/>
        </w:rPr>
        <w:t>问他什么是人，孔子基本上没有下过一个。本体性的定义，比如说子贡文人，那孔子就说。己欲立而立人，己欲达而达人。</w:t>
      </w:r>
      <w:proofErr w:type="gramStart"/>
      <w:r>
        <w:rPr>
          <w:rFonts w:ascii="仿宋" w:eastAsia="仿宋" w:hAnsi="仿宋"/>
          <w:sz w:val="32"/>
          <w:lang w:eastAsia="zh-CN"/>
        </w:rPr>
        <w:t>仲公问</w:t>
      </w:r>
      <w:proofErr w:type="gramEnd"/>
      <w:r>
        <w:rPr>
          <w:rFonts w:ascii="仿宋" w:eastAsia="仿宋" w:hAnsi="仿宋"/>
          <w:sz w:val="32"/>
          <w:lang w:eastAsia="zh-CN"/>
        </w:rPr>
        <w:t>仁，孔子说己所不欲，勿施于人。</w:t>
      </w:r>
      <w:proofErr w:type="gramStart"/>
      <w:r>
        <w:rPr>
          <w:rFonts w:ascii="仿宋" w:eastAsia="仿宋" w:hAnsi="仿宋"/>
          <w:sz w:val="32"/>
          <w:lang w:eastAsia="zh-CN"/>
        </w:rPr>
        <w:t>梵</w:t>
      </w:r>
      <w:proofErr w:type="gramEnd"/>
      <w:r>
        <w:rPr>
          <w:rFonts w:ascii="仿宋" w:eastAsia="仿宋" w:hAnsi="仿宋"/>
          <w:sz w:val="32"/>
          <w:lang w:eastAsia="zh-CN"/>
        </w:rPr>
        <w:t>池文人孔子可以说给出了一个</w:t>
      </w:r>
      <w:proofErr w:type="gramStart"/>
      <w:r>
        <w:rPr>
          <w:rFonts w:ascii="仿宋" w:eastAsia="仿宋" w:hAnsi="仿宋"/>
          <w:sz w:val="32"/>
          <w:lang w:eastAsia="zh-CN"/>
        </w:rPr>
        <w:t>最</w:t>
      </w:r>
      <w:proofErr w:type="gramEnd"/>
      <w:r>
        <w:rPr>
          <w:rFonts w:ascii="仿宋" w:eastAsia="仿宋" w:hAnsi="仿宋"/>
          <w:sz w:val="32"/>
          <w:lang w:eastAsia="zh-CN"/>
        </w:rPr>
        <w:t>经典的答案，爱人，那也告诉我们什么样的人是理想的人，这个人。和仁义道德的这个人，</w:t>
      </w:r>
    </w:p>
    <w:p w14:paraId="0D106087" w14:textId="77777777" w:rsidR="00E87C95" w:rsidRDefault="00000000">
      <w:pPr>
        <w:spacing w:after="0" w:line="579" w:lineRule="exact"/>
        <w:ind w:firstLine="640"/>
        <w:rPr>
          <w:lang w:eastAsia="zh-CN"/>
        </w:rPr>
      </w:pPr>
      <w:r>
        <w:rPr>
          <w:rFonts w:ascii="仿宋" w:eastAsia="仿宋" w:hAnsi="仿宋"/>
          <w:sz w:val="32"/>
          <w:lang w:eastAsia="zh-CN"/>
        </w:rPr>
        <w:t>他们的读音是相通的。人就得仁，如果一个人没有了仁德，那他就失去了一个做人的根本，所以我们看这个人，他</w:t>
      </w:r>
      <w:r>
        <w:rPr>
          <w:rFonts w:ascii="仿宋" w:eastAsia="仿宋" w:hAnsi="仿宋"/>
          <w:sz w:val="32"/>
          <w:lang w:eastAsia="zh-CN"/>
        </w:rPr>
        <w:lastRenderedPageBreak/>
        <w:t>从字的结构上讲是二仁。就是讲人与人之间的一种关系，最后贯穿到整个社会的这样的一种运行的规则。这是孔子思想的一个核心所在，没错。孔子通过教书育人的方式，把人的思想传了下来，进而呢，又影响了像后世</w:t>
      </w:r>
      <w:proofErr w:type="gramStart"/>
      <w:r>
        <w:rPr>
          <w:rFonts w:ascii="仿宋" w:eastAsia="仿宋" w:hAnsi="仿宋"/>
          <w:sz w:val="32"/>
          <w:lang w:eastAsia="zh-CN"/>
        </w:rPr>
        <w:t>呃</w:t>
      </w:r>
      <w:proofErr w:type="gramEnd"/>
      <w:r>
        <w:rPr>
          <w:rFonts w:ascii="仿宋" w:eastAsia="仿宋" w:hAnsi="仿宋"/>
          <w:sz w:val="32"/>
          <w:lang w:eastAsia="zh-CN"/>
        </w:rPr>
        <w:t>孟子啊朱熹啊等许多的。儒学大家在人的基础上呢？</w:t>
      </w:r>
    </w:p>
    <w:p w14:paraId="4853E320" w14:textId="77777777" w:rsidR="00E87C95" w:rsidRDefault="00000000">
      <w:pPr>
        <w:spacing w:after="0" w:line="579" w:lineRule="exact"/>
        <w:ind w:firstLine="640"/>
        <w:rPr>
          <w:lang w:eastAsia="zh-CN"/>
        </w:rPr>
      </w:pPr>
      <w:r>
        <w:rPr>
          <w:rFonts w:ascii="仿宋" w:eastAsia="仿宋" w:hAnsi="仿宋"/>
          <w:sz w:val="32"/>
          <w:lang w:eastAsia="zh-CN"/>
        </w:rPr>
        <w:t>中国人又形成了呃，四海之内皆兄弟。老吾老以及人之老，幼吾幼以及人之幼，这样的宽广的情怀对的。孔子是中国古代伟大的思想家。他毕生非常的坎坷，他三岁丧父，17岁丧母，他说过一句话，</w:t>
      </w:r>
      <w:proofErr w:type="gramStart"/>
      <w:r>
        <w:rPr>
          <w:rFonts w:ascii="仿宋" w:eastAsia="仿宋" w:hAnsi="仿宋"/>
          <w:sz w:val="32"/>
          <w:lang w:eastAsia="zh-CN"/>
        </w:rPr>
        <w:t>叫吾少</w:t>
      </w:r>
      <w:proofErr w:type="gramEnd"/>
      <w:r>
        <w:rPr>
          <w:rFonts w:ascii="仿宋" w:eastAsia="仿宋" w:hAnsi="仿宋"/>
          <w:sz w:val="32"/>
          <w:lang w:eastAsia="zh-CN"/>
        </w:rPr>
        <w:t>也贱，故多能</w:t>
      </w:r>
      <w:proofErr w:type="gramStart"/>
      <w:r>
        <w:rPr>
          <w:rFonts w:ascii="仿宋" w:eastAsia="仿宋" w:hAnsi="仿宋"/>
          <w:sz w:val="32"/>
          <w:lang w:eastAsia="zh-CN"/>
        </w:rPr>
        <w:t>鄙</w:t>
      </w:r>
      <w:proofErr w:type="gramEnd"/>
      <w:r>
        <w:rPr>
          <w:rFonts w:ascii="仿宋" w:eastAsia="仿宋" w:hAnsi="仿宋"/>
          <w:sz w:val="32"/>
          <w:lang w:eastAsia="zh-CN"/>
        </w:rPr>
        <w:t>事，为了生活。他做过仓库的保管员，看管过牛羊，后来甚至还做了很大的官。</w:t>
      </w:r>
    </w:p>
    <w:p w14:paraId="553D126C" w14:textId="77777777" w:rsidR="00E87C95" w:rsidRDefault="00000000">
      <w:pPr>
        <w:spacing w:after="0" w:line="579" w:lineRule="exact"/>
        <w:ind w:firstLine="640"/>
        <w:rPr>
          <w:lang w:eastAsia="zh-CN"/>
        </w:rPr>
      </w:pPr>
      <w:r>
        <w:rPr>
          <w:rFonts w:ascii="仿宋" w:eastAsia="仿宋" w:hAnsi="仿宋"/>
          <w:sz w:val="32"/>
          <w:lang w:eastAsia="zh-CN"/>
        </w:rPr>
        <w:t>但是呢，为了理想，他最后又辞官了，后来到了50多岁。离开鲁国开始周游列国，这一周游就是14年。所以我们说孔子一生呢，他很坎坷。很不顺利，但是他一直很乐观，我们看《论语》第一篇学而篇，我有时候在想。这前面一定有人在问。孔先生，你一生也不是很顺利，</w:t>
      </w:r>
    </w:p>
    <w:p w14:paraId="22F8A43C" w14:textId="77777777" w:rsidR="00E87C95" w:rsidRDefault="00000000">
      <w:pPr>
        <w:spacing w:after="0" w:line="579" w:lineRule="exact"/>
        <w:ind w:firstLine="640"/>
        <w:rPr>
          <w:lang w:eastAsia="zh-CN"/>
        </w:rPr>
      </w:pPr>
      <w:r>
        <w:rPr>
          <w:rFonts w:ascii="仿宋" w:eastAsia="仿宋" w:hAnsi="仿宋"/>
          <w:sz w:val="32"/>
          <w:lang w:eastAsia="zh-CN"/>
        </w:rPr>
        <w:t>很多理想都没有实现，可是你为什么一直很快乐呢？然后孔子就讲了这样的话。学而时习之，不也很快乐吗？有朋自远方来，不也很快乐吗？孔子晚年啊，他曾经总结自己的人生历程，</w:t>
      </w:r>
      <w:proofErr w:type="gramStart"/>
      <w:r>
        <w:rPr>
          <w:rFonts w:ascii="仿宋" w:eastAsia="仿宋" w:hAnsi="仿宋"/>
          <w:sz w:val="32"/>
          <w:lang w:eastAsia="zh-CN"/>
        </w:rPr>
        <w:t>吾十有</w:t>
      </w:r>
      <w:proofErr w:type="gramEnd"/>
      <w:r>
        <w:rPr>
          <w:rFonts w:ascii="仿宋" w:eastAsia="仿宋" w:hAnsi="仿宋"/>
          <w:sz w:val="32"/>
          <w:lang w:eastAsia="zh-CN"/>
        </w:rPr>
        <w:t>五，而志于学，三十而立，40而不惑。50而知天命，六十而耳顺，</w:t>
      </w:r>
    </w:p>
    <w:p w14:paraId="37C153F6" w14:textId="77777777" w:rsidR="00E87C95" w:rsidRDefault="00000000">
      <w:pPr>
        <w:spacing w:after="0" w:line="579" w:lineRule="exact"/>
        <w:ind w:firstLine="640"/>
        <w:rPr>
          <w:lang w:eastAsia="zh-CN"/>
        </w:rPr>
      </w:pPr>
      <w:r>
        <w:rPr>
          <w:rFonts w:ascii="仿宋" w:eastAsia="仿宋" w:hAnsi="仿宋"/>
          <w:sz w:val="32"/>
          <w:lang w:eastAsia="zh-CN"/>
        </w:rPr>
        <w:lastRenderedPageBreak/>
        <w:t>70而从心。所欲不逾君，后来相传。孔子弟子3000。他的高徒啊，几乎遍布当时的各个诸侯国，对我最感兴趣的是什么呢？就是孔子跟学生之间的那个关系。孔子，他怎么教学就是有教无类嘛，因材施教你，比方说子贡啊，那是孔子学生里最有钱的呀。那孔子跟他说什么呢？哎，</w:t>
      </w:r>
    </w:p>
    <w:p w14:paraId="0EBEC6C2" w14:textId="77777777" w:rsidR="00E87C95" w:rsidRDefault="00000000">
      <w:pPr>
        <w:spacing w:after="0" w:line="579" w:lineRule="exact"/>
        <w:ind w:firstLine="640"/>
        <w:rPr>
          <w:lang w:eastAsia="zh-CN"/>
        </w:rPr>
      </w:pPr>
      <w:r>
        <w:rPr>
          <w:rFonts w:ascii="仿宋" w:eastAsia="仿宋" w:hAnsi="仿宋"/>
          <w:sz w:val="32"/>
          <w:lang w:eastAsia="zh-CN"/>
        </w:rPr>
        <w:t>富而好礼呀，颜回是孔子的学生里最穷的人，但是穷也可以乐道啊，也可以好学呀。孔子对颜回啊，非常非常的赞赏。孔子说呀，</w:t>
      </w:r>
      <w:proofErr w:type="gramStart"/>
      <w:r>
        <w:rPr>
          <w:rFonts w:ascii="仿宋" w:eastAsia="仿宋" w:hAnsi="仿宋"/>
          <w:sz w:val="32"/>
          <w:lang w:eastAsia="zh-CN"/>
        </w:rPr>
        <w:t>贤哉回也</w:t>
      </w:r>
      <w:proofErr w:type="gramEnd"/>
      <w:r>
        <w:rPr>
          <w:rFonts w:ascii="仿宋" w:eastAsia="仿宋" w:hAnsi="仿宋"/>
          <w:sz w:val="32"/>
          <w:lang w:eastAsia="zh-CN"/>
        </w:rPr>
        <w:t>！</w:t>
      </w:r>
      <w:proofErr w:type="gramStart"/>
      <w:r>
        <w:rPr>
          <w:rFonts w:ascii="仿宋" w:eastAsia="仿宋" w:hAnsi="仿宋"/>
          <w:sz w:val="32"/>
          <w:lang w:eastAsia="zh-CN"/>
        </w:rPr>
        <w:t>一箪</w:t>
      </w:r>
      <w:proofErr w:type="gramEnd"/>
      <w:r>
        <w:rPr>
          <w:rFonts w:ascii="仿宋" w:eastAsia="仿宋" w:hAnsi="仿宋"/>
          <w:sz w:val="32"/>
          <w:lang w:eastAsia="zh-CN"/>
        </w:rPr>
        <w:t>食，一瓢饮，在陋巷，人不堪其忧，回也不改其乐。是的，和颜回子贡常常一起出场的，</w:t>
      </w:r>
    </w:p>
    <w:p w14:paraId="47DBB168" w14:textId="77777777" w:rsidR="00E87C95" w:rsidRDefault="00000000">
      <w:pPr>
        <w:spacing w:after="0" w:line="579" w:lineRule="exact"/>
        <w:ind w:firstLine="640"/>
        <w:rPr>
          <w:lang w:eastAsia="zh-CN"/>
        </w:rPr>
      </w:pPr>
      <w:r>
        <w:rPr>
          <w:rFonts w:ascii="仿宋" w:eastAsia="仿宋" w:hAnsi="仿宋"/>
          <w:sz w:val="32"/>
          <w:lang w:eastAsia="zh-CN"/>
        </w:rPr>
        <w:t>就是子路。子路其实开始的时候啊，是骄傲不驯的，他非常啊勇武性格啊，也非常直爽。后来跟了孔子以后啊，他竟然尽心尽力的保护孔子40多年，孔子弟子啊，性格不一样。那么，为什么在他的门下聚集了这么多的人？颜回说，孔子啊，仰之弥高，专之弥坚。</w:t>
      </w:r>
    </w:p>
    <w:p w14:paraId="5231ADB5" w14:textId="77777777" w:rsidR="00E87C95" w:rsidRDefault="00000000">
      <w:pPr>
        <w:spacing w:after="0" w:line="579" w:lineRule="exact"/>
        <w:ind w:firstLine="640"/>
        <w:rPr>
          <w:lang w:eastAsia="zh-CN"/>
        </w:rPr>
      </w:pPr>
      <w:r>
        <w:rPr>
          <w:rFonts w:ascii="仿宋" w:eastAsia="仿宋" w:hAnsi="仿宋"/>
          <w:sz w:val="32"/>
          <w:lang w:eastAsia="zh-CN"/>
        </w:rPr>
        <w:t>那么，我们读《论语》啊，实际上我们就是在看这一批的弟子们怎么样的</w:t>
      </w:r>
      <w:proofErr w:type="gramStart"/>
      <w:r>
        <w:rPr>
          <w:rFonts w:ascii="仿宋" w:eastAsia="仿宋" w:hAnsi="仿宋"/>
          <w:sz w:val="32"/>
          <w:lang w:eastAsia="zh-CN"/>
        </w:rPr>
        <w:t>响应着</w:t>
      </w:r>
      <w:proofErr w:type="gramEnd"/>
      <w:r>
        <w:rPr>
          <w:rFonts w:ascii="仿宋" w:eastAsia="仿宋" w:hAnsi="仿宋"/>
          <w:sz w:val="32"/>
          <w:lang w:eastAsia="zh-CN"/>
        </w:rPr>
        <w:t>孔子的召唤，凝聚在孔子的周围。大家一起追求这个世界的仁义，今天啊，典籍里的中国，让我们先</w:t>
      </w:r>
      <w:proofErr w:type="gramStart"/>
      <w:r>
        <w:rPr>
          <w:rFonts w:ascii="仿宋" w:eastAsia="仿宋" w:hAnsi="仿宋"/>
          <w:sz w:val="32"/>
          <w:lang w:eastAsia="zh-CN"/>
        </w:rPr>
        <w:t>看看点读会上</w:t>
      </w:r>
      <w:proofErr w:type="gramEnd"/>
      <w:r>
        <w:rPr>
          <w:rFonts w:ascii="仿宋" w:eastAsia="仿宋" w:hAnsi="仿宋"/>
          <w:sz w:val="32"/>
          <w:lang w:eastAsia="zh-CN"/>
        </w:rPr>
        <w:t>。</w:t>
      </w:r>
      <w:proofErr w:type="gramStart"/>
      <w:r>
        <w:rPr>
          <w:rFonts w:ascii="仿宋" w:eastAsia="仿宋" w:hAnsi="仿宋"/>
          <w:sz w:val="32"/>
          <w:lang w:eastAsia="zh-CN"/>
        </w:rPr>
        <w:t>主创们是</w:t>
      </w:r>
      <w:proofErr w:type="gramEnd"/>
      <w:r>
        <w:rPr>
          <w:rFonts w:ascii="仿宋" w:eastAsia="仿宋" w:hAnsi="仿宋"/>
          <w:sz w:val="32"/>
          <w:lang w:eastAsia="zh-CN"/>
        </w:rPr>
        <w:t>如何识读《论语》的？大家好，欢迎来到典籍里的中国</w:t>
      </w:r>
      <w:proofErr w:type="gramStart"/>
      <w:r>
        <w:rPr>
          <w:rFonts w:ascii="仿宋" w:eastAsia="仿宋" w:hAnsi="仿宋"/>
          <w:sz w:val="32"/>
          <w:lang w:eastAsia="zh-CN"/>
        </w:rPr>
        <w:t>点读会</w:t>
      </w:r>
      <w:proofErr w:type="gramEnd"/>
      <w:r>
        <w:rPr>
          <w:rFonts w:ascii="仿宋" w:eastAsia="仿宋" w:hAnsi="仿宋"/>
          <w:sz w:val="32"/>
          <w:lang w:eastAsia="zh-CN"/>
        </w:rPr>
        <w:t>，我是中国国家画剧院院长，也是节目的艺术总监田沁鑫。这一期，我们将要演绎的典籍是中国儒家</w:t>
      </w:r>
      <w:proofErr w:type="gramStart"/>
      <w:r>
        <w:rPr>
          <w:rFonts w:ascii="仿宋" w:eastAsia="仿宋" w:hAnsi="仿宋"/>
          <w:sz w:val="32"/>
          <w:lang w:eastAsia="zh-CN"/>
        </w:rPr>
        <w:t>最</w:t>
      </w:r>
      <w:proofErr w:type="gramEnd"/>
      <w:r>
        <w:rPr>
          <w:rFonts w:ascii="仿宋" w:eastAsia="仿宋" w:hAnsi="仿宋"/>
          <w:sz w:val="32"/>
          <w:lang w:eastAsia="zh-CN"/>
        </w:rPr>
        <w:t>经典的著作之一《论语》。</w:t>
      </w:r>
    </w:p>
    <w:p w14:paraId="56E1EB2B" w14:textId="77777777" w:rsidR="00E87C95" w:rsidRDefault="00000000">
      <w:pPr>
        <w:spacing w:after="0" w:line="579" w:lineRule="exact"/>
        <w:ind w:firstLine="640"/>
        <w:rPr>
          <w:lang w:eastAsia="zh-CN"/>
        </w:rPr>
      </w:pPr>
      <w:r>
        <w:rPr>
          <w:rFonts w:ascii="仿宋" w:eastAsia="仿宋" w:hAnsi="仿宋"/>
          <w:sz w:val="32"/>
          <w:lang w:eastAsia="zh-CN"/>
        </w:rPr>
        <w:lastRenderedPageBreak/>
        <w:t>非常高兴看到各位先介绍一下自己，我是</w:t>
      </w:r>
      <w:proofErr w:type="gramStart"/>
      <w:r>
        <w:rPr>
          <w:rFonts w:ascii="仿宋" w:eastAsia="仿宋" w:hAnsi="仿宋"/>
          <w:sz w:val="32"/>
          <w:lang w:eastAsia="zh-CN"/>
        </w:rPr>
        <w:t>王绘春</w:t>
      </w:r>
      <w:proofErr w:type="gramEnd"/>
      <w:r>
        <w:rPr>
          <w:rFonts w:ascii="仿宋" w:eastAsia="仿宋" w:hAnsi="仿宋"/>
          <w:sz w:val="32"/>
          <w:lang w:eastAsia="zh-CN"/>
        </w:rPr>
        <w:t>，在戏剧当中。扮演孔子。我是王仁君，在戏剧中扮演。我是高晓攀。在戏剧中扮演仲由。我是典籍里的中国的总编剧张昆鹏。有朋自远方，来不亦乐乎。三人行必有，我师焉。向前辈学习。看来王老师已经进入状态了。</w:t>
      </w:r>
    </w:p>
    <w:p w14:paraId="3407B879" w14:textId="77777777" w:rsidR="00E87C95" w:rsidRDefault="00000000">
      <w:pPr>
        <w:spacing w:after="0" w:line="579" w:lineRule="exact"/>
        <w:ind w:firstLine="640"/>
        <w:rPr>
          <w:lang w:eastAsia="zh-CN"/>
        </w:rPr>
      </w:pPr>
      <w:proofErr w:type="gramStart"/>
      <w:r>
        <w:rPr>
          <w:rFonts w:ascii="仿宋" w:eastAsia="仿宋" w:hAnsi="仿宋"/>
          <w:sz w:val="32"/>
          <w:lang w:eastAsia="zh-CN"/>
        </w:rPr>
        <w:t>绘春老师</w:t>
      </w:r>
      <w:proofErr w:type="gramEnd"/>
      <w:r>
        <w:rPr>
          <w:rFonts w:ascii="仿宋" w:eastAsia="仿宋" w:hAnsi="仿宋"/>
          <w:sz w:val="32"/>
          <w:lang w:eastAsia="zh-CN"/>
        </w:rPr>
        <w:t>，听说您来演孔子，我非常的惊喜。30年前，我在电视里</w:t>
      </w:r>
      <w:proofErr w:type="gramStart"/>
      <w:r>
        <w:rPr>
          <w:rFonts w:ascii="仿宋" w:eastAsia="仿宋" w:hAnsi="仿宋"/>
          <w:sz w:val="32"/>
          <w:lang w:eastAsia="zh-CN"/>
        </w:rPr>
        <w:t>看过您演的</w:t>
      </w:r>
      <w:proofErr w:type="gramEnd"/>
      <w:r>
        <w:rPr>
          <w:rFonts w:ascii="仿宋" w:eastAsia="仿宋" w:hAnsi="仿宋"/>
          <w:sz w:val="32"/>
          <w:lang w:eastAsia="zh-CN"/>
        </w:rPr>
        <w:t>孔子，给我留下了很深的印象。这次再演孔子，您是什么感受？孔子是我一生当中改变我人生命运。最最重要的一个角色。30年前多。我28岁，第一次扮演了。在这一次的角色扮演中，我会竭尽全力。</w:t>
      </w:r>
    </w:p>
    <w:p w14:paraId="273CCA5B" w14:textId="77777777" w:rsidR="00E87C95" w:rsidRDefault="00000000">
      <w:pPr>
        <w:spacing w:after="0" w:line="579" w:lineRule="exact"/>
        <w:ind w:firstLine="640"/>
        <w:rPr>
          <w:lang w:eastAsia="zh-CN"/>
        </w:rPr>
      </w:pPr>
      <w:r>
        <w:rPr>
          <w:rFonts w:ascii="仿宋" w:eastAsia="仿宋" w:hAnsi="仿宋"/>
          <w:sz w:val="32"/>
          <w:lang w:eastAsia="zh-CN"/>
        </w:rPr>
        <w:t>《论语》里面有这样一句话叫温故而知新哈，期待您这一次的演绎。在节目的创作之初呢，节目总导演就带领我们节目创作团队确定了以孔子。和弟子之间的故事来讲述《论语》当中贯穿始终的人的思想。真好，《论语》全书的第一句话就表达了孔子对做人做学问的要求，也是我们非常熟悉的一段话。</w:t>
      </w:r>
      <w:proofErr w:type="gramStart"/>
      <w:r>
        <w:rPr>
          <w:rFonts w:ascii="仿宋" w:eastAsia="仿宋" w:hAnsi="仿宋"/>
          <w:sz w:val="32"/>
          <w:lang w:eastAsia="zh-CN"/>
        </w:rPr>
        <w:t>请绘春老师</w:t>
      </w:r>
      <w:proofErr w:type="gramEnd"/>
      <w:r>
        <w:rPr>
          <w:rFonts w:ascii="仿宋" w:eastAsia="仿宋" w:hAnsi="仿宋"/>
          <w:sz w:val="32"/>
          <w:lang w:eastAsia="zh-CN"/>
        </w:rPr>
        <w:t>为我们读一下。学而时习之，不亦说乎？有朋自远方，来不亦乐乎。人不知而不</w:t>
      </w:r>
      <w:proofErr w:type="gramStart"/>
      <w:r>
        <w:rPr>
          <w:rFonts w:ascii="仿宋" w:eastAsia="仿宋" w:hAnsi="仿宋"/>
          <w:sz w:val="32"/>
          <w:lang w:eastAsia="zh-CN"/>
        </w:rPr>
        <w:t>愠</w:t>
      </w:r>
      <w:proofErr w:type="gramEnd"/>
      <w:r>
        <w:rPr>
          <w:rFonts w:ascii="仿宋" w:eastAsia="仿宋" w:hAnsi="仿宋"/>
          <w:sz w:val="32"/>
          <w:lang w:eastAsia="zh-CN"/>
        </w:rPr>
        <w:t>，不亦君子乎？</w:t>
      </w:r>
    </w:p>
    <w:p w14:paraId="622BDB13" w14:textId="77777777" w:rsidR="00E87C95" w:rsidRDefault="00000000">
      <w:pPr>
        <w:spacing w:after="0" w:line="579" w:lineRule="exact"/>
        <w:ind w:firstLine="640"/>
        <w:rPr>
          <w:lang w:eastAsia="zh-CN"/>
        </w:rPr>
      </w:pPr>
      <w:r>
        <w:rPr>
          <w:rFonts w:ascii="仿宋" w:eastAsia="仿宋" w:hAnsi="仿宋"/>
          <w:sz w:val="32"/>
          <w:lang w:eastAsia="zh-CN"/>
        </w:rPr>
        <w:t>学而时习之，不亦说乎？有朋自远方来，不亦乐乎？人不知而不</w:t>
      </w:r>
      <w:proofErr w:type="gramStart"/>
      <w:r>
        <w:rPr>
          <w:rFonts w:ascii="仿宋" w:eastAsia="仿宋" w:hAnsi="仿宋"/>
          <w:sz w:val="32"/>
          <w:lang w:eastAsia="zh-CN"/>
        </w:rPr>
        <w:t>愠</w:t>
      </w:r>
      <w:proofErr w:type="gramEnd"/>
      <w:r>
        <w:rPr>
          <w:rFonts w:ascii="仿宋" w:eastAsia="仿宋" w:hAnsi="仿宋"/>
          <w:sz w:val="32"/>
          <w:lang w:eastAsia="zh-CN"/>
        </w:rPr>
        <w:t>，不亦君子乎？再</w:t>
      </w:r>
      <w:proofErr w:type="gramStart"/>
      <w:r>
        <w:rPr>
          <w:rFonts w:ascii="仿宋" w:eastAsia="仿宋" w:hAnsi="仿宋"/>
          <w:sz w:val="32"/>
          <w:lang w:eastAsia="zh-CN"/>
        </w:rPr>
        <w:t>一次颁演过</w:t>
      </w:r>
      <w:proofErr w:type="gramEnd"/>
      <w:r>
        <w:rPr>
          <w:rFonts w:ascii="仿宋" w:eastAsia="仿宋" w:hAnsi="仿宋"/>
          <w:sz w:val="32"/>
          <w:lang w:eastAsia="zh-CN"/>
        </w:rPr>
        <w:t>。可能我背负了一些包袱，有压力。但是我会全力以赴。您跟孔子画像太像了，之极。太像了。中原话颜回，你们都答应过我，怎么可以先我而去呢？颜回。</w:t>
      </w:r>
    </w:p>
    <w:p w14:paraId="478055D2" w14:textId="77777777" w:rsidR="00E87C95" w:rsidRDefault="00000000">
      <w:pPr>
        <w:spacing w:after="0" w:line="579" w:lineRule="exact"/>
        <w:ind w:firstLine="640"/>
        <w:rPr>
          <w:lang w:eastAsia="zh-CN"/>
        </w:rPr>
      </w:pPr>
      <w:r>
        <w:rPr>
          <w:rFonts w:ascii="仿宋" w:eastAsia="仿宋" w:hAnsi="仿宋"/>
          <w:sz w:val="32"/>
          <w:lang w:eastAsia="zh-CN"/>
        </w:rPr>
        <w:lastRenderedPageBreak/>
        <w:t>不。好咔，可以。拍那场戏的时候。朝闻道，夕死可矣。完全控制不住。嗯。全场准备。这是我们后世读书人的荣幸。彩排的时候我看着王绘春老师的眼睛，我的心一下就被击中了，那一刻我仿佛真的是站在了孔子面前。真真切切的感受到孔子的智慧和情怀，当我们俩四目相对的时候，</w:t>
      </w:r>
    </w:p>
    <w:p w14:paraId="2169450A" w14:textId="77777777" w:rsidR="00E87C95" w:rsidRDefault="00000000">
      <w:pPr>
        <w:spacing w:after="0" w:line="579" w:lineRule="exact"/>
        <w:ind w:firstLine="640"/>
        <w:rPr>
          <w:lang w:eastAsia="zh-CN"/>
        </w:rPr>
      </w:pPr>
      <w:r>
        <w:rPr>
          <w:rFonts w:ascii="仿宋" w:eastAsia="仿宋" w:hAnsi="仿宋"/>
          <w:sz w:val="32"/>
          <w:lang w:eastAsia="zh-CN"/>
        </w:rPr>
        <w:t>我</w:t>
      </w:r>
      <w:proofErr w:type="gramStart"/>
      <w:r>
        <w:rPr>
          <w:rFonts w:ascii="仿宋" w:eastAsia="仿宋" w:hAnsi="仿宋"/>
          <w:sz w:val="32"/>
          <w:lang w:eastAsia="zh-CN"/>
        </w:rPr>
        <w:t>看到小撒的</w:t>
      </w:r>
      <w:proofErr w:type="gramEnd"/>
      <w:r>
        <w:rPr>
          <w:rFonts w:ascii="仿宋" w:eastAsia="仿宋" w:hAnsi="仿宋"/>
          <w:sz w:val="32"/>
          <w:lang w:eastAsia="zh-CN"/>
        </w:rPr>
        <w:t>眼睛。是饱含着眼泪的，就不说了。太好了。我。学而时习之，不亦说乎？有朋自远方，来不亦乐乎。不亦乐乎？孔子在我心目当中是知音。与我一起追寻先贤。从心所欲，不逾矩的。人生境界。</w:t>
      </w:r>
    </w:p>
    <w:p w14:paraId="5E8A4BC0" w14:textId="77777777" w:rsidR="00E87C95" w:rsidRDefault="00000000">
      <w:pPr>
        <w:spacing w:after="0" w:line="579" w:lineRule="exact"/>
        <w:ind w:firstLine="640"/>
        <w:rPr>
          <w:lang w:eastAsia="zh-CN"/>
        </w:rPr>
      </w:pPr>
      <w:r>
        <w:rPr>
          <w:rFonts w:ascii="仿宋" w:eastAsia="仿宋" w:hAnsi="仿宋"/>
          <w:sz w:val="32"/>
          <w:lang w:eastAsia="zh-CN"/>
        </w:rPr>
        <w:t>子宫为何还没回来？哈哈</w:t>
      </w:r>
      <w:proofErr w:type="gramStart"/>
      <w:r>
        <w:rPr>
          <w:rFonts w:ascii="仿宋" w:eastAsia="仿宋" w:hAnsi="仿宋"/>
          <w:sz w:val="32"/>
          <w:lang w:eastAsia="zh-CN"/>
        </w:rPr>
        <w:t>哈</w:t>
      </w:r>
      <w:proofErr w:type="gramEnd"/>
      <w:r>
        <w:rPr>
          <w:rFonts w:ascii="仿宋" w:eastAsia="仿宋" w:hAnsi="仿宋"/>
          <w:sz w:val="32"/>
          <w:lang w:eastAsia="zh-CN"/>
        </w:rPr>
        <w:t>。诸位先生，久等了。不急不急。夫子已经70多岁了。听他讲学的机会越来越珍贵，我们之前约定把夫子的言行都整理记录下来。大家都带来了吗？我带了。学而时习之，不亦说乎？我也带了。三人行必有我师焉，择其善者而从之，</w:t>
      </w:r>
    </w:p>
    <w:p w14:paraId="7A88EAA6" w14:textId="77777777" w:rsidR="00E87C95" w:rsidRDefault="00000000">
      <w:pPr>
        <w:spacing w:after="0" w:line="579" w:lineRule="exact"/>
        <w:ind w:firstLine="640"/>
        <w:rPr>
          <w:lang w:eastAsia="zh-CN"/>
        </w:rPr>
      </w:pPr>
      <w:r>
        <w:rPr>
          <w:rFonts w:ascii="仿宋" w:eastAsia="仿宋" w:hAnsi="仿宋"/>
          <w:sz w:val="32"/>
          <w:lang w:eastAsia="zh-CN"/>
        </w:rPr>
        <w:t>其不善者而改之，敏而好学。不耻下问，这一点很难做到。我有时碍于颜面，不敢提出自己不懂的问题，这是夫子在教我们为学之道。己所不欲，勿施于人，这一点也很难做到。君子和而不同，小人同而不和。不学礼无以立，哈哈</w:t>
      </w:r>
      <w:proofErr w:type="gramStart"/>
      <w:r>
        <w:rPr>
          <w:rFonts w:ascii="仿宋" w:eastAsia="仿宋" w:hAnsi="仿宋"/>
          <w:sz w:val="32"/>
          <w:lang w:eastAsia="zh-CN"/>
        </w:rPr>
        <w:t>哈</w:t>
      </w:r>
      <w:proofErr w:type="gramEnd"/>
      <w:r>
        <w:rPr>
          <w:rFonts w:ascii="仿宋" w:eastAsia="仿宋" w:hAnsi="仿宋"/>
          <w:sz w:val="32"/>
          <w:lang w:eastAsia="zh-CN"/>
        </w:rPr>
        <w:t>，这个有道理，</w:t>
      </w:r>
    </w:p>
    <w:p w14:paraId="719EE3B4" w14:textId="77777777" w:rsidR="00E87C95" w:rsidRDefault="00000000">
      <w:pPr>
        <w:spacing w:after="0" w:line="579" w:lineRule="exact"/>
        <w:ind w:firstLine="640"/>
        <w:rPr>
          <w:lang w:eastAsia="zh-CN"/>
        </w:rPr>
      </w:pPr>
      <w:r>
        <w:rPr>
          <w:rFonts w:ascii="仿宋" w:eastAsia="仿宋" w:hAnsi="仿宋"/>
          <w:sz w:val="32"/>
          <w:lang w:eastAsia="zh-CN"/>
        </w:rPr>
        <w:t>不懂礼之人便无以立身于</w:t>
      </w:r>
      <w:proofErr w:type="gramStart"/>
      <w:r>
        <w:rPr>
          <w:rFonts w:ascii="仿宋" w:eastAsia="仿宋" w:hAnsi="仿宋"/>
          <w:sz w:val="32"/>
          <w:lang w:eastAsia="zh-CN"/>
        </w:rPr>
        <w:t>世</w:t>
      </w:r>
      <w:proofErr w:type="gramEnd"/>
      <w:r>
        <w:rPr>
          <w:rFonts w:ascii="仿宋" w:eastAsia="仿宋" w:hAnsi="仿宋"/>
          <w:sz w:val="32"/>
          <w:lang w:eastAsia="zh-CN"/>
        </w:rPr>
        <w:t>，无以立身。立身为人，这是夫子在教我们为人之道。政者，正也。子帅以政。</w:t>
      </w:r>
      <w:proofErr w:type="gramStart"/>
      <w:r>
        <w:rPr>
          <w:rFonts w:ascii="仿宋" w:eastAsia="仿宋" w:hAnsi="仿宋"/>
          <w:sz w:val="32"/>
          <w:lang w:eastAsia="zh-CN"/>
        </w:rPr>
        <w:t>孰感不正</w:t>
      </w:r>
      <w:proofErr w:type="gramEnd"/>
      <w:r>
        <w:rPr>
          <w:rFonts w:ascii="仿宋" w:eastAsia="仿宋" w:hAnsi="仿宋"/>
          <w:sz w:val="32"/>
          <w:lang w:eastAsia="zh-CN"/>
        </w:rPr>
        <w:t>，这是夫子在告诉为官从政者证人的关键，在于先正己。</w:t>
      </w:r>
      <w:r>
        <w:rPr>
          <w:rFonts w:ascii="仿宋" w:eastAsia="仿宋" w:hAnsi="仿宋"/>
          <w:sz w:val="32"/>
          <w:lang w:eastAsia="zh-CN"/>
        </w:rPr>
        <w:lastRenderedPageBreak/>
        <w:t>其身正，不令而行；其身不正，虽令不从，这是夫子在教我们为政之道。为学为人为政，</w:t>
      </w:r>
      <w:proofErr w:type="gramStart"/>
      <w:r>
        <w:rPr>
          <w:rFonts w:ascii="仿宋" w:eastAsia="仿宋" w:hAnsi="仿宋"/>
          <w:sz w:val="32"/>
          <w:lang w:eastAsia="zh-CN"/>
        </w:rPr>
        <w:t>正是夫通传授</w:t>
      </w:r>
      <w:proofErr w:type="gramEnd"/>
      <w:r>
        <w:rPr>
          <w:rFonts w:ascii="仿宋" w:eastAsia="仿宋" w:hAnsi="仿宋"/>
          <w:sz w:val="32"/>
          <w:lang w:eastAsia="zh-CN"/>
        </w:rPr>
        <w:t>之道子贡子贡子贡。</w:t>
      </w:r>
    </w:p>
    <w:p w14:paraId="779264E7" w14:textId="77777777" w:rsidR="00E87C95" w:rsidRDefault="00000000">
      <w:pPr>
        <w:spacing w:after="0" w:line="579" w:lineRule="exact"/>
        <w:ind w:firstLine="640"/>
        <w:rPr>
          <w:lang w:eastAsia="zh-CN"/>
        </w:rPr>
      </w:pPr>
      <w:r>
        <w:rPr>
          <w:rFonts w:ascii="仿宋" w:eastAsia="仿宋" w:hAnsi="仿宋"/>
          <w:sz w:val="32"/>
          <w:lang w:eastAsia="zh-CN"/>
        </w:rPr>
        <w:t>你可算是赶回来了，回来了，回来了，旅途辛苦，快坐好。祖父说，等先生回来，他即登台讲学。我几次梦中梦见夫子。我很想念他。我们作为夫子的弟子，都该珍惜夫子讲学的机会，祖父也想先生们。所以召集大家讲学。所以我不远千里赶回，</w:t>
      </w:r>
    </w:p>
    <w:p w14:paraId="4635DD24" w14:textId="77777777" w:rsidR="00E87C95" w:rsidRDefault="00000000">
      <w:pPr>
        <w:spacing w:after="0" w:line="579" w:lineRule="exact"/>
        <w:ind w:firstLine="640"/>
        <w:rPr>
          <w:lang w:eastAsia="zh-CN"/>
        </w:rPr>
      </w:pPr>
      <w:r>
        <w:rPr>
          <w:rFonts w:ascii="仿宋" w:eastAsia="仿宋" w:hAnsi="仿宋"/>
          <w:sz w:val="32"/>
          <w:lang w:eastAsia="zh-CN"/>
        </w:rPr>
        <w:t>我们也是。我们也是。哈哈</w:t>
      </w:r>
      <w:proofErr w:type="gramStart"/>
      <w:r>
        <w:rPr>
          <w:rFonts w:ascii="仿宋" w:eastAsia="仿宋" w:hAnsi="仿宋"/>
          <w:sz w:val="32"/>
          <w:lang w:eastAsia="zh-CN"/>
        </w:rPr>
        <w:t>哈</w:t>
      </w:r>
      <w:proofErr w:type="gramEnd"/>
      <w:r>
        <w:rPr>
          <w:rFonts w:ascii="仿宋" w:eastAsia="仿宋" w:hAnsi="仿宋"/>
          <w:sz w:val="32"/>
          <w:lang w:eastAsia="zh-CN"/>
        </w:rPr>
        <w:t>，先生。先生门外有个穿着奇特的人，求见哦。诸位同胞们，我先去见客。正是这位先生。子贡先生。您好，足下是。我是来自2000多年之后的一个读书人，叫撒贝宁，此行特来请教《论语》。</w:t>
      </w:r>
    </w:p>
    <w:p w14:paraId="1B718539" w14:textId="77777777" w:rsidR="00E87C95" w:rsidRDefault="00000000">
      <w:pPr>
        <w:spacing w:after="0" w:line="579" w:lineRule="exact"/>
        <w:ind w:firstLine="640"/>
        <w:rPr>
          <w:lang w:eastAsia="zh-CN"/>
        </w:rPr>
      </w:pPr>
      <w:r>
        <w:rPr>
          <w:rFonts w:ascii="仿宋" w:eastAsia="仿宋" w:hAnsi="仿宋"/>
          <w:sz w:val="32"/>
          <w:lang w:eastAsia="zh-CN"/>
        </w:rPr>
        <w:t>2000多年以后，正是。你刚才说《论语》是什么？孔夫子和</w:t>
      </w:r>
      <w:proofErr w:type="gramStart"/>
      <w:r>
        <w:rPr>
          <w:rFonts w:ascii="仿宋" w:eastAsia="仿宋" w:hAnsi="仿宋"/>
          <w:sz w:val="32"/>
          <w:lang w:eastAsia="zh-CN"/>
        </w:rPr>
        <w:t>众弟子</w:t>
      </w:r>
      <w:proofErr w:type="gramEnd"/>
      <w:r>
        <w:rPr>
          <w:rFonts w:ascii="仿宋" w:eastAsia="仿宋" w:hAnsi="仿宋"/>
          <w:sz w:val="32"/>
          <w:lang w:eastAsia="zh-CN"/>
        </w:rPr>
        <w:t>的言行集合成了一部典籍，我们后世称之为《论语》，人人皆知。《论语》这个名字取得好。是谁取的？这个我还真不知道，但此人一定非常敬仰孔夫子。嘿嘿</w:t>
      </w:r>
      <w:proofErr w:type="gramStart"/>
      <w:r>
        <w:rPr>
          <w:rFonts w:ascii="仿宋" w:eastAsia="仿宋" w:hAnsi="仿宋"/>
          <w:sz w:val="32"/>
          <w:lang w:eastAsia="zh-CN"/>
        </w:rPr>
        <w:t>嘿</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，子贡先生为什么笑啊我们？刚想汇集整理夫子的教诲，你就说独到了，</w:t>
      </w:r>
    </w:p>
    <w:p w14:paraId="6D1098B2" w14:textId="77777777" w:rsidR="00E87C95" w:rsidRDefault="00000000">
      <w:pPr>
        <w:spacing w:after="0" w:line="579" w:lineRule="exact"/>
        <w:ind w:firstLine="640"/>
        <w:rPr>
          <w:lang w:eastAsia="zh-CN"/>
        </w:rPr>
      </w:pPr>
      <w:r>
        <w:rPr>
          <w:rFonts w:ascii="仿宋" w:eastAsia="仿宋" w:hAnsi="仿宋"/>
          <w:sz w:val="32"/>
          <w:lang w:eastAsia="zh-CN"/>
        </w:rPr>
        <w:t>而且还是从2000多年以后来的，你说我该</w:t>
      </w:r>
      <w:proofErr w:type="gramStart"/>
      <w:r>
        <w:rPr>
          <w:rFonts w:ascii="仿宋" w:eastAsia="仿宋" w:hAnsi="仿宋"/>
          <w:sz w:val="32"/>
          <w:lang w:eastAsia="zh-CN"/>
        </w:rPr>
        <w:t>不该笑</w:t>
      </w:r>
      <w:proofErr w:type="gramEnd"/>
      <w:r>
        <w:rPr>
          <w:rFonts w:ascii="仿宋" w:eastAsia="仿宋" w:hAnsi="仿宋"/>
          <w:sz w:val="32"/>
          <w:lang w:eastAsia="zh-CN"/>
        </w:rPr>
        <w:t>啊？理解理解，这样吧。食物再向貌美。请问孔夫子是否曾对您说过？工欲善其事，必先利其器。是的，要做好一件事，事前</w:t>
      </w:r>
      <w:r>
        <w:rPr>
          <w:rFonts w:ascii="仿宋" w:eastAsia="仿宋" w:hAnsi="仿宋"/>
          <w:sz w:val="32"/>
          <w:lang w:eastAsia="zh-CN"/>
        </w:rPr>
        <w:lastRenderedPageBreak/>
        <w:t>的准备很重要。再请问您是否曾形容夫子？温良恭俭让。这是夫子在我心中的形象。你刚才说的这些话。</w:t>
      </w:r>
    </w:p>
    <w:p w14:paraId="30BEDF53" w14:textId="77777777" w:rsidR="00E87C95" w:rsidRDefault="00000000">
      <w:pPr>
        <w:spacing w:after="0" w:line="579" w:lineRule="exact"/>
        <w:ind w:firstLine="640"/>
        <w:rPr>
          <w:lang w:eastAsia="zh-CN"/>
        </w:rPr>
      </w:pPr>
      <w:r>
        <w:rPr>
          <w:rFonts w:ascii="仿宋" w:eastAsia="仿宋" w:hAnsi="仿宋"/>
          <w:sz w:val="32"/>
          <w:lang w:eastAsia="zh-CN"/>
        </w:rPr>
        <w:t>从何而来？这都是我从《论语》里读到的。《论语》。如果后世。正如你所说的，这么一部《论语》那。那夫子</w:t>
      </w:r>
      <w:proofErr w:type="gramStart"/>
      <w:r>
        <w:rPr>
          <w:rFonts w:ascii="仿宋" w:eastAsia="仿宋" w:hAnsi="仿宋"/>
          <w:sz w:val="32"/>
          <w:lang w:eastAsia="zh-CN"/>
        </w:rPr>
        <w:t>仁人学</w:t>
      </w:r>
      <w:proofErr w:type="gramEnd"/>
      <w:r>
        <w:rPr>
          <w:rFonts w:ascii="仿宋" w:eastAsia="仿宋" w:hAnsi="仿宋"/>
          <w:sz w:val="32"/>
          <w:lang w:eastAsia="zh-CN"/>
        </w:rPr>
        <w:t>为君子，实现天下归仁，以求天下大同的理想，就能够传下去了。子贡先生。您想不想看一看？这部电影行。请。三人行必有我师焉，</w:t>
      </w:r>
    </w:p>
    <w:p w14:paraId="258A33F8" w14:textId="77777777" w:rsidR="00E87C95" w:rsidRDefault="00000000">
      <w:pPr>
        <w:spacing w:after="0" w:line="579" w:lineRule="exact"/>
        <w:ind w:firstLine="640"/>
        <w:rPr>
          <w:lang w:eastAsia="zh-CN"/>
        </w:rPr>
      </w:pPr>
      <w:r>
        <w:rPr>
          <w:rFonts w:ascii="仿宋" w:eastAsia="仿宋" w:hAnsi="仿宋"/>
          <w:sz w:val="32"/>
          <w:lang w:eastAsia="zh-CN"/>
        </w:rPr>
        <w:t>这是《论语》里的话，敏而好学，不耻下问。这也是轮椅里的话。我也找到了温故而知新，可以为师矣，给我看看来小朋友们上课了。此为何处啊？这叫典籍书屋，在我们那个时代，孩子们可以在这里识读典籍，分享心得。今天我们学习的是《论语》，大家跟我一块念。学而时习之，</w:t>
      </w:r>
    </w:p>
    <w:p w14:paraId="41F86924" w14:textId="77777777" w:rsidR="00E87C95" w:rsidRDefault="00000000">
      <w:pPr>
        <w:spacing w:after="0" w:line="579" w:lineRule="exact"/>
        <w:ind w:firstLine="640"/>
        <w:rPr>
          <w:lang w:eastAsia="zh-CN"/>
        </w:rPr>
      </w:pPr>
      <w:r>
        <w:rPr>
          <w:rFonts w:ascii="仿宋" w:eastAsia="仿宋" w:hAnsi="仿宋"/>
          <w:sz w:val="32"/>
          <w:lang w:eastAsia="zh-CN"/>
        </w:rPr>
        <w:t>不亦说乎？学而时习之，不亦说乎？有朋自远方来。不亦乐乎。人不知而不</w:t>
      </w:r>
      <w:proofErr w:type="gramStart"/>
      <w:r>
        <w:rPr>
          <w:rFonts w:ascii="仿宋" w:eastAsia="仿宋" w:hAnsi="仿宋"/>
          <w:sz w:val="32"/>
          <w:lang w:eastAsia="zh-CN"/>
        </w:rPr>
        <w:t>愠</w:t>
      </w:r>
      <w:proofErr w:type="gramEnd"/>
      <w:r>
        <w:rPr>
          <w:rFonts w:ascii="仿宋" w:eastAsia="仿宋" w:hAnsi="仿宋"/>
          <w:sz w:val="32"/>
          <w:lang w:eastAsia="zh-CN"/>
        </w:rPr>
        <w:t>，不亦君子乎？不亦君子乎？孩子们在读的。是父子对我们说的谎。你们还知道《论语》里有哪些是关于学习的句子呀？谁知道知之为知之，不知为不知。是志也。这是夫子。</w:t>
      </w:r>
    </w:p>
    <w:p w14:paraId="71E65ED2" w14:textId="77777777" w:rsidR="00E87C95" w:rsidRDefault="00000000">
      <w:pPr>
        <w:spacing w:after="0" w:line="579" w:lineRule="exact"/>
        <w:ind w:firstLine="640"/>
        <w:rPr>
          <w:lang w:eastAsia="zh-CN"/>
        </w:rPr>
      </w:pPr>
      <w:proofErr w:type="gramStart"/>
      <w:r>
        <w:rPr>
          <w:rFonts w:ascii="仿宋" w:eastAsia="仿宋" w:hAnsi="仿宋"/>
          <w:sz w:val="32"/>
          <w:lang w:eastAsia="zh-CN"/>
        </w:rPr>
        <w:t>对子路兄说</w:t>
      </w:r>
      <w:proofErr w:type="gramEnd"/>
      <w:r>
        <w:rPr>
          <w:rFonts w:ascii="仿宋" w:eastAsia="仿宋" w:hAnsi="仿宋"/>
          <w:sz w:val="32"/>
          <w:lang w:eastAsia="zh-CN"/>
        </w:rPr>
        <w:t>的话，真是。还有呢，三人行，必有我师。若我失焉则。择其善者而从之，其不善者而改之。父子常用这句话教诲我们呐。我们再一起背诵一遍好吗？</w:t>
      </w:r>
      <w:proofErr w:type="gramStart"/>
      <w:r>
        <w:rPr>
          <w:rFonts w:ascii="仿宋" w:eastAsia="仿宋" w:hAnsi="仿宋"/>
          <w:sz w:val="32"/>
          <w:lang w:eastAsia="zh-CN"/>
        </w:rPr>
        <w:t>愿福永恒</w:t>
      </w:r>
      <w:proofErr w:type="gramEnd"/>
      <w:r>
        <w:rPr>
          <w:rFonts w:ascii="仿宋" w:eastAsia="仿宋" w:hAnsi="仿宋"/>
          <w:sz w:val="32"/>
          <w:lang w:eastAsia="zh-CN"/>
        </w:rPr>
        <w:t>自远。远方来，不亦乐乎。人不知而不</w:t>
      </w:r>
      <w:proofErr w:type="gramStart"/>
      <w:r>
        <w:rPr>
          <w:rFonts w:ascii="仿宋" w:eastAsia="仿宋" w:hAnsi="仿宋"/>
          <w:sz w:val="32"/>
          <w:lang w:eastAsia="zh-CN"/>
        </w:rPr>
        <w:t>愠</w:t>
      </w:r>
      <w:proofErr w:type="gramEnd"/>
      <w:r>
        <w:rPr>
          <w:rFonts w:ascii="仿宋" w:eastAsia="仿宋" w:hAnsi="仿宋"/>
          <w:sz w:val="32"/>
          <w:lang w:eastAsia="zh-CN"/>
        </w:rPr>
        <w:t>。不以君子故。</w:t>
      </w:r>
    </w:p>
    <w:p w14:paraId="2DD088D7" w14:textId="77777777" w:rsidR="00E87C95" w:rsidRDefault="00000000">
      <w:pPr>
        <w:spacing w:after="0" w:line="579" w:lineRule="exact"/>
        <w:ind w:firstLine="640"/>
        <w:rPr>
          <w:lang w:eastAsia="zh-CN"/>
        </w:rPr>
      </w:pPr>
      <w:r>
        <w:rPr>
          <w:rFonts w:ascii="仿宋" w:eastAsia="仿宋" w:hAnsi="仿宋"/>
          <w:sz w:val="32"/>
          <w:lang w:eastAsia="zh-CN"/>
        </w:rPr>
        <w:lastRenderedPageBreak/>
        <w:t>有房子。喜乐屋。这些孩子们。小小的年纪就能读到《论语》。真是让我羡慕啊。撒君，谢谢你。让我看到这一切。子贡先生，我有一事</w:t>
      </w:r>
      <w:proofErr w:type="gramStart"/>
      <w:r>
        <w:rPr>
          <w:rFonts w:ascii="仿宋" w:eastAsia="仿宋" w:hAnsi="仿宋"/>
          <w:sz w:val="32"/>
          <w:lang w:eastAsia="zh-CN"/>
        </w:rPr>
        <w:t>请教请</w:t>
      </w:r>
      <w:proofErr w:type="gramEnd"/>
      <w:r>
        <w:rPr>
          <w:rFonts w:ascii="仿宋" w:eastAsia="仿宋" w:hAnsi="仿宋"/>
          <w:sz w:val="32"/>
          <w:lang w:eastAsia="zh-CN"/>
        </w:rPr>
        <w:t>讲。宁和同门为什么要记录和整理孔夫子的言行？我。生逢乱世。诸侯争霸，</w:t>
      </w:r>
      <w:proofErr w:type="gramStart"/>
      <w:r>
        <w:rPr>
          <w:rFonts w:ascii="仿宋" w:eastAsia="仿宋" w:hAnsi="仿宋"/>
          <w:sz w:val="32"/>
          <w:lang w:eastAsia="zh-CN"/>
        </w:rPr>
        <w:t>立坏岳崩</w:t>
      </w:r>
      <w:proofErr w:type="gramEnd"/>
      <w:r>
        <w:rPr>
          <w:rFonts w:ascii="仿宋" w:eastAsia="仿宋" w:hAnsi="仿宋"/>
          <w:sz w:val="32"/>
          <w:lang w:eastAsia="zh-CN"/>
        </w:rPr>
        <w:t>。</w:t>
      </w:r>
    </w:p>
    <w:p w14:paraId="341E5EF9" w14:textId="77777777" w:rsidR="00E87C95" w:rsidRDefault="00000000">
      <w:pPr>
        <w:spacing w:after="0" w:line="579" w:lineRule="exact"/>
        <w:ind w:firstLine="640"/>
        <w:rPr>
          <w:lang w:eastAsia="zh-CN"/>
        </w:rPr>
      </w:pPr>
      <w:proofErr w:type="gramStart"/>
      <w:r>
        <w:rPr>
          <w:rFonts w:ascii="仿宋" w:eastAsia="仿宋" w:hAnsi="仿宋"/>
          <w:sz w:val="32"/>
          <w:lang w:eastAsia="zh-CN"/>
        </w:rPr>
        <w:t>离民涂炭</w:t>
      </w:r>
      <w:proofErr w:type="gramEnd"/>
      <w:r>
        <w:rPr>
          <w:rFonts w:ascii="仿宋" w:eastAsia="仿宋" w:hAnsi="仿宋"/>
          <w:sz w:val="32"/>
          <w:lang w:eastAsia="zh-CN"/>
        </w:rPr>
        <w:t>。夫子是我在这乱世之中所签到的，能坚守道义，心怀天下的贤者。还记得我刚拜父子为师的时候。为人端木，赐字子贡。仰慕夫子之名，前来拜见。子贡请。坐吧，父子。我想请教您一个问题。请讲当今天下诸侯争霸</w:t>
      </w:r>
      <w:proofErr w:type="gramStart"/>
      <w:r>
        <w:rPr>
          <w:rFonts w:ascii="仿宋" w:eastAsia="仿宋" w:hAnsi="仿宋"/>
          <w:sz w:val="32"/>
          <w:lang w:eastAsia="zh-CN"/>
        </w:rPr>
        <w:t>李坏岳崩</w:t>
      </w:r>
      <w:proofErr w:type="gramEnd"/>
      <w:r>
        <w:rPr>
          <w:rFonts w:ascii="仿宋" w:eastAsia="仿宋" w:hAnsi="仿宋"/>
          <w:sz w:val="32"/>
          <w:lang w:eastAsia="zh-CN"/>
        </w:rPr>
        <w:t>。世人多争名逐利。</w:t>
      </w:r>
    </w:p>
    <w:p w14:paraId="0C2E3926" w14:textId="77777777" w:rsidR="00E87C95" w:rsidRDefault="00000000">
      <w:pPr>
        <w:spacing w:after="0" w:line="579" w:lineRule="exact"/>
        <w:ind w:firstLine="640"/>
        <w:rPr>
          <w:lang w:eastAsia="zh-CN"/>
        </w:rPr>
      </w:pPr>
      <w:r>
        <w:rPr>
          <w:rFonts w:ascii="仿宋" w:eastAsia="仿宋" w:hAnsi="仿宋"/>
          <w:sz w:val="32"/>
          <w:lang w:eastAsia="zh-CN"/>
        </w:rPr>
        <w:t>夫子求什么？人人学为君子。实现天下归仁，以求天下大同。如何学为君子。君子当以大道为志向。以德行为根基，以仁爱为依托，以六艺为修养。志于道，据于德，依于仁，游于艺。父子何为人。爱人也者。</w:t>
      </w:r>
    </w:p>
    <w:p w14:paraId="64530D3E" w14:textId="77777777" w:rsidR="00E87C95" w:rsidRDefault="00000000">
      <w:pPr>
        <w:spacing w:after="0" w:line="579" w:lineRule="exact"/>
        <w:ind w:firstLine="640"/>
        <w:rPr>
          <w:lang w:eastAsia="zh-CN"/>
        </w:rPr>
      </w:pPr>
      <w:r>
        <w:rPr>
          <w:rFonts w:ascii="仿宋" w:eastAsia="仿宋" w:hAnsi="仿宋"/>
          <w:sz w:val="32"/>
          <w:lang w:eastAsia="zh-CN"/>
        </w:rPr>
        <w:t>忠恕博施济众。何为大同。大道之行也。天下为公。选贤举能讲信修睦。父子有没有一句话，能终身奉行的呢？您若愿意教我，我愿。拜您为师，出去。竟敢质问夫子。傲慢无礼。有你这么拜师的吗？</w:t>
      </w:r>
    </w:p>
    <w:p w14:paraId="612FE454" w14:textId="77777777" w:rsidR="00E87C95" w:rsidRDefault="00000000">
      <w:pPr>
        <w:spacing w:after="0" w:line="579" w:lineRule="exact"/>
        <w:ind w:firstLine="640"/>
        <w:rPr>
          <w:lang w:eastAsia="zh-CN"/>
        </w:rPr>
      </w:pPr>
      <w:r>
        <w:rPr>
          <w:rFonts w:ascii="仿宋" w:eastAsia="仿宋" w:hAnsi="仿宋"/>
          <w:sz w:val="32"/>
          <w:lang w:eastAsia="zh-CN"/>
        </w:rPr>
        <w:t>你要拜师，谁</w:t>
      </w:r>
      <w:proofErr w:type="gramStart"/>
      <w:r>
        <w:rPr>
          <w:rFonts w:ascii="仿宋" w:eastAsia="仿宋" w:hAnsi="仿宋"/>
          <w:sz w:val="32"/>
          <w:lang w:eastAsia="zh-CN"/>
        </w:rPr>
        <w:t>答应收</w:t>
      </w:r>
      <w:proofErr w:type="gramEnd"/>
      <w:r>
        <w:rPr>
          <w:rFonts w:ascii="仿宋" w:eastAsia="仿宋" w:hAnsi="仿宋"/>
          <w:sz w:val="32"/>
          <w:lang w:eastAsia="zh-CN"/>
        </w:rPr>
        <w:t>你了？对谁</w:t>
      </w:r>
      <w:proofErr w:type="gramStart"/>
      <w:r>
        <w:rPr>
          <w:rFonts w:ascii="仿宋" w:eastAsia="仿宋" w:hAnsi="仿宋"/>
          <w:sz w:val="32"/>
          <w:lang w:eastAsia="zh-CN"/>
        </w:rPr>
        <w:t>答应收</w:t>
      </w:r>
      <w:proofErr w:type="gramEnd"/>
      <w:r>
        <w:rPr>
          <w:rFonts w:ascii="仿宋" w:eastAsia="仿宋" w:hAnsi="仿宋"/>
          <w:sz w:val="32"/>
          <w:lang w:eastAsia="zh-CN"/>
        </w:rPr>
        <w:t>你了？这是你们的待客之道，还是夫子的待客之道啊哦，都不是。我先回答你刚才的问题。可以终身奉行的话，那大概就是恕吧。己所不欲，勿施于人。</w:t>
      </w:r>
      <w:proofErr w:type="gramStart"/>
      <w:r>
        <w:rPr>
          <w:rFonts w:ascii="仿宋" w:eastAsia="仿宋" w:hAnsi="仿宋"/>
          <w:sz w:val="32"/>
          <w:lang w:eastAsia="zh-CN"/>
        </w:rPr>
        <w:t>仲由啊</w:t>
      </w:r>
      <w:proofErr w:type="gramEnd"/>
      <w:r>
        <w:rPr>
          <w:rFonts w:ascii="仿宋" w:eastAsia="仿宋" w:hAnsi="仿宋"/>
          <w:sz w:val="32"/>
          <w:lang w:eastAsia="zh-CN"/>
        </w:rPr>
        <w:t>。你怎么火气老是这么大？</w:t>
      </w:r>
      <w:proofErr w:type="gramStart"/>
      <w:r>
        <w:rPr>
          <w:rFonts w:ascii="仿宋" w:eastAsia="仿宋" w:hAnsi="仿宋"/>
          <w:sz w:val="32"/>
          <w:lang w:eastAsia="zh-CN"/>
        </w:rPr>
        <w:t>端木赐从魏国</w:t>
      </w:r>
      <w:proofErr w:type="gramEnd"/>
      <w:r>
        <w:rPr>
          <w:rFonts w:ascii="仿宋" w:eastAsia="仿宋" w:hAnsi="仿宋"/>
          <w:sz w:val="32"/>
          <w:lang w:eastAsia="zh-CN"/>
        </w:rPr>
        <w:t>来。有朋自远方，</w:t>
      </w:r>
    </w:p>
    <w:p w14:paraId="05575E6F" w14:textId="77777777" w:rsidR="00E87C95" w:rsidRDefault="00000000">
      <w:pPr>
        <w:spacing w:after="0" w:line="579" w:lineRule="exact"/>
        <w:ind w:firstLine="640"/>
        <w:rPr>
          <w:lang w:eastAsia="zh-CN"/>
        </w:rPr>
      </w:pPr>
      <w:r>
        <w:rPr>
          <w:rFonts w:ascii="仿宋" w:eastAsia="仿宋" w:hAnsi="仿宋"/>
          <w:sz w:val="32"/>
          <w:lang w:eastAsia="zh-CN"/>
        </w:rPr>
        <w:lastRenderedPageBreak/>
        <w:t>来不亦乐乎。这个道理你是懂的。父子，我错了。夫子，请收下我吧。你愿意拜我为师，我也愿意教你。弟子拜见夫子。学而时习之，不亦说乎？有朋自远方来，不亦乐乎？认识一下。在下颜回。</w:t>
      </w:r>
    </w:p>
    <w:p w14:paraId="03CE7BBB" w14:textId="77777777" w:rsidR="00E87C95" w:rsidRDefault="00000000">
      <w:pPr>
        <w:spacing w:after="0" w:line="579" w:lineRule="exact"/>
        <w:ind w:firstLine="640"/>
        <w:rPr>
          <w:lang w:eastAsia="zh-CN"/>
        </w:rPr>
      </w:pPr>
      <w:r>
        <w:rPr>
          <w:rFonts w:ascii="仿宋" w:eastAsia="仿宋" w:hAnsi="仿宋"/>
          <w:sz w:val="32"/>
          <w:lang w:eastAsia="zh-CN"/>
        </w:rPr>
        <w:t>字子渊。子曰，人不知而不</w:t>
      </w:r>
      <w:proofErr w:type="gramStart"/>
      <w:r>
        <w:rPr>
          <w:rFonts w:ascii="仿宋" w:eastAsia="仿宋" w:hAnsi="仿宋"/>
          <w:sz w:val="32"/>
          <w:lang w:eastAsia="zh-CN"/>
        </w:rPr>
        <w:t>愠</w:t>
      </w:r>
      <w:proofErr w:type="gramEnd"/>
      <w:r>
        <w:rPr>
          <w:rFonts w:ascii="仿宋" w:eastAsia="仿宋" w:hAnsi="仿宋"/>
          <w:sz w:val="32"/>
          <w:lang w:eastAsia="zh-CN"/>
        </w:rPr>
        <w:t>，不亦君子乎！在</w:t>
      </w:r>
      <w:proofErr w:type="gramStart"/>
      <w:r>
        <w:rPr>
          <w:rFonts w:ascii="仿宋" w:eastAsia="仿宋" w:hAnsi="仿宋"/>
          <w:sz w:val="32"/>
          <w:lang w:eastAsia="zh-CN"/>
        </w:rPr>
        <w:t>下仲由</w:t>
      </w:r>
      <w:proofErr w:type="gramEnd"/>
      <w:r>
        <w:rPr>
          <w:rFonts w:ascii="仿宋" w:eastAsia="仿宋" w:hAnsi="仿宋"/>
          <w:sz w:val="32"/>
          <w:lang w:eastAsia="zh-CN"/>
        </w:rPr>
        <w:t>自子路。子路刚才多有得罪。三人行必有我师也。三人行。必有我师焉。从今日起。我们就一起学习吧。谨遵夫子教诲。为了实现理想。夫子在鲁国先后出任了中都宰。小司空，</w:t>
      </w:r>
    </w:p>
    <w:p w14:paraId="236D5947" w14:textId="77777777" w:rsidR="00E87C95" w:rsidRDefault="00000000">
      <w:pPr>
        <w:spacing w:after="0" w:line="579" w:lineRule="exact"/>
        <w:ind w:firstLine="640"/>
        <w:rPr>
          <w:lang w:eastAsia="zh-CN"/>
        </w:rPr>
      </w:pPr>
      <w:r>
        <w:rPr>
          <w:rFonts w:ascii="仿宋" w:eastAsia="仿宋" w:hAnsi="仿宋"/>
          <w:sz w:val="32"/>
          <w:lang w:eastAsia="zh-CN"/>
        </w:rPr>
        <w:t>大司寇，推行仁政，德治</w:t>
      </w:r>
      <w:proofErr w:type="gramStart"/>
      <w:r>
        <w:rPr>
          <w:rFonts w:ascii="仿宋" w:eastAsia="仿宋" w:hAnsi="仿宋"/>
          <w:sz w:val="32"/>
          <w:lang w:eastAsia="zh-CN"/>
        </w:rPr>
        <w:t>隳</w:t>
      </w:r>
      <w:proofErr w:type="gramEnd"/>
      <w:r>
        <w:rPr>
          <w:rFonts w:ascii="仿宋" w:eastAsia="仿宋" w:hAnsi="仿宋"/>
          <w:sz w:val="32"/>
          <w:lang w:eastAsia="zh-CN"/>
        </w:rPr>
        <w:t>三都。削三</w:t>
      </w:r>
      <w:proofErr w:type="gramStart"/>
      <w:r>
        <w:rPr>
          <w:rFonts w:ascii="仿宋" w:eastAsia="仿宋" w:hAnsi="仿宋"/>
          <w:sz w:val="32"/>
          <w:lang w:eastAsia="zh-CN"/>
        </w:rPr>
        <w:t>桓</w:t>
      </w:r>
      <w:proofErr w:type="gramEnd"/>
      <w:r>
        <w:rPr>
          <w:rFonts w:ascii="仿宋" w:eastAsia="仿宋" w:hAnsi="仿宋"/>
          <w:sz w:val="32"/>
          <w:lang w:eastAsia="zh-CN"/>
        </w:rPr>
        <w:t>。这段历史，我们知道鲁国三</w:t>
      </w:r>
      <w:proofErr w:type="gramStart"/>
      <w:r>
        <w:rPr>
          <w:rFonts w:ascii="仿宋" w:eastAsia="仿宋" w:hAnsi="仿宋"/>
          <w:sz w:val="32"/>
          <w:lang w:eastAsia="zh-CN"/>
        </w:rPr>
        <w:t>桓</w:t>
      </w:r>
      <w:proofErr w:type="gramEnd"/>
      <w:r>
        <w:rPr>
          <w:rFonts w:ascii="仿宋" w:eastAsia="仿宋" w:hAnsi="仿宋"/>
          <w:sz w:val="32"/>
          <w:lang w:eastAsia="zh-CN"/>
        </w:rPr>
        <w:t>指的是把控鲁国政局的三个贵族父子。拆除了他们的私</w:t>
      </w:r>
      <w:proofErr w:type="gramStart"/>
      <w:r>
        <w:rPr>
          <w:rFonts w:ascii="仿宋" w:eastAsia="仿宋" w:hAnsi="仿宋"/>
          <w:sz w:val="32"/>
          <w:lang w:eastAsia="zh-CN"/>
        </w:rPr>
        <w:t>邑</w:t>
      </w:r>
      <w:proofErr w:type="gramEnd"/>
      <w:r>
        <w:rPr>
          <w:rFonts w:ascii="仿宋" w:eastAsia="仿宋" w:hAnsi="仿宋"/>
          <w:sz w:val="32"/>
          <w:lang w:eastAsia="zh-CN"/>
        </w:rPr>
        <w:t>，恢复礼制。黎明受益啊。夫子在鲁国推行的这一系列改革。增强了鲁国的实力。但是却触动了三</w:t>
      </w:r>
      <w:proofErr w:type="gramStart"/>
      <w:r>
        <w:rPr>
          <w:rFonts w:ascii="仿宋" w:eastAsia="仿宋" w:hAnsi="仿宋"/>
          <w:sz w:val="32"/>
          <w:lang w:eastAsia="zh-CN"/>
        </w:rPr>
        <w:t>桓</w:t>
      </w:r>
      <w:proofErr w:type="gramEnd"/>
      <w:r>
        <w:rPr>
          <w:rFonts w:ascii="仿宋" w:eastAsia="仿宋" w:hAnsi="仿宋"/>
          <w:sz w:val="32"/>
          <w:lang w:eastAsia="zh-CN"/>
        </w:rPr>
        <w:t>的利益。夫子被三</w:t>
      </w:r>
      <w:proofErr w:type="gramStart"/>
      <w:r>
        <w:rPr>
          <w:rFonts w:ascii="仿宋" w:eastAsia="仿宋" w:hAnsi="仿宋"/>
          <w:sz w:val="32"/>
          <w:lang w:eastAsia="zh-CN"/>
        </w:rPr>
        <w:t>桓</w:t>
      </w:r>
      <w:proofErr w:type="gramEnd"/>
      <w:r>
        <w:rPr>
          <w:rFonts w:ascii="仿宋" w:eastAsia="仿宋" w:hAnsi="仿宋"/>
          <w:sz w:val="32"/>
          <w:lang w:eastAsia="zh-CN"/>
        </w:rPr>
        <w:t>排挤，无法继续推行他的仁政德治。于是他选择了一条漫长而又艰难的道路，</w:t>
      </w:r>
    </w:p>
    <w:p w14:paraId="3506AFF1" w14:textId="77777777" w:rsidR="00E87C95" w:rsidRDefault="00000000">
      <w:pPr>
        <w:spacing w:after="0" w:line="579" w:lineRule="exact"/>
        <w:ind w:firstLine="640"/>
        <w:rPr>
          <w:lang w:eastAsia="zh-CN"/>
        </w:rPr>
      </w:pPr>
      <w:r>
        <w:rPr>
          <w:rFonts w:ascii="仿宋" w:eastAsia="仿宋" w:hAnsi="仿宋"/>
          <w:sz w:val="32"/>
          <w:lang w:eastAsia="zh-CN"/>
        </w:rPr>
        <w:t>您说的是周游列国。对那一年夫子。55岁，55岁。依然带着理想出发，而我们选择了。坚定的追随夫子。夫子，您要游历列国，怎么能不带上我呢？这一路还不知道要走多久，走多远。又会遇到什么样的苦难，所以您更要带上我呀，我最能吃苦了。</w:t>
      </w:r>
    </w:p>
    <w:p w14:paraId="5C987E66" w14:textId="77777777" w:rsidR="00E87C95" w:rsidRDefault="00000000">
      <w:pPr>
        <w:spacing w:after="0" w:line="579" w:lineRule="exact"/>
        <w:ind w:firstLine="640"/>
        <w:rPr>
          <w:lang w:eastAsia="zh-CN"/>
        </w:rPr>
      </w:pPr>
      <w:r>
        <w:rPr>
          <w:rFonts w:ascii="仿宋" w:eastAsia="仿宋" w:hAnsi="仿宋"/>
          <w:sz w:val="32"/>
          <w:lang w:eastAsia="zh-CN"/>
        </w:rPr>
        <w:t>好夫子。夫子，您出行哪能不带上我呀？这一路我</w:t>
      </w:r>
      <w:proofErr w:type="gramStart"/>
      <w:r>
        <w:rPr>
          <w:rFonts w:ascii="仿宋" w:eastAsia="仿宋" w:hAnsi="仿宋"/>
          <w:sz w:val="32"/>
          <w:lang w:eastAsia="zh-CN"/>
        </w:rPr>
        <w:t>能护您周全</w:t>
      </w:r>
      <w:proofErr w:type="gramEnd"/>
      <w:r>
        <w:rPr>
          <w:rFonts w:ascii="仿宋" w:eastAsia="仿宋" w:hAnsi="仿宋"/>
          <w:sz w:val="32"/>
          <w:lang w:eastAsia="zh-CN"/>
        </w:rPr>
        <w:t>。你这是要打仗的呀。世道太乱，带上说不定能用得</w:t>
      </w:r>
      <w:r>
        <w:rPr>
          <w:rFonts w:ascii="仿宋" w:eastAsia="仿宋" w:hAnsi="仿宋"/>
          <w:sz w:val="32"/>
          <w:lang w:eastAsia="zh-CN"/>
        </w:rPr>
        <w:lastRenderedPageBreak/>
        <w:t>上父子，父子，父子。带上我们一起吧，我们跟你一块去。好，咱们一路同行。孔夫子。孔夫子来魏国，</w:t>
      </w:r>
    </w:p>
    <w:p w14:paraId="613604B1" w14:textId="77777777" w:rsidR="00E87C95" w:rsidRDefault="00000000">
      <w:pPr>
        <w:spacing w:after="0" w:line="579" w:lineRule="exact"/>
        <w:ind w:firstLine="640"/>
        <w:rPr>
          <w:lang w:eastAsia="zh-CN"/>
        </w:rPr>
      </w:pPr>
      <w:r>
        <w:rPr>
          <w:rFonts w:ascii="仿宋" w:eastAsia="仿宋" w:hAnsi="仿宋"/>
          <w:sz w:val="32"/>
          <w:lang w:eastAsia="zh-CN"/>
        </w:rPr>
        <w:t>我愿意奉你六万斗。聘任夫子。感谢国军。孔丘院在魏国推行仁政德治，使百姓生活富裕，得以教化。六万斗米。这待遇相当高啊。如果父子仅仅是为了这六万斗米。在鲁国也一样可以得到啊，根本就不需要忧虑。所以夫子一心想的还是推行仁政德治，但在魏国。夫子未能如愿呐。为国在魏侯的治理下存在诸多弊端，</w:t>
      </w:r>
    </w:p>
    <w:p w14:paraId="705EDAE1" w14:textId="77777777" w:rsidR="00E87C95" w:rsidRDefault="00000000">
      <w:pPr>
        <w:spacing w:after="0" w:line="579" w:lineRule="exact"/>
        <w:ind w:firstLine="640"/>
        <w:rPr>
          <w:lang w:eastAsia="zh-CN"/>
        </w:rPr>
      </w:pPr>
      <w:r>
        <w:rPr>
          <w:rFonts w:ascii="仿宋" w:eastAsia="仿宋" w:hAnsi="仿宋"/>
          <w:sz w:val="32"/>
          <w:lang w:eastAsia="zh-CN"/>
        </w:rPr>
        <w:t>内政慌乱，礼义废止。还听信小人</w:t>
      </w:r>
      <w:proofErr w:type="gramStart"/>
      <w:r>
        <w:rPr>
          <w:rFonts w:ascii="仿宋" w:eastAsia="仿宋" w:hAnsi="仿宋"/>
          <w:sz w:val="32"/>
          <w:lang w:eastAsia="zh-CN"/>
        </w:rPr>
        <w:t>馋言</w:t>
      </w:r>
      <w:proofErr w:type="gramEnd"/>
      <w:r>
        <w:rPr>
          <w:rFonts w:ascii="仿宋" w:eastAsia="仿宋" w:hAnsi="仿宋"/>
          <w:sz w:val="32"/>
          <w:lang w:eastAsia="zh-CN"/>
        </w:rPr>
        <w:t>，派人监视我们。在这样的地方。怎么能够实现我们的理想呢？父子，那我们。去往何处呢？去陈国。见陈侯。保护自己，保护自己，像是杀手。</w:t>
      </w:r>
      <w:proofErr w:type="gramStart"/>
      <w:r>
        <w:rPr>
          <w:rFonts w:ascii="仿宋" w:eastAsia="仿宋" w:hAnsi="仿宋"/>
          <w:sz w:val="32"/>
          <w:lang w:eastAsia="zh-CN"/>
        </w:rPr>
        <w:t>加油加油加油</w:t>
      </w:r>
      <w:proofErr w:type="gramEnd"/>
      <w:r>
        <w:rPr>
          <w:rFonts w:ascii="仿宋" w:eastAsia="仿宋" w:hAnsi="仿宋"/>
          <w:sz w:val="32"/>
          <w:lang w:eastAsia="zh-CN"/>
        </w:rPr>
        <w:t>。</w:t>
      </w:r>
    </w:p>
    <w:p w14:paraId="01FFEF1D" w14:textId="77777777" w:rsidR="00E87C95" w:rsidRDefault="00000000">
      <w:pPr>
        <w:spacing w:after="0" w:line="579" w:lineRule="exact"/>
        <w:ind w:firstLine="640"/>
        <w:rPr>
          <w:lang w:eastAsia="zh-CN"/>
        </w:rPr>
      </w:pPr>
      <w:r>
        <w:rPr>
          <w:rFonts w:ascii="仿宋" w:eastAsia="仿宋" w:hAnsi="仿宋"/>
          <w:sz w:val="32"/>
          <w:lang w:eastAsia="zh-CN"/>
        </w:rPr>
        <w:t>杀杀杀了他们，杀了他们，杀了他们，杀了他们，杀了他们，杀了他们！谁敢动？谁敢上前，我必杀之。你们是鲁国的人吗？是的，</w:t>
      </w:r>
      <w:proofErr w:type="gramStart"/>
      <w:r>
        <w:rPr>
          <w:rFonts w:ascii="仿宋" w:eastAsia="仿宋" w:hAnsi="仿宋"/>
          <w:sz w:val="32"/>
          <w:lang w:eastAsia="zh-CN"/>
        </w:rPr>
        <w:t>阳虎就是</w:t>
      </w:r>
      <w:proofErr w:type="gramEnd"/>
      <w:r>
        <w:rPr>
          <w:rFonts w:ascii="仿宋" w:eastAsia="仿宋" w:hAnsi="仿宋"/>
          <w:sz w:val="32"/>
          <w:lang w:eastAsia="zh-CN"/>
        </w:rPr>
        <w:t>鲁国人。他也个子高，就是他。</w:t>
      </w:r>
      <w:proofErr w:type="gramStart"/>
      <w:r>
        <w:rPr>
          <w:rFonts w:ascii="仿宋" w:eastAsia="仿宋" w:hAnsi="仿宋"/>
          <w:sz w:val="32"/>
          <w:lang w:eastAsia="zh-CN"/>
        </w:rPr>
        <w:t>阳虎杀</w:t>
      </w:r>
      <w:proofErr w:type="gramEnd"/>
      <w:r>
        <w:rPr>
          <w:rFonts w:ascii="仿宋" w:eastAsia="仿宋" w:hAnsi="仿宋"/>
          <w:sz w:val="32"/>
          <w:lang w:eastAsia="zh-CN"/>
        </w:rPr>
        <w:t>了我们匡地的百姓。</w:t>
      </w:r>
    </w:p>
    <w:p w14:paraId="5284EB4C" w14:textId="77777777" w:rsidR="00E87C95" w:rsidRDefault="00000000">
      <w:pPr>
        <w:spacing w:after="0" w:line="579" w:lineRule="exact"/>
        <w:ind w:firstLine="640"/>
        <w:rPr>
          <w:lang w:eastAsia="zh-CN"/>
        </w:rPr>
      </w:pPr>
      <w:r>
        <w:rPr>
          <w:rFonts w:ascii="仿宋" w:eastAsia="仿宋" w:hAnsi="仿宋"/>
          <w:sz w:val="32"/>
          <w:lang w:eastAsia="zh-CN"/>
        </w:rPr>
        <w:t>谁是阳虎？这是鲁国的孔夫子，你们认错人了，怎么认错人了？激烈的战斗和对峙。持续了五天，一个年近60的老人随时可能被人当成恶人误杀。生死悬于一线，战斗惊动了守城的官隶，证明了夫子的身份，我们才得以脱险。不知您是鲁国的孔夫子。竟以为是恶人。给夫子赔礼。给夫子赔礼。</w:t>
      </w:r>
    </w:p>
    <w:p w14:paraId="5043B28E" w14:textId="77777777" w:rsidR="00E87C95" w:rsidRDefault="00000000">
      <w:pPr>
        <w:spacing w:after="0" w:line="579" w:lineRule="exact"/>
        <w:ind w:firstLine="640"/>
        <w:rPr>
          <w:lang w:eastAsia="zh-CN"/>
        </w:rPr>
      </w:pPr>
      <w:r>
        <w:rPr>
          <w:rFonts w:ascii="仿宋" w:eastAsia="仿宋" w:hAnsi="仿宋"/>
          <w:sz w:val="32"/>
          <w:lang w:eastAsia="zh-CN"/>
        </w:rPr>
        <w:lastRenderedPageBreak/>
        <w:t>匡帝被困是被误认为恶人可后来。我们遇到了。真正的恶人。您指的应该是宋国司马，</w:t>
      </w:r>
      <w:proofErr w:type="gramStart"/>
      <w:r>
        <w:rPr>
          <w:rFonts w:ascii="仿宋" w:eastAsia="仿宋" w:hAnsi="仿宋"/>
          <w:sz w:val="32"/>
          <w:lang w:eastAsia="zh-CN"/>
        </w:rPr>
        <w:t>桓</w:t>
      </w:r>
      <w:proofErr w:type="gramEnd"/>
      <w:r>
        <w:rPr>
          <w:rFonts w:ascii="仿宋" w:eastAsia="仿宋" w:hAnsi="仿宋"/>
          <w:sz w:val="32"/>
          <w:lang w:eastAsia="zh-CN"/>
        </w:rPr>
        <w:t>魋。通宵。</w:t>
      </w:r>
      <w:proofErr w:type="gramStart"/>
      <w:r>
        <w:rPr>
          <w:rFonts w:ascii="仿宋" w:eastAsia="仿宋" w:hAnsi="仿宋"/>
          <w:sz w:val="32"/>
          <w:lang w:eastAsia="zh-CN"/>
        </w:rPr>
        <w:t>桓</w:t>
      </w:r>
      <w:proofErr w:type="gramEnd"/>
      <w:r>
        <w:rPr>
          <w:rFonts w:ascii="仿宋" w:eastAsia="仿宋" w:hAnsi="仿宋"/>
          <w:sz w:val="32"/>
          <w:lang w:eastAsia="zh-CN"/>
        </w:rPr>
        <w:t>魋夫子带我们在这里习礼，一砍树，差点生生父子，我就想砸死他。恐求</w:t>
      </w:r>
      <w:proofErr w:type="gramStart"/>
      <w:r>
        <w:rPr>
          <w:rFonts w:ascii="仿宋" w:eastAsia="仿宋" w:hAnsi="仿宋"/>
          <w:sz w:val="32"/>
          <w:lang w:eastAsia="zh-CN"/>
        </w:rPr>
        <w:t>绯璨</w:t>
      </w:r>
      <w:proofErr w:type="gramEnd"/>
      <w:r>
        <w:rPr>
          <w:rFonts w:ascii="仿宋" w:eastAsia="仿宋" w:hAnsi="仿宋"/>
          <w:sz w:val="32"/>
          <w:lang w:eastAsia="zh-CN"/>
        </w:rPr>
        <w:t>有我称我早死。</w:t>
      </w:r>
      <w:proofErr w:type="gramStart"/>
      <w:r>
        <w:rPr>
          <w:rFonts w:ascii="仿宋" w:eastAsia="仿宋" w:hAnsi="仿宋"/>
          <w:sz w:val="32"/>
          <w:lang w:eastAsia="zh-CN"/>
        </w:rPr>
        <w:t>还腿呀</w:t>
      </w:r>
      <w:proofErr w:type="gramEnd"/>
      <w:r>
        <w:rPr>
          <w:rFonts w:ascii="仿宋" w:eastAsia="仿宋" w:hAnsi="仿宋"/>
          <w:sz w:val="32"/>
          <w:lang w:eastAsia="zh-CN"/>
        </w:rPr>
        <w:t>。你为了修自己的石棺。三年当中，你害苦了多少人？</w:t>
      </w:r>
    </w:p>
    <w:p w14:paraId="5025CA4D" w14:textId="77777777" w:rsidR="00E87C95" w:rsidRDefault="00000000">
      <w:pPr>
        <w:spacing w:after="0" w:line="579" w:lineRule="exact"/>
        <w:ind w:firstLine="640"/>
        <w:rPr>
          <w:lang w:eastAsia="zh-CN"/>
        </w:rPr>
      </w:pPr>
      <w:r>
        <w:rPr>
          <w:rFonts w:ascii="仿宋" w:eastAsia="仿宋" w:hAnsi="仿宋"/>
          <w:sz w:val="32"/>
          <w:lang w:eastAsia="zh-CN"/>
        </w:rPr>
        <w:t>我就要告诉你。真是天意。孔雀。你60岁了。连家都回不了。整天流浪在路上。这才是天意，女儿你什么你？你还讲学。想到哪里？我胜就砍到哪里打死你，打死你。哼，这个</w:t>
      </w:r>
      <w:proofErr w:type="gramStart"/>
      <w:r>
        <w:rPr>
          <w:rFonts w:ascii="仿宋" w:eastAsia="仿宋" w:hAnsi="仿宋"/>
          <w:sz w:val="32"/>
          <w:lang w:eastAsia="zh-CN"/>
        </w:rPr>
        <w:t>桓</w:t>
      </w:r>
      <w:proofErr w:type="gramEnd"/>
      <w:r>
        <w:rPr>
          <w:rFonts w:ascii="仿宋" w:eastAsia="仿宋" w:hAnsi="仿宋"/>
          <w:sz w:val="32"/>
          <w:lang w:eastAsia="zh-CN"/>
        </w:rPr>
        <w:t>魋。不仅派人砍了树木，</w:t>
      </w:r>
    </w:p>
    <w:p w14:paraId="54CEC835" w14:textId="77777777" w:rsidR="00E87C95" w:rsidRDefault="00000000">
      <w:pPr>
        <w:spacing w:after="0" w:line="579" w:lineRule="exact"/>
        <w:ind w:firstLine="640"/>
        <w:rPr>
          <w:lang w:eastAsia="zh-CN"/>
        </w:rPr>
      </w:pPr>
      <w:r>
        <w:rPr>
          <w:rFonts w:ascii="仿宋" w:eastAsia="仿宋" w:hAnsi="仿宋"/>
          <w:sz w:val="32"/>
          <w:lang w:eastAsia="zh-CN"/>
        </w:rPr>
        <w:t>还欲派兵加害抚子，</w:t>
      </w:r>
      <w:proofErr w:type="gramStart"/>
      <w:r>
        <w:rPr>
          <w:rFonts w:ascii="仿宋" w:eastAsia="仿宋" w:hAnsi="仿宋"/>
          <w:sz w:val="32"/>
          <w:lang w:eastAsia="zh-CN"/>
        </w:rPr>
        <w:t>所以抚子只有</w:t>
      </w:r>
      <w:proofErr w:type="gramEnd"/>
      <w:r>
        <w:rPr>
          <w:rFonts w:ascii="仿宋" w:eastAsia="仿宋" w:hAnsi="仿宋"/>
          <w:sz w:val="32"/>
          <w:lang w:eastAsia="zh-CN"/>
        </w:rPr>
        <w:t>离开宋国。前往正午。可在途中。我们却遭遇到了乱兵夫子和大家走散。回呀。仲有。</w:t>
      </w:r>
      <w:proofErr w:type="gramStart"/>
      <w:r>
        <w:rPr>
          <w:rFonts w:ascii="仿宋" w:eastAsia="仿宋" w:hAnsi="仿宋"/>
          <w:sz w:val="32"/>
          <w:lang w:eastAsia="zh-CN"/>
        </w:rPr>
        <w:t>仲由啊</w:t>
      </w:r>
      <w:proofErr w:type="gramEnd"/>
      <w:r>
        <w:rPr>
          <w:rFonts w:ascii="仿宋" w:eastAsia="仿宋" w:hAnsi="仿宋"/>
          <w:sz w:val="32"/>
          <w:lang w:eastAsia="zh-CN"/>
        </w:rPr>
        <w:t>。父子，父子。仲由。哎</w:t>
      </w:r>
      <w:proofErr w:type="gramStart"/>
      <w:r>
        <w:rPr>
          <w:rFonts w:ascii="仿宋" w:eastAsia="仿宋" w:hAnsi="仿宋"/>
          <w:sz w:val="32"/>
          <w:lang w:eastAsia="zh-CN"/>
        </w:rPr>
        <w:t>呦</w:t>
      </w:r>
      <w:proofErr w:type="gramEnd"/>
      <w:r>
        <w:rPr>
          <w:rFonts w:ascii="仿宋" w:eastAsia="仿宋" w:hAnsi="仿宋"/>
          <w:sz w:val="32"/>
          <w:lang w:eastAsia="zh-CN"/>
        </w:rPr>
        <w:t>，我总算找到您了。终于说话了。父子快来，</w:t>
      </w:r>
    </w:p>
    <w:p w14:paraId="1BE38A19" w14:textId="77777777" w:rsidR="00E87C95" w:rsidRDefault="00000000">
      <w:pPr>
        <w:spacing w:after="0" w:line="579" w:lineRule="exact"/>
        <w:ind w:firstLine="640"/>
        <w:rPr>
          <w:lang w:eastAsia="zh-CN"/>
        </w:rPr>
      </w:pPr>
      <w:r>
        <w:rPr>
          <w:rFonts w:ascii="仿宋" w:eastAsia="仿宋" w:hAnsi="仿宋"/>
          <w:sz w:val="32"/>
          <w:lang w:eastAsia="zh-CN"/>
        </w:rPr>
        <w:t>母子在这儿。说出来。哦，女</w:t>
      </w:r>
      <w:proofErr w:type="gramStart"/>
      <w:r>
        <w:rPr>
          <w:rFonts w:ascii="仿宋" w:eastAsia="仿宋" w:hAnsi="仿宋"/>
          <w:sz w:val="32"/>
          <w:lang w:eastAsia="zh-CN"/>
        </w:rPr>
        <w:t>慢点慢点</w:t>
      </w:r>
      <w:proofErr w:type="gramEnd"/>
      <w:r>
        <w:rPr>
          <w:rFonts w:ascii="仿宋" w:eastAsia="仿宋" w:hAnsi="仿宋"/>
          <w:sz w:val="32"/>
          <w:lang w:eastAsia="zh-CN"/>
        </w:rPr>
        <w:t>走。哥哥可算找到您了回啊，我以为再也见不到你们了。你们是怎么找到我的？刚才有个人告诉我。东门有个人。他的额头像糖咬。脖子像膏药。肩膀像子产。腰以下</w:t>
      </w:r>
      <w:proofErr w:type="gramStart"/>
      <w:r>
        <w:rPr>
          <w:rFonts w:ascii="仿宋" w:eastAsia="仿宋" w:hAnsi="仿宋"/>
          <w:sz w:val="32"/>
          <w:lang w:eastAsia="zh-CN"/>
        </w:rPr>
        <w:t>比羽短了</w:t>
      </w:r>
      <w:proofErr w:type="gramEnd"/>
      <w:r>
        <w:rPr>
          <w:rFonts w:ascii="仿宋" w:eastAsia="仿宋" w:hAnsi="仿宋"/>
          <w:sz w:val="32"/>
          <w:lang w:eastAsia="zh-CN"/>
        </w:rPr>
        <w:t>三寸。一副狼狈不堪的样子，真像一条。</w:t>
      </w:r>
    </w:p>
    <w:p w14:paraId="0335A9B1" w14:textId="77777777" w:rsidR="00E87C95" w:rsidRDefault="00000000">
      <w:pPr>
        <w:spacing w:after="0" w:line="579" w:lineRule="exact"/>
        <w:ind w:firstLine="640"/>
        <w:rPr>
          <w:lang w:eastAsia="zh-CN"/>
        </w:rPr>
      </w:pPr>
      <w:r>
        <w:rPr>
          <w:rFonts w:ascii="仿宋" w:eastAsia="仿宋" w:hAnsi="仿宋"/>
          <w:sz w:val="32"/>
          <w:lang w:eastAsia="zh-CN"/>
        </w:rPr>
        <w:t>丧家狗。第四。哈哈</w:t>
      </w:r>
      <w:proofErr w:type="gramStart"/>
      <w:r>
        <w:rPr>
          <w:rFonts w:ascii="仿宋" w:eastAsia="仿宋" w:hAnsi="仿宋"/>
          <w:sz w:val="32"/>
          <w:lang w:eastAsia="zh-CN"/>
        </w:rPr>
        <w:t>哈</w:t>
      </w:r>
      <w:proofErr w:type="gramEnd"/>
      <w:r>
        <w:rPr>
          <w:rFonts w:ascii="仿宋" w:eastAsia="仿宋" w:hAnsi="仿宋"/>
          <w:sz w:val="32"/>
          <w:lang w:eastAsia="zh-CN"/>
        </w:rPr>
        <w:t>。他形容我的相貌不一定对，但说我。像条丧家狗。对极了。我已经很不错了。多好笑啊。</w:t>
      </w:r>
      <w:proofErr w:type="gramStart"/>
      <w:r>
        <w:rPr>
          <w:rFonts w:ascii="仿宋" w:eastAsia="仿宋" w:hAnsi="仿宋"/>
          <w:sz w:val="32"/>
          <w:lang w:eastAsia="zh-CN"/>
        </w:rPr>
        <w:t>你们你们</w:t>
      </w:r>
      <w:proofErr w:type="gramEnd"/>
      <w:r>
        <w:rPr>
          <w:rFonts w:ascii="仿宋" w:eastAsia="仿宋" w:hAnsi="仿宋"/>
          <w:sz w:val="32"/>
          <w:lang w:eastAsia="zh-CN"/>
        </w:rPr>
        <w:t>怎么还难过起来了？父子让你受苦了。夫子受苦了。哈哈</w:t>
      </w:r>
      <w:proofErr w:type="gramStart"/>
      <w:r>
        <w:rPr>
          <w:rFonts w:ascii="仿宋" w:eastAsia="仿宋" w:hAnsi="仿宋"/>
          <w:sz w:val="32"/>
          <w:lang w:eastAsia="zh-CN"/>
        </w:rPr>
        <w:t>哈</w:t>
      </w:r>
      <w:proofErr w:type="gramEnd"/>
      <w:r>
        <w:rPr>
          <w:rFonts w:ascii="仿宋" w:eastAsia="仿宋" w:hAnsi="仿宋"/>
          <w:sz w:val="32"/>
          <w:lang w:eastAsia="zh-CN"/>
        </w:rPr>
        <w:t>，苦蛙。我不觉得呀。</w:t>
      </w:r>
    </w:p>
    <w:p w14:paraId="3CBB9F27" w14:textId="77777777" w:rsidR="00E87C95" w:rsidRDefault="00000000">
      <w:pPr>
        <w:spacing w:after="0" w:line="579" w:lineRule="exact"/>
        <w:ind w:firstLine="640"/>
        <w:rPr>
          <w:lang w:eastAsia="zh-CN"/>
        </w:rPr>
      </w:pPr>
      <w:r>
        <w:rPr>
          <w:rFonts w:ascii="仿宋" w:eastAsia="仿宋" w:hAnsi="仿宋"/>
          <w:sz w:val="32"/>
          <w:lang w:eastAsia="zh-CN"/>
        </w:rPr>
        <w:lastRenderedPageBreak/>
        <w:t>不哭不哭。姑姑。姑姑。夫子周游列国。历经十几年。遭受诸多磨难，最难的一次。是在陈蔡之地受困。我受命于危难。前往楚国求援。别让他跑了。追给我抓回来，增加兵势，严加守卫，增加兵势。</w:t>
      </w:r>
    </w:p>
    <w:p w14:paraId="04D56953" w14:textId="77777777" w:rsidR="00E87C95" w:rsidRDefault="00000000">
      <w:pPr>
        <w:spacing w:after="0" w:line="579" w:lineRule="exact"/>
        <w:ind w:firstLine="640"/>
        <w:rPr>
          <w:lang w:eastAsia="zh-CN"/>
        </w:rPr>
      </w:pPr>
      <w:r>
        <w:rPr>
          <w:rFonts w:ascii="仿宋" w:eastAsia="仿宋" w:hAnsi="仿宋"/>
          <w:sz w:val="32"/>
          <w:lang w:eastAsia="zh-CN"/>
        </w:rPr>
        <w:t>逆战。里面的人听着。再有逃走的。就地诸生。更换防卫。我们已经被困七天了。就剩这一碗薄粥。果然。自贡去楚国求援，已有几日。以他</w:t>
      </w:r>
      <w:proofErr w:type="gramStart"/>
      <w:r>
        <w:rPr>
          <w:rFonts w:ascii="仿宋" w:eastAsia="仿宋" w:hAnsi="仿宋"/>
          <w:sz w:val="32"/>
          <w:lang w:eastAsia="zh-CN"/>
        </w:rPr>
        <w:t>之</w:t>
      </w:r>
      <w:proofErr w:type="gramEnd"/>
      <w:r>
        <w:rPr>
          <w:rFonts w:ascii="仿宋" w:eastAsia="仿宋" w:hAnsi="仿宋"/>
          <w:sz w:val="32"/>
          <w:lang w:eastAsia="zh-CN"/>
        </w:rPr>
        <w:t>能。我相信。一定会带回援兵的。再不回来。我怕大家坚持不住。</w:t>
      </w:r>
    </w:p>
    <w:p w14:paraId="0A364A94" w14:textId="77777777" w:rsidR="00E87C95" w:rsidRDefault="00000000">
      <w:pPr>
        <w:spacing w:after="0" w:line="579" w:lineRule="exact"/>
        <w:ind w:firstLine="640"/>
        <w:rPr>
          <w:lang w:eastAsia="zh-CN"/>
        </w:rPr>
      </w:pPr>
      <w:r>
        <w:rPr>
          <w:rFonts w:ascii="仿宋" w:eastAsia="仿宋" w:hAnsi="仿宋"/>
          <w:sz w:val="32"/>
          <w:lang w:eastAsia="zh-CN"/>
        </w:rPr>
        <w:t>我们得，我们得。父子。吃饭吧。父子，您赶紧吃些。你们都没吃吧？粉丝，我们。吃不下。那我就能吃下去吗？让更啊。你把它吃下去。否则我真的不饿。哎，</w:t>
      </w:r>
    </w:p>
    <w:p w14:paraId="5FD7D6CC" w14:textId="77777777" w:rsidR="00E87C95" w:rsidRDefault="00000000">
      <w:pPr>
        <w:spacing w:after="0" w:line="579" w:lineRule="exact"/>
        <w:ind w:firstLine="640"/>
        <w:rPr>
          <w:lang w:eastAsia="zh-CN"/>
        </w:rPr>
      </w:pPr>
      <w:r>
        <w:rPr>
          <w:rFonts w:ascii="仿宋" w:eastAsia="仿宋" w:hAnsi="仿宋"/>
          <w:sz w:val="32"/>
          <w:lang w:eastAsia="zh-CN"/>
        </w:rPr>
        <w:t>我知道。你把它吃下去，附子。我也不饿，您吃吧。刚好我也不饿。否则。您怎么能不饿呢？我都快饿死了。夫子，您就赶紧吃吧，</w:t>
      </w:r>
      <w:proofErr w:type="gramStart"/>
      <w:r>
        <w:rPr>
          <w:rFonts w:ascii="仿宋" w:eastAsia="仿宋" w:hAnsi="仿宋"/>
          <w:sz w:val="32"/>
          <w:lang w:eastAsia="zh-CN"/>
        </w:rPr>
        <w:t>仲由啊</w:t>
      </w:r>
      <w:proofErr w:type="gramEnd"/>
      <w:r>
        <w:rPr>
          <w:rFonts w:ascii="仿宋" w:eastAsia="仿宋" w:hAnsi="仿宋"/>
          <w:sz w:val="32"/>
          <w:lang w:eastAsia="zh-CN"/>
        </w:rPr>
        <w:t>。你终于说实话了啊，大家都饿。夫子，</w:t>
      </w:r>
    </w:p>
    <w:p w14:paraId="76583170" w14:textId="77777777" w:rsidR="00E87C95" w:rsidRDefault="00000000">
      <w:pPr>
        <w:spacing w:after="0" w:line="579" w:lineRule="exact"/>
        <w:ind w:firstLine="640"/>
        <w:rPr>
          <w:lang w:eastAsia="zh-CN"/>
        </w:rPr>
      </w:pPr>
      <w:r>
        <w:rPr>
          <w:rFonts w:ascii="仿宋" w:eastAsia="仿宋" w:hAnsi="仿宋"/>
          <w:sz w:val="32"/>
          <w:lang w:eastAsia="zh-CN"/>
        </w:rPr>
        <w:t>我们还年轻。挺得住的。我知道。大家体谅我，敬重我。我谢过大家。负责。我们四处碰壁。是不是？您对天下大道的要求太高了。为了让别人接受。而降低自己的追求。恐怕也走不远了。不被接受却依然坚守。才是真正的君子。</w:t>
      </w:r>
    </w:p>
    <w:p w14:paraId="306D9405" w14:textId="77777777" w:rsidR="00E87C95" w:rsidRDefault="00000000">
      <w:pPr>
        <w:spacing w:after="0" w:line="579" w:lineRule="exact"/>
        <w:ind w:firstLine="640"/>
        <w:rPr>
          <w:lang w:eastAsia="zh-CN"/>
        </w:rPr>
      </w:pPr>
      <w:r>
        <w:rPr>
          <w:rFonts w:ascii="仿宋" w:eastAsia="仿宋" w:hAnsi="仿宋"/>
          <w:sz w:val="32"/>
          <w:lang w:eastAsia="zh-CN"/>
        </w:rPr>
        <w:t>杨辉说的对。君子固穷，小人穷斯滥矣。弟子受教。君子固穷，小人穷斯滥矣。我们困苦至此。</w:t>
      </w:r>
      <w:proofErr w:type="gramStart"/>
      <w:r>
        <w:rPr>
          <w:rFonts w:ascii="仿宋" w:eastAsia="仿宋" w:hAnsi="仿宋"/>
          <w:sz w:val="32"/>
          <w:lang w:eastAsia="zh-CN"/>
        </w:rPr>
        <w:t>恐求有些</w:t>
      </w:r>
      <w:proofErr w:type="gramEnd"/>
      <w:r>
        <w:rPr>
          <w:rFonts w:ascii="仿宋" w:eastAsia="仿宋" w:hAnsi="仿宋"/>
          <w:sz w:val="32"/>
          <w:lang w:eastAsia="zh-CN"/>
        </w:rPr>
        <w:t>心里话。</w:t>
      </w:r>
      <w:r>
        <w:rPr>
          <w:rFonts w:ascii="仿宋" w:eastAsia="仿宋" w:hAnsi="仿宋"/>
          <w:sz w:val="32"/>
          <w:lang w:eastAsia="zh-CN"/>
        </w:rPr>
        <w:lastRenderedPageBreak/>
        <w:t>想对大家说。孔丘。自幼失去了父亲。母亲。在艰苦困难当中，</w:t>
      </w:r>
    </w:p>
    <w:p w14:paraId="76D440E1" w14:textId="77777777" w:rsidR="00E87C95" w:rsidRDefault="00000000">
      <w:pPr>
        <w:spacing w:after="0" w:line="579" w:lineRule="exact"/>
        <w:ind w:firstLine="640"/>
        <w:rPr>
          <w:lang w:eastAsia="zh-CN"/>
        </w:rPr>
      </w:pPr>
      <w:r>
        <w:rPr>
          <w:rFonts w:ascii="仿宋" w:eastAsia="仿宋" w:hAnsi="仿宋"/>
          <w:sz w:val="32"/>
          <w:lang w:eastAsia="zh-CN"/>
        </w:rPr>
        <w:t>把我培养长大。我还同时喜欢演习礼仪。15岁那年。我立志做学问，求师问道，修习六艺。三十而立。确立为人处事之道。不仅自己要学为君子，而且要仁爱世人，教人做君子。孔丘开设私学收下。第一批弟子。此时不惑。对追寻天下大道的人生信念不再有。</w:t>
      </w:r>
    </w:p>
    <w:p w14:paraId="47C9F95D" w14:textId="77777777" w:rsidR="00E87C95" w:rsidRDefault="00000000">
      <w:pPr>
        <w:spacing w:after="0" w:line="579" w:lineRule="exact"/>
        <w:ind w:firstLine="640"/>
        <w:rPr>
          <w:lang w:eastAsia="zh-CN"/>
        </w:rPr>
      </w:pPr>
      <w:r>
        <w:rPr>
          <w:rFonts w:ascii="仿宋" w:eastAsia="仿宋" w:hAnsi="仿宋"/>
          <w:sz w:val="32"/>
          <w:lang w:eastAsia="zh-CN"/>
        </w:rPr>
        <w:t>任何的怀疑。年届50知晓天命，更加明白自己应尽的责任。不顾其身家性命，冒险</w:t>
      </w:r>
      <w:proofErr w:type="gramStart"/>
      <w:r>
        <w:rPr>
          <w:rFonts w:ascii="仿宋" w:eastAsia="仿宋" w:hAnsi="仿宋"/>
          <w:sz w:val="32"/>
          <w:lang w:eastAsia="zh-CN"/>
        </w:rPr>
        <w:t>隳</w:t>
      </w:r>
      <w:proofErr w:type="gramEnd"/>
      <w:r>
        <w:rPr>
          <w:rFonts w:ascii="仿宋" w:eastAsia="仿宋" w:hAnsi="仿宋"/>
          <w:sz w:val="32"/>
          <w:lang w:eastAsia="zh-CN"/>
        </w:rPr>
        <w:t>三都削三</w:t>
      </w:r>
      <w:proofErr w:type="gramStart"/>
      <w:r>
        <w:rPr>
          <w:rFonts w:ascii="仿宋" w:eastAsia="仿宋" w:hAnsi="仿宋"/>
          <w:sz w:val="32"/>
          <w:lang w:eastAsia="zh-CN"/>
        </w:rPr>
        <w:t>桓</w:t>
      </w:r>
      <w:proofErr w:type="gramEnd"/>
      <w:r>
        <w:rPr>
          <w:rFonts w:ascii="仿宋" w:eastAsia="仿宋" w:hAnsi="仿宋"/>
          <w:sz w:val="32"/>
          <w:lang w:eastAsia="zh-CN"/>
        </w:rPr>
        <w:t>。55岁。与诸君。游历列国推行大道。历经磨难。60岁寿人长。嘲笑被人称作雷雷洛。丧家之狗。但我早已耳顺。好话坏话，听在耳中可内心。</w:t>
      </w:r>
    </w:p>
    <w:p w14:paraId="2A7047EB" w14:textId="77777777" w:rsidR="00E87C95" w:rsidRDefault="00000000">
      <w:pPr>
        <w:spacing w:after="0" w:line="579" w:lineRule="exact"/>
        <w:ind w:firstLine="640"/>
        <w:rPr>
          <w:lang w:eastAsia="zh-CN"/>
        </w:rPr>
      </w:pPr>
      <w:r>
        <w:rPr>
          <w:rFonts w:ascii="仿宋" w:eastAsia="仿宋" w:hAnsi="仿宋"/>
          <w:sz w:val="32"/>
          <w:lang w:eastAsia="zh-CN"/>
        </w:rPr>
        <w:t>十分平静。如今。道路虽然坎坷曲折。但目标。清晰不变。商能做到。从心所欲。不予举。</w:t>
      </w:r>
      <w:proofErr w:type="gramStart"/>
      <w:r>
        <w:rPr>
          <w:rFonts w:ascii="仿宋" w:eastAsia="仿宋" w:hAnsi="仿宋"/>
          <w:sz w:val="32"/>
          <w:lang w:eastAsia="zh-CN"/>
        </w:rPr>
        <w:t>恐求此生</w:t>
      </w:r>
      <w:proofErr w:type="gramEnd"/>
      <w:r>
        <w:rPr>
          <w:rFonts w:ascii="仿宋" w:eastAsia="仿宋" w:hAnsi="仿宋"/>
          <w:sz w:val="32"/>
          <w:lang w:eastAsia="zh-CN"/>
        </w:rPr>
        <w:t>除了心中的宿愿。一无所有。</w:t>
      </w:r>
      <w:proofErr w:type="gramStart"/>
      <w:r>
        <w:rPr>
          <w:rFonts w:ascii="仿宋" w:eastAsia="仿宋" w:hAnsi="仿宋"/>
          <w:sz w:val="32"/>
          <w:lang w:eastAsia="zh-CN"/>
        </w:rPr>
        <w:t>此刻野舟剩下</w:t>
      </w:r>
      <w:proofErr w:type="gramEnd"/>
      <w:r>
        <w:rPr>
          <w:rFonts w:ascii="仿宋" w:eastAsia="仿宋" w:hAnsi="仿宋"/>
          <w:sz w:val="32"/>
          <w:lang w:eastAsia="zh-CN"/>
        </w:rPr>
        <w:t>这一碗薄粥。夫子，夫子。一次亳州。感谢你们与孔丘一路同行。</w:t>
      </w:r>
    </w:p>
    <w:p w14:paraId="3083C1C3" w14:textId="77777777" w:rsidR="00E87C95" w:rsidRDefault="00000000">
      <w:pPr>
        <w:spacing w:after="0" w:line="579" w:lineRule="exact"/>
        <w:ind w:firstLine="640"/>
        <w:rPr>
          <w:lang w:eastAsia="zh-CN"/>
        </w:rPr>
      </w:pPr>
      <w:proofErr w:type="spellStart"/>
      <w:r>
        <w:rPr>
          <w:rFonts w:ascii="仿宋" w:eastAsia="仿宋" w:hAnsi="仿宋"/>
          <w:sz w:val="32"/>
        </w:rPr>
        <w:t>是父子。此舟。味道是美啊</w:t>
      </w:r>
      <w:proofErr w:type="spellEnd"/>
      <w:r>
        <w:rPr>
          <w:rFonts w:ascii="仿宋" w:eastAsia="仿宋" w:hAnsi="仿宋"/>
          <w:sz w:val="32"/>
        </w:rPr>
        <w:t>。</w:t>
      </w:r>
      <w:r>
        <w:rPr>
          <w:rFonts w:ascii="仿宋" w:eastAsia="仿宋" w:hAnsi="仿宋"/>
          <w:sz w:val="32"/>
          <w:lang w:eastAsia="zh-CN"/>
        </w:rPr>
        <w:t>追寻大道。虽苦。优点。对追鱼大盗。虽苦犹怜。我当时。在楚国求缘。没能赶上这一碗复粥。我好想抽。追寻大刀的苦我。患难真情的甜。都在这一碗薄粥里了。</w:t>
      </w:r>
    </w:p>
    <w:p w14:paraId="49AD22F1" w14:textId="77777777" w:rsidR="00E87C95" w:rsidRDefault="00000000">
      <w:pPr>
        <w:spacing w:after="0" w:line="579" w:lineRule="exact"/>
        <w:ind w:firstLine="640"/>
        <w:rPr>
          <w:lang w:eastAsia="zh-CN"/>
        </w:rPr>
      </w:pPr>
      <w:r>
        <w:rPr>
          <w:rFonts w:ascii="仿宋" w:eastAsia="仿宋" w:hAnsi="仿宋"/>
          <w:sz w:val="32"/>
          <w:lang w:eastAsia="zh-CN"/>
        </w:rPr>
        <w:t>让开，让开，让开。让开孔丘。我们将军来见你。夫子。夫子饿了七天了。只要</w:t>
      </w:r>
      <w:proofErr w:type="gramStart"/>
      <w:r>
        <w:rPr>
          <w:rFonts w:ascii="仿宋" w:eastAsia="仿宋" w:hAnsi="仿宋"/>
          <w:sz w:val="32"/>
          <w:lang w:eastAsia="zh-CN"/>
        </w:rPr>
        <w:t>您承诺</w:t>
      </w:r>
      <w:proofErr w:type="gramEnd"/>
      <w:r>
        <w:rPr>
          <w:rFonts w:ascii="仿宋" w:eastAsia="仿宋" w:hAnsi="仿宋"/>
          <w:sz w:val="32"/>
          <w:lang w:eastAsia="zh-CN"/>
        </w:rPr>
        <w:t>不去楚国，我马上奉上粮食如</w:t>
      </w:r>
      <w:r>
        <w:rPr>
          <w:rFonts w:ascii="仿宋" w:eastAsia="仿宋" w:hAnsi="仿宋"/>
          <w:sz w:val="32"/>
          <w:lang w:eastAsia="zh-CN"/>
        </w:rPr>
        <w:lastRenderedPageBreak/>
        <w:t>何？我受楚国国君的聘请，前往。君子有约。绝不更改。夫子心意已决。心意已决。</w:t>
      </w:r>
    </w:p>
    <w:p w14:paraId="12224DDF" w14:textId="77777777" w:rsidR="00E87C95" w:rsidRDefault="00000000">
      <w:pPr>
        <w:spacing w:after="0" w:line="579" w:lineRule="exact"/>
        <w:ind w:firstLine="640"/>
        <w:rPr>
          <w:lang w:eastAsia="zh-CN"/>
        </w:rPr>
      </w:pPr>
      <w:r>
        <w:rPr>
          <w:rFonts w:ascii="仿宋" w:eastAsia="仿宋" w:hAnsi="仿宋"/>
          <w:sz w:val="32"/>
          <w:lang w:eastAsia="zh-CN"/>
        </w:rPr>
        <w:t>就这么饿着，忍得住。岁寒。然后之松柏之后凋也。岁寒。然后是松柏之后飘。岁寒。然后知松柏之后凋也。岁寒然后知松。之后雕也碎盘，然后之松柏之后雕也。岁寒然后知，松柏之后凋也。后世我们还常用，岁寒松柏这个词来形容那些在逆境艰难中意志坚定。</w:t>
      </w:r>
    </w:p>
    <w:p w14:paraId="49122114" w14:textId="77777777" w:rsidR="00E87C95" w:rsidRDefault="00000000">
      <w:pPr>
        <w:spacing w:after="0" w:line="579" w:lineRule="exact"/>
        <w:ind w:firstLine="640"/>
        <w:rPr>
          <w:lang w:eastAsia="zh-CN"/>
        </w:rPr>
      </w:pPr>
      <w:r>
        <w:rPr>
          <w:rFonts w:ascii="仿宋" w:eastAsia="仿宋" w:hAnsi="仿宋"/>
          <w:sz w:val="32"/>
          <w:lang w:eastAsia="zh-CN"/>
        </w:rPr>
        <w:t>坚守操守的人。困境是能考验人的。</w:t>
      </w:r>
      <w:proofErr w:type="gramStart"/>
      <w:r>
        <w:rPr>
          <w:rFonts w:ascii="仿宋" w:eastAsia="仿宋" w:hAnsi="仿宋"/>
          <w:sz w:val="32"/>
          <w:lang w:eastAsia="zh-CN"/>
        </w:rPr>
        <w:t>合适由</w:t>
      </w:r>
      <w:proofErr w:type="gramEnd"/>
      <w:r>
        <w:rPr>
          <w:rFonts w:ascii="仿宋" w:eastAsia="仿宋" w:hAnsi="仿宋"/>
          <w:sz w:val="32"/>
          <w:lang w:eastAsia="zh-CN"/>
        </w:rPr>
        <w:t>楚国兵马奔驰而来，片刻即到。是端木赐，</w:t>
      </w:r>
      <w:proofErr w:type="gramStart"/>
      <w:r>
        <w:rPr>
          <w:rFonts w:ascii="仿宋" w:eastAsia="仿宋" w:hAnsi="仿宋"/>
          <w:sz w:val="32"/>
          <w:lang w:eastAsia="zh-CN"/>
        </w:rPr>
        <w:t>端木赐派救兵</w:t>
      </w:r>
      <w:proofErr w:type="gramEnd"/>
      <w:r>
        <w:rPr>
          <w:rFonts w:ascii="仿宋" w:eastAsia="仿宋" w:hAnsi="仿宋"/>
          <w:sz w:val="32"/>
          <w:lang w:eastAsia="zh-CN"/>
        </w:rPr>
        <w:t>来了。哎呀，老子有救了多少人兵士，近千人兵车，十余胜将军，咱们人太少，撤吧！撤。太好了，太好了，</w:t>
      </w:r>
    </w:p>
    <w:p w14:paraId="578BD787" w14:textId="77777777" w:rsidR="00E87C95" w:rsidRDefault="00000000">
      <w:pPr>
        <w:spacing w:after="0" w:line="579" w:lineRule="exact"/>
        <w:ind w:firstLine="640"/>
        <w:rPr>
          <w:lang w:eastAsia="zh-CN"/>
        </w:rPr>
      </w:pPr>
      <w:r>
        <w:rPr>
          <w:rFonts w:ascii="仿宋" w:eastAsia="仿宋" w:hAnsi="仿宋"/>
          <w:sz w:val="32"/>
          <w:lang w:eastAsia="zh-CN"/>
        </w:rPr>
        <w:t>咱们有救了。父子</w:t>
      </w:r>
      <w:proofErr w:type="gramStart"/>
      <w:r>
        <w:rPr>
          <w:rFonts w:ascii="仿宋" w:eastAsia="仿宋" w:hAnsi="仿宋"/>
          <w:sz w:val="32"/>
          <w:lang w:eastAsia="zh-CN"/>
        </w:rPr>
        <w:t>端木斯</w:t>
      </w:r>
      <w:proofErr w:type="gramEnd"/>
      <w:r>
        <w:rPr>
          <w:rFonts w:ascii="仿宋" w:eastAsia="仿宋" w:hAnsi="仿宋"/>
          <w:sz w:val="32"/>
          <w:lang w:eastAsia="zh-CN"/>
        </w:rPr>
        <w:t>做的好啊。父子，咱们可以去楚国了。您盼望。天下大道。有希望。跟我以为在中尉师兄弟中。子渊是学问最好的，但身体。也是最差的。回呀，回父子。父子，我还要。</w:t>
      </w:r>
    </w:p>
    <w:p w14:paraId="2AD83906" w14:textId="77777777" w:rsidR="00E87C95" w:rsidRDefault="00000000">
      <w:pPr>
        <w:spacing w:after="0" w:line="579" w:lineRule="exact"/>
        <w:ind w:firstLine="640"/>
        <w:rPr>
          <w:lang w:eastAsia="zh-CN"/>
        </w:rPr>
      </w:pPr>
      <w:r>
        <w:rPr>
          <w:rFonts w:ascii="仿宋" w:eastAsia="仿宋" w:hAnsi="仿宋"/>
          <w:sz w:val="32"/>
          <w:lang w:eastAsia="zh-CN"/>
        </w:rPr>
        <w:t>跟着您。去吃苦瓜的。对，我们一起去楚国。实现我们的理想。来。然而，追寻大道的路。永远是艰难。孔夫子。我们楚国国君。后日啊。请您。回鲁国吧。快出来，</w:t>
      </w:r>
    </w:p>
    <w:p w14:paraId="441072FF" w14:textId="77777777" w:rsidR="00E87C95" w:rsidRDefault="00000000">
      <w:pPr>
        <w:spacing w:after="0" w:line="579" w:lineRule="exact"/>
        <w:ind w:firstLine="640"/>
        <w:rPr>
          <w:lang w:eastAsia="zh-CN"/>
        </w:rPr>
      </w:pPr>
      <w:r>
        <w:rPr>
          <w:rFonts w:ascii="仿宋" w:eastAsia="仿宋" w:hAnsi="仿宋"/>
          <w:sz w:val="32"/>
          <w:lang w:eastAsia="zh-CN"/>
        </w:rPr>
        <w:t>快出来，快出来。不多不多。听到去不了楚国的那一刻。我感觉夫子。瞬间苍老了许多。副词。我老了。咱们回家吧，父子。我们的理想。难道要放弃吗？绝不会放弃。回了家。我们可以。</w:t>
      </w:r>
    </w:p>
    <w:p w14:paraId="461875FB" w14:textId="77777777" w:rsidR="00E87C95" w:rsidRDefault="00000000">
      <w:pPr>
        <w:spacing w:after="0" w:line="579" w:lineRule="exact"/>
        <w:ind w:firstLine="640"/>
        <w:rPr>
          <w:lang w:eastAsia="zh-CN"/>
        </w:rPr>
      </w:pPr>
      <w:r>
        <w:rPr>
          <w:rFonts w:ascii="仿宋" w:eastAsia="仿宋" w:hAnsi="仿宋"/>
          <w:sz w:val="32"/>
          <w:lang w:eastAsia="zh-CN"/>
        </w:rPr>
        <w:lastRenderedPageBreak/>
        <w:t>整理典籍。</w:t>
      </w:r>
      <w:proofErr w:type="gramStart"/>
      <w:r>
        <w:rPr>
          <w:rFonts w:ascii="仿宋" w:eastAsia="仿宋" w:hAnsi="仿宋"/>
          <w:sz w:val="32"/>
          <w:lang w:eastAsia="zh-CN"/>
        </w:rPr>
        <w:t>教更多</w:t>
      </w:r>
      <w:proofErr w:type="gramEnd"/>
      <w:r>
        <w:rPr>
          <w:rFonts w:ascii="仿宋" w:eastAsia="仿宋" w:hAnsi="仿宋"/>
          <w:sz w:val="32"/>
          <w:lang w:eastAsia="zh-CN"/>
        </w:rPr>
        <w:t>的人学为君子。天下归仁。姑姑说的对。我们整理电机。叫更多的人。学为君子。只求。天下归仁。夫子一生致力于传道授业，到了晚年，弟子众多。对他也是一种慰藉吧，有慰藉。也有悲痛。</w:t>
      </w:r>
    </w:p>
    <w:p w14:paraId="3372F3C1" w14:textId="77777777" w:rsidR="00E87C95" w:rsidRDefault="00000000">
      <w:pPr>
        <w:spacing w:after="0" w:line="579" w:lineRule="exact"/>
        <w:ind w:firstLine="640"/>
        <w:rPr>
          <w:lang w:eastAsia="zh-CN"/>
        </w:rPr>
      </w:pPr>
      <w:r>
        <w:rPr>
          <w:rFonts w:ascii="仿宋" w:eastAsia="仿宋" w:hAnsi="仿宋"/>
          <w:sz w:val="32"/>
          <w:lang w:eastAsia="zh-CN"/>
        </w:rPr>
        <w:t>夫子失去了他最爱的两位弟子。子曰兄。可此路修。我。夫子说。他经常在梦中。见到颜回。</w:t>
      </w:r>
      <w:proofErr w:type="gramStart"/>
      <w:r>
        <w:rPr>
          <w:rFonts w:ascii="仿宋" w:eastAsia="仿宋" w:hAnsi="仿宋"/>
          <w:sz w:val="32"/>
          <w:lang w:eastAsia="zh-CN"/>
        </w:rPr>
        <w:t>何终有</w:t>
      </w:r>
      <w:proofErr w:type="gramEnd"/>
      <w:r>
        <w:rPr>
          <w:rFonts w:ascii="仿宋" w:eastAsia="仿宋" w:hAnsi="仿宋"/>
          <w:sz w:val="32"/>
          <w:lang w:eastAsia="zh-CN"/>
        </w:rPr>
        <w:t>夫子。夫子。颜回。仲由。你们回来了。来来来，快坐，我给你们留着位置呢。</w:t>
      </w:r>
    </w:p>
    <w:p w14:paraId="5BFDF739" w14:textId="77777777" w:rsidR="00E87C95" w:rsidRDefault="00000000">
      <w:pPr>
        <w:spacing w:after="0" w:line="579" w:lineRule="exact"/>
        <w:ind w:firstLine="640"/>
        <w:rPr>
          <w:lang w:eastAsia="zh-CN"/>
        </w:rPr>
      </w:pPr>
      <w:r>
        <w:rPr>
          <w:rFonts w:ascii="仿宋" w:eastAsia="仿宋" w:hAnsi="仿宋"/>
          <w:sz w:val="32"/>
          <w:lang w:eastAsia="zh-CN"/>
        </w:rPr>
        <w:t>变回了。仲由。回呀。你从小。就拜我为师。像我的儿子一样，咱们是一家人。感谢夫子。博我以文。颜回。无法跟随您了。会呀，你那么贤德，那么好学，我还指望着你传承我的学问呐。</w:t>
      </w:r>
    </w:p>
    <w:p w14:paraId="390223D1" w14:textId="77777777" w:rsidR="00E87C95" w:rsidRDefault="00000000">
      <w:pPr>
        <w:spacing w:after="0" w:line="579" w:lineRule="exact"/>
        <w:ind w:firstLine="640"/>
        <w:rPr>
          <w:lang w:eastAsia="zh-CN"/>
        </w:rPr>
      </w:pPr>
      <w:r>
        <w:rPr>
          <w:rFonts w:ascii="仿宋" w:eastAsia="仿宋" w:hAnsi="仿宋"/>
          <w:sz w:val="32"/>
          <w:lang w:eastAsia="zh-CN"/>
        </w:rPr>
        <w:t>父子。仲由。也要向您告别了。主流。你是我弟子当中最勇敢，最正直的人，你一直是我的依靠啊。是夫子。教我从莽夫。变成君子。感谢夫子。约我以礼。父子，我曾经说过。只要夫子还在。</w:t>
      </w:r>
    </w:p>
    <w:p w14:paraId="2224E829" w14:textId="77777777" w:rsidR="00E87C95" w:rsidRDefault="00000000">
      <w:pPr>
        <w:spacing w:after="0" w:line="579" w:lineRule="exact"/>
        <w:ind w:firstLine="640"/>
        <w:rPr>
          <w:lang w:eastAsia="zh-CN"/>
        </w:rPr>
      </w:pPr>
      <w:r>
        <w:rPr>
          <w:rFonts w:ascii="仿宋" w:eastAsia="仿宋" w:hAnsi="仿宋"/>
          <w:sz w:val="32"/>
          <w:lang w:eastAsia="zh-CN"/>
        </w:rPr>
        <w:t>颜回。不敢先走。可我做不到。回去。夫子，您曾说过。不能实现理想。就会称幕府。飘到海上去。会</w:t>
      </w:r>
      <w:proofErr w:type="gramStart"/>
      <w:r>
        <w:rPr>
          <w:rFonts w:ascii="仿宋" w:eastAsia="仿宋" w:hAnsi="仿宋"/>
          <w:sz w:val="32"/>
          <w:lang w:eastAsia="zh-CN"/>
        </w:rPr>
        <w:t>带着众游一起</w:t>
      </w:r>
      <w:proofErr w:type="gramEnd"/>
      <w:r>
        <w:rPr>
          <w:rFonts w:ascii="仿宋" w:eastAsia="仿宋" w:hAnsi="仿宋"/>
          <w:sz w:val="32"/>
          <w:lang w:eastAsia="zh-CN"/>
        </w:rPr>
        <w:t>去。夫子仲有。陪不了您了。肿瘤。颜回。你们俩答应过我的。</w:t>
      </w:r>
    </w:p>
    <w:p w14:paraId="7CEB418F" w14:textId="77777777" w:rsidR="00E87C95" w:rsidRDefault="00000000">
      <w:pPr>
        <w:spacing w:after="0" w:line="579" w:lineRule="exact"/>
        <w:ind w:firstLine="640"/>
        <w:rPr>
          <w:lang w:eastAsia="zh-CN"/>
        </w:rPr>
      </w:pPr>
      <w:r>
        <w:rPr>
          <w:rFonts w:ascii="仿宋" w:eastAsia="仿宋" w:hAnsi="仿宋"/>
          <w:sz w:val="32"/>
          <w:lang w:eastAsia="zh-CN"/>
        </w:rPr>
        <w:lastRenderedPageBreak/>
        <w:t>不能离，我先走，你们答应过我的呀。数字。保重。颜回。都要。对呀，仲由。夫子。找我问道。夕死可矣。朝闻道。妻子可以。朝闻道夕死。</w:t>
      </w:r>
    </w:p>
    <w:p w14:paraId="683F14E4" w14:textId="77777777" w:rsidR="00E87C95" w:rsidRDefault="00000000">
      <w:pPr>
        <w:spacing w:after="0" w:line="579" w:lineRule="exact"/>
        <w:ind w:firstLine="640"/>
        <w:rPr>
          <w:lang w:eastAsia="zh-CN"/>
        </w:rPr>
      </w:pPr>
      <w:r>
        <w:rPr>
          <w:rFonts w:ascii="仿宋" w:eastAsia="仿宋" w:hAnsi="仿宋"/>
          <w:sz w:val="32"/>
          <w:lang w:eastAsia="zh-CN"/>
        </w:rPr>
        <w:t>可以。</w:t>
      </w:r>
      <w:proofErr w:type="gramStart"/>
      <w:r>
        <w:rPr>
          <w:rFonts w:ascii="仿宋" w:eastAsia="仿宋" w:hAnsi="仿宋"/>
          <w:sz w:val="32"/>
          <w:lang w:eastAsia="zh-CN"/>
        </w:rPr>
        <w:t>妾</w:t>
      </w:r>
      <w:proofErr w:type="gramEnd"/>
      <w:r>
        <w:rPr>
          <w:rFonts w:ascii="仿宋" w:eastAsia="仿宋" w:hAnsi="仿宋"/>
          <w:sz w:val="32"/>
          <w:lang w:eastAsia="zh-CN"/>
        </w:rPr>
        <w:t>夫子。言归正传。曾经</w:t>
      </w:r>
      <w:proofErr w:type="gramStart"/>
      <w:r>
        <w:rPr>
          <w:rFonts w:ascii="仿宋" w:eastAsia="仿宋" w:hAnsi="仿宋"/>
          <w:sz w:val="32"/>
          <w:lang w:eastAsia="zh-CN"/>
        </w:rPr>
        <w:t>子路问过</w:t>
      </w:r>
      <w:proofErr w:type="gramEnd"/>
      <w:r>
        <w:rPr>
          <w:rFonts w:ascii="仿宋" w:eastAsia="仿宋" w:hAnsi="仿宋"/>
          <w:sz w:val="32"/>
          <w:lang w:eastAsia="zh-CN"/>
        </w:rPr>
        <w:t>孔子老师，跟我们谈谈死亡的问题吧。可是孔子。拒绝回答。他觉得。子路还有很长的人生的道路要走，但是没想到</w:t>
      </w:r>
      <w:proofErr w:type="gramStart"/>
      <w:r>
        <w:rPr>
          <w:rFonts w:ascii="仿宋" w:eastAsia="仿宋" w:hAnsi="仿宋"/>
          <w:sz w:val="32"/>
          <w:lang w:eastAsia="zh-CN"/>
        </w:rPr>
        <w:t>子路颜回</w:t>
      </w:r>
      <w:proofErr w:type="gramEnd"/>
      <w:r>
        <w:rPr>
          <w:rFonts w:ascii="仿宋" w:eastAsia="仿宋" w:hAnsi="仿宋"/>
          <w:sz w:val="32"/>
          <w:lang w:eastAsia="zh-CN"/>
        </w:rPr>
        <w:t>竟然写踏去。是这样，颜回那从十多岁就跟着他，而且学问最好，人品又最好。所以孔子其实在很大程度上讲是把他</w:t>
      </w:r>
      <w:proofErr w:type="gramStart"/>
      <w:r>
        <w:rPr>
          <w:rFonts w:ascii="仿宋" w:eastAsia="仿宋" w:hAnsi="仿宋"/>
          <w:sz w:val="32"/>
          <w:lang w:eastAsia="zh-CN"/>
        </w:rPr>
        <w:t>当做</w:t>
      </w:r>
      <w:proofErr w:type="gramEnd"/>
      <w:r>
        <w:rPr>
          <w:rFonts w:ascii="仿宋" w:eastAsia="仿宋" w:hAnsi="仿宋"/>
          <w:sz w:val="32"/>
          <w:lang w:eastAsia="zh-CN"/>
        </w:rPr>
        <w:t>接班人来看待的，</w:t>
      </w:r>
    </w:p>
    <w:p w14:paraId="5711581A" w14:textId="77777777" w:rsidR="00E87C95" w:rsidRDefault="00000000">
      <w:pPr>
        <w:spacing w:after="0" w:line="579" w:lineRule="exact"/>
        <w:ind w:firstLine="640"/>
        <w:rPr>
          <w:lang w:eastAsia="zh-CN"/>
        </w:rPr>
      </w:pPr>
      <w:r>
        <w:rPr>
          <w:rFonts w:ascii="仿宋" w:eastAsia="仿宋" w:hAnsi="仿宋"/>
          <w:sz w:val="32"/>
          <w:lang w:eastAsia="zh-CN"/>
        </w:rPr>
        <w:t>但是这个时候颜回不在了。天上雨，天上雨啊，子路也是啊，他那么正直，那么勇敢，子路是死在一场动荡的战乱之中啊。敌人拿出剑来了，他已经无路可走了，这时候儿他把剑放下了，他说我要戴上帽子。为什么要戴上帽子呢？说</w:t>
      </w:r>
      <w:proofErr w:type="gramStart"/>
      <w:r>
        <w:rPr>
          <w:rFonts w:ascii="仿宋" w:eastAsia="仿宋" w:hAnsi="仿宋"/>
          <w:sz w:val="32"/>
          <w:lang w:eastAsia="zh-CN"/>
        </w:rPr>
        <w:t>君子死官不免</w:t>
      </w:r>
      <w:proofErr w:type="gramEnd"/>
      <w:r>
        <w:rPr>
          <w:rFonts w:ascii="仿宋" w:eastAsia="仿宋" w:hAnsi="仿宋"/>
          <w:sz w:val="32"/>
          <w:lang w:eastAsia="zh-CN"/>
        </w:rPr>
        <w:t>啊，这是一个人最后的尊严，是孔子教给他的。</w:t>
      </w:r>
    </w:p>
    <w:p w14:paraId="4F6DBF27" w14:textId="77777777" w:rsidR="00E87C95" w:rsidRDefault="00000000">
      <w:pPr>
        <w:spacing w:after="0" w:line="579" w:lineRule="exact"/>
        <w:ind w:firstLine="640"/>
        <w:rPr>
          <w:lang w:eastAsia="zh-CN"/>
        </w:rPr>
      </w:pPr>
      <w:r>
        <w:rPr>
          <w:rFonts w:ascii="仿宋" w:eastAsia="仿宋" w:hAnsi="仿宋"/>
          <w:sz w:val="32"/>
          <w:lang w:eastAsia="zh-CN"/>
        </w:rPr>
        <w:t>所以最后在剧里说夫子博我以文，约我以礼，然后才是朝闻道。惜死可矣。孔子经历了</w:t>
      </w:r>
      <w:proofErr w:type="gramStart"/>
      <w:r>
        <w:rPr>
          <w:rFonts w:ascii="仿宋" w:eastAsia="仿宋" w:hAnsi="仿宋"/>
          <w:sz w:val="32"/>
          <w:lang w:eastAsia="zh-CN"/>
        </w:rPr>
        <w:t>太多太多</w:t>
      </w:r>
      <w:proofErr w:type="gramEnd"/>
      <w:r>
        <w:rPr>
          <w:rFonts w:ascii="仿宋" w:eastAsia="仿宋" w:hAnsi="仿宋"/>
          <w:sz w:val="32"/>
          <w:lang w:eastAsia="zh-CN"/>
        </w:rPr>
        <w:t>的磨难，但是这样的精神传下来了。朝闻道，夕死可矣。这样的一种信仰传下来了。好让我们继续往下面看。诸位先生。祖父开始讲学。</w:t>
      </w:r>
      <w:proofErr w:type="gramStart"/>
      <w:r>
        <w:rPr>
          <w:rFonts w:ascii="仿宋" w:eastAsia="仿宋" w:hAnsi="仿宋"/>
          <w:sz w:val="32"/>
          <w:lang w:eastAsia="zh-CN"/>
        </w:rPr>
        <w:t>撒君夫子</w:t>
      </w:r>
      <w:proofErr w:type="gramEnd"/>
      <w:r>
        <w:rPr>
          <w:rFonts w:ascii="仿宋" w:eastAsia="仿宋" w:hAnsi="仿宋"/>
          <w:sz w:val="32"/>
          <w:lang w:eastAsia="zh-CN"/>
        </w:rPr>
        <w:t>想学，你可愿随我一同前往啊？真的。</w:t>
      </w:r>
    </w:p>
    <w:p w14:paraId="404B0F9D" w14:textId="77777777" w:rsidR="00E87C95" w:rsidRDefault="00000000">
      <w:pPr>
        <w:spacing w:after="0" w:line="579" w:lineRule="exact"/>
        <w:ind w:firstLine="640"/>
        <w:rPr>
          <w:lang w:eastAsia="zh-CN"/>
        </w:rPr>
      </w:pPr>
      <w:r>
        <w:rPr>
          <w:rFonts w:ascii="仿宋" w:eastAsia="仿宋" w:hAnsi="仿宋"/>
          <w:sz w:val="32"/>
          <w:lang w:eastAsia="zh-CN"/>
        </w:rPr>
        <w:t>能听夫子讲学，这可是后世读书人梦寐以求的事情。谢子贡先生。请。夫子将至。哎呀，咱们。好久没见了。想你</w:t>
      </w:r>
      <w:r>
        <w:rPr>
          <w:rFonts w:ascii="仿宋" w:eastAsia="仿宋" w:hAnsi="仿宋"/>
          <w:sz w:val="32"/>
          <w:lang w:eastAsia="zh-CN"/>
        </w:rPr>
        <w:lastRenderedPageBreak/>
        <w:t>们。我们也想抚子。父子是啊。你回来啦？回来了，你出使齐国怎么样了？惠夫子。</w:t>
      </w:r>
    </w:p>
    <w:p w14:paraId="1AA2C8B6" w14:textId="77777777" w:rsidR="00E87C95" w:rsidRDefault="00000000">
      <w:pPr>
        <w:spacing w:after="0" w:line="579" w:lineRule="exact"/>
        <w:ind w:firstLine="640"/>
        <w:rPr>
          <w:lang w:eastAsia="zh-CN"/>
        </w:rPr>
      </w:pPr>
      <w:proofErr w:type="gramStart"/>
      <w:r>
        <w:rPr>
          <w:rFonts w:ascii="仿宋" w:eastAsia="仿宋" w:hAnsi="仿宋"/>
          <w:sz w:val="32"/>
          <w:lang w:eastAsia="zh-CN"/>
        </w:rPr>
        <w:t>幸</w:t>
      </w:r>
      <w:proofErr w:type="gramEnd"/>
      <w:r>
        <w:rPr>
          <w:rFonts w:ascii="仿宋" w:eastAsia="仿宋" w:hAnsi="仿宋"/>
          <w:sz w:val="32"/>
          <w:lang w:eastAsia="zh-CN"/>
        </w:rPr>
        <w:t>不如命。齐国国君将侵占的鲁国土地归还了鲁国。好。好啊。</w:t>
      </w:r>
      <w:proofErr w:type="gramStart"/>
      <w:r>
        <w:rPr>
          <w:rFonts w:ascii="仿宋" w:eastAsia="仿宋" w:hAnsi="仿宋"/>
          <w:sz w:val="32"/>
          <w:lang w:eastAsia="zh-CN"/>
        </w:rPr>
        <w:t>詹姆</w:t>
      </w:r>
      <w:proofErr w:type="gramEnd"/>
      <w:r>
        <w:rPr>
          <w:rFonts w:ascii="仿宋" w:eastAsia="仿宋" w:hAnsi="仿宋"/>
          <w:sz w:val="32"/>
          <w:lang w:eastAsia="zh-CN"/>
        </w:rPr>
        <w:t>斯的才能我佩服。佩服。哈哈</w:t>
      </w:r>
      <w:proofErr w:type="gramStart"/>
      <w:r>
        <w:rPr>
          <w:rFonts w:ascii="仿宋" w:eastAsia="仿宋" w:hAnsi="仿宋"/>
          <w:sz w:val="32"/>
          <w:lang w:eastAsia="zh-CN"/>
        </w:rPr>
        <w:t>哈</w:t>
      </w:r>
      <w:proofErr w:type="gramEnd"/>
      <w:r>
        <w:rPr>
          <w:rFonts w:ascii="仿宋" w:eastAsia="仿宋" w:hAnsi="仿宋"/>
          <w:sz w:val="32"/>
          <w:lang w:eastAsia="zh-CN"/>
        </w:rPr>
        <w:t>。是啊，这位后生我见过。夫子，这位是我新认识的朋友。晚辈撒贝宁是来自2000多年之后的一个读书人。特来拜见夫子和诸位先生。2000多年以后，是的，</w:t>
      </w:r>
    </w:p>
    <w:p w14:paraId="71FABD50" w14:textId="77777777" w:rsidR="00E87C95" w:rsidRDefault="00000000">
      <w:pPr>
        <w:spacing w:after="0" w:line="579" w:lineRule="exact"/>
        <w:ind w:firstLine="640"/>
        <w:rPr>
          <w:lang w:eastAsia="zh-CN"/>
        </w:rPr>
      </w:pPr>
      <w:r>
        <w:rPr>
          <w:rFonts w:ascii="仿宋" w:eastAsia="仿宋" w:hAnsi="仿宋"/>
          <w:sz w:val="32"/>
          <w:lang w:eastAsia="zh-CN"/>
        </w:rPr>
        <w:t>那是什么光景啊？那是一个。人人可以读书的时代。人人可做，猪人可做。兵夫子此事非虚，弟子亲眼所见呐。人人可以读书。那是我向往的。你们读什么书啊？我在读《论语》。《论语》。夫子和诸位先生的言行以及思想。在后世集合成为一部典籍称为《论语》。《论语》的思想是中华民族精神和智慧的源泉。</w:t>
      </w:r>
    </w:p>
    <w:p w14:paraId="3B3DA60A" w14:textId="77777777" w:rsidR="00E87C95" w:rsidRDefault="00000000">
      <w:pPr>
        <w:spacing w:after="0" w:line="579" w:lineRule="exact"/>
        <w:ind w:firstLine="640"/>
        <w:rPr>
          <w:lang w:eastAsia="zh-CN"/>
        </w:rPr>
      </w:pPr>
      <w:r>
        <w:rPr>
          <w:rFonts w:ascii="仿宋" w:eastAsia="仿宋" w:hAnsi="仿宋"/>
          <w:sz w:val="32"/>
          <w:lang w:eastAsia="zh-CN"/>
        </w:rPr>
        <w:t>影响了后世2000多年呀。我们从小就读。那你从《论语》里读出了什么？读到了。人生追求。</w:t>
      </w:r>
      <w:proofErr w:type="gramStart"/>
      <w:r>
        <w:rPr>
          <w:rFonts w:ascii="仿宋" w:eastAsia="仿宋" w:hAnsi="仿宋"/>
          <w:sz w:val="32"/>
          <w:lang w:eastAsia="zh-CN"/>
        </w:rPr>
        <w:t>仁以为</w:t>
      </w:r>
      <w:proofErr w:type="gramEnd"/>
      <w:r>
        <w:rPr>
          <w:rFonts w:ascii="仿宋" w:eastAsia="仿宋" w:hAnsi="仿宋"/>
          <w:sz w:val="32"/>
          <w:lang w:eastAsia="zh-CN"/>
        </w:rPr>
        <w:t>己任。</w:t>
      </w:r>
      <w:proofErr w:type="gramStart"/>
      <w:r>
        <w:rPr>
          <w:rFonts w:ascii="仿宋" w:eastAsia="仿宋" w:hAnsi="仿宋"/>
          <w:sz w:val="32"/>
          <w:lang w:eastAsia="zh-CN"/>
        </w:rPr>
        <w:t>修己安人</w:t>
      </w:r>
      <w:proofErr w:type="gramEnd"/>
      <w:r>
        <w:rPr>
          <w:rFonts w:ascii="仿宋" w:eastAsia="仿宋" w:hAnsi="仿宋"/>
          <w:sz w:val="32"/>
          <w:lang w:eastAsia="zh-CN"/>
        </w:rPr>
        <w:t>，安百姓。提高自己的修养，让更多的人得到安乐。好，你读的好。还有呢？我们还读到了忠恕之道。己所不欲。</w:t>
      </w:r>
    </w:p>
    <w:p w14:paraId="4717B0C3" w14:textId="77777777" w:rsidR="00E87C95" w:rsidRDefault="00000000">
      <w:pPr>
        <w:spacing w:after="0" w:line="579" w:lineRule="exact"/>
        <w:ind w:firstLine="640"/>
        <w:rPr>
          <w:lang w:eastAsia="zh-CN"/>
        </w:rPr>
      </w:pPr>
      <w:r>
        <w:rPr>
          <w:rFonts w:ascii="仿宋" w:eastAsia="仿宋" w:hAnsi="仿宋"/>
          <w:sz w:val="32"/>
          <w:lang w:eastAsia="zh-CN"/>
        </w:rPr>
        <w:t>勿施于人。己欲立而立人，己欲达而达人。做到推己及人。这些都是夫子教导我的我。后生还有吗？我们读《论语》。还读到了如何为人。为人应当，孝</w:t>
      </w:r>
      <w:proofErr w:type="gramStart"/>
      <w:r>
        <w:rPr>
          <w:rFonts w:ascii="仿宋" w:eastAsia="仿宋" w:hAnsi="仿宋"/>
          <w:sz w:val="32"/>
          <w:lang w:eastAsia="zh-CN"/>
        </w:rPr>
        <w:t>涕</w:t>
      </w:r>
      <w:proofErr w:type="gramEnd"/>
      <w:r>
        <w:rPr>
          <w:rFonts w:ascii="仿宋" w:eastAsia="仿宋" w:hAnsi="仿宋"/>
          <w:sz w:val="32"/>
          <w:lang w:eastAsia="zh-CN"/>
        </w:rPr>
        <w:t>忠信。温良恭俭让。你读得太好了。夫子，您追求的大道。传下去了。</w:t>
      </w:r>
    </w:p>
    <w:p w14:paraId="72E50E97" w14:textId="77777777" w:rsidR="00E87C95" w:rsidRDefault="00000000">
      <w:pPr>
        <w:spacing w:after="0" w:line="579" w:lineRule="exact"/>
        <w:ind w:firstLine="640"/>
        <w:rPr>
          <w:lang w:eastAsia="zh-CN"/>
        </w:rPr>
      </w:pPr>
      <w:r>
        <w:rPr>
          <w:rFonts w:ascii="仿宋" w:eastAsia="仿宋" w:hAnsi="仿宋"/>
          <w:sz w:val="32"/>
          <w:lang w:eastAsia="zh-CN"/>
        </w:rPr>
        <w:lastRenderedPageBreak/>
        <w:t>是啊，君子有道。不忧贫。现在啊，我没有什么可以忧虑的了。</w:t>
      </w:r>
      <w:proofErr w:type="gramStart"/>
      <w:r>
        <w:rPr>
          <w:rFonts w:ascii="仿宋" w:eastAsia="仿宋" w:hAnsi="仿宋"/>
          <w:sz w:val="32"/>
          <w:lang w:eastAsia="zh-CN"/>
        </w:rPr>
        <w:t>撒君可否</w:t>
      </w:r>
      <w:proofErr w:type="gramEnd"/>
      <w:r>
        <w:rPr>
          <w:rFonts w:ascii="仿宋" w:eastAsia="仿宋" w:hAnsi="仿宋"/>
          <w:sz w:val="32"/>
          <w:lang w:eastAsia="zh-CN"/>
        </w:rPr>
        <w:t>让夫子和诸位同门？一起看一看。这《论语》在。后世的流传呐，这正是我此行的目的。夫子诸位。请哦。夫子及诸位的思想学说，在后世被称为儒学，影响深远。</w:t>
      </w:r>
    </w:p>
    <w:p w14:paraId="586DAA52" w14:textId="77777777" w:rsidR="00E87C95" w:rsidRDefault="00000000">
      <w:pPr>
        <w:spacing w:after="0" w:line="579" w:lineRule="exact"/>
        <w:ind w:firstLine="640"/>
        <w:rPr>
          <w:lang w:eastAsia="zh-CN"/>
        </w:rPr>
      </w:pPr>
      <w:r>
        <w:rPr>
          <w:rFonts w:ascii="仿宋" w:eastAsia="仿宋" w:hAnsi="仿宋"/>
          <w:sz w:val="32"/>
          <w:lang w:eastAsia="zh-CN"/>
        </w:rPr>
        <w:t>民为贵，社稷次之，君为轻。民贵君轻。说得好啊。此为何人。此人名叫孟轲。后世尊！他为孟子。他传承儒学，并将其发扬光大。生亦我所欲也，义亦我所欲也，二者不可得兼，</w:t>
      </w:r>
      <w:proofErr w:type="gramStart"/>
      <w:r>
        <w:rPr>
          <w:rFonts w:ascii="仿宋" w:eastAsia="仿宋" w:hAnsi="仿宋"/>
          <w:sz w:val="32"/>
          <w:lang w:eastAsia="zh-CN"/>
        </w:rPr>
        <w:t>舍生</w:t>
      </w:r>
      <w:proofErr w:type="gramEnd"/>
      <w:r>
        <w:rPr>
          <w:rFonts w:ascii="仿宋" w:eastAsia="仿宋" w:hAnsi="仿宋"/>
          <w:sz w:val="32"/>
          <w:lang w:eastAsia="zh-CN"/>
        </w:rPr>
        <w:t>而取义者也，</w:t>
      </w:r>
    </w:p>
    <w:p w14:paraId="022BE22F" w14:textId="77777777" w:rsidR="00E87C95" w:rsidRDefault="00000000">
      <w:pPr>
        <w:spacing w:after="0" w:line="579" w:lineRule="exact"/>
        <w:ind w:firstLine="640"/>
        <w:rPr>
          <w:lang w:eastAsia="zh-CN"/>
        </w:rPr>
      </w:pPr>
      <w:r>
        <w:rPr>
          <w:rFonts w:ascii="仿宋" w:eastAsia="仿宋" w:hAnsi="仿宋"/>
          <w:sz w:val="32"/>
          <w:lang w:eastAsia="zh-CN"/>
        </w:rPr>
        <w:t>我说过。杀身成仁，他说</w:t>
      </w:r>
      <w:proofErr w:type="gramStart"/>
      <w:r>
        <w:rPr>
          <w:rFonts w:ascii="仿宋" w:eastAsia="仿宋" w:hAnsi="仿宋"/>
          <w:sz w:val="32"/>
          <w:lang w:eastAsia="zh-CN"/>
        </w:rPr>
        <w:t>舍生</w:t>
      </w:r>
      <w:proofErr w:type="gramEnd"/>
      <w:r>
        <w:rPr>
          <w:rFonts w:ascii="仿宋" w:eastAsia="仿宋" w:hAnsi="仿宋"/>
          <w:sz w:val="32"/>
          <w:lang w:eastAsia="zh-CN"/>
        </w:rPr>
        <w:t>而取义。好啊，《论语注》。要在世上长久留传。解释其意。应与</w:t>
      </w:r>
      <w:proofErr w:type="gramStart"/>
      <w:r>
        <w:rPr>
          <w:rFonts w:ascii="仿宋" w:eastAsia="仿宋" w:hAnsi="仿宋"/>
          <w:sz w:val="32"/>
          <w:lang w:eastAsia="zh-CN"/>
        </w:rPr>
        <w:t>时携行</w:t>
      </w:r>
      <w:proofErr w:type="gramEnd"/>
      <w:r>
        <w:rPr>
          <w:rFonts w:ascii="仿宋" w:eastAsia="仿宋" w:hAnsi="仿宋"/>
          <w:sz w:val="32"/>
          <w:lang w:eastAsia="zh-CN"/>
        </w:rPr>
        <w:t>。</w:t>
      </w:r>
      <w:proofErr w:type="gramStart"/>
      <w:r>
        <w:rPr>
          <w:rFonts w:ascii="仿宋" w:eastAsia="仿宋" w:hAnsi="仿宋"/>
          <w:sz w:val="32"/>
          <w:lang w:eastAsia="zh-CN"/>
        </w:rPr>
        <w:t>不强做</w:t>
      </w:r>
      <w:proofErr w:type="gramEnd"/>
      <w:r>
        <w:rPr>
          <w:rFonts w:ascii="仿宋" w:eastAsia="仿宋" w:hAnsi="仿宋"/>
          <w:sz w:val="32"/>
          <w:lang w:eastAsia="zh-CN"/>
        </w:rPr>
        <w:t>结论。留给后世。解读评说。此人是谁？何为《论语》著此人，名叫郑玄，是在您600多年之后的汉朝儒生。</w:t>
      </w:r>
    </w:p>
    <w:p w14:paraId="6890E91B" w14:textId="77777777" w:rsidR="00E87C95" w:rsidRDefault="00000000">
      <w:pPr>
        <w:spacing w:after="0" w:line="579" w:lineRule="exact"/>
        <w:ind w:firstLine="640"/>
        <w:rPr>
          <w:lang w:eastAsia="zh-CN"/>
        </w:rPr>
      </w:pPr>
      <w:r>
        <w:rPr>
          <w:rFonts w:ascii="仿宋" w:eastAsia="仿宋" w:hAnsi="仿宋"/>
          <w:sz w:val="32"/>
          <w:lang w:eastAsia="zh-CN"/>
        </w:rPr>
        <w:t>他为《论语》的内容做了注解。方便世人的学习与时</w:t>
      </w:r>
      <w:proofErr w:type="gramStart"/>
      <w:r>
        <w:rPr>
          <w:rFonts w:ascii="仿宋" w:eastAsia="仿宋" w:hAnsi="仿宋"/>
          <w:sz w:val="32"/>
          <w:lang w:eastAsia="zh-CN"/>
        </w:rPr>
        <w:t>谐</w:t>
      </w:r>
      <w:proofErr w:type="gramEnd"/>
      <w:r>
        <w:rPr>
          <w:rFonts w:ascii="仿宋" w:eastAsia="仿宋" w:hAnsi="仿宋"/>
          <w:sz w:val="32"/>
          <w:lang w:eastAsia="zh-CN"/>
        </w:rPr>
        <w:t>行。做学问应该是这样。我以民为本。设计亦为民而利。国家以黎明为根本，也是为黎明而设立。说得好啊。他是谁？这是在您1600多年之后的儒学重要传承人。生于南宋，叫朱熹。他用了将近40年时间，为儒家经典作著，其中就有《论语集注》。</w:t>
      </w:r>
    </w:p>
    <w:p w14:paraId="1A4BAE52" w14:textId="77777777" w:rsidR="00E87C95" w:rsidRDefault="00000000">
      <w:pPr>
        <w:spacing w:after="0" w:line="579" w:lineRule="exact"/>
        <w:ind w:firstLine="640"/>
        <w:rPr>
          <w:lang w:eastAsia="zh-CN"/>
        </w:rPr>
      </w:pPr>
      <w:r>
        <w:rPr>
          <w:rFonts w:ascii="仿宋" w:eastAsia="仿宋" w:hAnsi="仿宋"/>
          <w:sz w:val="32"/>
          <w:lang w:eastAsia="zh-CN"/>
        </w:rPr>
        <w:t>天不生仲尼，万古如长夜，朱熹对夫子极为仰慕。过誉，过誉。在</w:t>
      </w:r>
      <w:proofErr w:type="gramStart"/>
      <w:r>
        <w:rPr>
          <w:rFonts w:ascii="仿宋" w:eastAsia="仿宋" w:hAnsi="仿宋"/>
          <w:sz w:val="32"/>
          <w:lang w:eastAsia="zh-CN"/>
        </w:rPr>
        <w:t>后世读</w:t>
      </w:r>
      <w:proofErr w:type="gramEnd"/>
      <w:r>
        <w:rPr>
          <w:rFonts w:ascii="仿宋" w:eastAsia="仿宋" w:hAnsi="仿宋"/>
          <w:sz w:val="32"/>
          <w:lang w:eastAsia="zh-CN"/>
        </w:rPr>
        <w:t>《论语》的人还不仅仅是华夏子孙。您看这位我在东方著作中找到一位女主啊，在2000多年前编造的人</w:t>
      </w:r>
      <w:r>
        <w:rPr>
          <w:rFonts w:ascii="仿宋" w:eastAsia="仿宋" w:hAnsi="仿宋"/>
          <w:sz w:val="32"/>
          <w:lang w:eastAsia="zh-CN"/>
        </w:rPr>
        <w:lastRenderedPageBreak/>
        <w:t>们和幸福的生活。他是谁？什么人？此人名叫伏尔泰，是在您2000多年之后，法国的一个著名的启蒙思想家。《论语》的思想启发了伏尔泰。《论语》中的己所不欲，不是有人应该成为所有人的座右铭，</w:t>
      </w:r>
    </w:p>
    <w:p w14:paraId="646B2D6B" w14:textId="77777777" w:rsidR="00E87C95" w:rsidRDefault="00000000">
      <w:pPr>
        <w:spacing w:after="0" w:line="579" w:lineRule="exact"/>
        <w:ind w:firstLine="640"/>
        <w:rPr>
          <w:lang w:eastAsia="zh-CN"/>
        </w:rPr>
      </w:pPr>
      <w:r>
        <w:rPr>
          <w:rFonts w:ascii="仿宋" w:eastAsia="仿宋" w:hAnsi="仿宋"/>
          <w:sz w:val="32"/>
          <w:lang w:eastAsia="zh-CN"/>
        </w:rPr>
        <w:t>己所不欲，勿施于人，这个思想在18世纪末还曾被写进法国的人权宣言。但是《论语》在世界范围内的传播远不止于此。《论语》的思想传到了。朝鲜，韩国，日本，越南，俄罗斯，美国，英国，德国等很多的国家。据不完全统计，到目前为止，</w:t>
      </w:r>
    </w:p>
    <w:p w14:paraId="7EBA5375" w14:textId="77777777" w:rsidR="00E87C95" w:rsidRDefault="00000000">
      <w:pPr>
        <w:spacing w:after="0" w:line="579" w:lineRule="exact"/>
        <w:ind w:firstLine="640"/>
        <w:rPr>
          <w:lang w:eastAsia="zh-CN"/>
        </w:rPr>
      </w:pPr>
      <w:r>
        <w:rPr>
          <w:rFonts w:ascii="仿宋" w:eastAsia="仿宋" w:hAnsi="仿宋"/>
          <w:sz w:val="32"/>
          <w:lang w:eastAsia="zh-CN"/>
        </w:rPr>
        <w:t>《论语》在全世界有40多种语言的译本。在二零一九年，法国把他们在一六八八年出版的首部《论语导读》的法文版原著。作为国礼送给了中国。您和您的学生当年周游列国。现在《论语》带着中国古代的思想和智慧。周游世界了。确实没有想到啊。《论语》影响了那么多人的。正如夫子所言。德不孤，必有邻。得不哭。必有邻。</w:t>
      </w:r>
      <w:proofErr w:type="gramStart"/>
      <w:r>
        <w:rPr>
          <w:rFonts w:ascii="仿宋" w:eastAsia="仿宋" w:hAnsi="仿宋"/>
          <w:sz w:val="32"/>
          <w:lang w:eastAsia="zh-CN"/>
        </w:rPr>
        <w:t>感谢撒君让</w:t>
      </w:r>
      <w:proofErr w:type="gramEnd"/>
      <w:r>
        <w:rPr>
          <w:rFonts w:ascii="仿宋" w:eastAsia="仿宋" w:hAnsi="仿宋"/>
          <w:sz w:val="32"/>
          <w:lang w:eastAsia="zh-CN"/>
        </w:rPr>
        <w:t>我。</w:t>
      </w:r>
    </w:p>
    <w:p w14:paraId="4D20BDCB" w14:textId="77777777" w:rsidR="00E87C95" w:rsidRDefault="00000000">
      <w:pPr>
        <w:spacing w:after="0" w:line="579" w:lineRule="exact"/>
        <w:ind w:firstLine="640"/>
        <w:rPr>
          <w:lang w:eastAsia="zh-CN"/>
        </w:rPr>
      </w:pPr>
      <w:r>
        <w:rPr>
          <w:rFonts w:ascii="仿宋" w:eastAsia="仿宋" w:hAnsi="仿宋"/>
          <w:sz w:val="32"/>
          <w:lang w:eastAsia="zh-CN"/>
        </w:rPr>
        <w:t>知道这些。这是我们后世读书人的荣幸。颜回呀。仲由。你们要是在。该多好啊。夫子他一直对子曰，兄父子问兄。有这位置，我经常在想。如果我们可以回到。刚刚拜夫子为师的时候，回到年轻的时候，那该多好啊。那时啊，</w:t>
      </w:r>
    </w:p>
    <w:p w14:paraId="7C1DEC2F" w14:textId="77777777" w:rsidR="00E87C95" w:rsidRDefault="00000000">
      <w:pPr>
        <w:spacing w:after="0" w:line="579" w:lineRule="exact"/>
        <w:ind w:firstLine="640"/>
        <w:rPr>
          <w:lang w:eastAsia="zh-CN"/>
        </w:rPr>
      </w:pPr>
      <w:r>
        <w:rPr>
          <w:rFonts w:ascii="仿宋" w:eastAsia="仿宋" w:hAnsi="仿宋"/>
          <w:sz w:val="32"/>
          <w:lang w:eastAsia="zh-CN"/>
        </w:rPr>
        <w:t>我年轻。你们。更年轻。弟子拜见我。夫子学而时习之。不抑郁。有朋自远方来。不亦乐乎。认识一下。在下颜回字</w:t>
      </w:r>
      <w:r>
        <w:rPr>
          <w:rFonts w:ascii="仿宋" w:eastAsia="仿宋" w:hAnsi="仿宋"/>
          <w:sz w:val="32"/>
          <w:lang w:eastAsia="zh-CN"/>
        </w:rPr>
        <w:lastRenderedPageBreak/>
        <w:t>子渊。子曰，人不知而不</w:t>
      </w:r>
      <w:proofErr w:type="gramStart"/>
      <w:r>
        <w:rPr>
          <w:rFonts w:ascii="仿宋" w:eastAsia="仿宋" w:hAnsi="仿宋"/>
          <w:sz w:val="32"/>
          <w:lang w:eastAsia="zh-CN"/>
        </w:rPr>
        <w:t>愠</w:t>
      </w:r>
      <w:proofErr w:type="gramEnd"/>
      <w:r>
        <w:rPr>
          <w:rFonts w:ascii="仿宋" w:eastAsia="仿宋" w:hAnsi="仿宋"/>
          <w:sz w:val="32"/>
          <w:lang w:eastAsia="zh-CN"/>
        </w:rPr>
        <w:t>，不亦君子乎！在</w:t>
      </w:r>
      <w:proofErr w:type="gramStart"/>
      <w:r>
        <w:rPr>
          <w:rFonts w:ascii="仿宋" w:eastAsia="仿宋" w:hAnsi="仿宋"/>
          <w:sz w:val="32"/>
          <w:lang w:eastAsia="zh-CN"/>
        </w:rPr>
        <w:t>下仲由自</w:t>
      </w:r>
      <w:proofErr w:type="gramEnd"/>
      <w:r>
        <w:rPr>
          <w:rFonts w:ascii="仿宋" w:eastAsia="仿宋" w:hAnsi="仿宋"/>
          <w:sz w:val="32"/>
          <w:lang w:eastAsia="zh-CN"/>
        </w:rPr>
        <w:t>。子路子路，</w:t>
      </w:r>
    </w:p>
    <w:p w14:paraId="22FAC64E" w14:textId="77777777" w:rsidR="00E87C95" w:rsidRDefault="00000000">
      <w:pPr>
        <w:spacing w:after="0" w:line="579" w:lineRule="exact"/>
        <w:ind w:firstLine="640"/>
        <w:rPr>
          <w:lang w:eastAsia="zh-CN"/>
        </w:rPr>
      </w:pPr>
      <w:r>
        <w:rPr>
          <w:rFonts w:ascii="仿宋" w:eastAsia="仿宋" w:hAnsi="仿宋"/>
          <w:sz w:val="32"/>
          <w:lang w:eastAsia="zh-CN"/>
        </w:rPr>
        <w:t>刚才。多有得罪。呵呵</w:t>
      </w:r>
      <w:proofErr w:type="gramStart"/>
      <w:r>
        <w:rPr>
          <w:rFonts w:ascii="仿宋" w:eastAsia="仿宋" w:hAnsi="仿宋"/>
          <w:sz w:val="32"/>
          <w:lang w:eastAsia="zh-CN"/>
        </w:rPr>
        <w:t>呵</w:t>
      </w:r>
      <w:proofErr w:type="gramEnd"/>
      <w:r>
        <w:rPr>
          <w:rFonts w:ascii="仿宋" w:eastAsia="仿宋" w:hAnsi="仿宋"/>
          <w:sz w:val="32"/>
          <w:lang w:eastAsia="zh-CN"/>
        </w:rPr>
        <w:t>。三人行。必有我师也。三人行必有我师焉。从今日起。我们就一起学习吧。</w:t>
      </w:r>
      <w:proofErr w:type="gramStart"/>
      <w:r>
        <w:rPr>
          <w:rFonts w:ascii="仿宋" w:eastAsia="仿宋" w:hAnsi="仿宋"/>
          <w:sz w:val="32"/>
          <w:lang w:eastAsia="zh-CN"/>
        </w:rPr>
        <w:t>至尊乌子教诲</w:t>
      </w:r>
      <w:proofErr w:type="gramEnd"/>
      <w:r>
        <w:rPr>
          <w:rFonts w:ascii="仿宋" w:eastAsia="仿宋" w:hAnsi="仿宋"/>
          <w:sz w:val="32"/>
          <w:lang w:eastAsia="zh-CN"/>
        </w:rPr>
        <w:t>。今日有几句话，大家一定要记住。弟子谨记。学而时习之。不亦说乎。有朋自远方，</w:t>
      </w:r>
    </w:p>
    <w:p w14:paraId="0996624D" w14:textId="77777777" w:rsidR="00E87C95" w:rsidRDefault="00000000">
      <w:pPr>
        <w:spacing w:after="0" w:line="579" w:lineRule="exact"/>
        <w:ind w:firstLine="640"/>
        <w:rPr>
          <w:lang w:eastAsia="zh-CN"/>
        </w:rPr>
      </w:pPr>
      <w:r>
        <w:rPr>
          <w:rFonts w:ascii="仿宋" w:eastAsia="仿宋" w:hAnsi="仿宋"/>
          <w:sz w:val="32"/>
          <w:lang w:eastAsia="zh-CN"/>
        </w:rPr>
        <w:t>来不亦乐乎。人不知而不</w:t>
      </w:r>
      <w:proofErr w:type="gramStart"/>
      <w:r>
        <w:rPr>
          <w:rFonts w:ascii="仿宋" w:eastAsia="仿宋" w:hAnsi="仿宋"/>
          <w:sz w:val="32"/>
          <w:lang w:eastAsia="zh-CN"/>
        </w:rPr>
        <w:t>愠</w:t>
      </w:r>
      <w:proofErr w:type="gramEnd"/>
      <w:r>
        <w:rPr>
          <w:rFonts w:ascii="仿宋" w:eastAsia="仿宋" w:hAnsi="仿宋"/>
          <w:sz w:val="32"/>
          <w:lang w:eastAsia="zh-CN"/>
        </w:rPr>
        <w:t>。不亦君子乎？</w:t>
      </w:r>
      <w:proofErr w:type="gramStart"/>
      <w:r>
        <w:rPr>
          <w:rFonts w:ascii="仿宋" w:eastAsia="仿宋" w:hAnsi="仿宋"/>
          <w:sz w:val="32"/>
          <w:lang w:eastAsia="zh-CN"/>
        </w:rPr>
        <w:t>而时习之</w:t>
      </w:r>
      <w:proofErr w:type="gramEnd"/>
      <w:r>
        <w:rPr>
          <w:rFonts w:ascii="仿宋" w:eastAsia="仿宋" w:hAnsi="仿宋"/>
          <w:sz w:val="32"/>
          <w:lang w:eastAsia="zh-CN"/>
        </w:rPr>
        <w:t>。不亦说乎。有朋自远方来。不亦乐乎。人不知而不</w:t>
      </w:r>
      <w:proofErr w:type="gramStart"/>
      <w:r>
        <w:rPr>
          <w:rFonts w:ascii="仿宋" w:eastAsia="仿宋" w:hAnsi="仿宋"/>
          <w:sz w:val="32"/>
          <w:lang w:eastAsia="zh-CN"/>
        </w:rPr>
        <w:t>愠</w:t>
      </w:r>
      <w:proofErr w:type="gramEnd"/>
      <w:r>
        <w:rPr>
          <w:rFonts w:ascii="仿宋" w:eastAsia="仿宋" w:hAnsi="仿宋"/>
          <w:sz w:val="32"/>
          <w:lang w:eastAsia="zh-CN"/>
        </w:rPr>
        <w:t>，不亦君子乎？学而时习之，不亦说乎？有朋自远方，来不亦乐乎。吾亦乐乎？人不知。</w:t>
      </w:r>
    </w:p>
    <w:p w14:paraId="6945CDC8" w14:textId="77777777" w:rsidR="00E87C95" w:rsidRDefault="00000000">
      <w:pPr>
        <w:spacing w:after="0" w:line="579" w:lineRule="exact"/>
        <w:ind w:firstLine="640"/>
        <w:rPr>
          <w:lang w:eastAsia="zh-CN"/>
        </w:rPr>
      </w:pPr>
      <w:r>
        <w:rPr>
          <w:rFonts w:ascii="仿宋" w:eastAsia="仿宋" w:hAnsi="仿宋"/>
          <w:sz w:val="32"/>
          <w:lang w:eastAsia="zh-CN"/>
        </w:rPr>
        <w:t>而不</w:t>
      </w:r>
      <w:proofErr w:type="gramStart"/>
      <w:r>
        <w:rPr>
          <w:rFonts w:ascii="仿宋" w:eastAsia="仿宋" w:hAnsi="仿宋"/>
          <w:sz w:val="32"/>
          <w:lang w:eastAsia="zh-CN"/>
        </w:rPr>
        <w:t>蕴</w:t>
      </w:r>
      <w:proofErr w:type="gramEnd"/>
      <w:r>
        <w:rPr>
          <w:rFonts w:ascii="仿宋" w:eastAsia="仿宋" w:hAnsi="仿宋"/>
          <w:sz w:val="32"/>
          <w:lang w:eastAsia="zh-CN"/>
        </w:rPr>
        <w:t>不亦君子乎？人不知而不</w:t>
      </w:r>
      <w:proofErr w:type="gramStart"/>
      <w:r>
        <w:rPr>
          <w:rFonts w:ascii="仿宋" w:eastAsia="仿宋" w:hAnsi="仿宋"/>
          <w:sz w:val="32"/>
          <w:lang w:eastAsia="zh-CN"/>
        </w:rPr>
        <w:t>愠</w:t>
      </w:r>
      <w:proofErr w:type="gramEnd"/>
      <w:r>
        <w:rPr>
          <w:rFonts w:ascii="仿宋" w:eastAsia="仿宋" w:hAnsi="仿宋"/>
          <w:sz w:val="32"/>
          <w:lang w:eastAsia="zh-CN"/>
        </w:rPr>
        <w:t>，不亦君子。学而时习。不亦说乎。</w:t>
      </w:r>
      <w:proofErr w:type="gramStart"/>
      <w:r>
        <w:rPr>
          <w:rFonts w:ascii="仿宋" w:eastAsia="仿宋" w:hAnsi="仿宋"/>
          <w:sz w:val="32"/>
          <w:lang w:eastAsia="zh-CN"/>
        </w:rPr>
        <w:t>时习之</w:t>
      </w:r>
      <w:proofErr w:type="gramEnd"/>
      <w:r>
        <w:rPr>
          <w:rFonts w:ascii="仿宋" w:eastAsia="仿宋" w:hAnsi="仿宋"/>
          <w:sz w:val="32"/>
          <w:lang w:eastAsia="zh-CN"/>
        </w:rPr>
        <w:t>，不亦说乎？有朋自远方，来不亦乐乎。有朋自远方来。不亦乐乎。人不知而不</w:t>
      </w:r>
      <w:proofErr w:type="gramStart"/>
      <w:r>
        <w:rPr>
          <w:rFonts w:ascii="仿宋" w:eastAsia="仿宋" w:hAnsi="仿宋"/>
          <w:sz w:val="32"/>
          <w:lang w:eastAsia="zh-CN"/>
        </w:rPr>
        <w:t>愠</w:t>
      </w:r>
      <w:proofErr w:type="gramEnd"/>
      <w:r>
        <w:rPr>
          <w:rFonts w:ascii="仿宋" w:eastAsia="仿宋" w:hAnsi="仿宋"/>
          <w:sz w:val="32"/>
          <w:lang w:eastAsia="zh-CN"/>
        </w:rPr>
        <w:t>，不亦君子乎？不亦君子乎？有朋自远方，</w:t>
      </w:r>
    </w:p>
    <w:p w14:paraId="35F45922" w14:textId="77777777" w:rsidR="00E87C95" w:rsidRDefault="00000000">
      <w:pPr>
        <w:spacing w:after="0" w:line="579" w:lineRule="exact"/>
        <w:ind w:firstLine="640"/>
        <w:rPr>
          <w:lang w:eastAsia="zh-CN"/>
        </w:rPr>
      </w:pPr>
      <w:r>
        <w:rPr>
          <w:rFonts w:ascii="仿宋" w:eastAsia="仿宋" w:hAnsi="仿宋"/>
          <w:sz w:val="32"/>
          <w:lang w:eastAsia="zh-CN"/>
        </w:rPr>
        <w:t>来不亦乐乎人不知。不亦君子乎？刚才</w:t>
      </w:r>
      <w:proofErr w:type="gramStart"/>
      <w:r>
        <w:rPr>
          <w:rFonts w:ascii="仿宋" w:eastAsia="仿宋" w:hAnsi="仿宋"/>
          <w:sz w:val="32"/>
          <w:lang w:eastAsia="zh-CN"/>
        </w:rPr>
        <w:t>这个剧我看</w:t>
      </w:r>
      <w:proofErr w:type="gramEnd"/>
      <w:r>
        <w:rPr>
          <w:rFonts w:ascii="仿宋" w:eastAsia="仿宋" w:hAnsi="仿宋"/>
          <w:sz w:val="32"/>
          <w:lang w:eastAsia="zh-CN"/>
        </w:rPr>
        <w:t>的很感动，孔子讲了一句话，我曾经年轻过，在这个戏剧的结尾呢。孔子和弟子们回到了他们年轻的那个时候，孔子的声音。穿越了2000多年。学而时习之，不亦说乎？我们一代</w:t>
      </w:r>
      <w:proofErr w:type="gramStart"/>
      <w:r>
        <w:rPr>
          <w:rFonts w:ascii="仿宋" w:eastAsia="仿宋" w:hAnsi="仿宋"/>
          <w:sz w:val="32"/>
          <w:lang w:eastAsia="zh-CN"/>
        </w:rPr>
        <w:t>一代</w:t>
      </w:r>
      <w:proofErr w:type="gramEnd"/>
      <w:r>
        <w:rPr>
          <w:rFonts w:ascii="仿宋" w:eastAsia="仿宋" w:hAnsi="仿宋"/>
          <w:sz w:val="32"/>
          <w:lang w:eastAsia="zh-CN"/>
        </w:rPr>
        <w:t>的在读《论语》，就是在跟着孔子学习。这样的学习不亦悦乎。</w:t>
      </w:r>
      <w:proofErr w:type="gramStart"/>
      <w:r>
        <w:rPr>
          <w:rFonts w:ascii="仿宋" w:eastAsia="仿宋" w:hAnsi="仿宋"/>
          <w:sz w:val="32"/>
          <w:lang w:eastAsia="zh-CN"/>
        </w:rPr>
        <w:t>朱四之间</w:t>
      </w:r>
      <w:proofErr w:type="gramEnd"/>
      <w:r>
        <w:rPr>
          <w:rFonts w:ascii="仿宋" w:eastAsia="仿宋" w:hAnsi="仿宋"/>
          <w:sz w:val="32"/>
          <w:lang w:eastAsia="zh-CN"/>
        </w:rPr>
        <w:t>，</w:t>
      </w:r>
    </w:p>
    <w:p w14:paraId="7A0C4145" w14:textId="77777777" w:rsidR="00E87C95" w:rsidRDefault="00000000">
      <w:pPr>
        <w:spacing w:after="0" w:line="579" w:lineRule="exact"/>
        <w:ind w:firstLine="640"/>
        <w:rPr>
          <w:lang w:eastAsia="zh-CN"/>
        </w:rPr>
      </w:pPr>
      <w:r>
        <w:rPr>
          <w:rFonts w:ascii="仿宋" w:eastAsia="仿宋" w:hAnsi="仿宋"/>
          <w:sz w:val="32"/>
          <w:lang w:eastAsia="zh-CN"/>
        </w:rPr>
        <w:t>杏坛之上，蒋席不错，弦歌不错，我觉得这个呀，是咱们中国文化史上最。最动人的一幕了，这让我想起朱熹的那</w:t>
      </w:r>
      <w:r>
        <w:rPr>
          <w:rFonts w:ascii="仿宋" w:eastAsia="仿宋" w:hAnsi="仿宋"/>
          <w:sz w:val="32"/>
          <w:lang w:eastAsia="zh-CN"/>
        </w:rPr>
        <w:lastRenderedPageBreak/>
        <w:t>首春日来。胜日寻芳</w:t>
      </w:r>
      <w:proofErr w:type="gramStart"/>
      <w:r>
        <w:rPr>
          <w:rFonts w:ascii="仿宋" w:eastAsia="仿宋" w:hAnsi="仿宋"/>
          <w:sz w:val="32"/>
          <w:lang w:eastAsia="zh-CN"/>
        </w:rPr>
        <w:t>泗</w:t>
      </w:r>
      <w:proofErr w:type="gramEnd"/>
      <w:r>
        <w:rPr>
          <w:rFonts w:ascii="仿宋" w:eastAsia="仿宋" w:hAnsi="仿宋"/>
          <w:sz w:val="32"/>
          <w:lang w:eastAsia="zh-CN"/>
        </w:rPr>
        <w:t>水滨，无边光景一时新。等闲识得东风面，万紫千红总是春。我们看到的学到的还要传下去的，一切就是万紫千红总是春。《论语》是孔子思想的反映，</w:t>
      </w:r>
    </w:p>
    <w:p w14:paraId="4330DEB1" w14:textId="77777777" w:rsidR="00E87C95" w:rsidRDefault="00000000">
      <w:pPr>
        <w:spacing w:after="0" w:line="579" w:lineRule="exact"/>
        <w:ind w:firstLine="640"/>
        <w:rPr>
          <w:lang w:eastAsia="zh-CN"/>
        </w:rPr>
      </w:pPr>
      <w:r>
        <w:rPr>
          <w:rFonts w:ascii="仿宋" w:eastAsia="仿宋" w:hAnsi="仿宋"/>
          <w:sz w:val="32"/>
          <w:lang w:eastAsia="zh-CN"/>
        </w:rPr>
        <w:t>孔子谈到的仁者爱人的思想，他</w:t>
      </w:r>
      <w:proofErr w:type="gramStart"/>
      <w:r>
        <w:rPr>
          <w:rFonts w:ascii="仿宋" w:eastAsia="仿宋" w:hAnsi="仿宋"/>
          <w:sz w:val="32"/>
          <w:lang w:eastAsia="zh-CN"/>
        </w:rPr>
        <w:t>实际上谈仁之所以</w:t>
      </w:r>
      <w:proofErr w:type="gramEnd"/>
      <w:r>
        <w:rPr>
          <w:rFonts w:ascii="仿宋" w:eastAsia="仿宋" w:hAnsi="仿宋"/>
          <w:sz w:val="32"/>
          <w:lang w:eastAsia="zh-CN"/>
        </w:rPr>
        <w:t>为仁。我们今天读《论语》啊，实际上就是如何做人实现自己的人生价值。如何啊？能够为社会做更多的贡献。没错，孔子所开创的儒学承载了中华民族的文化血脉，对东亚各国也产生了广泛而深刻的影响。对18世纪欧洲启蒙运动也有过思想贡献。儒学提倡的仁者爱人。以德利人，天下为公。大同世界的思想，还有求同存异，</w:t>
      </w:r>
    </w:p>
    <w:p w14:paraId="44DBF20F" w14:textId="77777777" w:rsidR="00E87C95" w:rsidRDefault="00000000">
      <w:pPr>
        <w:spacing w:after="0" w:line="579" w:lineRule="exact"/>
        <w:ind w:firstLine="640"/>
        <w:rPr>
          <w:lang w:eastAsia="zh-CN"/>
        </w:rPr>
      </w:pPr>
      <w:r>
        <w:rPr>
          <w:rFonts w:ascii="仿宋" w:eastAsia="仿宋" w:hAnsi="仿宋"/>
          <w:sz w:val="32"/>
          <w:lang w:eastAsia="zh-CN"/>
        </w:rPr>
        <w:t>和而不同，和谐相处的思想。思想这些思想都早已走向世界，成为了人类文明的重要的组成。在未来也必将会发挥更大的作用。一部《论语》的流转传播史，也是儒家思想不断的回应时代自我，探索自我革新的过程。以《论语》为代表的中华文明的精华仍然在历史的时空中凝望着我，就让我们从中吸取心灵的力量。我的生命的智慧。古为今用，推陈出新，为往圣继绝学，为万世开太平。每天鲜活多一点，</w:t>
      </w:r>
    </w:p>
    <w:p w14:paraId="44E20769" w14:textId="77777777" w:rsidR="00E87C95" w:rsidRDefault="00000000">
      <w:pPr>
        <w:spacing w:after="0" w:line="579" w:lineRule="exact"/>
        <w:ind w:firstLine="640"/>
        <w:rPr>
          <w:lang w:eastAsia="zh-CN"/>
        </w:rPr>
      </w:pPr>
      <w:r>
        <w:rPr>
          <w:rFonts w:ascii="仿宋" w:eastAsia="仿宋" w:hAnsi="仿宋"/>
          <w:sz w:val="32"/>
          <w:lang w:eastAsia="zh-CN"/>
        </w:rPr>
        <w:t>本节目由更多鲜活营养的光明乳业独家冠名播出。光明乳业乐在新鲜。中国味，鲁花香。本节目由中国高端食用油引领者鲁花赞助播出。植物补益，读书有底气，感谢云南白药集团气血康口服液对本节目的赞助播出。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APP观看典籍里的中国完整视频专享幕后</w:t>
      </w:r>
      <w:r>
        <w:rPr>
          <w:rFonts w:ascii="仿宋" w:eastAsia="仿宋" w:hAnsi="仿宋"/>
          <w:sz w:val="32"/>
          <w:lang w:eastAsia="zh-CN"/>
        </w:rPr>
        <w:lastRenderedPageBreak/>
        <w:t>精彩内容。典籍里的中国由更多鲜活营养的光明乳业独家冠名播出，让典籍里的光明。点燃中国精神。让百年的匠心传承。温暖中国家庭。让更多的鲜活营养培育中国智慧，每天鲜活多一点光明。每天鲜活多一点，</w:t>
      </w:r>
    </w:p>
    <w:p w14:paraId="2E431871" w14:textId="77777777" w:rsidR="00E87C95" w:rsidRDefault="00000000">
      <w:pPr>
        <w:spacing w:after="0" w:line="579" w:lineRule="exact"/>
        <w:ind w:firstLine="640"/>
        <w:rPr>
          <w:lang w:eastAsia="zh-CN"/>
        </w:rPr>
      </w:pPr>
      <w:r>
        <w:rPr>
          <w:rFonts w:ascii="仿宋" w:eastAsia="仿宋" w:hAnsi="仿宋"/>
          <w:sz w:val="32"/>
          <w:lang w:eastAsia="zh-CN"/>
        </w:rPr>
        <w:t>本节目由更多鲜活营养的光明乳业独家冠名播出。光明乳业乐在新鲜。扫描屏幕上方二维码，下载央视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APP观看典籍里的中国完整视频专享。</w:t>
      </w:r>
    </w:p>
    <w:p w14:paraId="5F0D83F6" w14:textId="77777777" w:rsidR="00E87C95" w:rsidRDefault="00000000">
      <w:pPr>
        <w:rPr>
          <w:lang w:eastAsia="zh-CN"/>
        </w:rPr>
      </w:pPr>
      <w:r>
        <w:rPr>
          <w:lang w:eastAsia="zh-CN"/>
        </w:rPr>
        <w:br w:type="page"/>
      </w:r>
    </w:p>
    <w:p w14:paraId="248C5733" w14:textId="77777777" w:rsidR="00E87C95" w:rsidRDefault="00000000">
      <w:pPr>
        <w:spacing w:after="0" w:line="579" w:lineRule="exact"/>
        <w:jc w:val="center"/>
        <w:rPr>
          <w:lang w:eastAsia="zh-CN"/>
        </w:rPr>
      </w:pPr>
      <w:r>
        <w:rPr>
          <w:rFonts w:ascii="方正小标宋简体" w:eastAsia="方正小标宋简体" w:hAnsi="方正小标宋简体"/>
          <w:sz w:val="44"/>
          <w:lang w:eastAsia="zh-CN"/>
        </w:rPr>
        <w:lastRenderedPageBreak/>
        <w:t>第06集 《孙子兵法》</w:t>
      </w:r>
    </w:p>
    <w:p w14:paraId="36FA0968" w14:textId="77777777" w:rsidR="00E87C95" w:rsidRDefault="00000000">
      <w:pPr>
        <w:spacing w:after="0" w:line="579" w:lineRule="exact"/>
        <w:ind w:firstLine="640"/>
        <w:rPr>
          <w:lang w:eastAsia="zh-CN"/>
        </w:rPr>
      </w:pPr>
      <w:r>
        <w:rPr>
          <w:rFonts w:ascii="仿宋" w:eastAsia="仿宋" w:hAnsi="仿宋"/>
          <w:sz w:val="32"/>
          <w:lang w:eastAsia="zh-CN"/>
        </w:rPr>
        <w:t>今天在典籍里的中国，就让我们一起学读孙武所做的孙子兵法晚辈撒贝宁，因为读了您的书，特来请教。存亡之道，不可不察也。先生和伍子胥之间的情谊，千古长存。这部兵书肯定会流芳万世。一九七二年。中国山东。临沂银雀山。发现了一座西汉墓葬。老师，我刚大学毕业才20多岁，这些出土的竹简有2000多岁。</w:t>
      </w:r>
    </w:p>
    <w:p w14:paraId="3147B85E" w14:textId="77777777" w:rsidR="00E87C95" w:rsidRDefault="00000000">
      <w:pPr>
        <w:spacing w:after="0" w:line="579" w:lineRule="exact"/>
        <w:ind w:firstLine="640"/>
        <w:rPr>
          <w:lang w:eastAsia="zh-CN"/>
        </w:rPr>
      </w:pPr>
      <w:r>
        <w:rPr>
          <w:rFonts w:ascii="仿宋" w:eastAsia="仿宋" w:hAnsi="仿宋"/>
          <w:sz w:val="32"/>
          <w:lang w:eastAsia="zh-CN"/>
        </w:rPr>
        <w:t>齐桓公问管子曰，难以置信。这是先秦时期的史料啊。太珍贵了，竹简被运往北京，由专家建立。银雀山汉墓竹简的内容引起了国家的高度重视。国家文物局在北京专门设立了银雀山汉墓竹简整理小组。欢迎啊。欢迎你们加入银雀山汉墓竹简的研究工作，辛苦了，不辛苦啊。来。您看这根竹简。吴王问孙子曰。</w:t>
      </w:r>
    </w:p>
    <w:p w14:paraId="2778C2F8" w14:textId="77777777" w:rsidR="00E87C95" w:rsidRDefault="00000000">
      <w:pPr>
        <w:spacing w:after="0" w:line="579" w:lineRule="exact"/>
        <w:ind w:firstLine="640"/>
        <w:rPr>
          <w:lang w:eastAsia="zh-CN"/>
        </w:rPr>
      </w:pPr>
      <w:r>
        <w:rPr>
          <w:rFonts w:ascii="仿宋" w:eastAsia="仿宋" w:hAnsi="仿宋"/>
          <w:sz w:val="32"/>
          <w:lang w:eastAsia="zh-CN"/>
        </w:rPr>
        <w:t>再看这根竹简。齐威王问用兵孙子曰。老师，为什么有两个孙子？在中国历史上，春秋战国百家争鸣。诸子百家中，专门从事军事活动的，学派兵家诞生了许多著名的军事将领。据司马迁史记记载，在兵家中，有两位孙子。孙子，吾者，其人也。</w:t>
      </w:r>
    </w:p>
    <w:p w14:paraId="5EDC6F3F" w14:textId="77777777" w:rsidR="00E87C95" w:rsidRDefault="00000000">
      <w:pPr>
        <w:spacing w:after="0" w:line="579" w:lineRule="exact"/>
        <w:ind w:firstLine="640"/>
        <w:rPr>
          <w:lang w:eastAsia="zh-CN"/>
        </w:rPr>
      </w:pPr>
      <w:r>
        <w:rPr>
          <w:rFonts w:ascii="仿宋" w:eastAsia="仿宋" w:hAnsi="仿宋"/>
          <w:sz w:val="32"/>
          <w:lang w:eastAsia="zh-CN"/>
        </w:rPr>
        <w:t>以兵法13篇见于吴王</w:t>
      </w:r>
      <w:proofErr w:type="gramStart"/>
      <w:r>
        <w:rPr>
          <w:rFonts w:ascii="仿宋" w:eastAsia="仿宋" w:hAnsi="仿宋"/>
          <w:sz w:val="32"/>
          <w:lang w:eastAsia="zh-CN"/>
        </w:rPr>
        <w:t>阖闾</w:t>
      </w:r>
      <w:proofErr w:type="gramEnd"/>
      <w:r>
        <w:rPr>
          <w:rFonts w:ascii="仿宋" w:eastAsia="仿宋" w:hAnsi="仿宋"/>
          <w:sz w:val="32"/>
          <w:lang w:eastAsia="zh-CN"/>
        </w:rPr>
        <w:t>。春秋时期见吴王</w:t>
      </w:r>
      <w:proofErr w:type="gramStart"/>
      <w:r>
        <w:rPr>
          <w:rFonts w:ascii="仿宋" w:eastAsia="仿宋" w:hAnsi="仿宋"/>
          <w:sz w:val="32"/>
          <w:lang w:eastAsia="zh-CN"/>
        </w:rPr>
        <w:t>阖闾</w:t>
      </w:r>
      <w:proofErr w:type="gramEnd"/>
      <w:r>
        <w:rPr>
          <w:rFonts w:ascii="仿宋" w:eastAsia="仿宋" w:hAnsi="仿宋"/>
          <w:sz w:val="32"/>
          <w:lang w:eastAsia="zh-CN"/>
        </w:rPr>
        <w:t>的孙子，名曰孙武。孙武既死。后百余岁。有孙膑。</w:t>
      </w:r>
      <w:proofErr w:type="gramStart"/>
      <w:r>
        <w:rPr>
          <w:rFonts w:ascii="仿宋" w:eastAsia="仿宋" w:hAnsi="仿宋"/>
          <w:sz w:val="32"/>
          <w:lang w:eastAsia="zh-CN"/>
        </w:rPr>
        <w:t>季晋孙子</w:t>
      </w:r>
      <w:proofErr w:type="gramEnd"/>
      <w:r>
        <w:rPr>
          <w:rFonts w:ascii="仿宋" w:eastAsia="仿宋" w:hAnsi="仿宋"/>
          <w:sz w:val="32"/>
          <w:lang w:eastAsia="zh-CN"/>
        </w:rPr>
        <w:t>于威王为王问兵法遂以为师。孙武过世后百余年。战国时期，齐国将军田忌向齐威王引荐的另一位孙子，名曰孙。</w:t>
      </w:r>
      <w:proofErr w:type="gramStart"/>
      <w:r>
        <w:rPr>
          <w:rFonts w:ascii="仿宋" w:eastAsia="仿宋" w:hAnsi="仿宋"/>
          <w:sz w:val="32"/>
          <w:lang w:eastAsia="zh-CN"/>
        </w:rPr>
        <w:t>尊病这</w:t>
      </w:r>
      <w:proofErr w:type="gramEnd"/>
      <w:r>
        <w:rPr>
          <w:rFonts w:ascii="仿宋" w:eastAsia="仿宋" w:hAnsi="仿宋"/>
          <w:sz w:val="32"/>
          <w:lang w:eastAsia="zh-CN"/>
        </w:rPr>
        <w:t>太重</w:t>
      </w:r>
      <w:r>
        <w:rPr>
          <w:rFonts w:ascii="仿宋" w:eastAsia="仿宋" w:hAnsi="仿宋"/>
          <w:sz w:val="32"/>
          <w:lang w:eastAsia="zh-CN"/>
        </w:rPr>
        <w:lastRenderedPageBreak/>
        <w:t>要了，这些逐渐的发现，很有可能会解开孙子兵法的千古争论。对。</w:t>
      </w:r>
    </w:p>
    <w:p w14:paraId="49A4A4D8" w14:textId="77777777" w:rsidR="00E87C95" w:rsidRDefault="00000000">
      <w:pPr>
        <w:spacing w:after="0" w:line="579" w:lineRule="exact"/>
        <w:ind w:firstLine="640"/>
        <w:rPr>
          <w:lang w:eastAsia="zh-CN"/>
        </w:rPr>
      </w:pPr>
      <w:r>
        <w:rPr>
          <w:rFonts w:ascii="仿宋" w:eastAsia="仿宋" w:hAnsi="仿宋"/>
          <w:sz w:val="32"/>
          <w:lang w:eastAsia="zh-CN"/>
        </w:rPr>
        <w:t>老师，孙子兵法有什么争论呢？从宋朝开始啊，孙子兵法的作者呢，就存在争议。有学者认为，是孙武所作。有学者呢，则认为是孙膑所作。您看这根竹节。嗯，存亡之道，不可不察。是孙子兵法。是啊，</w:t>
      </w:r>
    </w:p>
    <w:p w14:paraId="4C54CDF5" w14:textId="77777777" w:rsidR="00E87C95" w:rsidRDefault="00000000">
      <w:pPr>
        <w:spacing w:after="0" w:line="579" w:lineRule="exact"/>
        <w:ind w:firstLine="640"/>
        <w:rPr>
          <w:lang w:eastAsia="zh-CN"/>
        </w:rPr>
      </w:pPr>
      <w:r>
        <w:rPr>
          <w:rFonts w:ascii="仿宋" w:eastAsia="仿宋" w:hAnsi="仿宋"/>
          <w:sz w:val="32"/>
          <w:lang w:eastAsia="zh-CN"/>
        </w:rPr>
        <w:t>再看这根竹简。而秦庞涓故曰，孙子之所以为者敬也。秦庞军足以证明这一部分兵法确实为战国孙膑所作呀。孙子兵法与失传近2000年的孙膑兵法同步出土。足以</w:t>
      </w:r>
      <w:proofErr w:type="gramStart"/>
      <w:r>
        <w:rPr>
          <w:rFonts w:ascii="仿宋" w:eastAsia="仿宋" w:hAnsi="仿宋"/>
          <w:sz w:val="32"/>
          <w:lang w:eastAsia="zh-CN"/>
        </w:rPr>
        <w:t>证明现传的</w:t>
      </w:r>
      <w:proofErr w:type="gramEnd"/>
      <w:r>
        <w:rPr>
          <w:rFonts w:ascii="仿宋" w:eastAsia="仿宋" w:hAnsi="仿宋"/>
          <w:sz w:val="32"/>
          <w:lang w:eastAsia="zh-CN"/>
        </w:rPr>
        <w:t>孙子兵法为孙吴所作。他解开了关于孙武其人其书的千古争论。文物是历史的见证者，他会做出最肯定的回答。嗯。辛苦了，银雀山一号墓。西汉竹简的出土。解开了孙子兵法作者的千年之谜。今天在典籍里的中国，</w:t>
      </w:r>
    </w:p>
    <w:p w14:paraId="6C6E0186" w14:textId="77777777" w:rsidR="00E87C95" w:rsidRDefault="00000000">
      <w:pPr>
        <w:spacing w:after="0" w:line="579" w:lineRule="exact"/>
        <w:ind w:firstLine="640"/>
        <w:rPr>
          <w:lang w:eastAsia="zh-CN"/>
        </w:rPr>
      </w:pPr>
      <w:r>
        <w:rPr>
          <w:rFonts w:ascii="仿宋" w:eastAsia="仿宋" w:hAnsi="仿宋"/>
          <w:sz w:val="32"/>
          <w:lang w:eastAsia="zh-CN"/>
        </w:rPr>
        <w:t>就让我们一起识读孙武所作的孙子。兵法。打开典籍。品读中国欢迎走进典籍里的中国，我是王佳宁。历经2000多年时光流转，孙子兵法依旧闪耀着智慧的光辉。它不仅被誉为兵学盛典。更是将重</w:t>
      </w:r>
      <w:proofErr w:type="gramStart"/>
      <w:r>
        <w:rPr>
          <w:rFonts w:ascii="仿宋" w:eastAsia="仿宋" w:hAnsi="仿宋"/>
          <w:sz w:val="32"/>
          <w:lang w:eastAsia="zh-CN"/>
        </w:rPr>
        <w:t>战慎战思想</w:t>
      </w:r>
      <w:proofErr w:type="gramEnd"/>
      <w:r>
        <w:rPr>
          <w:rFonts w:ascii="仿宋" w:eastAsia="仿宋" w:hAnsi="仿宋"/>
          <w:sz w:val="32"/>
          <w:lang w:eastAsia="zh-CN"/>
        </w:rPr>
        <w:t>融入中华民族爱好和平，维护和平的文化基因中。今天就让我们共读这部典籍，体悟2500年以来历久弥新的。思想精华。每天鲜活多一点，本节目由更多鲜活营养的光明乳业独家冠名播出。</w:t>
      </w:r>
    </w:p>
    <w:p w14:paraId="533D637F" w14:textId="77777777" w:rsidR="00E87C95" w:rsidRDefault="00000000">
      <w:pPr>
        <w:spacing w:after="0" w:line="579" w:lineRule="exact"/>
        <w:ind w:firstLine="640"/>
        <w:rPr>
          <w:lang w:eastAsia="zh-CN"/>
        </w:rPr>
      </w:pPr>
      <w:r>
        <w:rPr>
          <w:rFonts w:ascii="仿宋" w:eastAsia="仿宋" w:hAnsi="仿宋"/>
          <w:sz w:val="32"/>
          <w:lang w:eastAsia="zh-CN"/>
        </w:rPr>
        <w:t>光明乳业乐在新鲜。中国味鲁花香典籍里的中国，由中国民族品牌的骄子鲁花特约播出。鲁花荣获国家科技进步奖。</w:t>
      </w:r>
      <w:r>
        <w:rPr>
          <w:rFonts w:ascii="仿宋" w:eastAsia="仿宋" w:hAnsi="仿宋"/>
          <w:sz w:val="32"/>
          <w:lang w:eastAsia="zh-CN"/>
        </w:rPr>
        <w:lastRenderedPageBreak/>
        <w:t>植物补益，读书有底气，感谢云南白药集团气血康口服液对本节目的赞助播出。扫描屏幕上方二维码，下载央视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APP，观看典籍里的中国完整视频，专享幕后精彩内容。老师们好！孙子兵法是中国乃至世界上现存的最早的兵书，被称为百代谈兵之祖。我们现在看到的孙子兵法的版本啊，约6000字分13篇，</w:t>
      </w:r>
    </w:p>
    <w:p w14:paraId="751ED5AD" w14:textId="77777777" w:rsidR="00E87C95" w:rsidRDefault="00000000">
      <w:pPr>
        <w:spacing w:after="0" w:line="579" w:lineRule="exact"/>
        <w:ind w:firstLine="640"/>
        <w:rPr>
          <w:lang w:eastAsia="zh-CN"/>
        </w:rPr>
      </w:pPr>
      <w:r>
        <w:rPr>
          <w:rFonts w:ascii="仿宋" w:eastAsia="仿宋" w:hAnsi="仿宋"/>
          <w:sz w:val="32"/>
          <w:lang w:eastAsia="zh-CN"/>
        </w:rPr>
        <w:t>它就奠定了中国古代。军事理论的基本框架。也开创了中国古代军事理论的先河。那刚才在开场戏剧当中，咱们看到孙子兵法和孙膑兵法的作者为什么会成为一个谜呢？因为东汉末期啊，孙膑兵法就已经失传了，可是呢，人们又知道孙膑。被庞涓挖了病骨之后，发奋铸兵书。一九七二年，山东临沂。发掘出来西汉的竹简孙膑兵法，才得以重新面世。</w:t>
      </w:r>
    </w:p>
    <w:p w14:paraId="3AF8462F" w14:textId="77777777" w:rsidR="00E87C95" w:rsidRDefault="00000000">
      <w:pPr>
        <w:spacing w:after="0" w:line="579" w:lineRule="exact"/>
        <w:ind w:firstLine="640"/>
        <w:rPr>
          <w:lang w:eastAsia="zh-CN"/>
        </w:rPr>
      </w:pPr>
      <w:r>
        <w:rPr>
          <w:rFonts w:ascii="仿宋" w:eastAsia="仿宋" w:hAnsi="仿宋"/>
          <w:sz w:val="32"/>
          <w:lang w:eastAsia="zh-CN"/>
        </w:rPr>
        <w:t>刚才这个戏剧里边还提到儿情庞涓。故曰，孙子之所以为者敬矣，这段话呢，是孙膑兵法里边儿的。讲的就是庞涓被孙膑的谋略调动的团团转的故事，证明了孙子兵法，孙兵兵法。各有兵书。悬疑千年的这么一个迷案迎刃而解了。大家看我手中这个呢，就是银雀山汉墓出土的孙子，兵法竹简的复制品，这上面写的是孙子兵法当中的第一句话。孙子曰，</w:t>
      </w:r>
    </w:p>
    <w:p w14:paraId="61A9481F" w14:textId="77777777" w:rsidR="00E87C95" w:rsidRDefault="00000000">
      <w:pPr>
        <w:spacing w:after="0" w:line="579" w:lineRule="exact"/>
        <w:ind w:firstLine="640"/>
        <w:rPr>
          <w:lang w:eastAsia="zh-CN"/>
        </w:rPr>
      </w:pPr>
      <w:r>
        <w:rPr>
          <w:rFonts w:ascii="仿宋" w:eastAsia="仿宋" w:hAnsi="仿宋"/>
          <w:sz w:val="32"/>
          <w:lang w:eastAsia="zh-CN"/>
        </w:rPr>
        <w:t>兵者，国之大事，死生之地，存亡之道，不可不察也。这句话呢，它讲的就是战争呐。它是国家的大事。它决定着军队和民众的生死，国家的存亡。所以在战争决策这个问题</w:t>
      </w:r>
      <w:r>
        <w:rPr>
          <w:rFonts w:ascii="仿宋" w:eastAsia="仿宋" w:hAnsi="仿宋"/>
          <w:sz w:val="32"/>
          <w:lang w:eastAsia="zh-CN"/>
        </w:rPr>
        <w:lastRenderedPageBreak/>
        <w:t>上啊，不能不慎重的考察。你就这第一句话，他就道出来了，孙子兵法中重视战争。</w:t>
      </w:r>
    </w:p>
    <w:p w14:paraId="3640BF4E" w14:textId="77777777" w:rsidR="00E87C95" w:rsidRDefault="00000000">
      <w:pPr>
        <w:spacing w:after="0" w:line="579" w:lineRule="exact"/>
        <w:ind w:firstLine="640"/>
        <w:rPr>
          <w:lang w:eastAsia="zh-CN"/>
        </w:rPr>
      </w:pPr>
      <w:r>
        <w:rPr>
          <w:rFonts w:ascii="仿宋" w:eastAsia="仿宋" w:hAnsi="仿宋"/>
          <w:sz w:val="32"/>
          <w:lang w:eastAsia="zh-CN"/>
        </w:rPr>
        <w:t>慎重对待战争，安国全军这一类的核心思想，再比如</w:t>
      </w:r>
      <w:proofErr w:type="gramStart"/>
      <w:r>
        <w:rPr>
          <w:rFonts w:ascii="仿宋" w:eastAsia="仿宋" w:hAnsi="仿宋"/>
          <w:sz w:val="32"/>
          <w:lang w:eastAsia="zh-CN"/>
        </w:rPr>
        <w:t>孙子海讲百战百胜</w:t>
      </w:r>
      <w:proofErr w:type="gramEnd"/>
      <w:r>
        <w:rPr>
          <w:rFonts w:ascii="仿宋" w:eastAsia="仿宋" w:hAnsi="仿宋"/>
          <w:sz w:val="32"/>
          <w:lang w:eastAsia="zh-CN"/>
        </w:rPr>
        <w:t>。非善之善者也，不战而屈人之兵，善之善者也。很多人有点不太理解，百战百胜应该是很好啊。可是你深入琢磨，打胜了是好，但不是最好，最好的是什么呢？没有经过大规模惨烈的战争。小战甚至不战，就征服了敌人。</w:t>
      </w:r>
    </w:p>
    <w:p w14:paraId="6CF7D858" w14:textId="77777777" w:rsidR="00E87C95" w:rsidRDefault="00000000">
      <w:pPr>
        <w:spacing w:after="0" w:line="579" w:lineRule="exact"/>
        <w:ind w:firstLine="640"/>
        <w:rPr>
          <w:lang w:eastAsia="zh-CN"/>
        </w:rPr>
      </w:pPr>
      <w:r>
        <w:rPr>
          <w:rFonts w:ascii="仿宋" w:eastAsia="仿宋" w:hAnsi="仿宋"/>
          <w:sz w:val="32"/>
          <w:lang w:eastAsia="zh-CN"/>
        </w:rPr>
        <w:t>在孙子看来，这才是。善之善者。历代的军事家呢？对此书是推崇备至，奉为兵家盛典。唐太宗就曾经叹服说。</w:t>
      </w:r>
      <w:proofErr w:type="gramStart"/>
      <w:r>
        <w:rPr>
          <w:rFonts w:ascii="仿宋" w:eastAsia="仿宋" w:hAnsi="仿宋"/>
          <w:sz w:val="32"/>
          <w:lang w:eastAsia="zh-CN"/>
        </w:rPr>
        <w:t>朕</w:t>
      </w:r>
      <w:proofErr w:type="gramEnd"/>
      <w:r>
        <w:rPr>
          <w:rFonts w:ascii="仿宋" w:eastAsia="仿宋" w:hAnsi="仿宋"/>
          <w:sz w:val="32"/>
          <w:lang w:eastAsia="zh-CN"/>
        </w:rPr>
        <w:t>关注兵书。无出孙武诸葛亮呢？也评价说，孙武所以能制胜于天下者。用法明也。古代众多以弱胜强，以少胜多的</w:t>
      </w:r>
      <w:proofErr w:type="gramStart"/>
      <w:r>
        <w:rPr>
          <w:rFonts w:ascii="仿宋" w:eastAsia="仿宋" w:hAnsi="仿宋"/>
          <w:sz w:val="32"/>
          <w:lang w:eastAsia="zh-CN"/>
        </w:rPr>
        <w:t>这种战</w:t>
      </w:r>
      <w:proofErr w:type="gramEnd"/>
      <w:r>
        <w:rPr>
          <w:rFonts w:ascii="仿宋" w:eastAsia="仿宋" w:hAnsi="仿宋"/>
          <w:sz w:val="32"/>
          <w:lang w:eastAsia="zh-CN"/>
        </w:rPr>
        <w:t>力呢？大体都是活用或者暗合了孙子兵法的这些思想。</w:t>
      </w:r>
    </w:p>
    <w:p w14:paraId="7B338CF8" w14:textId="77777777" w:rsidR="00E87C95" w:rsidRDefault="00000000">
      <w:pPr>
        <w:spacing w:after="0" w:line="579" w:lineRule="exact"/>
        <w:ind w:firstLine="640"/>
        <w:rPr>
          <w:lang w:eastAsia="zh-CN"/>
        </w:rPr>
      </w:pPr>
      <w:r>
        <w:rPr>
          <w:rFonts w:ascii="仿宋" w:eastAsia="仿宋" w:hAnsi="仿宋"/>
          <w:sz w:val="32"/>
          <w:lang w:eastAsia="zh-CN"/>
        </w:rPr>
        <w:t>孙子兵法有很深邃的哲学思想，咱们都知道知彼知己，百战不殆，那如果不知彼而知己呢？那叫一胜一负，那如果不知彼</w:t>
      </w:r>
      <w:proofErr w:type="gramStart"/>
      <w:r>
        <w:rPr>
          <w:rFonts w:ascii="仿宋" w:eastAsia="仿宋" w:hAnsi="仿宋"/>
          <w:sz w:val="32"/>
          <w:lang w:eastAsia="zh-CN"/>
        </w:rPr>
        <w:t>不</w:t>
      </w:r>
      <w:proofErr w:type="gramEnd"/>
      <w:r>
        <w:rPr>
          <w:rFonts w:ascii="仿宋" w:eastAsia="仿宋" w:hAnsi="仿宋"/>
          <w:sz w:val="32"/>
          <w:lang w:eastAsia="zh-CN"/>
        </w:rPr>
        <w:t>知己，那会怎么样？那叫每战必</w:t>
      </w:r>
      <w:proofErr w:type="gramStart"/>
      <w:r>
        <w:rPr>
          <w:rFonts w:ascii="仿宋" w:eastAsia="仿宋" w:hAnsi="仿宋"/>
          <w:sz w:val="32"/>
          <w:lang w:eastAsia="zh-CN"/>
        </w:rPr>
        <w:t>殆</w:t>
      </w:r>
      <w:proofErr w:type="gramEnd"/>
      <w:r>
        <w:rPr>
          <w:rFonts w:ascii="仿宋" w:eastAsia="仿宋" w:hAnsi="仿宋"/>
          <w:sz w:val="32"/>
          <w:lang w:eastAsia="zh-CN"/>
        </w:rPr>
        <w:t>，这讲啊，你要全面的考虑问题，再说一句话，兵无常势，水无常形，讲什么道理？哎，</w:t>
      </w:r>
    </w:p>
    <w:p w14:paraId="03B4009B" w14:textId="77777777" w:rsidR="00E87C95" w:rsidRDefault="00000000">
      <w:pPr>
        <w:spacing w:after="0" w:line="579" w:lineRule="exact"/>
        <w:ind w:firstLine="640"/>
        <w:rPr>
          <w:lang w:eastAsia="zh-CN"/>
        </w:rPr>
      </w:pPr>
      <w:r>
        <w:rPr>
          <w:rFonts w:ascii="仿宋" w:eastAsia="仿宋" w:hAnsi="仿宋"/>
          <w:sz w:val="32"/>
          <w:lang w:eastAsia="zh-CN"/>
        </w:rPr>
        <w:t>变化才是永恒的呀哎，所以你看你可以把它作为一本哲学书来看待，我觉得这也是它的伟大之处。我想也正是因为这些富有战略性的眼光和辩证的哲学思想，让孙子兵法成为在世界范围之内影响最大，最广泛的中国典籍之一。那么，今天在典籍里的中国的舞台上将会怎样讲述孙子兵法背后的</w:t>
      </w:r>
      <w:r>
        <w:rPr>
          <w:rFonts w:ascii="仿宋" w:eastAsia="仿宋" w:hAnsi="仿宋"/>
          <w:sz w:val="32"/>
          <w:lang w:eastAsia="zh-CN"/>
        </w:rPr>
        <w:lastRenderedPageBreak/>
        <w:t>故事呢？我们先去</w:t>
      </w:r>
      <w:proofErr w:type="gramStart"/>
      <w:r>
        <w:rPr>
          <w:rFonts w:ascii="仿宋" w:eastAsia="仿宋" w:hAnsi="仿宋"/>
          <w:sz w:val="32"/>
          <w:lang w:eastAsia="zh-CN"/>
        </w:rPr>
        <w:t>点读会</w:t>
      </w:r>
      <w:proofErr w:type="gramEnd"/>
      <w:r>
        <w:rPr>
          <w:rFonts w:ascii="仿宋" w:eastAsia="仿宋" w:hAnsi="仿宋"/>
          <w:sz w:val="32"/>
          <w:lang w:eastAsia="zh-CN"/>
        </w:rPr>
        <w:t>，看看主创人员们是如何识读孙子兵法。观众朋友大家好，我是典籍里的中国当代读书人撒贝宁。前几期节目里，我一直在当代和古代之间穿来穿去。今天是第一次穿越到咱们的</w:t>
      </w:r>
      <w:proofErr w:type="gramStart"/>
      <w:r>
        <w:rPr>
          <w:rFonts w:ascii="仿宋" w:eastAsia="仿宋" w:hAnsi="仿宋"/>
          <w:sz w:val="32"/>
          <w:lang w:eastAsia="zh-CN"/>
        </w:rPr>
        <w:t>点读会</w:t>
      </w:r>
      <w:proofErr w:type="gramEnd"/>
      <w:r>
        <w:rPr>
          <w:rFonts w:ascii="仿宋" w:eastAsia="仿宋" w:hAnsi="仿宋"/>
          <w:sz w:val="32"/>
          <w:lang w:eastAsia="zh-CN"/>
        </w:rPr>
        <w:t>。</w:t>
      </w:r>
    </w:p>
    <w:p w14:paraId="2B87ED30" w14:textId="77777777" w:rsidR="00E87C95" w:rsidRDefault="00000000">
      <w:pPr>
        <w:spacing w:after="0" w:line="579" w:lineRule="exact"/>
        <w:ind w:firstLine="640"/>
        <w:rPr>
          <w:lang w:eastAsia="zh-CN"/>
        </w:rPr>
      </w:pPr>
      <w:r>
        <w:rPr>
          <w:rFonts w:ascii="仿宋" w:eastAsia="仿宋" w:hAnsi="仿宋"/>
          <w:sz w:val="32"/>
          <w:lang w:eastAsia="zh-CN"/>
        </w:rPr>
        <w:t>特别期待和两位一块来揭开今天的时空之旅。欢迎两位大家好，我是吴镇宇，我在孙子兵法里面演孙武。大家好，我是中国国家话剧院的演员吴樾，扮演伍子胥。我是典籍里的中国总编剧张坤鹏。我想问一下吴老师，您对于孙武这个角色或者历史上这个人物，您的了解和理解是什么样？我理解中的孙武，他在20多岁就一个人慢慢。写完这个孙子兵法，他也用一生的时间来完善实践。</w:t>
      </w:r>
    </w:p>
    <w:p w14:paraId="18A30ABB" w14:textId="77777777" w:rsidR="00E87C95" w:rsidRDefault="00000000">
      <w:pPr>
        <w:spacing w:after="0" w:line="579" w:lineRule="exact"/>
        <w:ind w:firstLine="640"/>
        <w:rPr>
          <w:lang w:eastAsia="zh-CN"/>
        </w:rPr>
      </w:pPr>
      <w:r>
        <w:rPr>
          <w:rFonts w:ascii="仿宋" w:eastAsia="仿宋" w:hAnsi="仿宋"/>
          <w:sz w:val="32"/>
          <w:lang w:eastAsia="zh-CN"/>
        </w:rPr>
        <w:t>孙子兵法有两个关键词，一个是他是个天才，第二关键词是不是有？定</w:t>
      </w:r>
      <w:proofErr w:type="gramStart"/>
      <w:r>
        <w:rPr>
          <w:rFonts w:ascii="仿宋" w:eastAsia="仿宋" w:hAnsi="仿宋"/>
          <w:sz w:val="32"/>
          <w:lang w:eastAsia="zh-CN"/>
        </w:rPr>
        <w:t>力所以</w:t>
      </w:r>
      <w:proofErr w:type="gramEnd"/>
      <w:r>
        <w:rPr>
          <w:rFonts w:ascii="仿宋" w:eastAsia="仿宋" w:hAnsi="仿宋"/>
          <w:sz w:val="32"/>
          <w:lang w:eastAsia="zh-CN"/>
        </w:rPr>
        <w:t>很期待进入他的世界。吴镇宇老师刚刚对这个孙武的一些理解和思考啊，我觉得是非常非常的切中要害。这也是节目总导演啊，带领我们节目制作团队在这个节目创作的早期总结出来的。我从小就知道伍子胥过昭关，一夜寄白头，他是一个忍辱负重，有仇必报之人。对对对，这个剧本。写的非常好，</w:t>
      </w:r>
    </w:p>
    <w:p w14:paraId="41DF5591" w14:textId="77777777" w:rsidR="00E87C95" w:rsidRDefault="00000000">
      <w:pPr>
        <w:spacing w:after="0" w:line="579" w:lineRule="exact"/>
        <w:ind w:firstLine="640"/>
        <w:rPr>
          <w:lang w:eastAsia="zh-CN"/>
        </w:rPr>
      </w:pPr>
      <w:r>
        <w:rPr>
          <w:rFonts w:ascii="仿宋" w:eastAsia="仿宋" w:hAnsi="仿宋"/>
          <w:sz w:val="32"/>
          <w:lang w:eastAsia="zh-CN"/>
        </w:rPr>
        <w:t>接下来我们就请两位吴老师给我们一起诵读一下，在这个故事当中</w:t>
      </w:r>
      <w:proofErr w:type="gramStart"/>
      <w:r>
        <w:rPr>
          <w:rFonts w:ascii="仿宋" w:eastAsia="仿宋" w:hAnsi="仿宋"/>
          <w:sz w:val="32"/>
          <w:lang w:eastAsia="zh-CN"/>
        </w:rPr>
        <w:t>最</w:t>
      </w:r>
      <w:proofErr w:type="gramEnd"/>
      <w:r>
        <w:rPr>
          <w:rFonts w:ascii="仿宋" w:eastAsia="仿宋" w:hAnsi="仿宋"/>
          <w:sz w:val="32"/>
          <w:lang w:eastAsia="zh-CN"/>
        </w:rPr>
        <w:t>核心的一句台词。孙子兵法开篇的第一句，我觉得应该让吴老师用粤语念一遍。兵者。国之大事。死生之</w:t>
      </w:r>
      <w:r>
        <w:rPr>
          <w:rFonts w:ascii="仿宋" w:eastAsia="仿宋" w:hAnsi="仿宋"/>
          <w:sz w:val="32"/>
          <w:lang w:eastAsia="zh-CN"/>
        </w:rPr>
        <w:lastRenderedPageBreak/>
        <w:t>地，存亡之道，不可不察也。兵者国之大事。死生之地。存亡之道，不可不察也。不同的发音，同样的思想，</w:t>
      </w:r>
    </w:p>
    <w:p w14:paraId="2FE266E8" w14:textId="77777777" w:rsidR="00E87C95" w:rsidRDefault="00000000">
      <w:pPr>
        <w:spacing w:after="0" w:line="579" w:lineRule="exact"/>
        <w:ind w:firstLine="640"/>
        <w:rPr>
          <w:lang w:eastAsia="zh-CN"/>
        </w:rPr>
      </w:pPr>
      <w:r>
        <w:rPr>
          <w:rFonts w:ascii="仿宋" w:eastAsia="仿宋" w:hAnsi="仿宋"/>
          <w:sz w:val="32"/>
          <w:lang w:eastAsia="zh-CN"/>
        </w:rPr>
        <w:t>咱们要不一块儿诵读一下？兵者国之大事。死生之地。存亡之道。不可不察也。都不演古装，很多年因为演员的生活感不好找。</w:t>
      </w:r>
      <w:proofErr w:type="gramStart"/>
      <w:r>
        <w:rPr>
          <w:rFonts w:ascii="仿宋" w:eastAsia="仿宋" w:hAnsi="仿宋"/>
          <w:sz w:val="32"/>
          <w:lang w:eastAsia="zh-CN"/>
        </w:rPr>
        <w:t>演孙悟了</w:t>
      </w:r>
      <w:proofErr w:type="gramEnd"/>
      <w:r>
        <w:rPr>
          <w:rFonts w:ascii="仿宋" w:eastAsia="仿宋" w:hAnsi="仿宋"/>
          <w:sz w:val="32"/>
          <w:lang w:eastAsia="zh-CN"/>
        </w:rPr>
        <w:t>，确实不是那么简单。</w:t>
      </w:r>
      <w:proofErr w:type="gramStart"/>
      <w:r>
        <w:rPr>
          <w:rFonts w:ascii="仿宋" w:eastAsia="仿宋" w:hAnsi="仿宋"/>
          <w:sz w:val="32"/>
          <w:lang w:eastAsia="zh-CN"/>
        </w:rPr>
        <w:t>来一遍来一遍</w:t>
      </w:r>
      <w:proofErr w:type="gramEnd"/>
      <w:r>
        <w:rPr>
          <w:rFonts w:ascii="仿宋" w:eastAsia="仿宋" w:hAnsi="仿宋"/>
          <w:sz w:val="32"/>
          <w:lang w:eastAsia="zh-CN"/>
        </w:rPr>
        <w:t>来一遍。子</w:t>
      </w:r>
      <w:proofErr w:type="gramStart"/>
      <w:r>
        <w:rPr>
          <w:rFonts w:ascii="仿宋" w:eastAsia="仿宋" w:hAnsi="仿宋"/>
          <w:sz w:val="32"/>
          <w:lang w:eastAsia="zh-CN"/>
        </w:rPr>
        <w:t>胥</w:t>
      </w:r>
      <w:proofErr w:type="gramEnd"/>
      <w:r>
        <w:rPr>
          <w:rFonts w:ascii="仿宋" w:eastAsia="仿宋" w:hAnsi="仿宋"/>
          <w:sz w:val="32"/>
          <w:lang w:eastAsia="zh-CN"/>
        </w:rPr>
        <w:t>孙大将。你我兄弟情谊。就此断绝。不是。过太棒了，</w:t>
      </w:r>
    </w:p>
    <w:p w14:paraId="1B9293D9" w14:textId="77777777" w:rsidR="00E87C95" w:rsidRDefault="00000000">
      <w:pPr>
        <w:spacing w:after="0" w:line="579" w:lineRule="exact"/>
        <w:ind w:firstLine="640"/>
        <w:rPr>
          <w:lang w:eastAsia="zh-CN"/>
        </w:rPr>
      </w:pPr>
      <w:r>
        <w:rPr>
          <w:rFonts w:ascii="仿宋" w:eastAsia="仿宋" w:hAnsi="仿宋"/>
          <w:sz w:val="32"/>
          <w:lang w:eastAsia="zh-CN"/>
        </w:rPr>
        <w:t>谢谢一遍过。这个是我比较有</w:t>
      </w:r>
      <w:proofErr w:type="gramStart"/>
      <w:r>
        <w:rPr>
          <w:rFonts w:ascii="仿宋" w:eastAsia="仿宋" w:hAnsi="仿宋"/>
          <w:sz w:val="32"/>
          <w:lang w:eastAsia="zh-CN"/>
        </w:rPr>
        <w:t>有</w:t>
      </w:r>
      <w:proofErr w:type="gramEnd"/>
      <w:r>
        <w:rPr>
          <w:rFonts w:ascii="仿宋" w:eastAsia="仿宋" w:hAnsi="仿宋"/>
          <w:sz w:val="32"/>
          <w:lang w:eastAsia="zh-CN"/>
        </w:rPr>
        <w:t>感触的一场戏，演出的时候也是蛮感慨的。兵者。国之大事。死生之地，存亡之道，不可不察也。嘿嘿，我第一次看到这个兵书啊，就知道你是一个天才呀，这部兵书肯定会流芳万世的。如你写成这部兵书，必将传于后世啊。孙子兵法是一部家喻户晓的军事巨著，</w:t>
      </w:r>
    </w:p>
    <w:p w14:paraId="613E9CD5" w14:textId="77777777" w:rsidR="00E87C95" w:rsidRDefault="00000000">
      <w:pPr>
        <w:spacing w:after="0" w:line="579" w:lineRule="exact"/>
        <w:ind w:firstLine="640"/>
        <w:rPr>
          <w:lang w:eastAsia="zh-CN"/>
        </w:rPr>
      </w:pPr>
      <w:r>
        <w:rPr>
          <w:rFonts w:ascii="仿宋" w:eastAsia="仿宋" w:hAnsi="仿宋"/>
          <w:sz w:val="32"/>
          <w:lang w:eastAsia="zh-CN"/>
        </w:rPr>
        <w:t>节目采用戏剧和影视化的方式，一下拉近了观众与点子。极的距离十分巧妙，我觉得编撰是很有意义的，身为一个中国人，我能参与。传播出去跟很多我们的同胞分享，我觉得这个是对我有很大的意义。上。尔等贼寇。放下武器，咬耳朵不死，放下武器。抱上去，抱上去。</w:t>
      </w:r>
    </w:p>
    <w:p w14:paraId="3A138FA4" w14:textId="77777777" w:rsidR="00E87C95" w:rsidRDefault="00000000">
      <w:pPr>
        <w:spacing w:after="0" w:line="579" w:lineRule="exact"/>
        <w:ind w:firstLine="640"/>
        <w:rPr>
          <w:lang w:eastAsia="zh-CN"/>
        </w:rPr>
      </w:pPr>
      <w:r>
        <w:rPr>
          <w:rFonts w:ascii="仿宋" w:eastAsia="仿宋" w:hAnsi="仿宋"/>
          <w:sz w:val="32"/>
          <w:lang w:eastAsia="zh-CN"/>
        </w:rPr>
        <w:t>再不放下武器，立刻诛杀。让他们去见陈夫子对。走好起来，快点起来。快走，快点。快走相传，春秋末年。孙子兵法的作者孙武。因为帮助吴王</w:t>
      </w:r>
      <w:proofErr w:type="gramStart"/>
      <w:r>
        <w:rPr>
          <w:rFonts w:ascii="仿宋" w:eastAsia="仿宋" w:hAnsi="仿宋"/>
          <w:sz w:val="32"/>
          <w:lang w:eastAsia="zh-CN"/>
        </w:rPr>
        <w:t>阖闾</w:t>
      </w:r>
      <w:proofErr w:type="gramEnd"/>
      <w:r>
        <w:rPr>
          <w:rFonts w:ascii="仿宋" w:eastAsia="仿宋" w:hAnsi="仿宋"/>
          <w:sz w:val="32"/>
          <w:lang w:eastAsia="zh-CN"/>
        </w:rPr>
        <w:t>赢得了柏举之战之后，归隐到了吴国的一个小山村里。他在这里带领村民修习武备，操练兵法，与乱世中</w:t>
      </w:r>
      <w:proofErr w:type="gramStart"/>
      <w:r>
        <w:rPr>
          <w:rFonts w:ascii="仿宋" w:eastAsia="仿宋" w:hAnsi="仿宋"/>
          <w:sz w:val="32"/>
          <w:lang w:eastAsia="zh-CN"/>
        </w:rPr>
        <w:t>护佑着</w:t>
      </w:r>
      <w:proofErr w:type="gramEnd"/>
      <w:r>
        <w:rPr>
          <w:rFonts w:ascii="仿宋" w:eastAsia="仿宋" w:hAnsi="仿宋"/>
          <w:sz w:val="32"/>
          <w:lang w:eastAsia="zh-CN"/>
        </w:rPr>
        <w:t>一方的安宁。</w:t>
      </w:r>
    </w:p>
    <w:p w14:paraId="1B7A4E83" w14:textId="77777777" w:rsidR="00E87C95" w:rsidRDefault="00000000">
      <w:pPr>
        <w:spacing w:after="0" w:line="579" w:lineRule="exact"/>
        <w:ind w:firstLine="640"/>
        <w:rPr>
          <w:lang w:eastAsia="zh-CN"/>
        </w:rPr>
      </w:pPr>
      <w:r>
        <w:rPr>
          <w:rFonts w:ascii="仿宋" w:eastAsia="仿宋" w:hAnsi="仿宋"/>
          <w:sz w:val="32"/>
          <w:lang w:eastAsia="zh-CN"/>
        </w:rPr>
        <w:lastRenderedPageBreak/>
        <w:t>这个时候他已经用回了自己原先的甜性。被村民称为田夫子。</w:t>
      </w:r>
      <w:proofErr w:type="gramStart"/>
      <w:r>
        <w:rPr>
          <w:rFonts w:ascii="仿宋" w:eastAsia="仿宋" w:hAnsi="仿宋"/>
          <w:sz w:val="32"/>
          <w:lang w:eastAsia="zh-CN"/>
        </w:rPr>
        <w:t>报田夫子</w:t>
      </w:r>
      <w:proofErr w:type="gramEnd"/>
      <w:r>
        <w:rPr>
          <w:rFonts w:ascii="仿宋" w:eastAsia="仿宋" w:hAnsi="仿宋"/>
          <w:sz w:val="32"/>
          <w:lang w:eastAsia="zh-CN"/>
        </w:rPr>
        <w:t>流寇已俘获，请您发落。为何劫掠我们的村落？我等是吴国的士兵，跟着吴王打了很多年的仗，受了伤，军队要遣我们回家。这连年作战，遣散军资不足，我们只好一路乞讨，若是讨不到。便只能抢些粮食。我早说过。</w:t>
      </w:r>
    </w:p>
    <w:p w14:paraId="3E22B974" w14:textId="77777777" w:rsidR="00E87C95" w:rsidRDefault="00000000">
      <w:pPr>
        <w:spacing w:after="0" w:line="579" w:lineRule="exact"/>
        <w:ind w:firstLine="640"/>
        <w:rPr>
          <w:lang w:eastAsia="zh-CN"/>
        </w:rPr>
      </w:pPr>
      <w:r>
        <w:rPr>
          <w:rFonts w:ascii="仿宋" w:eastAsia="仿宋" w:hAnsi="仿宋"/>
          <w:sz w:val="32"/>
          <w:lang w:eastAsia="zh-CN"/>
        </w:rPr>
        <w:t>夫兵久而国力者，谓之有也。夫子说的什么意思？连年累月的打仗。还能利国利民。天下压根儿就没有这样的事儿。对。你是什么人啊？别误晚辈。撒贝宁，因为读了您的书。特来请教。我的书。先生做的兵法呀。你稍等啊。</w:t>
      </w:r>
    </w:p>
    <w:p w14:paraId="55316404" w14:textId="77777777" w:rsidR="00E87C95" w:rsidRDefault="00000000">
      <w:pPr>
        <w:spacing w:after="0" w:line="579" w:lineRule="exact"/>
        <w:ind w:firstLine="640"/>
        <w:rPr>
          <w:lang w:eastAsia="zh-CN"/>
        </w:rPr>
      </w:pPr>
      <w:r>
        <w:rPr>
          <w:rFonts w:ascii="仿宋" w:eastAsia="仿宋" w:hAnsi="仿宋"/>
          <w:sz w:val="32"/>
          <w:lang w:eastAsia="zh-CN"/>
        </w:rPr>
        <w:t>给他们一点粮食，让他们回家。沿途。再勿劫掠百姓。</w:t>
      </w:r>
      <w:proofErr w:type="gramStart"/>
      <w:r>
        <w:rPr>
          <w:rFonts w:ascii="仿宋" w:eastAsia="仿宋" w:hAnsi="仿宋"/>
          <w:sz w:val="32"/>
          <w:lang w:eastAsia="zh-CN"/>
        </w:rPr>
        <w:t>谢田夫子</w:t>
      </w:r>
      <w:proofErr w:type="gramEnd"/>
      <w:r>
        <w:rPr>
          <w:rFonts w:ascii="仿宋" w:eastAsia="仿宋" w:hAnsi="仿宋"/>
          <w:sz w:val="32"/>
          <w:lang w:eastAsia="zh-CN"/>
        </w:rPr>
        <w:t>，快走吧，快走吧，快走吧。走走</w:t>
      </w:r>
      <w:proofErr w:type="gramStart"/>
      <w:r>
        <w:rPr>
          <w:rFonts w:ascii="仿宋" w:eastAsia="仿宋" w:hAnsi="仿宋"/>
          <w:sz w:val="32"/>
          <w:lang w:eastAsia="zh-CN"/>
        </w:rPr>
        <w:t>走</w:t>
      </w:r>
      <w:proofErr w:type="gramEnd"/>
      <w:r>
        <w:rPr>
          <w:rFonts w:ascii="仿宋" w:eastAsia="仿宋" w:hAnsi="仿宋"/>
          <w:sz w:val="32"/>
          <w:lang w:eastAsia="zh-CN"/>
        </w:rPr>
        <w:t>。你怎么知道我曾坐兵法？将军祖上本为田氏，后来因为立了战功，被齐国国君赐姓孙，名叫孙武。做兵法13篇，</w:t>
      </w:r>
    </w:p>
    <w:p w14:paraId="62D6D53A" w14:textId="77777777" w:rsidR="00E87C95" w:rsidRDefault="00000000">
      <w:pPr>
        <w:spacing w:after="0" w:line="579" w:lineRule="exact"/>
        <w:ind w:firstLine="640"/>
        <w:rPr>
          <w:lang w:eastAsia="zh-CN"/>
        </w:rPr>
      </w:pPr>
      <w:r>
        <w:rPr>
          <w:rFonts w:ascii="仿宋" w:eastAsia="仿宋" w:hAnsi="仿宋"/>
          <w:sz w:val="32"/>
          <w:lang w:eastAsia="zh-CN"/>
        </w:rPr>
        <w:t>后世称为孙子，兵法被奉为典籍。我在此地无人知道我是谁，你竟对我了如指掌。你说你来自后世啊。2500年后，2500年后，2500年后。吴国越国，楚国齐国打来</w:t>
      </w:r>
      <w:proofErr w:type="gramStart"/>
      <w:r>
        <w:rPr>
          <w:rFonts w:ascii="仿宋" w:eastAsia="仿宋" w:hAnsi="仿宋"/>
          <w:sz w:val="32"/>
          <w:lang w:eastAsia="zh-CN"/>
        </w:rPr>
        <w:t>打</w:t>
      </w:r>
      <w:proofErr w:type="gramEnd"/>
      <w:r>
        <w:rPr>
          <w:rFonts w:ascii="仿宋" w:eastAsia="仿宋" w:hAnsi="仿宋"/>
          <w:sz w:val="32"/>
          <w:lang w:eastAsia="zh-CN"/>
        </w:rPr>
        <w:t>去，他们都不在了吧？都不在了。现在都属于一个国家。叫中国哦，如此甚好啊，</w:t>
      </w:r>
    </w:p>
    <w:p w14:paraId="66BF01DC" w14:textId="77777777" w:rsidR="00E87C95" w:rsidRDefault="00000000">
      <w:pPr>
        <w:spacing w:after="0" w:line="579" w:lineRule="exact"/>
        <w:ind w:firstLine="640"/>
        <w:rPr>
          <w:lang w:eastAsia="zh-CN"/>
        </w:rPr>
      </w:pPr>
      <w:r>
        <w:rPr>
          <w:rFonts w:ascii="仿宋" w:eastAsia="仿宋" w:hAnsi="仿宋"/>
          <w:sz w:val="32"/>
          <w:lang w:eastAsia="zh-CN"/>
        </w:rPr>
        <w:t>天下</w:t>
      </w:r>
      <w:proofErr w:type="gramStart"/>
      <w:r>
        <w:rPr>
          <w:rFonts w:ascii="仿宋" w:eastAsia="仿宋" w:hAnsi="仿宋"/>
          <w:sz w:val="32"/>
          <w:lang w:eastAsia="zh-CN"/>
        </w:rPr>
        <w:t>离民应该</w:t>
      </w:r>
      <w:proofErr w:type="gramEnd"/>
      <w:r>
        <w:rPr>
          <w:rFonts w:ascii="仿宋" w:eastAsia="仿宋" w:hAnsi="仿宋"/>
          <w:sz w:val="32"/>
          <w:lang w:eastAsia="zh-CN"/>
        </w:rPr>
        <w:t>能过上好日子了。您说的对。你说你读过我的书。那你读到些什么呢？兵者国之大事。死生之地，存亡之道，不可不察也。说何解啊？军事是一个国家的大事。</w:t>
      </w:r>
      <w:r>
        <w:rPr>
          <w:rFonts w:ascii="仿宋" w:eastAsia="仿宋" w:hAnsi="仿宋"/>
          <w:sz w:val="32"/>
          <w:lang w:eastAsia="zh-CN"/>
        </w:rPr>
        <w:lastRenderedPageBreak/>
        <w:t>事关一个国家的生死存亡，不能不仔细研究啊。所以啊，既要重战，又要备战。</w:t>
      </w:r>
    </w:p>
    <w:p w14:paraId="48B7556C" w14:textId="77777777" w:rsidR="00E87C95" w:rsidRDefault="00000000">
      <w:pPr>
        <w:spacing w:after="0" w:line="579" w:lineRule="exact"/>
        <w:ind w:firstLine="640"/>
        <w:rPr>
          <w:lang w:eastAsia="zh-CN"/>
        </w:rPr>
      </w:pPr>
      <w:r>
        <w:rPr>
          <w:rFonts w:ascii="仿宋" w:eastAsia="仿宋" w:hAnsi="仿宋"/>
          <w:sz w:val="32"/>
          <w:lang w:eastAsia="zh-CN"/>
        </w:rPr>
        <w:t>还有呢？百战百胜，非善之善者。不战而屈人之兵。善之善者。堪称是获取和平的手段，而不是目的。你还读到哪些？上兵伐谋，其次伐交，其次伐兵，其下攻城。知彼知己者。百战不殆。攻其无备，</w:t>
      </w:r>
    </w:p>
    <w:p w14:paraId="3C54FDC8" w14:textId="77777777" w:rsidR="00E87C95" w:rsidRDefault="00000000">
      <w:pPr>
        <w:spacing w:after="0" w:line="579" w:lineRule="exact"/>
        <w:ind w:firstLine="640"/>
        <w:rPr>
          <w:lang w:eastAsia="zh-CN"/>
        </w:rPr>
      </w:pPr>
      <w:r>
        <w:rPr>
          <w:rFonts w:ascii="仿宋" w:eastAsia="仿宋" w:hAnsi="仿宋"/>
          <w:sz w:val="32"/>
          <w:lang w:eastAsia="zh-CN"/>
        </w:rPr>
        <w:t>出其不意。兵无常势，水无常形。这些应该都是您说的话吧。你说的有些句子居然是我后来补进兵法里面的。看来你真的是来自后世了。正是啊，你来寻我。所谓何事。先生被后世称为百世兵家之师。晚辈此行，特来请教。先生为何要坐兵法？哼哼，我。</w:t>
      </w:r>
    </w:p>
    <w:p w14:paraId="2398AA90" w14:textId="77777777" w:rsidR="00E87C95" w:rsidRDefault="00000000">
      <w:pPr>
        <w:spacing w:after="0" w:line="579" w:lineRule="exact"/>
        <w:ind w:firstLine="640"/>
        <w:rPr>
          <w:lang w:eastAsia="zh-CN"/>
        </w:rPr>
      </w:pPr>
      <w:r>
        <w:rPr>
          <w:rFonts w:ascii="仿宋" w:eastAsia="仿宋" w:hAnsi="仿宋"/>
          <w:sz w:val="32"/>
          <w:lang w:eastAsia="zh-CN"/>
        </w:rPr>
        <w:t>生于军事世家。咱们家本来是田氏，为什么要改孙氏呀？这是齐国国君所赐。祖父立下了战功。这是。对咱们家的褒奖。为什么要打仗？来，过来。如果别人要打你。你。要不要还手？呀，这和打仗一样。</w:t>
      </w:r>
    </w:p>
    <w:p w14:paraId="32D4260A" w14:textId="77777777" w:rsidR="00E87C95" w:rsidRDefault="00000000">
      <w:pPr>
        <w:spacing w:after="0" w:line="579" w:lineRule="exact"/>
        <w:ind w:firstLine="640"/>
        <w:rPr>
          <w:lang w:eastAsia="zh-CN"/>
        </w:rPr>
      </w:pPr>
      <w:r>
        <w:rPr>
          <w:rFonts w:ascii="仿宋" w:eastAsia="仿宋" w:hAnsi="仿宋"/>
          <w:sz w:val="32"/>
          <w:lang w:eastAsia="zh-CN"/>
        </w:rPr>
        <w:t>别人要打我们的国，我们就要还手，要打败他。这样才能保护我们的家国。我们的第一名。祖父给我取名五就是这个意思。止戈为武。祖父。打了一辈子仗。就是希望。能过上。太平的日子。哈哈</w:t>
      </w:r>
      <w:proofErr w:type="gramStart"/>
      <w:r>
        <w:rPr>
          <w:rFonts w:ascii="仿宋" w:eastAsia="仿宋" w:hAnsi="仿宋"/>
          <w:sz w:val="32"/>
          <w:lang w:eastAsia="zh-CN"/>
        </w:rPr>
        <w:t>哈</w:t>
      </w:r>
      <w:proofErr w:type="gramEnd"/>
      <w:r>
        <w:rPr>
          <w:rFonts w:ascii="仿宋" w:eastAsia="仿宋" w:hAnsi="仿宋"/>
          <w:sz w:val="32"/>
          <w:lang w:eastAsia="zh-CN"/>
        </w:rPr>
        <w:t>。快走，快走。</w:t>
      </w:r>
    </w:p>
    <w:p w14:paraId="0FC40B4D" w14:textId="77777777" w:rsidR="00E87C95" w:rsidRDefault="00000000">
      <w:pPr>
        <w:spacing w:after="0" w:line="579" w:lineRule="exact"/>
        <w:ind w:firstLine="640"/>
        <w:rPr>
          <w:lang w:eastAsia="zh-CN"/>
        </w:rPr>
      </w:pPr>
      <w:r>
        <w:rPr>
          <w:rFonts w:ascii="仿宋" w:eastAsia="仿宋" w:hAnsi="仿宋"/>
          <w:sz w:val="32"/>
          <w:lang w:eastAsia="zh-CN"/>
        </w:rPr>
        <w:t>父亲这些被绑着的俘虏叫做什么呀？用他们换回我们被俘的将士。父亲是负责外事的亲。这就是外事吗？嗯，上兵伐谋，其次伐交，其次伐兵，其下攻城。外事和兵士都是保</w:t>
      </w:r>
      <w:r>
        <w:rPr>
          <w:rFonts w:ascii="仿宋" w:eastAsia="仿宋" w:hAnsi="仿宋"/>
          <w:sz w:val="32"/>
          <w:lang w:eastAsia="zh-CN"/>
        </w:rPr>
        <w:lastRenderedPageBreak/>
        <w:t>护国家利益的手段，能用外事解决的事情，不用战争来解决。就是说国与国之间要和平相处。要跟朋友玩，说得对。</w:t>
      </w:r>
    </w:p>
    <w:p w14:paraId="6EF24F41" w14:textId="77777777" w:rsidR="00E87C95" w:rsidRDefault="00000000">
      <w:pPr>
        <w:spacing w:after="0" w:line="579" w:lineRule="exact"/>
        <w:ind w:firstLine="640"/>
        <w:rPr>
          <w:lang w:eastAsia="zh-CN"/>
        </w:rPr>
      </w:pPr>
      <w:r>
        <w:rPr>
          <w:rFonts w:ascii="仿宋" w:eastAsia="仿宋" w:hAnsi="仿宋"/>
          <w:sz w:val="32"/>
          <w:lang w:eastAsia="zh-CN"/>
        </w:rPr>
        <w:t>那我也要学兵法，我也要学外事兵法，可以跟你叔父学。哈哈</w:t>
      </w:r>
      <w:proofErr w:type="gramStart"/>
      <w:r>
        <w:rPr>
          <w:rFonts w:ascii="仿宋" w:eastAsia="仿宋" w:hAnsi="仿宋"/>
          <w:sz w:val="32"/>
          <w:lang w:eastAsia="zh-CN"/>
        </w:rPr>
        <w:t>哈</w:t>
      </w:r>
      <w:proofErr w:type="gramEnd"/>
      <w:r>
        <w:rPr>
          <w:rFonts w:ascii="仿宋" w:eastAsia="仿宋" w:hAnsi="仿宋"/>
          <w:sz w:val="32"/>
          <w:lang w:eastAsia="zh-CN"/>
        </w:rPr>
        <w:t>。叔父，您怎么病成这样？吾儿快离开齐国。叔父，您是齐国大司马，齐国现在正是乱区。我说要留下来照顾您，帮助我田氏</w:t>
      </w:r>
      <w:proofErr w:type="gramStart"/>
      <w:r>
        <w:rPr>
          <w:rFonts w:ascii="仿宋" w:eastAsia="仿宋" w:hAnsi="仿宋"/>
          <w:sz w:val="32"/>
          <w:lang w:eastAsia="zh-CN"/>
        </w:rPr>
        <w:t>一</w:t>
      </w:r>
      <w:proofErr w:type="gramEnd"/>
      <w:r>
        <w:rPr>
          <w:rFonts w:ascii="仿宋" w:eastAsia="仿宋" w:hAnsi="仿宋"/>
          <w:sz w:val="32"/>
          <w:lang w:eastAsia="zh-CN"/>
        </w:rPr>
        <w:t>族。贵族之间斗争激烈。我天氏</w:t>
      </w:r>
      <w:proofErr w:type="gramStart"/>
      <w:r>
        <w:rPr>
          <w:rFonts w:ascii="仿宋" w:eastAsia="仿宋" w:hAnsi="仿宋"/>
          <w:sz w:val="32"/>
          <w:lang w:eastAsia="zh-CN"/>
        </w:rPr>
        <w:t>一</w:t>
      </w:r>
      <w:proofErr w:type="gramEnd"/>
      <w:r>
        <w:rPr>
          <w:rFonts w:ascii="仿宋" w:eastAsia="仿宋" w:hAnsi="仿宋"/>
          <w:sz w:val="32"/>
          <w:lang w:eastAsia="zh-CN"/>
        </w:rPr>
        <w:t>族深陷其中，吉凶难测。</w:t>
      </w:r>
    </w:p>
    <w:p w14:paraId="60D758FD" w14:textId="77777777" w:rsidR="00E87C95" w:rsidRDefault="00000000">
      <w:pPr>
        <w:spacing w:after="0" w:line="579" w:lineRule="exact"/>
        <w:ind w:firstLine="640"/>
        <w:rPr>
          <w:lang w:eastAsia="zh-CN"/>
        </w:rPr>
      </w:pPr>
      <w:r>
        <w:rPr>
          <w:rFonts w:ascii="仿宋" w:eastAsia="仿宋" w:hAnsi="仿宋"/>
          <w:sz w:val="32"/>
          <w:lang w:eastAsia="zh-CN"/>
        </w:rPr>
        <w:t>你天资聪颖，要保全自己，速</w:t>
      </w:r>
      <w:proofErr w:type="gramStart"/>
      <w:r>
        <w:rPr>
          <w:rFonts w:ascii="仿宋" w:eastAsia="仿宋" w:hAnsi="仿宋"/>
          <w:sz w:val="32"/>
          <w:lang w:eastAsia="zh-CN"/>
        </w:rPr>
        <w:t>速</w:t>
      </w:r>
      <w:proofErr w:type="gramEnd"/>
      <w:r>
        <w:rPr>
          <w:rFonts w:ascii="仿宋" w:eastAsia="仿宋" w:hAnsi="仿宋"/>
          <w:sz w:val="32"/>
          <w:lang w:eastAsia="zh-CN"/>
        </w:rPr>
        <w:t>离开齐国，将我田氏</w:t>
      </w:r>
      <w:proofErr w:type="gramStart"/>
      <w:r>
        <w:rPr>
          <w:rFonts w:ascii="仿宋" w:eastAsia="仿宋" w:hAnsi="仿宋"/>
          <w:sz w:val="32"/>
          <w:lang w:eastAsia="zh-CN"/>
        </w:rPr>
        <w:t>一</w:t>
      </w:r>
      <w:proofErr w:type="gramEnd"/>
      <w:r>
        <w:rPr>
          <w:rFonts w:ascii="仿宋" w:eastAsia="仿宋" w:hAnsi="仿宋"/>
          <w:sz w:val="32"/>
          <w:lang w:eastAsia="zh-CN"/>
        </w:rPr>
        <w:t>族兵法之道。传承光大。舒服。天下之大。我儿应该去哪？却无果。我国日渐强大。你定将。成就一番功业。快走。五二。我记住。</w:t>
      </w:r>
    </w:p>
    <w:p w14:paraId="407DBCCC" w14:textId="77777777" w:rsidR="00E87C95" w:rsidRDefault="00000000">
      <w:pPr>
        <w:spacing w:after="0" w:line="579" w:lineRule="exact"/>
        <w:ind w:firstLine="640"/>
        <w:rPr>
          <w:lang w:eastAsia="zh-CN"/>
        </w:rPr>
      </w:pPr>
      <w:r>
        <w:rPr>
          <w:rFonts w:ascii="仿宋" w:eastAsia="仿宋" w:hAnsi="仿宋"/>
          <w:sz w:val="32"/>
          <w:lang w:eastAsia="zh-CN"/>
        </w:rPr>
        <w:t>兵法之道。永远是我田氏</w:t>
      </w:r>
      <w:proofErr w:type="gramStart"/>
      <w:r>
        <w:rPr>
          <w:rFonts w:ascii="仿宋" w:eastAsia="仿宋" w:hAnsi="仿宋"/>
          <w:sz w:val="32"/>
          <w:lang w:eastAsia="zh-CN"/>
        </w:rPr>
        <w:t>一</w:t>
      </w:r>
      <w:proofErr w:type="gramEnd"/>
      <w:r>
        <w:rPr>
          <w:rFonts w:ascii="仿宋" w:eastAsia="仿宋" w:hAnsi="仿宋"/>
          <w:sz w:val="32"/>
          <w:lang w:eastAsia="zh-CN"/>
        </w:rPr>
        <w:t>族。立身之本。我儿记住。止戈为武。玩要记住。天下虽安。忘战必危。记住了吗？我记住了。止戈为武，天下虽安。忘战必危。止戈为武。天下虽安。</w:t>
      </w:r>
    </w:p>
    <w:p w14:paraId="32C0C49D" w14:textId="77777777" w:rsidR="00E87C95" w:rsidRDefault="00000000">
      <w:pPr>
        <w:spacing w:after="0" w:line="579" w:lineRule="exact"/>
        <w:ind w:firstLine="640"/>
        <w:rPr>
          <w:lang w:eastAsia="zh-CN"/>
        </w:rPr>
      </w:pPr>
      <w:r>
        <w:rPr>
          <w:rFonts w:ascii="仿宋" w:eastAsia="仿宋" w:hAnsi="仿宋"/>
          <w:sz w:val="32"/>
          <w:lang w:eastAsia="zh-CN"/>
        </w:rPr>
        <w:t>忘战必危。叔父所做的兵法。融合历代兵家之道，得我田氏</w:t>
      </w:r>
      <w:proofErr w:type="gramStart"/>
      <w:r>
        <w:rPr>
          <w:rFonts w:ascii="仿宋" w:eastAsia="仿宋" w:hAnsi="仿宋"/>
          <w:sz w:val="32"/>
          <w:lang w:eastAsia="zh-CN"/>
        </w:rPr>
        <w:t>一</w:t>
      </w:r>
      <w:proofErr w:type="gramEnd"/>
      <w:r>
        <w:rPr>
          <w:rFonts w:ascii="仿宋" w:eastAsia="仿宋" w:hAnsi="仿宋"/>
          <w:sz w:val="32"/>
          <w:lang w:eastAsia="zh-CN"/>
        </w:rPr>
        <w:t>族。兵法精要。兵法之道，守在人本。后世齐威王。派大夫集成历代司马兵法，把大司马田</w:t>
      </w:r>
      <w:proofErr w:type="gramStart"/>
      <w:r>
        <w:rPr>
          <w:rFonts w:ascii="仿宋" w:eastAsia="仿宋" w:hAnsi="仿宋"/>
          <w:sz w:val="32"/>
          <w:lang w:eastAsia="zh-CN"/>
        </w:rPr>
        <w:t>壤</w:t>
      </w:r>
      <w:proofErr w:type="gramEnd"/>
      <w:r>
        <w:rPr>
          <w:rFonts w:ascii="仿宋" w:eastAsia="仿宋" w:hAnsi="仿宋"/>
          <w:sz w:val="32"/>
          <w:lang w:eastAsia="zh-CN"/>
        </w:rPr>
        <w:t>居的兵法也附在了里面，</w:t>
      </w:r>
      <w:proofErr w:type="gramStart"/>
      <w:r>
        <w:rPr>
          <w:rFonts w:ascii="仿宋" w:eastAsia="仿宋" w:hAnsi="仿宋"/>
          <w:sz w:val="32"/>
          <w:lang w:eastAsia="zh-CN"/>
        </w:rPr>
        <w:t>固定名</w:t>
      </w:r>
      <w:proofErr w:type="gramEnd"/>
      <w:r>
        <w:rPr>
          <w:rFonts w:ascii="仿宋" w:eastAsia="仿宋" w:hAnsi="仿宋"/>
          <w:sz w:val="32"/>
          <w:lang w:eastAsia="zh-CN"/>
        </w:rPr>
        <w:t>《司马穰苴兵法》。后世也称《司马法》。兵者虽为凶士。但兵法之道。</w:t>
      </w:r>
      <w:proofErr w:type="gramStart"/>
      <w:r>
        <w:rPr>
          <w:rFonts w:ascii="仿宋" w:eastAsia="仿宋" w:hAnsi="仿宋"/>
          <w:sz w:val="32"/>
          <w:lang w:eastAsia="zh-CN"/>
        </w:rPr>
        <w:t>应尊仁道</w:t>
      </w:r>
      <w:proofErr w:type="gramEnd"/>
      <w:r>
        <w:rPr>
          <w:rFonts w:ascii="仿宋" w:eastAsia="仿宋" w:hAnsi="仿宋"/>
          <w:sz w:val="32"/>
          <w:lang w:eastAsia="zh-CN"/>
        </w:rPr>
        <w:t>。</w:t>
      </w:r>
    </w:p>
    <w:p w14:paraId="28438118" w14:textId="77777777" w:rsidR="00E87C95" w:rsidRDefault="00000000">
      <w:pPr>
        <w:spacing w:after="0" w:line="579" w:lineRule="exact"/>
        <w:ind w:firstLine="640"/>
        <w:rPr>
          <w:lang w:eastAsia="zh-CN"/>
        </w:rPr>
      </w:pPr>
      <w:r>
        <w:rPr>
          <w:rFonts w:ascii="仿宋" w:eastAsia="仿宋" w:hAnsi="仿宋"/>
          <w:sz w:val="32"/>
          <w:lang w:eastAsia="zh-CN"/>
        </w:rPr>
        <w:t>我听从长辈嘱托。逃出齐国。经历磨难，辗转来到吴国。</w:t>
      </w:r>
      <w:proofErr w:type="gramStart"/>
      <w:r>
        <w:rPr>
          <w:rFonts w:ascii="仿宋" w:eastAsia="仿宋" w:hAnsi="仿宋"/>
          <w:sz w:val="32"/>
          <w:lang w:eastAsia="zh-CN"/>
        </w:rPr>
        <w:t>贼出茅庐</w:t>
      </w:r>
      <w:proofErr w:type="gramEnd"/>
      <w:r>
        <w:rPr>
          <w:rFonts w:ascii="仿宋" w:eastAsia="仿宋" w:hAnsi="仿宋"/>
          <w:sz w:val="32"/>
          <w:lang w:eastAsia="zh-CN"/>
        </w:rPr>
        <w:t>。隐居潜心，修筑兵法。你是何人？这是何处哦？</w:t>
      </w:r>
      <w:r>
        <w:rPr>
          <w:rFonts w:ascii="仿宋" w:eastAsia="仿宋" w:hAnsi="仿宋"/>
          <w:sz w:val="32"/>
          <w:lang w:eastAsia="zh-CN"/>
        </w:rPr>
        <w:lastRenderedPageBreak/>
        <w:t>你醒过来了。你是楚王派来杀我的人不是？在下孙武，字长卿，是齐国人。我父亲是齐国的卿，</w:t>
      </w:r>
    </w:p>
    <w:p w14:paraId="40BC4930" w14:textId="77777777" w:rsidR="00E87C95" w:rsidRDefault="00000000">
      <w:pPr>
        <w:spacing w:after="0" w:line="579" w:lineRule="exact"/>
        <w:ind w:firstLine="640"/>
        <w:rPr>
          <w:lang w:eastAsia="zh-CN"/>
        </w:rPr>
      </w:pPr>
      <w:r>
        <w:rPr>
          <w:rFonts w:ascii="仿宋" w:eastAsia="仿宋" w:hAnsi="仿宋"/>
          <w:sz w:val="32"/>
          <w:lang w:eastAsia="zh-CN"/>
        </w:rPr>
        <w:t>叫孙</w:t>
      </w:r>
      <w:proofErr w:type="gramStart"/>
      <w:r>
        <w:rPr>
          <w:rFonts w:ascii="仿宋" w:eastAsia="仿宋" w:hAnsi="仿宋"/>
          <w:sz w:val="32"/>
          <w:lang w:eastAsia="zh-CN"/>
        </w:rPr>
        <w:t>凭</w:t>
      </w:r>
      <w:proofErr w:type="gramEnd"/>
      <w:r>
        <w:rPr>
          <w:rFonts w:ascii="仿宋" w:eastAsia="仿宋" w:hAnsi="仿宋"/>
          <w:sz w:val="32"/>
          <w:lang w:eastAsia="zh-CN"/>
        </w:rPr>
        <w:t>。我祖父是齐国大将军孙叔。你是我救的。你救了我！齐国大司马田</w:t>
      </w:r>
      <w:proofErr w:type="gramStart"/>
      <w:r>
        <w:rPr>
          <w:rFonts w:ascii="仿宋" w:eastAsia="仿宋" w:hAnsi="仿宋"/>
          <w:sz w:val="32"/>
          <w:lang w:eastAsia="zh-CN"/>
        </w:rPr>
        <w:t>穰苴</w:t>
      </w:r>
      <w:proofErr w:type="gramEnd"/>
      <w:r>
        <w:rPr>
          <w:rFonts w:ascii="仿宋" w:eastAsia="仿宋" w:hAnsi="仿宋"/>
          <w:sz w:val="32"/>
          <w:lang w:eastAsia="zh-CN"/>
        </w:rPr>
        <w:t>是你什么人？我叔父。齐国四姓之乱，你叔父。被人构陷惨遭陷害。对对对。你知道吗？我见到你的时候，你一身都是血。还晕倒在水沟里走。你叫什么？</w:t>
      </w:r>
    </w:p>
    <w:p w14:paraId="12509D9E" w14:textId="77777777" w:rsidR="00E87C95" w:rsidRDefault="00000000">
      <w:pPr>
        <w:spacing w:after="0" w:line="579" w:lineRule="exact"/>
        <w:ind w:firstLine="640"/>
        <w:rPr>
          <w:lang w:eastAsia="zh-CN"/>
        </w:rPr>
      </w:pPr>
      <w:r>
        <w:rPr>
          <w:rFonts w:ascii="仿宋" w:eastAsia="仿宋" w:hAnsi="仿宋"/>
          <w:sz w:val="32"/>
          <w:lang w:eastAsia="zh-CN"/>
        </w:rPr>
        <w:t>我就。伍员。字子</w:t>
      </w:r>
      <w:proofErr w:type="gramStart"/>
      <w:r>
        <w:rPr>
          <w:rFonts w:ascii="仿宋" w:eastAsia="仿宋" w:hAnsi="仿宋"/>
          <w:sz w:val="32"/>
          <w:lang w:eastAsia="zh-CN"/>
        </w:rPr>
        <w:t>胥</w:t>
      </w:r>
      <w:proofErr w:type="gramEnd"/>
      <w:r>
        <w:rPr>
          <w:rFonts w:ascii="仿宋" w:eastAsia="仿宋" w:hAnsi="仿宋"/>
          <w:sz w:val="32"/>
          <w:lang w:eastAsia="zh-CN"/>
        </w:rPr>
        <w:t>。楚国人我，复叫伍</w:t>
      </w:r>
      <w:proofErr w:type="gramStart"/>
      <w:r>
        <w:rPr>
          <w:rFonts w:ascii="仿宋" w:eastAsia="仿宋" w:hAnsi="仿宋"/>
          <w:sz w:val="32"/>
          <w:lang w:eastAsia="zh-CN"/>
        </w:rPr>
        <w:t>奢</w:t>
      </w:r>
      <w:proofErr w:type="gramEnd"/>
      <w:r>
        <w:rPr>
          <w:rFonts w:ascii="仿宋" w:eastAsia="仿宋" w:hAnsi="仿宋"/>
          <w:sz w:val="32"/>
          <w:lang w:eastAsia="zh-CN"/>
        </w:rPr>
        <w:t>。楚国太子太傅。其实你家的事我听说过。太子少妇费无忌陷害你父亲谋反。那给。啊。是是楚王，听信禅言。杀了我的父兄。我侥幸逃出了楚国。一路被他们追杀。</w:t>
      </w:r>
    </w:p>
    <w:p w14:paraId="39BB6E72" w14:textId="77777777" w:rsidR="00E87C95" w:rsidRDefault="00000000">
      <w:pPr>
        <w:spacing w:after="0" w:line="579" w:lineRule="exact"/>
        <w:ind w:firstLine="640"/>
        <w:rPr>
          <w:lang w:eastAsia="zh-CN"/>
        </w:rPr>
      </w:pPr>
      <w:r>
        <w:rPr>
          <w:rFonts w:ascii="仿宋" w:eastAsia="仿宋" w:hAnsi="仿宋"/>
          <w:sz w:val="32"/>
          <w:lang w:eastAsia="zh-CN"/>
        </w:rPr>
        <w:t>我逃到吴国沿街乞讨。可是我都讨不来一碗饭。多谢你救了我。张庆雄，别客气，别客气。其实我们二人的命运很相近。哎呀，都是落魄流亡之人。你救了我。我一定不会忘记的。哎哎，没事给我你。你在筑兵书兵者。国之大事。</w:t>
      </w:r>
    </w:p>
    <w:p w14:paraId="6688E028" w14:textId="77777777" w:rsidR="00E87C95" w:rsidRDefault="00000000">
      <w:pPr>
        <w:spacing w:after="0" w:line="579" w:lineRule="exact"/>
        <w:ind w:firstLine="640"/>
        <w:rPr>
          <w:lang w:eastAsia="zh-CN"/>
        </w:rPr>
      </w:pPr>
      <w:r>
        <w:rPr>
          <w:rFonts w:ascii="仿宋" w:eastAsia="仿宋" w:hAnsi="仿宋"/>
          <w:sz w:val="32"/>
          <w:lang w:eastAsia="zh-CN"/>
        </w:rPr>
        <w:t>死生之地。存亡之道。不可不察也。战争关乎于国家存亡，移民生死。要慎重对待的。兵无常势，水无常形。其疾如风，</w:t>
      </w:r>
      <w:proofErr w:type="gramStart"/>
      <w:r>
        <w:rPr>
          <w:rFonts w:ascii="仿宋" w:eastAsia="仿宋" w:hAnsi="仿宋"/>
          <w:sz w:val="32"/>
          <w:lang w:eastAsia="zh-CN"/>
        </w:rPr>
        <w:t>其徐如林</w:t>
      </w:r>
      <w:proofErr w:type="gramEnd"/>
      <w:r>
        <w:rPr>
          <w:rFonts w:ascii="仿宋" w:eastAsia="仿宋" w:hAnsi="仿宋"/>
          <w:sz w:val="32"/>
          <w:lang w:eastAsia="zh-CN"/>
        </w:rPr>
        <w:t>。侵略如火，不动如山。难知如阴，动如雷震。都是我浅薄之见啊，</w:t>
      </w:r>
    </w:p>
    <w:p w14:paraId="2C0C4915" w14:textId="77777777" w:rsidR="00E87C95" w:rsidRDefault="00000000">
      <w:pPr>
        <w:spacing w:after="0" w:line="579" w:lineRule="exact"/>
        <w:ind w:firstLine="640"/>
        <w:rPr>
          <w:lang w:eastAsia="zh-CN"/>
        </w:rPr>
      </w:pPr>
      <w:r>
        <w:rPr>
          <w:rFonts w:ascii="仿宋" w:eastAsia="仿宋" w:hAnsi="仿宋"/>
          <w:sz w:val="32"/>
          <w:lang w:eastAsia="zh-CN"/>
        </w:rPr>
        <w:t>这怎么能是浅薄之见呢？你可真是一个天才，如果写成这部兵书。必将传于后世啊。吃粥吧。常舅舅。以你大才。如有明主得长卿兄辅佐将称霸诸侯。我不想称霸诸侯。我只想把我田氏</w:t>
      </w:r>
      <w:proofErr w:type="gramStart"/>
      <w:r>
        <w:rPr>
          <w:rFonts w:ascii="仿宋" w:eastAsia="仿宋" w:hAnsi="仿宋"/>
          <w:sz w:val="32"/>
          <w:lang w:eastAsia="zh-CN"/>
        </w:rPr>
        <w:t>一</w:t>
      </w:r>
      <w:proofErr w:type="gramEnd"/>
      <w:r>
        <w:rPr>
          <w:rFonts w:ascii="仿宋" w:eastAsia="仿宋" w:hAnsi="仿宋"/>
          <w:sz w:val="32"/>
          <w:lang w:eastAsia="zh-CN"/>
        </w:rPr>
        <w:t>族兵家之道。诸城这部书。我父亲叔父如果见</w:t>
      </w:r>
      <w:r>
        <w:rPr>
          <w:rFonts w:ascii="仿宋" w:eastAsia="仿宋" w:hAnsi="仿宋"/>
          <w:sz w:val="32"/>
          <w:lang w:eastAsia="zh-CN"/>
        </w:rPr>
        <w:lastRenderedPageBreak/>
        <w:t>到我完成此事，定然欢喜。可是我</w:t>
      </w:r>
      <w:proofErr w:type="gramStart"/>
      <w:r>
        <w:rPr>
          <w:rFonts w:ascii="仿宋" w:eastAsia="仿宋" w:hAnsi="仿宋"/>
          <w:sz w:val="32"/>
          <w:lang w:eastAsia="zh-CN"/>
        </w:rPr>
        <w:t>想昌命</w:t>
      </w:r>
      <w:proofErr w:type="gramEnd"/>
      <w:r>
        <w:rPr>
          <w:rFonts w:ascii="仿宋" w:eastAsia="仿宋" w:hAnsi="仿宋"/>
          <w:sz w:val="32"/>
          <w:lang w:eastAsia="zh-CN"/>
        </w:rPr>
        <w:t>于诸侯。因为只有这样。</w:t>
      </w:r>
    </w:p>
    <w:p w14:paraId="6E5C6957" w14:textId="77777777" w:rsidR="00E87C95" w:rsidRDefault="00000000">
      <w:pPr>
        <w:spacing w:after="0" w:line="579" w:lineRule="exact"/>
        <w:ind w:firstLine="640"/>
        <w:rPr>
          <w:lang w:eastAsia="zh-CN"/>
        </w:rPr>
      </w:pPr>
      <w:r>
        <w:rPr>
          <w:rFonts w:ascii="仿宋" w:eastAsia="仿宋" w:hAnsi="仿宋"/>
          <w:sz w:val="32"/>
          <w:lang w:eastAsia="zh-CN"/>
        </w:rPr>
        <w:t>我才能报父兄之仇。今日得玉长卿兄。你我便是文景之交。如有一日，我能得与民主，必与你比肩。立</w:t>
      </w:r>
      <w:proofErr w:type="gramStart"/>
      <w:r>
        <w:rPr>
          <w:rFonts w:ascii="仿宋" w:eastAsia="仿宋" w:hAnsi="仿宋"/>
          <w:sz w:val="32"/>
          <w:lang w:eastAsia="zh-CN"/>
        </w:rPr>
        <w:t>不世</w:t>
      </w:r>
      <w:proofErr w:type="gramEnd"/>
      <w:r>
        <w:rPr>
          <w:rFonts w:ascii="仿宋" w:eastAsia="仿宋" w:hAnsi="仿宋"/>
          <w:sz w:val="32"/>
          <w:lang w:eastAsia="zh-CN"/>
        </w:rPr>
        <w:t>之功勋，杨乃名于天下。哎，再来一碗。报复他。饭量也大。哎，长卿兄，如果你写成兵书，</w:t>
      </w:r>
    </w:p>
    <w:p w14:paraId="6A423014" w14:textId="77777777" w:rsidR="00E87C95" w:rsidRDefault="00000000">
      <w:pPr>
        <w:spacing w:after="0" w:line="579" w:lineRule="exact"/>
        <w:ind w:firstLine="640"/>
        <w:rPr>
          <w:lang w:eastAsia="zh-CN"/>
        </w:rPr>
      </w:pPr>
      <w:r>
        <w:rPr>
          <w:rFonts w:ascii="仿宋" w:eastAsia="仿宋" w:hAnsi="仿宋"/>
          <w:sz w:val="32"/>
          <w:lang w:eastAsia="zh-CN"/>
        </w:rPr>
        <w:t>你有何打算？我隐居山林，种地煮粥。隐居山林。种地煮粥。如有一日，我报了父兄之仇。我到这里陪你种地煮粥。不过我负责喝。那我怎么种地都不够你吃啊？呵呵</w:t>
      </w:r>
      <w:proofErr w:type="gramStart"/>
      <w:r>
        <w:rPr>
          <w:rFonts w:ascii="仿宋" w:eastAsia="仿宋" w:hAnsi="仿宋"/>
          <w:sz w:val="32"/>
          <w:lang w:eastAsia="zh-CN"/>
        </w:rPr>
        <w:t>呵</w:t>
      </w:r>
      <w:proofErr w:type="gramEnd"/>
      <w:r>
        <w:rPr>
          <w:rFonts w:ascii="仿宋" w:eastAsia="仿宋" w:hAnsi="仿宋"/>
          <w:sz w:val="32"/>
          <w:lang w:eastAsia="zh-CN"/>
        </w:rPr>
        <w:t>。此后我隐居茅庐，专心修筑兵法。子</w:t>
      </w:r>
      <w:proofErr w:type="gramStart"/>
      <w:r>
        <w:rPr>
          <w:rFonts w:ascii="仿宋" w:eastAsia="仿宋" w:hAnsi="仿宋"/>
          <w:sz w:val="32"/>
          <w:lang w:eastAsia="zh-CN"/>
        </w:rPr>
        <w:t>胥</w:t>
      </w:r>
      <w:proofErr w:type="gramEnd"/>
      <w:r>
        <w:rPr>
          <w:rFonts w:ascii="仿宋" w:eastAsia="仿宋" w:hAnsi="仿宋"/>
          <w:sz w:val="32"/>
          <w:lang w:eastAsia="zh-CN"/>
        </w:rPr>
        <w:t>扶坐公，子光登上吴国王位。</w:t>
      </w:r>
    </w:p>
    <w:p w14:paraId="083B6AAD" w14:textId="77777777" w:rsidR="00E87C95" w:rsidRDefault="00000000">
      <w:pPr>
        <w:spacing w:after="0" w:line="579" w:lineRule="exact"/>
        <w:ind w:firstLine="640"/>
        <w:rPr>
          <w:lang w:eastAsia="zh-CN"/>
        </w:rPr>
      </w:pPr>
      <w:r>
        <w:rPr>
          <w:rFonts w:ascii="仿宋" w:eastAsia="仿宋" w:hAnsi="仿宋"/>
          <w:sz w:val="32"/>
          <w:lang w:eastAsia="zh-CN"/>
        </w:rPr>
        <w:t>公子光后世称之为吴王</w:t>
      </w:r>
      <w:proofErr w:type="gramStart"/>
      <w:r>
        <w:rPr>
          <w:rFonts w:ascii="仿宋" w:eastAsia="仿宋" w:hAnsi="仿宋"/>
          <w:sz w:val="32"/>
          <w:lang w:eastAsia="zh-CN"/>
        </w:rPr>
        <w:t>阖闾</w:t>
      </w:r>
      <w:proofErr w:type="gramEnd"/>
      <w:r>
        <w:rPr>
          <w:rFonts w:ascii="仿宋" w:eastAsia="仿宋" w:hAnsi="仿宋"/>
          <w:sz w:val="32"/>
          <w:lang w:eastAsia="zh-CN"/>
        </w:rPr>
        <w:t>，他上位之后拜伍子胥为大夫。子</w:t>
      </w:r>
      <w:proofErr w:type="gramStart"/>
      <w:r>
        <w:rPr>
          <w:rFonts w:ascii="仿宋" w:eastAsia="仿宋" w:hAnsi="仿宋"/>
          <w:sz w:val="32"/>
          <w:lang w:eastAsia="zh-CN"/>
        </w:rPr>
        <w:t>胥</w:t>
      </w:r>
      <w:proofErr w:type="gramEnd"/>
      <w:r>
        <w:rPr>
          <w:rFonts w:ascii="仿宋" w:eastAsia="仿宋" w:hAnsi="仿宋"/>
          <w:sz w:val="32"/>
          <w:lang w:eastAsia="zh-CN"/>
        </w:rPr>
        <w:t>执掌吴国政，事后一日七次，向吴王</w:t>
      </w:r>
      <w:proofErr w:type="gramStart"/>
      <w:r>
        <w:rPr>
          <w:rFonts w:ascii="仿宋" w:eastAsia="仿宋" w:hAnsi="仿宋"/>
          <w:sz w:val="32"/>
          <w:lang w:eastAsia="zh-CN"/>
        </w:rPr>
        <w:t>阖闾</w:t>
      </w:r>
      <w:proofErr w:type="gramEnd"/>
      <w:r>
        <w:rPr>
          <w:rFonts w:ascii="仿宋" w:eastAsia="仿宋" w:hAnsi="仿宋"/>
          <w:sz w:val="32"/>
          <w:lang w:eastAsia="zh-CN"/>
        </w:rPr>
        <w:t>举荐我。将军的兵法13篇，我看了。难怪子</w:t>
      </w:r>
      <w:proofErr w:type="gramStart"/>
      <w:r>
        <w:rPr>
          <w:rFonts w:ascii="仿宋" w:eastAsia="仿宋" w:hAnsi="仿宋"/>
          <w:sz w:val="32"/>
          <w:lang w:eastAsia="zh-CN"/>
        </w:rPr>
        <w:t>胥</w:t>
      </w:r>
      <w:proofErr w:type="gramEnd"/>
      <w:r>
        <w:rPr>
          <w:rFonts w:ascii="仿宋" w:eastAsia="仿宋" w:hAnsi="仿宋"/>
          <w:sz w:val="32"/>
          <w:lang w:eastAsia="zh-CN"/>
        </w:rPr>
        <w:t>一日七次向寡人举荐。将军乃是。天纵之才。大王过誉了。谢子胥兄引荐。寡人欲使吴国称霸天下。看看将军。当如何作为呀？</w:t>
      </w:r>
    </w:p>
    <w:p w14:paraId="6A78288A" w14:textId="77777777" w:rsidR="00E87C95" w:rsidRDefault="00000000">
      <w:pPr>
        <w:spacing w:after="0" w:line="579" w:lineRule="exact"/>
        <w:ind w:firstLine="640"/>
        <w:rPr>
          <w:lang w:eastAsia="zh-CN"/>
        </w:rPr>
      </w:pPr>
      <w:r>
        <w:rPr>
          <w:rFonts w:ascii="仿宋" w:eastAsia="仿宋" w:hAnsi="仿宋"/>
          <w:sz w:val="32"/>
          <w:lang w:eastAsia="zh-CN"/>
        </w:rPr>
        <w:t>当今天下诸侯争，霸为王者，若不图强，则难以自保。大王</w:t>
      </w:r>
      <w:proofErr w:type="gramStart"/>
      <w:r>
        <w:rPr>
          <w:rFonts w:ascii="仿宋" w:eastAsia="仿宋" w:hAnsi="仿宋"/>
          <w:sz w:val="32"/>
          <w:lang w:eastAsia="zh-CN"/>
        </w:rPr>
        <w:t>虽内何</w:t>
      </w:r>
      <w:proofErr w:type="gramEnd"/>
      <w:r>
        <w:rPr>
          <w:rFonts w:ascii="仿宋" w:eastAsia="仿宋" w:hAnsi="仿宋"/>
          <w:sz w:val="32"/>
          <w:lang w:eastAsia="zh-CN"/>
        </w:rPr>
        <w:t>臣民。外使晋国，但纵观吴国周边之事。楚国强大。亲临诸侯。吴楚战乱多年，吴国地处东南。险阻润湿，又有江海之害。且仓廪兵库不设田，愁不肯。</w:t>
      </w:r>
    </w:p>
    <w:p w14:paraId="1EB83118" w14:textId="77777777" w:rsidR="00E87C95" w:rsidRDefault="00000000">
      <w:pPr>
        <w:spacing w:after="0" w:line="579" w:lineRule="exact"/>
        <w:ind w:firstLine="640"/>
        <w:rPr>
          <w:lang w:eastAsia="zh-CN"/>
        </w:rPr>
      </w:pPr>
      <w:r>
        <w:rPr>
          <w:rFonts w:ascii="仿宋" w:eastAsia="仿宋" w:hAnsi="仿宋"/>
          <w:sz w:val="32"/>
          <w:lang w:eastAsia="zh-CN"/>
        </w:rPr>
        <w:t>大王虽心系百姓，奈何国势薄弱。故民难富。国难安。吴国受楚国之苦久矣啊。将军有何良策。伐楚，兴吴。伐楚，</w:t>
      </w:r>
      <w:r>
        <w:rPr>
          <w:rFonts w:ascii="仿宋" w:eastAsia="仿宋" w:hAnsi="仿宋"/>
          <w:sz w:val="32"/>
          <w:lang w:eastAsia="zh-CN"/>
        </w:rPr>
        <w:lastRenderedPageBreak/>
        <w:t>新武。如何将攻打强楚。区分三步图治。哪三步？强吴。</w:t>
      </w:r>
      <w:proofErr w:type="gramStart"/>
      <w:r>
        <w:rPr>
          <w:rFonts w:ascii="仿宋" w:eastAsia="仿宋" w:hAnsi="仿宋"/>
          <w:sz w:val="32"/>
          <w:lang w:eastAsia="zh-CN"/>
        </w:rPr>
        <w:t>贰楚决战</w:t>
      </w:r>
      <w:proofErr w:type="gramEnd"/>
      <w:r>
        <w:rPr>
          <w:rFonts w:ascii="仿宋" w:eastAsia="仿宋" w:hAnsi="仿宋"/>
          <w:sz w:val="32"/>
          <w:lang w:eastAsia="zh-CN"/>
        </w:rPr>
        <w:t>。</w:t>
      </w:r>
    </w:p>
    <w:p w14:paraId="1B401BF8" w14:textId="77777777" w:rsidR="00E87C95" w:rsidRDefault="00000000">
      <w:pPr>
        <w:spacing w:after="0" w:line="579" w:lineRule="exact"/>
        <w:ind w:firstLine="640"/>
        <w:rPr>
          <w:lang w:eastAsia="zh-CN"/>
        </w:rPr>
      </w:pPr>
      <w:r>
        <w:rPr>
          <w:rFonts w:ascii="仿宋" w:eastAsia="仿宋" w:hAnsi="仿宋"/>
          <w:sz w:val="32"/>
          <w:lang w:eastAsia="zh-CN"/>
        </w:rPr>
        <w:t>二位将军可否细细讲来。大王吴国蛮，荒城西帝国楚军急以破城，请大王多助成</w:t>
      </w:r>
      <w:proofErr w:type="gramStart"/>
      <w:r>
        <w:rPr>
          <w:rFonts w:ascii="仿宋" w:eastAsia="仿宋" w:hAnsi="仿宋"/>
          <w:sz w:val="32"/>
          <w:lang w:eastAsia="zh-CN"/>
        </w:rPr>
        <w:t>郭</w:t>
      </w:r>
      <w:proofErr w:type="gramEnd"/>
      <w:r>
        <w:rPr>
          <w:rFonts w:ascii="仿宋" w:eastAsia="仿宋" w:hAnsi="仿宋"/>
          <w:sz w:val="32"/>
          <w:lang w:eastAsia="zh-CN"/>
        </w:rPr>
        <w:t>。以求自保。善良。传我王令。得力心力，成功得力。城郭可据八方，黎民可藏天下。</w:t>
      </w:r>
      <w:proofErr w:type="gramStart"/>
      <w:r>
        <w:rPr>
          <w:rFonts w:ascii="仿宋" w:eastAsia="仿宋" w:hAnsi="仿宋"/>
          <w:sz w:val="32"/>
          <w:lang w:eastAsia="zh-CN"/>
        </w:rPr>
        <w:t>财货可冒四方</w:t>
      </w:r>
      <w:proofErr w:type="gramEnd"/>
      <w:r>
        <w:rPr>
          <w:rFonts w:ascii="仿宋" w:eastAsia="仿宋" w:hAnsi="仿宋"/>
          <w:sz w:val="32"/>
          <w:lang w:eastAsia="zh-CN"/>
        </w:rPr>
        <w:t>风物。</w:t>
      </w:r>
      <w:proofErr w:type="gramStart"/>
      <w:r>
        <w:rPr>
          <w:rFonts w:ascii="仿宋" w:eastAsia="仿宋" w:hAnsi="仿宋"/>
          <w:sz w:val="32"/>
          <w:lang w:eastAsia="zh-CN"/>
        </w:rPr>
        <w:t>河豚军士兵甲仓</w:t>
      </w:r>
      <w:proofErr w:type="gramEnd"/>
      <w:r>
        <w:rPr>
          <w:rFonts w:ascii="仿宋" w:eastAsia="仿宋" w:hAnsi="仿宋"/>
          <w:sz w:val="32"/>
          <w:lang w:eastAsia="zh-CN"/>
        </w:rPr>
        <w:t>领粮满，为富国之大要大王。还需石苍林。</w:t>
      </w:r>
    </w:p>
    <w:p w14:paraId="057DC00E" w14:textId="77777777" w:rsidR="00E87C95" w:rsidRDefault="00000000">
      <w:pPr>
        <w:spacing w:after="0" w:line="579" w:lineRule="exact"/>
        <w:ind w:firstLine="640"/>
        <w:rPr>
          <w:lang w:eastAsia="zh-CN"/>
        </w:rPr>
      </w:pPr>
      <w:r>
        <w:rPr>
          <w:rFonts w:ascii="仿宋" w:eastAsia="仿宋" w:hAnsi="仿宋"/>
          <w:sz w:val="32"/>
          <w:lang w:eastAsia="zh-CN"/>
        </w:rPr>
        <w:t>传我</w:t>
      </w:r>
      <w:proofErr w:type="gramStart"/>
      <w:r>
        <w:rPr>
          <w:rFonts w:ascii="仿宋" w:eastAsia="仿宋" w:hAnsi="仿宋"/>
          <w:sz w:val="32"/>
          <w:lang w:eastAsia="zh-CN"/>
        </w:rPr>
        <w:t>妄</w:t>
      </w:r>
      <w:proofErr w:type="gramEnd"/>
      <w:r>
        <w:rPr>
          <w:rFonts w:ascii="仿宋" w:eastAsia="仿宋" w:hAnsi="仿宋"/>
          <w:sz w:val="32"/>
          <w:lang w:eastAsia="zh-CN"/>
        </w:rPr>
        <w:t>令。广济余粮以失，仓廪得利。岁有余粮，俱</w:t>
      </w:r>
      <w:proofErr w:type="gramStart"/>
      <w:r>
        <w:rPr>
          <w:rFonts w:ascii="仿宋" w:eastAsia="仿宋" w:hAnsi="仿宋"/>
          <w:sz w:val="32"/>
          <w:lang w:eastAsia="zh-CN"/>
        </w:rPr>
        <w:t>而屯之</w:t>
      </w:r>
      <w:proofErr w:type="gramEnd"/>
      <w:r>
        <w:rPr>
          <w:rFonts w:ascii="仿宋" w:eastAsia="仿宋" w:hAnsi="仿宋"/>
          <w:sz w:val="32"/>
          <w:lang w:eastAsia="zh-CN"/>
        </w:rPr>
        <w:t>，可防灾荒，可为兵需。好好啊，等仓里粮满。乃是我吴国图强之时啊。大王。</w:t>
      </w:r>
      <w:proofErr w:type="gramStart"/>
      <w:r>
        <w:rPr>
          <w:rFonts w:ascii="仿宋" w:eastAsia="仿宋" w:hAnsi="仿宋"/>
          <w:sz w:val="32"/>
          <w:lang w:eastAsia="zh-CN"/>
        </w:rPr>
        <w:t>还需识兵库</w:t>
      </w:r>
      <w:proofErr w:type="gramEnd"/>
      <w:r>
        <w:rPr>
          <w:rFonts w:ascii="仿宋" w:eastAsia="仿宋" w:hAnsi="仿宋"/>
          <w:sz w:val="32"/>
          <w:lang w:eastAsia="zh-CN"/>
        </w:rPr>
        <w:t>。</w:t>
      </w:r>
      <w:proofErr w:type="gramStart"/>
      <w:r>
        <w:rPr>
          <w:rFonts w:ascii="仿宋" w:eastAsia="仿宋" w:hAnsi="仿宋"/>
          <w:sz w:val="32"/>
          <w:lang w:eastAsia="zh-CN"/>
        </w:rPr>
        <w:t>服兵者</w:t>
      </w:r>
      <w:proofErr w:type="gramEnd"/>
      <w:r>
        <w:rPr>
          <w:rFonts w:ascii="仿宋" w:eastAsia="仿宋" w:hAnsi="仿宋"/>
          <w:sz w:val="32"/>
          <w:lang w:eastAsia="zh-CN"/>
        </w:rPr>
        <w:t>，兵士也，兵器也。</w:t>
      </w:r>
    </w:p>
    <w:p w14:paraId="443D8D16" w14:textId="77777777" w:rsidR="00E87C95" w:rsidRDefault="00000000">
      <w:pPr>
        <w:spacing w:after="0" w:line="579" w:lineRule="exact"/>
        <w:ind w:firstLine="640"/>
        <w:rPr>
          <w:lang w:eastAsia="zh-CN"/>
        </w:rPr>
      </w:pPr>
      <w:r>
        <w:rPr>
          <w:rFonts w:ascii="仿宋" w:eastAsia="仿宋" w:hAnsi="仿宋"/>
          <w:sz w:val="32"/>
          <w:lang w:eastAsia="zh-CN"/>
        </w:rPr>
        <w:t>将军所言极是。广药能工巧匠。充实兵库。吃吃。</w:t>
      </w:r>
      <w:proofErr w:type="gramStart"/>
      <w:r>
        <w:rPr>
          <w:rFonts w:ascii="仿宋" w:eastAsia="仿宋" w:hAnsi="仿宋"/>
          <w:sz w:val="32"/>
          <w:lang w:eastAsia="zh-CN"/>
        </w:rPr>
        <w:t>脚臂撑肩</w:t>
      </w:r>
      <w:proofErr w:type="gramEnd"/>
      <w:r>
        <w:rPr>
          <w:rFonts w:ascii="仿宋" w:eastAsia="仿宋" w:hAnsi="仿宋"/>
          <w:sz w:val="32"/>
          <w:lang w:eastAsia="zh-CN"/>
        </w:rPr>
        <w:t>。</w:t>
      </w:r>
      <w:proofErr w:type="gramStart"/>
      <w:r>
        <w:rPr>
          <w:rFonts w:ascii="仿宋" w:eastAsia="仿宋" w:hAnsi="仿宋"/>
          <w:sz w:val="32"/>
          <w:lang w:eastAsia="zh-CN"/>
        </w:rPr>
        <w:t>盾必成功</w:t>
      </w:r>
      <w:proofErr w:type="gramEnd"/>
      <w:r>
        <w:rPr>
          <w:rFonts w:ascii="仿宋" w:eastAsia="仿宋" w:hAnsi="仿宋"/>
          <w:sz w:val="32"/>
          <w:lang w:eastAsia="zh-CN"/>
        </w:rPr>
        <w:t>。好必成立。夫概何在</w:t>
      </w:r>
      <w:proofErr w:type="gramStart"/>
      <w:r>
        <w:rPr>
          <w:rFonts w:ascii="仿宋" w:eastAsia="仿宋" w:hAnsi="仿宋"/>
          <w:sz w:val="32"/>
          <w:lang w:eastAsia="zh-CN"/>
        </w:rPr>
        <w:t>在</w:t>
      </w:r>
      <w:proofErr w:type="gramEnd"/>
      <w:r>
        <w:rPr>
          <w:rFonts w:ascii="仿宋" w:eastAsia="仿宋" w:hAnsi="仿宋"/>
          <w:sz w:val="32"/>
          <w:lang w:eastAsia="zh-CN"/>
        </w:rPr>
        <w:t>。夫概听令命令你部将士。分组三队。轮流袭击楚军边界。只要除军应战。马上撤退。格</w:t>
      </w:r>
      <w:proofErr w:type="gramStart"/>
      <w:r>
        <w:rPr>
          <w:rFonts w:ascii="仿宋" w:eastAsia="仿宋" w:hAnsi="仿宋"/>
          <w:sz w:val="32"/>
          <w:lang w:eastAsia="zh-CN"/>
        </w:rPr>
        <w:t>力那么</w:t>
      </w:r>
      <w:proofErr w:type="gramEnd"/>
      <w:r>
        <w:rPr>
          <w:rFonts w:ascii="仿宋" w:eastAsia="仿宋" w:hAnsi="仿宋"/>
          <w:sz w:val="32"/>
          <w:lang w:eastAsia="zh-CN"/>
        </w:rPr>
        <w:t>我军。坚持轮番袭扰。</w:t>
      </w:r>
    </w:p>
    <w:p w14:paraId="085A6115" w14:textId="77777777" w:rsidR="00E87C95" w:rsidRDefault="00000000">
      <w:pPr>
        <w:spacing w:after="0" w:line="579" w:lineRule="exact"/>
        <w:ind w:firstLine="640"/>
        <w:rPr>
          <w:lang w:eastAsia="zh-CN"/>
        </w:rPr>
      </w:pPr>
      <w:r>
        <w:rPr>
          <w:rFonts w:ascii="仿宋" w:eastAsia="仿宋" w:hAnsi="仿宋"/>
          <w:sz w:val="32"/>
          <w:lang w:eastAsia="zh-CN"/>
        </w:rPr>
        <w:t>穷年累月，楚军必定疲惫不堪。内墙无国，外立强楚。二位将军之策。甚妙。报我军已攻克楚国，蜀国，中午报我军攻占楚国，蜀国书包。哦我军攻克楚地，养成哦我军，大破楚军，豫章再探。</w:t>
      </w:r>
      <w:proofErr w:type="gramStart"/>
      <w:r>
        <w:rPr>
          <w:rFonts w:ascii="仿宋" w:eastAsia="仿宋" w:hAnsi="仿宋"/>
          <w:sz w:val="32"/>
          <w:lang w:eastAsia="zh-CN"/>
        </w:rPr>
        <w:t>叶处的</w:t>
      </w:r>
      <w:proofErr w:type="gramEnd"/>
      <w:r>
        <w:rPr>
          <w:rFonts w:ascii="仿宋" w:eastAsia="仿宋" w:hAnsi="仿宋"/>
          <w:sz w:val="32"/>
          <w:lang w:eastAsia="zh-CN"/>
        </w:rPr>
        <w:t>过程历经数年大小数十战，</w:t>
      </w:r>
    </w:p>
    <w:p w14:paraId="0E4B1F2D" w14:textId="77777777" w:rsidR="00E87C95" w:rsidRDefault="00000000">
      <w:pPr>
        <w:spacing w:after="0" w:line="579" w:lineRule="exact"/>
        <w:ind w:firstLine="640"/>
        <w:rPr>
          <w:lang w:eastAsia="zh-CN"/>
        </w:rPr>
      </w:pPr>
      <w:r>
        <w:rPr>
          <w:rFonts w:ascii="仿宋" w:eastAsia="仿宋" w:hAnsi="仿宋"/>
          <w:sz w:val="32"/>
          <w:lang w:eastAsia="zh-CN"/>
        </w:rPr>
        <w:t>吴国采取主动，楚国疲惫应战。这样一来，两国在战争中的优劣地位。悄然发生转换，我们等了六年。这六年当中，</w:t>
      </w:r>
      <w:r>
        <w:rPr>
          <w:rFonts w:ascii="仿宋" w:eastAsia="仿宋" w:hAnsi="仿宋"/>
          <w:sz w:val="32"/>
          <w:lang w:eastAsia="zh-CN"/>
        </w:rPr>
        <w:lastRenderedPageBreak/>
        <w:t>吴王合吕采纳了先生的建议，养精蓄锐。城国林立，</w:t>
      </w:r>
      <w:proofErr w:type="gramStart"/>
      <w:r>
        <w:rPr>
          <w:rFonts w:ascii="仿宋" w:eastAsia="仿宋" w:hAnsi="仿宋"/>
          <w:sz w:val="32"/>
          <w:lang w:eastAsia="zh-CN"/>
        </w:rPr>
        <w:t>仓岭良满</w:t>
      </w:r>
      <w:proofErr w:type="gramEnd"/>
      <w:r>
        <w:rPr>
          <w:rFonts w:ascii="仿宋" w:eastAsia="仿宋" w:hAnsi="仿宋"/>
          <w:sz w:val="32"/>
          <w:lang w:eastAsia="zh-CN"/>
        </w:rPr>
        <w:t>。兵库充盈。正如吴王所说的。吴国图强之时。到了，</w:t>
      </w:r>
    </w:p>
    <w:p w14:paraId="72F7ABD4" w14:textId="77777777" w:rsidR="00E87C95" w:rsidRDefault="00000000">
      <w:pPr>
        <w:spacing w:after="0" w:line="579" w:lineRule="exact"/>
        <w:ind w:firstLine="640"/>
        <w:rPr>
          <w:lang w:eastAsia="zh-CN"/>
        </w:rPr>
      </w:pPr>
      <w:r>
        <w:rPr>
          <w:rFonts w:ascii="仿宋" w:eastAsia="仿宋" w:hAnsi="仿宋"/>
          <w:sz w:val="32"/>
          <w:lang w:eastAsia="zh-CN"/>
        </w:rPr>
        <w:t>直到有一年秋天。楚国悍然出战，攻打蔡国。给楚国致命一击。时间到。蔡国唐国使者求见大王</w:t>
      </w:r>
      <w:proofErr w:type="gramStart"/>
      <w:r>
        <w:rPr>
          <w:rFonts w:ascii="仿宋" w:eastAsia="仿宋" w:hAnsi="仿宋"/>
          <w:sz w:val="32"/>
          <w:lang w:eastAsia="zh-CN"/>
        </w:rPr>
        <w:t>大王</w:t>
      </w:r>
      <w:proofErr w:type="gramEnd"/>
      <w:r>
        <w:rPr>
          <w:rFonts w:ascii="仿宋" w:eastAsia="仿宋" w:hAnsi="仿宋"/>
          <w:sz w:val="32"/>
          <w:lang w:eastAsia="zh-CN"/>
        </w:rPr>
        <w:t>。唐蔡虽小，战略地位极为重要。与之结盟，可以避开楚国重兵把守的正面。恭喜大王伐楚之时到了。二位将军。请随我而去。楚国不易，悍然攻打我蔡国。</w:t>
      </w:r>
    </w:p>
    <w:p w14:paraId="2287E3D8" w14:textId="77777777" w:rsidR="00E87C95" w:rsidRDefault="00000000">
      <w:pPr>
        <w:spacing w:after="0" w:line="579" w:lineRule="exact"/>
        <w:ind w:firstLine="640"/>
        <w:rPr>
          <w:lang w:eastAsia="zh-CN"/>
        </w:rPr>
      </w:pPr>
      <w:r>
        <w:rPr>
          <w:rFonts w:ascii="仿宋" w:eastAsia="仿宋" w:hAnsi="仿宋"/>
          <w:sz w:val="32"/>
          <w:lang w:eastAsia="zh-CN"/>
        </w:rPr>
        <w:t>蔡国向吴王求援。唐国不堪，楚国欺凌。愿与吴国。共抗楚国。吴国愿</w:t>
      </w:r>
      <w:proofErr w:type="gramStart"/>
      <w:r>
        <w:rPr>
          <w:rFonts w:ascii="仿宋" w:eastAsia="仿宋" w:hAnsi="仿宋"/>
          <w:sz w:val="32"/>
          <w:lang w:eastAsia="zh-CN"/>
        </w:rPr>
        <w:t>与</w:t>
      </w:r>
      <w:proofErr w:type="gramEnd"/>
      <w:r>
        <w:rPr>
          <w:rFonts w:ascii="仿宋" w:eastAsia="仿宋" w:hAnsi="仿宋"/>
          <w:sz w:val="32"/>
          <w:lang w:eastAsia="zh-CN"/>
        </w:rPr>
        <w:t>。蔡国，唐国。共发出。共罚楚国。早就天亮。突发突破。吴王</w:t>
      </w:r>
      <w:proofErr w:type="gramStart"/>
      <w:r>
        <w:rPr>
          <w:rFonts w:ascii="仿宋" w:eastAsia="仿宋" w:hAnsi="仿宋"/>
          <w:sz w:val="32"/>
          <w:lang w:eastAsia="zh-CN"/>
        </w:rPr>
        <w:t>阖闾</w:t>
      </w:r>
      <w:proofErr w:type="gramEnd"/>
      <w:r>
        <w:rPr>
          <w:rFonts w:ascii="仿宋" w:eastAsia="仿宋" w:hAnsi="仿宋"/>
          <w:sz w:val="32"/>
          <w:lang w:eastAsia="zh-CN"/>
        </w:rPr>
        <w:t>轻率水陆精兵三万多人。任孙武伍子胥为将。对抗楚国20万大军。</w:t>
      </w:r>
    </w:p>
    <w:p w14:paraId="523CAAD0" w14:textId="77777777" w:rsidR="00E87C95" w:rsidRDefault="00000000">
      <w:pPr>
        <w:spacing w:after="0" w:line="579" w:lineRule="exact"/>
        <w:ind w:firstLine="640"/>
        <w:rPr>
          <w:lang w:eastAsia="zh-CN"/>
        </w:rPr>
      </w:pPr>
      <w:r>
        <w:rPr>
          <w:rFonts w:ascii="仿宋" w:eastAsia="仿宋" w:hAnsi="仿宋"/>
          <w:sz w:val="32"/>
          <w:lang w:eastAsia="zh-CN"/>
        </w:rPr>
        <w:t>此战是自商周以来。规模最大，战场最广，战线最长的一次著名战役史称</w:t>
      </w:r>
      <w:proofErr w:type="gramStart"/>
      <w:r>
        <w:rPr>
          <w:rFonts w:ascii="仿宋" w:eastAsia="仿宋" w:hAnsi="仿宋"/>
          <w:sz w:val="32"/>
          <w:lang w:eastAsia="zh-CN"/>
        </w:rPr>
        <w:t>柏</w:t>
      </w:r>
      <w:proofErr w:type="gramEnd"/>
      <w:r>
        <w:rPr>
          <w:rFonts w:ascii="仿宋" w:eastAsia="仿宋" w:hAnsi="仿宋"/>
          <w:sz w:val="32"/>
          <w:lang w:eastAsia="zh-CN"/>
        </w:rPr>
        <w:t>举之战。报！我军直插楚军后方，在唐军和蔡军的引领之下，快速进军植入大陆。大隧、直辕、</w:t>
      </w:r>
      <w:proofErr w:type="gramStart"/>
      <w:r>
        <w:rPr>
          <w:rFonts w:ascii="仿宋" w:eastAsia="仿宋" w:hAnsi="仿宋"/>
          <w:sz w:val="32"/>
          <w:lang w:eastAsia="zh-CN"/>
        </w:rPr>
        <w:t>冥</w:t>
      </w:r>
      <w:proofErr w:type="gramEnd"/>
      <w:r>
        <w:rPr>
          <w:rFonts w:ascii="仿宋" w:eastAsia="仿宋" w:hAnsi="仿宋"/>
          <w:sz w:val="32"/>
          <w:lang w:eastAsia="zh-CN"/>
        </w:rPr>
        <w:t>阨</w:t>
      </w:r>
      <w:proofErr w:type="gramStart"/>
      <w:r>
        <w:rPr>
          <w:rFonts w:ascii="仿宋" w:eastAsia="仿宋" w:hAnsi="仿宋"/>
          <w:sz w:val="32"/>
          <w:lang w:eastAsia="zh-CN"/>
        </w:rPr>
        <w:t>三关请爱</w:t>
      </w:r>
      <w:proofErr w:type="gramEnd"/>
      <w:r>
        <w:rPr>
          <w:rFonts w:ascii="仿宋" w:eastAsia="仿宋" w:hAnsi="仿宋"/>
          <w:sz w:val="32"/>
          <w:lang w:eastAsia="zh-CN"/>
        </w:rPr>
        <w:t>在大别，小别与楚军作战。屡战屡胜在柏举，我军迎战楚军主力，大获全胜，继而挥师而进，势如破竹。五战五胜。</w:t>
      </w:r>
    </w:p>
    <w:p w14:paraId="7C71C321" w14:textId="77777777" w:rsidR="00E87C95" w:rsidRDefault="00000000">
      <w:pPr>
        <w:spacing w:after="0" w:line="579" w:lineRule="exact"/>
        <w:ind w:firstLine="640"/>
        <w:rPr>
          <w:lang w:eastAsia="zh-CN"/>
        </w:rPr>
      </w:pPr>
      <w:r>
        <w:rPr>
          <w:rFonts w:ascii="仿宋" w:eastAsia="仿宋" w:hAnsi="仿宋"/>
          <w:sz w:val="32"/>
          <w:lang w:eastAsia="zh-CN"/>
        </w:rPr>
        <w:t>现在我军。你直至楚国国都</w:t>
      </w:r>
      <w:proofErr w:type="gramStart"/>
      <w:r>
        <w:rPr>
          <w:rFonts w:ascii="仿宋" w:eastAsia="仿宋" w:hAnsi="仿宋"/>
          <w:sz w:val="32"/>
          <w:lang w:eastAsia="zh-CN"/>
        </w:rPr>
        <w:t>郢</w:t>
      </w:r>
      <w:proofErr w:type="gramEnd"/>
      <w:r>
        <w:rPr>
          <w:rFonts w:ascii="仿宋" w:eastAsia="仿宋" w:hAnsi="仿宋"/>
          <w:sz w:val="32"/>
          <w:lang w:eastAsia="zh-CN"/>
        </w:rPr>
        <w:t>都城下。请大王下令，攻取</w:t>
      </w:r>
      <w:proofErr w:type="gramStart"/>
      <w:r>
        <w:rPr>
          <w:rFonts w:ascii="仿宋" w:eastAsia="仿宋" w:hAnsi="仿宋"/>
          <w:sz w:val="32"/>
          <w:lang w:eastAsia="zh-CN"/>
        </w:rPr>
        <w:t>郢</w:t>
      </w:r>
      <w:proofErr w:type="gramEnd"/>
      <w:r>
        <w:rPr>
          <w:rFonts w:ascii="仿宋" w:eastAsia="仿宋" w:hAnsi="仿宋"/>
          <w:sz w:val="32"/>
          <w:lang w:eastAsia="zh-CN"/>
        </w:rPr>
        <w:t>都。攻取</w:t>
      </w:r>
      <w:proofErr w:type="gramStart"/>
      <w:r>
        <w:rPr>
          <w:rFonts w:ascii="仿宋" w:eastAsia="仿宋" w:hAnsi="仿宋"/>
          <w:sz w:val="32"/>
          <w:lang w:eastAsia="zh-CN"/>
        </w:rPr>
        <w:t>郢</w:t>
      </w:r>
      <w:proofErr w:type="gramEnd"/>
      <w:r>
        <w:rPr>
          <w:rFonts w:ascii="仿宋" w:eastAsia="仿宋" w:hAnsi="仿宋"/>
          <w:sz w:val="32"/>
          <w:lang w:eastAsia="zh-CN"/>
        </w:rPr>
        <w:t>都。工区，</w:t>
      </w:r>
      <w:proofErr w:type="gramStart"/>
      <w:r>
        <w:rPr>
          <w:rFonts w:ascii="仿宋" w:eastAsia="仿宋" w:hAnsi="仿宋"/>
          <w:sz w:val="32"/>
          <w:lang w:eastAsia="zh-CN"/>
        </w:rPr>
        <w:t>郢</w:t>
      </w:r>
      <w:proofErr w:type="gramEnd"/>
      <w:r>
        <w:rPr>
          <w:rFonts w:ascii="仿宋" w:eastAsia="仿宋" w:hAnsi="仿宋"/>
          <w:sz w:val="32"/>
          <w:lang w:eastAsia="zh-CN"/>
        </w:rPr>
        <w:t>都。哦哦哦。博举之战。一改此前</w:t>
      </w:r>
      <w:proofErr w:type="gramStart"/>
      <w:r>
        <w:rPr>
          <w:rFonts w:ascii="仿宋" w:eastAsia="仿宋" w:hAnsi="仿宋"/>
          <w:sz w:val="32"/>
          <w:lang w:eastAsia="zh-CN"/>
        </w:rPr>
        <w:t>战争约日定期</w:t>
      </w:r>
      <w:proofErr w:type="gramEnd"/>
      <w:r>
        <w:rPr>
          <w:rFonts w:ascii="仿宋" w:eastAsia="仿宋" w:hAnsi="仿宋"/>
          <w:sz w:val="32"/>
          <w:lang w:eastAsia="zh-CN"/>
        </w:rPr>
        <w:t>一战即剑胜负的传统模式。连续作战运动歼敌出奇制胜。体现了上兵伐谋，避实击虚的兵法谋略。</w:t>
      </w:r>
      <w:proofErr w:type="gramStart"/>
      <w:r>
        <w:rPr>
          <w:rFonts w:ascii="仿宋" w:eastAsia="仿宋" w:hAnsi="仿宋"/>
          <w:sz w:val="32"/>
          <w:lang w:eastAsia="zh-CN"/>
        </w:rPr>
        <w:t>柏</w:t>
      </w:r>
      <w:proofErr w:type="gramEnd"/>
      <w:r>
        <w:rPr>
          <w:rFonts w:ascii="仿宋" w:eastAsia="仿宋" w:hAnsi="仿宋"/>
          <w:sz w:val="32"/>
          <w:lang w:eastAsia="zh-CN"/>
        </w:rPr>
        <w:t>举之战，以少胜多，</w:t>
      </w:r>
    </w:p>
    <w:p w14:paraId="3357B376" w14:textId="77777777" w:rsidR="00E87C95" w:rsidRDefault="00000000">
      <w:pPr>
        <w:spacing w:after="0" w:line="579" w:lineRule="exact"/>
        <w:ind w:firstLine="640"/>
        <w:rPr>
          <w:lang w:eastAsia="zh-CN"/>
        </w:rPr>
      </w:pPr>
      <w:r>
        <w:rPr>
          <w:rFonts w:ascii="仿宋" w:eastAsia="仿宋" w:hAnsi="仿宋"/>
          <w:sz w:val="32"/>
          <w:lang w:eastAsia="zh-CN"/>
        </w:rPr>
        <w:lastRenderedPageBreak/>
        <w:t>是一次革命性的飞跃，它成为了中国古代战争史上的一个里程碑。经过这样一场决定性的战役，吴</w:t>
      </w:r>
      <w:proofErr w:type="gramStart"/>
      <w:r>
        <w:rPr>
          <w:rFonts w:ascii="仿宋" w:eastAsia="仿宋" w:hAnsi="仿宋"/>
          <w:sz w:val="32"/>
          <w:lang w:eastAsia="zh-CN"/>
        </w:rPr>
        <w:t>楚之间</w:t>
      </w:r>
      <w:proofErr w:type="gramEnd"/>
      <w:r>
        <w:rPr>
          <w:rFonts w:ascii="仿宋" w:eastAsia="仿宋" w:hAnsi="仿宋"/>
          <w:sz w:val="32"/>
          <w:lang w:eastAsia="zh-CN"/>
        </w:rPr>
        <w:t>近百年的战事。基本平息。吴国以三万兵力对战楚国，20万兵力大获全胜。哇，这场大戏看的是让人热血沸腾啊。吴楚，这是百年的世仇啊，而且呢，吴王</w:t>
      </w:r>
      <w:proofErr w:type="gramStart"/>
      <w:r>
        <w:rPr>
          <w:rFonts w:ascii="仿宋" w:eastAsia="仿宋" w:hAnsi="仿宋"/>
          <w:sz w:val="32"/>
          <w:lang w:eastAsia="zh-CN"/>
        </w:rPr>
        <w:t>阖闾</w:t>
      </w:r>
      <w:proofErr w:type="gramEnd"/>
      <w:r>
        <w:rPr>
          <w:rFonts w:ascii="仿宋" w:eastAsia="仿宋" w:hAnsi="仿宋"/>
          <w:sz w:val="32"/>
          <w:lang w:eastAsia="zh-CN"/>
        </w:rPr>
        <w:t>上台之后，外界的环境也不错哎，这时候所有人都觉得要打呀。</w:t>
      </w:r>
    </w:p>
    <w:p w14:paraId="468C940D" w14:textId="77777777" w:rsidR="00E87C95" w:rsidRDefault="00000000">
      <w:pPr>
        <w:spacing w:after="0" w:line="579" w:lineRule="exact"/>
        <w:ind w:firstLine="640"/>
        <w:rPr>
          <w:lang w:eastAsia="zh-CN"/>
        </w:rPr>
      </w:pPr>
      <w:r>
        <w:rPr>
          <w:rFonts w:ascii="仿宋" w:eastAsia="仿宋" w:hAnsi="仿宋"/>
          <w:sz w:val="32"/>
          <w:lang w:eastAsia="zh-CN"/>
        </w:rPr>
        <w:t>但是孙武觉得不行，非得不用非危不战，如果不能保证。取胜的话，那就不能用兵，而且不到迫不得已的时候，也不能用兵。他说，民</w:t>
      </w:r>
      <w:proofErr w:type="gramStart"/>
      <w:r>
        <w:rPr>
          <w:rFonts w:ascii="仿宋" w:eastAsia="仿宋" w:hAnsi="仿宋"/>
          <w:sz w:val="32"/>
          <w:lang w:eastAsia="zh-CN"/>
        </w:rPr>
        <w:t>劳</w:t>
      </w:r>
      <w:proofErr w:type="gramEnd"/>
      <w:r>
        <w:rPr>
          <w:rFonts w:ascii="仿宋" w:eastAsia="仿宋" w:hAnsi="仿宋"/>
          <w:sz w:val="32"/>
          <w:lang w:eastAsia="zh-CN"/>
        </w:rPr>
        <w:t>。</w:t>
      </w:r>
      <w:proofErr w:type="gramStart"/>
      <w:r>
        <w:rPr>
          <w:rFonts w:ascii="仿宋" w:eastAsia="仿宋" w:hAnsi="仿宋"/>
          <w:sz w:val="32"/>
          <w:lang w:eastAsia="zh-CN"/>
        </w:rPr>
        <w:t>未可且</w:t>
      </w:r>
      <w:proofErr w:type="gramEnd"/>
      <w:r>
        <w:rPr>
          <w:rFonts w:ascii="仿宋" w:eastAsia="仿宋" w:hAnsi="仿宋"/>
          <w:sz w:val="32"/>
          <w:lang w:eastAsia="zh-CN"/>
        </w:rPr>
        <w:t>待之，老百姓还比较的疲惫，还没有休养生息好，我们再等一等。这个过程长达六年，这就是一种了不起的战略定力。</w:t>
      </w:r>
    </w:p>
    <w:p w14:paraId="1A189CED" w14:textId="77777777" w:rsidR="00E87C95" w:rsidRDefault="00000000">
      <w:pPr>
        <w:spacing w:after="0" w:line="579" w:lineRule="exact"/>
        <w:ind w:firstLine="640"/>
        <w:rPr>
          <w:lang w:eastAsia="zh-CN"/>
        </w:rPr>
      </w:pPr>
      <w:r>
        <w:rPr>
          <w:rFonts w:ascii="仿宋" w:eastAsia="仿宋" w:hAnsi="仿宋"/>
          <w:sz w:val="32"/>
          <w:lang w:eastAsia="zh-CN"/>
        </w:rPr>
        <w:t>上兵把某。六年的皮土战略就从谋略思想上。捣乱楚国，同时孙子又非常注重伐交，也就在柏举之战这一年的秋天。楚王向蔡国发动了进攻，蔡国实在受不了了，就联合唐国一起。投奔到吴国来了，请求吴王帮助。顺着一看时机，到了作战过程之中，一开始是统领三万水陆大军。到了淮汭这个地方的时候呢，孙子说我们得从陆地上走，</w:t>
      </w:r>
    </w:p>
    <w:p w14:paraId="3D4900A5" w14:textId="77777777" w:rsidR="00E87C95" w:rsidRDefault="00000000">
      <w:pPr>
        <w:spacing w:after="0" w:line="579" w:lineRule="exact"/>
        <w:ind w:firstLine="640"/>
        <w:rPr>
          <w:lang w:eastAsia="zh-CN"/>
        </w:rPr>
      </w:pPr>
      <w:proofErr w:type="spellStart"/>
      <w:r>
        <w:rPr>
          <w:rFonts w:ascii="仿宋" w:eastAsia="仿宋" w:hAnsi="仿宋"/>
          <w:sz w:val="32"/>
        </w:rPr>
        <w:t>那伍子胥就大惑不解了</w:t>
      </w:r>
      <w:proofErr w:type="spellEnd"/>
      <w:r>
        <w:rPr>
          <w:rFonts w:ascii="仿宋" w:eastAsia="仿宋" w:hAnsi="仿宋"/>
          <w:sz w:val="32"/>
        </w:rPr>
        <w:t>。</w:t>
      </w:r>
      <w:r>
        <w:rPr>
          <w:rFonts w:ascii="仿宋" w:eastAsia="仿宋" w:hAnsi="仿宋"/>
          <w:sz w:val="32"/>
          <w:lang w:eastAsia="zh-CN"/>
        </w:rPr>
        <w:t>哎，我们吴军的强项，可是水上作战呢，现在怎么到陆地上去了呢？孙子回答，兵贵神速，逆水行舟，那你就达不成。偷袭的目的了孙子挑选3500精兵，从路上快速穿插，攻其无备，出其不意，这也是伐谋。最终以三万之师打败了20万大军，</w:t>
      </w:r>
    </w:p>
    <w:p w14:paraId="34AA9DE6" w14:textId="77777777" w:rsidR="00E87C95" w:rsidRDefault="00000000">
      <w:pPr>
        <w:spacing w:after="0" w:line="579" w:lineRule="exact"/>
        <w:ind w:firstLine="640"/>
        <w:rPr>
          <w:lang w:eastAsia="zh-CN"/>
        </w:rPr>
      </w:pPr>
      <w:r>
        <w:rPr>
          <w:rFonts w:ascii="仿宋" w:eastAsia="仿宋" w:hAnsi="仿宋"/>
          <w:sz w:val="32"/>
          <w:lang w:eastAsia="zh-CN"/>
        </w:rPr>
        <w:lastRenderedPageBreak/>
        <w:t>这可以说是中国古代战争史上的一次奇迹。是的。我们继续往下看。孙将军，孙将军，孙将军，孙将军，孙将军，孙将军，孙将军。今日。楚国</w:t>
      </w:r>
      <w:proofErr w:type="gramStart"/>
      <w:r>
        <w:rPr>
          <w:rFonts w:ascii="仿宋" w:eastAsia="仿宋" w:hAnsi="仿宋"/>
          <w:sz w:val="32"/>
          <w:lang w:eastAsia="zh-CN"/>
        </w:rPr>
        <w:t>郢</w:t>
      </w:r>
      <w:proofErr w:type="gramEnd"/>
      <w:r>
        <w:rPr>
          <w:rFonts w:ascii="仿宋" w:eastAsia="仿宋" w:hAnsi="仿宋"/>
          <w:sz w:val="32"/>
          <w:lang w:eastAsia="zh-CN"/>
        </w:rPr>
        <w:t>都已破，各不严格约束。本</w:t>
      </w:r>
      <w:proofErr w:type="gramStart"/>
      <w:r>
        <w:rPr>
          <w:rFonts w:ascii="仿宋" w:eastAsia="仿宋" w:hAnsi="仿宋"/>
          <w:sz w:val="32"/>
          <w:lang w:eastAsia="zh-CN"/>
        </w:rPr>
        <w:t>不</w:t>
      </w:r>
      <w:proofErr w:type="gramEnd"/>
      <w:r>
        <w:rPr>
          <w:rFonts w:ascii="仿宋" w:eastAsia="仿宋" w:hAnsi="仿宋"/>
          <w:sz w:val="32"/>
          <w:lang w:eastAsia="zh-CN"/>
        </w:rPr>
        <w:t>士卒。选我将令。</w:t>
      </w:r>
    </w:p>
    <w:p w14:paraId="10783FDF" w14:textId="77777777" w:rsidR="00E87C95" w:rsidRDefault="00000000">
      <w:pPr>
        <w:spacing w:after="0" w:line="579" w:lineRule="exact"/>
        <w:ind w:firstLine="640"/>
        <w:rPr>
          <w:lang w:eastAsia="zh-CN"/>
        </w:rPr>
      </w:pPr>
      <w:r>
        <w:rPr>
          <w:rFonts w:ascii="仿宋" w:eastAsia="仿宋" w:hAnsi="仿宋"/>
          <w:sz w:val="32"/>
          <w:lang w:eastAsia="zh-CN"/>
        </w:rPr>
        <w:t>不得亵渎楚国宗庙。不得烧毁百姓房屋。不得掠夺。百姓财务。不得伤害老者。幼者不得捉拿青年壮年。归乡兵士。好生安置。凡有伤病者。务必。全力救治。孙将军，</w:t>
      </w:r>
      <w:proofErr w:type="gramStart"/>
      <w:r>
        <w:rPr>
          <w:rFonts w:ascii="仿宋" w:eastAsia="仿宋" w:hAnsi="仿宋"/>
          <w:sz w:val="32"/>
          <w:lang w:eastAsia="zh-CN"/>
        </w:rPr>
        <w:t>孙将军看楚王</w:t>
      </w:r>
      <w:proofErr w:type="gramEnd"/>
      <w:r>
        <w:rPr>
          <w:rFonts w:ascii="仿宋" w:eastAsia="仿宋" w:hAnsi="仿宋"/>
          <w:sz w:val="32"/>
          <w:lang w:eastAsia="zh-CN"/>
        </w:rPr>
        <w:t>人跑得慌张。连官。竟然都留给了寡人。</w:t>
      </w:r>
    </w:p>
    <w:p w14:paraId="70371424" w14:textId="77777777" w:rsidR="00E87C95" w:rsidRDefault="00000000">
      <w:pPr>
        <w:spacing w:after="0" w:line="579" w:lineRule="exact"/>
        <w:ind w:firstLine="640"/>
        <w:rPr>
          <w:lang w:eastAsia="zh-CN"/>
        </w:rPr>
      </w:pPr>
      <w:r>
        <w:rPr>
          <w:rFonts w:ascii="仿宋" w:eastAsia="仿宋" w:hAnsi="仿宋"/>
          <w:sz w:val="32"/>
          <w:lang w:eastAsia="zh-CN"/>
        </w:rPr>
        <w:t>楚王的官。五匹。在你看。你仔细看看好不好看？哈哈，威武。大王吴楚之战，我们无果，胜局已定。臣以为大王应速速班师，回朝修养，民生修合诸国。以</w:t>
      </w:r>
      <w:proofErr w:type="gramStart"/>
      <w:r>
        <w:rPr>
          <w:rFonts w:ascii="仿宋" w:eastAsia="仿宋" w:hAnsi="仿宋"/>
          <w:sz w:val="32"/>
          <w:lang w:eastAsia="zh-CN"/>
        </w:rPr>
        <w:t>解此次</w:t>
      </w:r>
      <w:proofErr w:type="gramEnd"/>
      <w:r>
        <w:rPr>
          <w:rFonts w:ascii="仿宋" w:eastAsia="仿宋" w:hAnsi="仿宋"/>
          <w:sz w:val="32"/>
          <w:lang w:eastAsia="zh-CN"/>
        </w:rPr>
        <w:t>给吴国带来的危险。小国无罚大国楚。这样就暴露了我们的军事实力。</w:t>
      </w:r>
    </w:p>
    <w:p w14:paraId="0C0CA9E2" w14:textId="77777777" w:rsidR="00E87C95" w:rsidRDefault="00000000">
      <w:pPr>
        <w:spacing w:after="0" w:line="579" w:lineRule="exact"/>
        <w:ind w:firstLine="640"/>
        <w:rPr>
          <w:lang w:eastAsia="zh-CN"/>
        </w:rPr>
      </w:pPr>
      <w:r>
        <w:rPr>
          <w:rFonts w:ascii="仿宋" w:eastAsia="仿宋" w:hAnsi="仿宋"/>
          <w:sz w:val="32"/>
          <w:lang w:eastAsia="zh-CN"/>
        </w:rPr>
        <w:t>天下诸侯警醒。</w:t>
      </w:r>
      <w:proofErr w:type="gramStart"/>
      <w:r>
        <w:rPr>
          <w:rFonts w:ascii="仿宋" w:eastAsia="仿宋" w:hAnsi="仿宋"/>
          <w:sz w:val="32"/>
          <w:lang w:eastAsia="zh-CN"/>
        </w:rPr>
        <w:t>必以援楚为名</w:t>
      </w:r>
      <w:proofErr w:type="gramEnd"/>
      <w:r>
        <w:rPr>
          <w:rFonts w:ascii="仿宋" w:eastAsia="仿宋" w:hAnsi="仿宋"/>
          <w:sz w:val="32"/>
          <w:lang w:eastAsia="zh-CN"/>
        </w:rPr>
        <w:t>行，打击吴国之时。此为一线。楚虽败，实力仍然雄厚，假以时日，必将反扑九流。楚帝必遭其害。此为二线。君王在外，长期不归。吾国朝内，空虚日久，必生变故。</w:t>
      </w:r>
    </w:p>
    <w:p w14:paraId="5CDDFFDE" w14:textId="77777777" w:rsidR="00E87C95" w:rsidRDefault="00000000">
      <w:pPr>
        <w:spacing w:after="0" w:line="579" w:lineRule="exact"/>
        <w:ind w:firstLine="640"/>
        <w:rPr>
          <w:lang w:eastAsia="zh-CN"/>
        </w:rPr>
      </w:pPr>
      <w:r>
        <w:rPr>
          <w:rFonts w:ascii="仿宋" w:eastAsia="仿宋" w:hAnsi="仿宋"/>
          <w:sz w:val="32"/>
          <w:lang w:eastAsia="zh-CN"/>
        </w:rPr>
        <w:t>此为三险。邻国越国。近年厉兵漠马。我吴国长期对外作战，正是越国可乘之机。此为四贤。由此四险。大王还能睡得安稳吗？安稳。</w:t>
      </w:r>
      <w:proofErr w:type="gramStart"/>
      <w:r>
        <w:rPr>
          <w:rFonts w:ascii="仿宋" w:eastAsia="仿宋" w:hAnsi="仿宋"/>
          <w:sz w:val="32"/>
          <w:lang w:eastAsia="zh-CN"/>
        </w:rPr>
        <w:t>寡人奏亡十年</w:t>
      </w:r>
      <w:proofErr w:type="gramEnd"/>
      <w:r>
        <w:rPr>
          <w:rFonts w:ascii="仿宋" w:eastAsia="仿宋" w:hAnsi="仿宋"/>
          <w:sz w:val="32"/>
          <w:lang w:eastAsia="zh-CN"/>
        </w:rPr>
        <w:t>。从未睡过一个安稳的觉。可是这楚王的长</w:t>
      </w:r>
      <w:proofErr w:type="gramStart"/>
      <w:r>
        <w:rPr>
          <w:rFonts w:ascii="仿宋" w:eastAsia="仿宋" w:hAnsi="仿宋"/>
          <w:sz w:val="32"/>
          <w:lang w:eastAsia="zh-CN"/>
        </w:rPr>
        <w:t>榻实</w:t>
      </w:r>
      <w:proofErr w:type="gramEnd"/>
      <w:r>
        <w:rPr>
          <w:rFonts w:ascii="仿宋" w:eastAsia="仿宋" w:hAnsi="仿宋"/>
          <w:sz w:val="32"/>
          <w:lang w:eastAsia="zh-CN"/>
        </w:rPr>
        <w:t>在是太舒服了，寡人睡在上面安稳的</w:t>
      </w:r>
      <w:proofErr w:type="gramStart"/>
      <w:r>
        <w:rPr>
          <w:rFonts w:ascii="仿宋" w:eastAsia="仿宋" w:hAnsi="仿宋"/>
          <w:sz w:val="32"/>
          <w:lang w:eastAsia="zh-CN"/>
        </w:rPr>
        <w:t>很</w:t>
      </w:r>
      <w:proofErr w:type="gramEnd"/>
      <w:r>
        <w:rPr>
          <w:rFonts w:ascii="仿宋" w:eastAsia="仿宋" w:hAnsi="仿宋"/>
          <w:sz w:val="32"/>
          <w:lang w:eastAsia="zh-CN"/>
        </w:rPr>
        <w:t>呐。大王入</w:t>
      </w:r>
      <w:proofErr w:type="gramStart"/>
      <w:r>
        <w:rPr>
          <w:rFonts w:ascii="仿宋" w:eastAsia="仿宋" w:hAnsi="仿宋"/>
          <w:sz w:val="32"/>
          <w:lang w:eastAsia="zh-CN"/>
        </w:rPr>
        <w:t>郢</w:t>
      </w:r>
      <w:proofErr w:type="gramEnd"/>
      <w:r>
        <w:rPr>
          <w:rFonts w:ascii="仿宋" w:eastAsia="仿宋" w:hAnsi="仿宋"/>
          <w:sz w:val="32"/>
          <w:lang w:eastAsia="zh-CN"/>
        </w:rPr>
        <w:t>都后。有王族子弟侵扰，</w:t>
      </w:r>
    </w:p>
    <w:p w14:paraId="4BADCD67" w14:textId="77777777" w:rsidR="00E87C95" w:rsidRDefault="00000000">
      <w:pPr>
        <w:spacing w:after="0" w:line="579" w:lineRule="exact"/>
        <w:ind w:firstLine="640"/>
        <w:rPr>
          <w:lang w:eastAsia="zh-CN"/>
        </w:rPr>
      </w:pPr>
      <w:r>
        <w:rPr>
          <w:rFonts w:ascii="仿宋" w:eastAsia="仿宋" w:hAnsi="仿宋"/>
          <w:sz w:val="32"/>
          <w:lang w:eastAsia="zh-CN"/>
        </w:rPr>
        <w:lastRenderedPageBreak/>
        <w:t>百姓肆意享乐。还望大王准许臣严加整治。将军打了这么多年仗，大家都很辛苦。宽容启示，过几日我一定严整军纪，军纪不能有一天松弛。夫战胜功，举而不修其功者。</w:t>
      </w:r>
      <w:proofErr w:type="gramStart"/>
      <w:r>
        <w:rPr>
          <w:rFonts w:ascii="仿宋" w:eastAsia="仿宋" w:hAnsi="仿宋"/>
          <w:sz w:val="32"/>
          <w:lang w:eastAsia="zh-CN"/>
        </w:rPr>
        <w:t>凶</w:t>
      </w:r>
      <w:proofErr w:type="gramEnd"/>
      <w:r>
        <w:rPr>
          <w:rFonts w:ascii="仿宋" w:eastAsia="仿宋" w:hAnsi="仿宋"/>
          <w:sz w:val="32"/>
          <w:lang w:eastAsia="zh-CN"/>
        </w:rPr>
        <w:t>我们打了胜仗，攻取</w:t>
      </w:r>
      <w:proofErr w:type="gramStart"/>
      <w:r>
        <w:rPr>
          <w:rFonts w:ascii="仿宋" w:eastAsia="仿宋" w:hAnsi="仿宋"/>
          <w:sz w:val="32"/>
          <w:lang w:eastAsia="zh-CN"/>
        </w:rPr>
        <w:t>郢</w:t>
      </w:r>
      <w:proofErr w:type="gramEnd"/>
      <w:r>
        <w:rPr>
          <w:rFonts w:ascii="仿宋" w:eastAsia="仿宋" w:hAnsi="仿宋"/>
          <w:sz w:val="32"/>
          <w:lang w:eastAsia="zh-CN"/>
        </w:rPr>
        <w:t>都。要巩固胜利。必要严肃军纪。孙祥雪不必多言了。挺寡人的，</w:t>
      </w:r>
    </w:p>
    <w:p w14:paraId="65ADB584" w14:textId="77777777" w:rsidR="00E87C95" w:rsidRDefault="00000000">
      <w:pPr>
        <w:spacing w:after="0" w:line="579" w:lineRule="exact"/>
        <w:ind w:firstLine="640"/>
        <w:rPr>
          <w:lang w:eastAsia="zh-CN"/>
        </w:rPr>
      </w:pPr>
      <w:r>
        <w:rPr>
          <w:rFonts w:ascii="仿宋" w:eastAsia="仿宋" w:hAnsi="仿宋"/>
          <w:sz w:val="32"/>
          <w:lang w:eastAsia="zh-CN"/>
        </w:rPr>
        <w:t>黄旗人。啊，欢喜什么？长卿树。长卿树。长卿树。他这</w:t>
      </w:r>
      <w:proofErr w:type="gramStart"/>
      <w:r>
        <w:rPr>
          <w:rFonts w:ascii="仿宋" w:eastAsia="仿宋" w:hAnsi="仿宋"/>
          <w:sz w:val="32"/>
          <w:lang w:eastAsia="zh-CN"/>
        </w:rPr>
        <w:t>叫血长卿</w:t>
      </w:r>
      <w:proofErr w:type="gramEnd"/>
      <w:r>
        <w:rPr>
          <w:rFonts w:ascii="仿宋" w:eastAsia="仿宋" w:hAnsi="仿宋"/>
          <w:sz w:val="32"/>
          <w:lang w:eastAsia="zh-CN"/>
        </w:rPr>
        <w:t>雄。今日。待我攻入</w:t>
      </w:r>
      <w:proofErr w:type="gramStart"/>
      <w:r>
        <w:rPr>
          <w:rFonts w:ascii="仿宋" w:eastAsia="仿宋" w:hAnsi="仿宋"/>
          <w:sz w:val="32"/>
          <w:lang w:eastAsia="zh-CN"/>
        </w:rPr>
        <w:t>郢</w:t>
      </w:r>
      <w:proofErr w:type="gramEnd"/>
      <w:r>
        <w:rPr>
          <w:rFonts w:ascii="仿宋" w:eastAsia="仿宋" w:hAnsi="仿宋"/>
          <w:sz w:val="32"/>
          <w:lang w:eastAsia="zh-CN"/>
        </w:rPr>
        <w:t>都。我刚才。报了我</w:t>
      </w:r>
      <w:proofErr w:type="gramStart"/>
      <w:r>
        <w:rPr>
          <w:rFonts w:ascii="仿宋" w:eastAsia="仿宋" w:hAnsi="仿宋"/>
          <w:sz w:val="32"/>
          <w:lang w:eastAsia="zh-CN"/>
        </w:rPr>
        <w:t>的父雄之</w:t>
      </w:r>
      <w:proofErr w:type="gramEnd"/>
      <w:r>
        <w:rPr>
          <w:rFonts w:ascii="仿宋" w:eastAsia="仿宋" w:hAnsi="仿宋"/>
          <w:sz w:val="32"/>
          <w:lang w:eastAsia="zh-CN"/>
        </w:rPr>
        <w:t>仇。你怎么搞成这个样子？又找谁报的仇啊，楚王啊。楚王。</w:t>
      </w:r>
    </w:p>
    <w:p w14:paraId="541985A2" w14:textId="77777777" w:rsidR="00E87C95" w:rsidRDefault="00000000">
      <w:pPr>
        <w:spacing w:after="0" w:line="579" w:lineRule="exact"/>
        <w:ind w:firstLine="640"/>
        <w:rPr>
          <w:lang w:eastAsia="zh-CN"/>
        </w:rPr>
      </w:pPr>
      <w:r>
        <w:rPr>
          <w:rFonts w:ascii="仿宋" w:eastAsia="仿宋" w:hAnsi="仿宋"/>
          <w:sz w:val="32"/>
          <w:lang w:eastAsia="zh-CN"/>
        </w:rPr>
        <w:t>熊人。不是跑了吗？是他跑了。他吃饱啦。可是。他父亲</w:t>
      </w:r>
      <w:proofErr w:type="gramStart"/>
      <w:r>
        <w:rPr>
          <w:rFonts w:ascii="仿宋" w:eastAsia="仿宋" w:hAnsi="仿宋"/>
          <w:sz w:val="32"/>
          <w:lang w:eastAsia="zh-CN"/>
        </w:rPr>
        <w:t>楚平王熊居的</w:t>
      </w:r>
      <w:proofErr w:type="gramEnd"/>
      <w:r>
        <w:rPr>
          <w:rFonts w:ascii="仿宋" w:eastAsia="仿宋" w:hAnsi="仿宋"/>
          <w:sz w:val="32"/>
          <w:lang w:eastAsia="zh-CN"/>
        </w:rPr>
        <w:t>墓。还在。就是他杀了我的不救。我绝了他的墓。报了仇。你是昏了头了吗？你怎么会做出如此倒行逆施之举？我倒行逆施。是楚平，王熊居。</w:t>
      </w:r>
    </w:p>
    <w:p w14:paraId="72287B47" w14:textId="77777777" w:rsidR="00E87C95" w:rsidRDefault="00000000">
      <w:pPr>
        <w:spacing w:after="0" w:line="579" w:lineRule="exact"/>
        <w:ind w:firstLine="640"/>
        <w:rPr>
          <w:lang w:eastAsia="zh-CN"/>
        </w:rPr>
      </w:pPr>
      <w:r>
        <w:rPr>
          <w:rFonts w:ascii="仿宋" w:eastAsia="仿宋" w:hAnsi="仿宋"/>
          <w:sz w:val="32"/>
          <w:lang w:eastAsia="zh-CN"/>
        </w:rPr>
        <w:t>他丧尽天良。</w:t>
      </w:r>
      <w:proofErr w:type="gramStart"/>
      <w:r>
        <w:rPr>
          <w:rFonts w:ascii="仿宋" w:eastAsia="仿宋" w:hAnsi="仿宋"/>
          <w:sz w:val="32"/>
          <w:lang w:eastAsia="zh-CN"/>
        </w:rPr>
        <w:t>楚平王熊居他</w:t>
      </w:r>
      <w:proofErr w:type="gramEnd"/>
      <w:r>
        <w:rPr>
          <w:rFonts w:ascii="仿宋" w:eastAsia="仿宋" w:hAnsi="仿宋"/>
          <w:sz w:val="32"/>
          <w:lang w:eastAsia="zh-CN"/>
        </w:rPr>
        <w:t>生前，油盐无助，不败忠奸。杀了我父兄。害我四处流亡。又对我一路追杀。我</w:t>
      </w:r>
      <w:proofErr w:type="gramStart"/>
      <w:r>
        <w:rPr>
          <w:rFonts w:ascii="仿宋" w:eastAsia="仿宋" w:hAnsi="仿宋"/>
          <w:sz w:val="32"/>
          <w:lang w:eastAsia="zh-CN"/>
        </w:rPr>
        <w:t>我</w:t>
      </w:r>
      <w:proofErr w:type="gramEnd"/>
      <w:r>
        <w:rPr>
          <w:rFonts w:ascii="仿宋" w:eastAsia="仿宋" w:hAnsi="仿宋"/>
          <w:sz w:val="32"/>
          <w:lang w:eastAsia="zh-CN"/>
        </w:rPr>
        <w:t>忍辱负重，心怀家仇。背井离乡十余年。每于</w:t>
      </w:r>
      <w:proofErr w:type="gramStart"/>
      <w:r>
        <w:rPr>
          <w:rFonts w:ascii="仿宋" w:eastAsia="仿宋" w:hAnsi="仿宋"/>
          <w:sz w:val="32"/>
          <w:lang w:eastAsia="zh-CN"/>
        </w:rPr>
        <w:t>父兄继</w:t>
      </w:r>
      <w:proofErr w:type="gramEnd"/>
      <w:r>
        <w:rPr>
          <w:rFonts w:ascii="仿宋" w:eastAsia="仿宋" w:hAnsi="仿宋"/>
          <w:sz w:val="32"/>
          <w:lang w:eastAsia="zh-CN"/>
        </w:rPr>
        <w:t>日。我只能。遥隔千里纪念。咦！</w:t>
      </w:r>
      <w:proofErr w:type="gramStart"/>
      <w:r>
        <w:rPr>
          <w:rFonts w:ascii="仿宋" w:eastAsia="仿宋" w:hAnsi="仿宋"/>
          <w:sz w:val="32"/>
          <w:lang w:eastAsia="zh-CN"/>
        </w:rPr>
        <w:t>一</w:t>
      </w:r>
      <w:proofErr w:type="gramEnd"/>
      <w:r>
        <w:rPr>
          <w:rFonts w:ascii="仿宋" w:eastAsia="仿宋" w:hAnsi="仿宋"/>
          <w:sz w:val="32"/>
          <w:lang w:eastAsia="zh-CN"/>
        </w:rPr>
        <w:t>泪即灭。</w:t>
      </w:r>
    </w:p>
    <w:p w14:paraId="160E546C" w14:textId="77777777" w:rsidR="00E87C95" w:rsidRDefault="00000000">
      <w:pPr>
        <w:spacing w:after="0" w:line="579" w:lineRule="exact"/>
        <w:ind w:firstLine="640"/>
        <w:rPr>
          <w:lang w:eastAsia="zh-CN"/>
        </w:rPr>
      </w:pPr>
      <w:r>
        <w:rPr>
          <w:rFonts w:ascii="仿宋" w:eastAsia="仿宋" w:hAnsi="仿宋"/>
          <w:sz w:val="32"/>
          <w:lang w:eastAsia="zh-CN"/>
        </w:rPr>
        <w:t>我。你是此生不忘楚国，不配为人子，不当面向楚王报仇，不配为人。其实是</w:t>
      </w:r>
      <w:proofErr w:type="gramStart"/>
      <w:r>
        <w:rPr>
          <w:rFonts w:ascii="仿宋" w:eastAsia="仿宋" w:hAnsi="仿宋"/>
          <w:sz w:val="32"/>
          <w:lang w:eastAsia="zh-CN"/>
        </w:rPr>
        <w:t>遂决楚平王雄驹</w:t>
      </w:r>
      <w:proofErr w:type="gramEnd"/>
      <w:r>
        <w:rPr>
          <w:rFonts w:ascii="仿宋" w:eastAsia="仿宋" w:hAnsi="仿宋"/>
          <w:sz w:val="32"/>
          <w:lang w:eastAsia="zh-CN"/>
        </w:rPr>
        <w:t>之墓。等他。死而葬。桑有地。上知其所。而我父亲至今都不知道些何处。忠诚。落得如此下场。我岂能让官军。安眠之虚。</w:t>
      </w:r>
    </w:p>
    <w:p w14:paraId="3EC97000" w14:textId="77777777" w:rsidR="00E87C95" w:rsidRDefault="00000000">
      <w:pPr>
        <w:spacing w:after="0" w:line="579" w:lineRule="exact"/>
        <w:ind w:firstLine="640"/>
        <w:rPr>
          <w:lang w:eastAsia="zh-CN"/>
        </w:rPr>
      </w:pPr>
      <w:r>
        <w:rPr>
          <w:rFonts w:ascii="仿宋" w:eastAsia="仿宋" w:hAnsi="仿宋"/>
          <w:sz w:val="32"/>
          <w:lang w:eastAsia="zh-CN"/>
        </w:rPr>
        <w:lastRenderedPageBreak/>
        <w:t>你所受的苦。我亲眼看见的。你心里面痛，我也感同身受。但是你今天所做的。一世英明。毁于一旦。是要留下千古骂名的。滚了头了。孙小姐。与我们君子之交啊。我以为即使天下人人都厌弃我。没有你。此时不会厌弃我。子</w:t>
      </w:r>
      <w:proofErr w:type="gramStart"/>
      <w:r>
        <w:rPr>
          <w:rFonts w:ascii="仿宋" w:eastAsia="仿宋" w:hAnsi="仿宋"/>
          <w:sz w:val="32"/>
          <w:lang w:eastAsia="zh-CN"/>
        </w:rPr>
        <w:t>胥</w:t>
      </w:r>
      <w:proofErr w:type="gramEnd"/>
      <w:r>
        <w:rPr>
          <w:rFonts w:ascii="仿宋" w:eastAsia="仿宋" w:hAnsi="仿宋"/>
          <w:sz w:val="32"/>
          <w:lang w:eastAsia="zh-CN"/>
        </w:rPr>
        <w:t>。</w:t>
      </w:r>
    </w:p>
    <w:p w14:paraId="50DA95C0" w14:textId="77777777" w:rsidR="00E87C95" w:rsidRDefault="00000000">
      <w:pPr>
        <w:spacing w:after="0" w:line="579" w:lineRule="exact"/>
        <w:ind w:firstLine="640"/>
        <w:rPr>
          <w:lang w:eastAsia="zh-CN"/>
        </w:rPr>
      </w:pPr>
      <w:r>
        <w:rPr>
          <w:rFonts w:ascii="仿宋" w:eastAsia="仿宋" w:hAnsi="仿宋"/>
          <w:sz w:val="32"/>
          <w:lang w:eastAsia="zh-CN"/>
        </w:rPr>
        <w:t>你是君子。我被你认准。我不配做你兄弟，伍子胥。你我兄弟情谊。就此短缺。哈哈。攻入</w:t>
      </w:r>
      <w:proofErr w:type="gramStart"/>
      <w:r>
        <w:rPr>
          <w:rFonts w:ascii="仿宋" w:eastAsia="仿宋" w:hAnsi="仿宋"/>
          <w:sz w:val="32"/>
          <w:lang w:eastAsia="zh-CN"/>
        </w:rPr>
        <w:t>郢</w:t>
      </w:r>
      <w:proofErr w:type="gramEnd"/>
      <w:r>
        <w:rPr>
          <w:rFonts w:ascii="仿宋" w:eastAsia="仿宋" w:hAnsi="仿宋"/>
          <w:sz w:val="32"/>
          <w:lang w:eastAsia="zh-CN"/>
        </w:rPr>
        <w:t>都之后，吴王和吕便胜利变得骄奢淫逸。伍子胥。因复仇而变得丧失理智啊。战争啊，是最考验人性的。</w:t>
      </w:r>
      <w:proofErr w:type="gramStart"/>
      <w:r>
        <w:rPr>
          <w:rFonts w:ascii="仿宋" w:eastAsia="仿宋" w:hAnsi="仿宋"/>
          <w:sz w:val="32"/>
          <w:lang w:eastAsia="zh-CN"/>
        </w:rPr>
        <w:t>楚君败了</w:t>
      </w:r>
      <w:proofErr w:type="gramEnd"/>
      <w:r>
        <w:rPr>
          <w:rFonts w:ascii="仿宋" w:eastAsia="仿宋" w:hAnsi="仿宋"/>
          <w:sz w:val="32"/>
          <w:lang w:eastAsia="zh-CN"/>
        </w:rPr>
        <w:t>。吴军却并没有胜啊。</w:t>
      </w:r>
    </w:p>
    <w:p w14:paraId="6CAFDA36" w14:textId="77777777" w:rsidR="00E87C95" w:rsidRDefault="00000000">
      <w:pPr>
        <w:spacing w:after="0" w:line="579" w:lineRule="exact"/>
        <w:ind w:firstLine="640"/>
        <w:rPr>
          <w:lang w:eastAsia="zh-CN"/>
        </w:rPr>
      </w:pPr>
      <w:r>
        <w:rPr>
          <w:rFonts w:ascii="仿宋" w:eastAsia="仿宋" w:hAnsi="仿宋"/>
          <w:sz w:val="32"/>
          <w:lang w:eastAsia="zh-CN"/>
        </w:rPr>
        <w:t>吴王</w:t>
      </w:r>
      <w:proofErr w:type="gramStart"/>
      <w:r>
        <w:rPr>
          <w:rFonts w:ascii="仿宋" w:eastAsia="仿宋" w:hAnsi="仿宋"/>
          <w:sz w:val="32"/>
          <w:lang w:eastAsia="zh-CN"/>
        </w:rPr>
        <w:t>阖闾</w:t>
      </w:r>
      <w:proofErr w:type="gramEnd"/>
      <w:r>
        <w:rPr>
          <w:rFonts w:ascii="仿宋" w:eastAsia="仿宋" w:hAnsi="仿宋"/>
          <w:sz w:val="32"/>
          <w:lang w:eastAsia="zh-CN"/>
        </w:rPr>
        <w:t>留在</w:t>
      </w:r>
      <w:proofErr w:type="gramStart"/>
      <w:r>
        <w:rPr>
          <w:rFonts w:ascii="仿宋" w:eastAsia="仿宋" w:hAnsi="仿宋"/>
          <w:sz w:val="32"/>
          <w:lang w:eastAsia="zh-CN"/>
        </w:rPr>
        <w:t>郢</w:t>
      </w:r>
      <w:proofErr w:type="gramEnd"/>
      <w:r>
        <w:rPr>
          <w:rFonts w:ascii="仿宋" w:eastAsia="仿宋" w:hAnsi="仿宋"/>
          <w:sz w:val="32"/>
          <w:lang w:eastAsia="zh-CN"/>
        </w:rPr>
        <w:t>都，贪图享乐。此后不久，越国举兵攻吴，秦国派兵援楚。吴王</w:t>
      </w:r>
      <w:proofErr w:type="gramStart"/>
      <w:r>
        <w:rPr>
          <w:rFonts w:ascii="仿宋" w:eastAsia="仿宋" w:hAnsi="仿宋"/>
          <w:sz w:val="32"/>
          <w:lang w:eastAsia="zh-CN"/>
        </w:rPr>
        <w:t>阖闾</w:t>
      </w:r>
      <w:proofErr w:type="gramEnd"/>
      <w:r>
        <w:rPr>
          <w:rFonts w:ascii="仿宋" w:eastAsia="仿宋" w:hAnsi="仿宋"/>
          <w:sz w:val="32"/>
          <w:lang w:eastAsia="zh-CN"/>
        </w:rPr>
        <w:t>的弟弟夫概自立为王先生，您当时预测到的几种危险都应验了。面对诸多变局。</w:t>
      </w:r>
      <w:proofErr w:type="gramStart"/>
      <w:r>
        <w:rPr>
          <w:rFonts w:ascii="仿宋" w:eastAsia="仿宋" w:hAnsi="仿宋"/>
          <w:sz w:val="32"/>
          <w:lang w:eastAsia="zh-CN"/>
        </w:rPr>
        <w:t>鹅驴速速</w:t>
      </w:r>
      <w:proofErr w:type="gramEnd"/>
      <w:r>
        <w:rPr>
          <w:rFonts w:ascii="仿宋" w:eastAsia="仿宋" w:hAnsi="仿宋"/>
          <w:sz w:val="32"/>
          <w:lang w:eastAsia="zh-CN"/>
        </w:rPr>
        <w:t>，班师回朝。收拾危局。那时的我也心灰意冷。辞去将军之职。归隐田园了。但是吴王</w:t>
      </w:r>
      <w:proofErr w:type="gramStart"/>
      <w:r>
        <w:rPr>
          <w:rFonts w:ascii="仿宋" w:eastAsia="仿宋" w:hAnsi="仿宋"/>
          <w:sz w:val="32"/>
          <w:lang w:eastAsia="zh-CN"/>
        </w:rPr>
        <w:t>阖闾</w:t>
      </w:r>
      <w:proofErr w:type="gramEnd"/>
      <w:r>
        <w:rPr>
          <w:rFonts w:ascii="仿宋" w:eastAsia="仿宋" w:hAnsi="仿宋"/>
          <w:sz w:val="32"/>
          <w:lang w:eastAsia="zh-CN"/>
        </w:rPr>
        <w:t>此后仍然是频繁的对外用兵，</w:t>
      </w:r>
    </w:p>
    <w:p w14:paraId="3153464D" w14:textId="77777777" w:rsidR="00E87C95" w:rsidRDefault="00000000">
      <w:pPr>
        <w:spacing w:after="0" w:line="579" w:lineRule="exact"/>
        <w:ind w:firstLine="640"/>
        <w:rPr>
          <w:lang w:eastAsia="zh-CN"/>
        </w:rPr>
      </w:pPr>
      <w:r>
        <w:rPr>
          <w:rFonts w:ascii="仿宋" w:eastAsia="仿宋" w:hAnsi="仿宋"/>
          <w:sz w:val="32"/>
          <w:lang w:eastAsia="zh-CN"/>
        </w:rPr>
        <w:t>四处征伐。连年的征战让国力日损。民生疲惫。</w:t>
      </w:r>
      <w:proofErr w:type="gramStart"/>
      <w:r>
        <w:rPr>
          <w:rFonts w:ascii="仿宋" w:eastAsia="仿宋" w:hAnsi="仿宋"/>
          <w:sz w:val="32"/>
          <w:lang w:eastAsia="zh-CN"/>
        </w:rPr>
        <w:t>柏</w:t>
      </w:r>
      <w:proofErr w:type="gramEnd"/>
      <w:r>
        <w:rPr>
          <w:rFonts w:ascii="仿宋" w:eastAsia="仿宋" w:hAnsi="仿宋"/>
          <w:sz w:val="32"/>
          <w:lang w:eastAsia="zh-CN"/>
        </w:rPr>
        <w:t>举之战十年后。</w:t>
      </w:r>
      <w:proofErr w:type="gramStart"/>
      <w:r>
        <w:rPr>
          <w:rFonts w:ascii="仿宋" w:eastAsia="仿宋" w:hAnsi="仿宋"/>
          <w:sz w:val="32"/>
          <w:lang w:eastAsia="zh-CN"/>
        </w:rPr>
        <w:t>阖闾</w:t>
      </w:r>
      <w:proofErr w:type="gramEnd"/>
      <w:r>
        <w:rPr>
          <w:rFonts w:ascii="仿宋" w:eastAsia="仿宋" w:hAnsi="仿宋"/>
          <w:sz w:val="32"/>
          <w:lang w:eastAsia="zh-CN"/>
        </w:rPr>
        <w:t>攻打越国，惨遭大败，身负重伤。派人紧急宣我到吴樾边境见他。大王，请您快些服药吧。孙武拜见大王。哈哈</w:t>
      </w:r>
      <w:proofErr w:type="gramStart"/>
      <w:r>
        <w:rPr>
          <w:rFonts w:ascii="仿宋" w:eastAsia="仿宋" w:hAnsi="仿宋"/>
          <w:sz w:val="32"/>
          <w:lang w:eastAsia="zh-CN"/>
        </w:rPr>
        <w:t>哈</w:t>
      </w:r>
      <w:proofErr w:type="gramEnd"/>
      <w:r>
        <w:rPr>
          <w:rFonts w:ascii="仿宋" w:eastAsia="仿宋" w:hAnsi="仿宋"/>
          <w:sz w:val="32"/>
          <w:lang w:eastAsia="zh-CN"/>
        </w:rPr>
        <w:t>。将军若再不来。华人恐怕等不到了。大王可好些了哎。</w:t>
      </w:r>
    </w:p>
    <w:p w14:paraId="62BCB50A" w14:textId="77777777" w:rsidR="00E87C95" w:rsidRDefault="00000000">
      <w:pPr>
        <w:spacing w:after="0" w:line="579" w:lineRule="exact"/>
        <w:ind w:firstLine="640"/>
        <w:rPr>
          <w:lang w:eastAsia="zh-CN"/>
        </w:rPr>
      </w:pPr>
      <w:r>
        <w:rPr>
          <w:rFonts w:ascii="仿宋" w:eastAsia="仿宋" w:hAnsi="仿宋"/>
          <w:sz w:val="32"/>
          <w:lang w:eastAsia="zh-CN"/>
        </w:rPr>
        <w:t>被勾践所伤，自知命不久矣。临终之前。寡人想把</w:t>
      </w:r>
      <w:proofErr w:type="gramStart"/>
      <w:r>
        <w:rPr>
          <w:rFonts w:ascii="仿宋" w:eastAsia="仿宋" w:hAnsi="仿宋"/>
          <w:sz w:val="32"/>
          <w:lang w:eastAsia="zh-CN"/>
        </w:rPr>
        <w:t>公子扶差和</w:t>
      </w:r>
      <w:proofErr w:type="gramEnd"/>
      <w:r>
        <w:rPr>
          <w:rFonts w:ascii="仿宋" w:eastAsia="仿宋" w:hAnsi="仿宋"/>
          <w:sz w:val="32"/>
          <w:lang w:eastAsia="zh-CN"/>
        </w:rPr>
        <w:t>吴国。托付给孙将军，武将军，伯</w:t>
      </w:r>
      <w:proofErr w:type="gramStart"/>
      <w:r>
        <w:rPr>
          <w:rFonts w:ascii="仿宋" w:eastAsia="仿宋" w:hAnsi="仿宋"/>
          <w:sz w:val="32"/>
          <w:lang w:eastAsia="zh-CN"/>
        </w:rPr>
        <w:t>嚭</w:t>
      </w:r>
      <w:proofErr w:type="gramEnd"/>
      <w:r>
        <w:rPr>
          <w:rFonts w:ascii="仿宋" w:eastAsia="仿宋" w:hAnsi="仿宋"/>
          <w:sz w:val="32"/>
          <w:lang w:eastAsia="zh-CN"/>
        </w:rPr>
        <w:t>大夫，望诸位福宝福差。成就霸业。大王。孙武退隐山林，无心朝堂了。孙武。我父王如此看重你，你别不识好歹。</w:t>
      </w:r>
    </w:p>
    <w:p w14:paraId="7C7A1BE4" w14:textId="77777777" w:rsidR="00E87C95" w:rsidRDefault="00000000">
      <w:pPr>
        <w:spacing w:after="0" w:line="579" w:lineRule="exact"/>
        <w:ind w:firstLine="640"/>
        <w:rPr>
          <w:lang w:eastAsia="zh-CN"/>
        </w:rPr>
      </w:pPr>
      <w:r>
        <w:rPr>
          <w:rFonts w:ascii="仿宋" w:eastAsia="仿宋" w:hAnsi="仿宋"/>
          <w:sz w:val="32"/>
          <w:lang w:eastAsia="zh-CN"/>
        </w:rPr>
        <w:lastRenderedPageBreak/>
        <w:t>大王有疾在身，应修养大王。孙武祝您早日安康告辞。父王，我早都说了，此人不可能为我所用。汗。寡人之憾。可惜了。大王，这是何意？子轩，你现在还不明白吗？孙武若为吴国所用。就是我吴国之父，</w:t>
      </w:r>
    </w:p>
    <w:p w14:paraId="738D032B" w14:textId="77777777" w:rsidR="00E87C95" w:rsidRDefault="00000000">
      <w:pPr>
        <w:spacing w:after="0" w:line="579" w:lineRule="exact"/>
        <w:ind w:firstLine="640"/>
        <w:rPr>
          <w:lang w:eastAsia="zh-CN"/>
        </w:rPr>
      </w:pPr>
      <w:r>
        <w:rPr>
          <w:rFonts w:ascii="仿宋" w:eastAsia="仿宋" w:hAnsi="仿宋"/>
          <w:sz w:val="32"/>
          <w:lang w:eastAsia="zh-CN"/>
        </w:rPr>
        <w:t>三军之姓，若不被我吴国所用。他就是我吴国的心腹大患灭顶之灾。</w:t>
      </w:r>
      <w:proofErr w:type="gramStart"/>
      <w:r>
        <w:rPr>
          <w:rFonts w:ascii="仿宋" w:eastAsia="仿宋" w:hAnsi="仿宋"/>
          <w:sz w:val="32"/>
          <w:lang w:eastAsia="zh-CN"/>
        </w:rPr>
        <w:t>公不久于世</w:t>
      </w:r>
      <w:proofErr w:type="gramEnd"/>
      <w:r>
        <w:rPr>
          <w:rFonts w:ascii="仿宋" w:eastAsia="仿宋" w:hAnsi="仿宋"/>
          <w:sz w:val="32"/>
          <w:lang w:eastAsia="zh-CN"/>
        </w:rPr>
        <w:t>。呵呵</w:t>
      </w:r>
      <w:proofErr w:type="gramStart"/>
      <w:r>
        <w:rPr>
          <w:rFonts w:ascii="仿宋" w:eastAsia="仿宋" w:hAnsi="仿宋"/>
          <w:sz w:val="32"/>
          <w:lang w:eastAsia="zh-CN"/>
        </w:rPr>
        <w:t>呵</w:t>
      </w:r>
      <w:proofErr w:type="gramEnd"/>
      <w:r>
        <w:rPr>
          <w:rFonts w:ascii="仿宋" w:eastAsia="仿宋" w:hAnsi="仿宋"/>
          <w:sz w:val="32"/>
          <w:lang w:eastAsia="zh-CN"/>
        </w:rPr>
        <w:t>。将军，我看这样吧。要么？你辅佐夫差。要么你就随国人去吧。大王当年。是我一日七次向您</w:t>
      </w:r>
      <w:proofErr w:type="gramStart"/>
      <w:r>
        <w:rPr>
          <w:rFonts w:ascii="仿宋" w:eastAsia="仿宋" w:hAnsi="仿宋"/>
          <w:sz w:val="32"/>
          <w:lang w:eastAsia="zh-CN"/>
        </w:rPr>
        <w:t>推荐长</w:t>
      </w:r>
      <w:proofErr w:type="gramEnd"/>
      <w:r>
        <w:rPr>
          <w:rFonts w:ascii="仿宋" w:eastAsia="仿宋" w:hAnsi="仿宋"/>
          <w:sz w:val="32"/>
          <w:lang w:eastAsia="zh-CN"/>
        </w:rPr>
        <w:t>卿，他伐楚，有功助吴国完成了传世功业。今日朝回朝堂。</w:t>
      </w:r>
    </w:p>
    <w:p w14:paraId="03BF86E1" w14:textId="77777777" w:rsidR="00E87C95" w:rsidRDefault="00000000">
      <w:pPr>
        <w:spacing w:after="0" w:line="579" w:lineRule="exact"/>
        <w:ind w:firstLine="640"/>
        <w:rPr>
          <w:lang w:eastAsia="zh-CN"/>
        </w:rPr>
      </w:pPr>
      <w:r>
        <w:rPr>
          <w:rFonts w:ascii="仿宋" w:eastAsia="仿宋" w:hAnsi="仿宋"/>
          <w:sz w:val="32"/>
          <w:lang w:eastAsia="zh-CN"/>
        </w:rPr>
        <w:t>说好了是重新启用，为何</w:t>
      </w:r>
      <w:proofErr w:type="gramStart"/>
      <w:r>
        <w:rPr>
          <w:rFonts w:ascii="仿宋" w:eastAsia="仿宋" w:hAnsi="仿宋"/>
          <w:sz w:val="32"/>
          <w:lang w:eastAsia="zh-CN"/>
        </w:rPr>
        <w:t>四面又</w:t>
      </w:r>
      <w:proofErr w:type="gramEnd"/>
      <w:r>
        <w:rPr>
          <w:rFonts w:ascii="仿宋" w:eastAsia="仿宋" w:hAnsi="仿宋"/>
          <w:sz w:val="32"/>
          <w:lang w:eastAsia="zh-CN"/>
        </w:rPr>
        <w:t>埋伏刀兵？一语杀之。父王，放心。没有此人，我照样可以灭了越国，为父王报仇。还等什么呢，动手。谁敢杀孙长卿。就先杀了我。胡爷，你是哪头的？自信寡人知道你性情刚烈。</w:t>
      </w:r>
    </w:p>
    <w:p w14:paraId="65A61BC2" w14:textId="77777777" w:rsidR="00E87C95" w:rsidRDefault="00000000">
      <w:pPr>
        <w:spacing w:after="0" w:line="579" w:lineRule="exact"/>
        <w:ind w:firstLine="640"/>
        <w:rPr>
          <w:lang w:eastAsia="zh-CN"/>
        </w:rPr>
      </w:pPr>
      <w:r>
        <w:rPr>
          <w:rFonts w:ascii="仿宋" w:eastAsia="仿宋" w:hAnsi="仿宋"/>
          <w:sz w:val="32"/>
          <w:lang w:eastAsia="zh-CN"/>
        </w:rPr>
        <w:t>先把剑放下。别伤着自己。大王若不肯休养生息，坚持穷兵黩武。即便杀了孙武。也难保吴国平安。大王。伍员孙武，你们两个想死，今天就让你们死在一块，公子可以试试。大王咨询。果然是要将吴国</w:t>
      </w:r>
      <w:proofErr w:type="gramStart"/>
      <w:r>
        <w:rPr>
          <w:rFonts w:ascii="仿宋" w:eastAsia="仿宋" w:hAnsi="仿宋"/>
          <w:sz w:val="32"/>
          <w:lang w:eastAsia="zh-CN"/>
        </w:rPr>
        <w:t>和福差托付</w:t>
      </w:r>
      <w:proofErr w:type="gramEnd"/>
      <w:r>
        <w:rPr>
          <w:rFonts w:ascii="仿宋" w:eastAsia="仿宋" w:hAnsi="仿宋"/>
          <w:sz w:val="32"/>
          <w:lang w:eastAsia="zh-CN"/>
        </w:rPr>
        <w:t>于你。断不会让你死在寡人之前。扶差上，</w:t>
      </w:r>
    </w:p>
    <w:p w14:paraId="3083E042" w14:textId="77777777" w:rsidR="00E87C95" w:rsidRDefault="00000000">
      <w:pPr>
        <w:spacing w:after="0" w:line="579" w:lineRule="exact"/>
        <w:ind w:firstLine="640"/>
        <w:rPr>
          <w:lang w:eastAsia="zh-CN"/>
        </w:rPr>
      </w:pPr>
      <w:r>
        <w:rPr>
          <w:rFonts w:ascii="仿宋" w:eastAsia="仿宋" w:hAnsi="仿宋"/>
          <w:sz w:val="32"/>
          <w:lang w:eastAsia="zh-CN"/>
        </w:rPr>
        <w:t>且听话。富王吴将军。伯</w:t>
      </w:r>
      <w:proofErr w:type="gramStart"/>
      <w:r>
        <w:rPr>
          <w:rFonts w:ascii="仿宋" w:eastAsia="仿宋" w:hAnsi="仿宋"/>
          <w:sz w:val="32"/>
          <w:lang w:eastAsia="zh-CN"/>
        </w:rPr>
        <w:t>嚭</w:t>
      </w:r>
      <w:proofErr w:type="gramEnd"/>
      <w:r>
        <w:rPr>
          <w:rFonts w:ascii="仿宋" w:eastAsia="仿宋" w:hAnsi="仿宋"/>
          <w:sz w:val="32"/>
          <w:lang w:eastAsia="zh-CN"/>
        </w:rPr>
        <w:t>大夫是寡人留给你的遗照。你一定要善待他们。是父王。大王。我今日临刘子胥性命。必要先放了长卿，安然归去。保其一生平安。将军若不离开</w:t>
      </w:r>
      <w:r>
        <w:rPr>
          <w:rFonts w:ascii="仿宋" w:eastAsia="仿宋" w:hAnsi="仿宋"/>
          <w:sz w:val="32"/>
          <w:lang w:eastAsia="zh-CN"/>
        </w:rPr>
        <w:lastRenderedPageBreak/>
        <w:t>吴国。果然保将军，一生平安。将军可否做得到？大王孙武愿此生，</w:t>
      </w:r>
    </w:p>
    <w:p w14:paraId="4E3F0457" w14:textId="77777777" w:rsidR="00E87C95" w:rsidRDefault="00000000">
      <w:pPr>
        <w:spacing w:after="0" w:line="579" w:lineRule="exact"/>
        <w:ind w:firstLine="640"/>
        <w:rPr>
          <w:lang w:eastAsia="zh-CN"/>
        </w:rPr>
      </w:pPr>
      <w:r>
        <w:rPr>
          <w:rFonts w:ascii="仿宋" w:eastAsia="仿宋" w:hAnsi="仿宋"/>
          <w:sz w:val="32"/>
          <w:lang w:eastAsia="zh-CN"/>
        </w:rPr>
        <w:t>终老吾国山林。寡人谢过将军。蹲下吧，谢大王。谢子胥兄。你还记得。我俩当初之约吗？啊。我在乡间种些稻子。等你。长卿。伍子胥留在朝堂，可是用兵如神的孙武选择离开了。在历史上有相关的记载吗？</w:t>
      </w:r>
      <w:proofErr w:type="gramStart"/>
      <w:r>
        <w:rPr>
          <w:rFonts w:ascii="仿宋" w:eastAsia="仿宋" w:hAnsi="仿宋"/>
          <w:sz w:val="32"/>
          <w:lang w:eastAsia="zh-CN"/>
        </w:rPr>
        <w:t>柏</w:t>
      </w:r>
      <w:proofErr w:type="gramEnd"/>
      <w:r>
        <w:rPr>
          <w:rFonts w:ascii="仿宋" w:eastAsia="仿宋" w:hAnsi="仿宋"/>
          <w:sz w:val="32"/>
          <w:lang w:eastAsia="zh-CN"/>
        </w:rPr>
        <w:t>举之战呢？</w:t>
      </w:r>
    </w:p>
    <w:p w14:paraId="62965891" w14:textId="77777777" w:rsidR="00E87C95" w:rsidRDefault="00000000">
      <w:pPr>
        <w:spacing w:after="0" w:line="579" w:lineRule="exact"/>
        <w:ind w:firstLine="640"/>
        <w:rPr>
          <w:lang w:eastAsia="zh-CN"/>
        </w:rPr>
      </w:pPr>
      <w:r>
        <w:rPr>
          <w:rFonts w:ascii="仿宋" w:eastAsia="仿宋" w:hAnsi="仿宋"/>
          <w:sz w:val="32"/>
          <w:lang w:eastAsia="zh-CN"/>
        </w:rPr>
        <w:t>是孙武参与的，这个有详细记录的，这个仅有的一次战役。在目前的史书中，我们也几乎看不到对孙武晚年的一个记载。孙子有一个观点，得胜之后要修其功用，我们今天的话来说就是战后恢复和平。修身养民。可是没想到，</w:t>
      </w:r>
      <w:proofErr w:type="gramStart"/>
      <w:r>
        <w:rPr>
          <w:rFonts w:ascii="仿宋" w:eastAsia="仿宋" w:hAnsi="仿宋"/>
          <w:sz w:val="32"/>
          <w:lang w:eastAsia="zh-CN"/>
        </w:rPr>
        <w:t>得肾之后</w:t>
      </w:r>
      <w:proofErr w:type="gramEnd"/>
      <w:r>
        <w:rPr>
          <w:rFonts w:ascii="仿宋" w:eastAsia="仿宋" w:hAnsi="仿宋"/>
          <w:sz w:val="32"/>
          <w:lang w:eastAsia="zh-CN"/>
        </w:rPr>
        <w:t>。吴王</w:t>
      </w:r>
      <w:proofErr w:type="gramStart"/>
      <w:r>
        <w:rPr>
          <w:rFonts w:ascii="仿宋" w:eastAsia="仿宋" w:hAnsi="仿宋"/>
          <w:sz w:val="32"/>
          <w:lang w:eastAsia="zh-CN"/>
        </w:rPr>
        <w:t>阖闾</w:t>
      </w:r>
      <w:proofErr w:type="gramEnd"/>
      <w:r>
        <w:rPr>
          <w:rFonts w:ascii="仿宋" w:eastAsia="仿宋" w:hAnsi="仿宋"/>
          <w:sz w:val="32"/>
          <w:lang w:eastAsia="zh-CN"/>
        </w:rPr>
        <w:t>跟孙子的思想是格格不入啊，所以我觉得这个情节设计的。非常符合孙子的思想嗯，那我们继续看吧。</w:t>
      </w:r>
    </w:p>
    <w:p w14:paraId="3CD0A026" w14:textId="77777777" w:rsidR="00E87C95" w:rsidRDefault="00000000">
      <w:pPr>
        <w:spacing w:after="0" w:line="579" w:lineRule="exact"/>
        <w:ind w:firstLine="640"/>
        <w:rPr>
          <w:lang w:eastAsia="zh-CN"/>
        </w:rPr>
      </w:pPr>
      <w:r>
        <w:rPr>
          <w:rFonts w:ascii="仿宋" w:eastAsia="仿宋" w:hAnsi="仿宋"/>
          <w:sz w:val="32"/>
          <w:lang w:eastAsia="zh-CN"/>
        </w:rPr>
        <w:t>不久之后，吴王</w:t>
      </w:r>
      <w:proofErr w:type="gramStart"/>
      <w:r>
        <w:rPr>
          <w:rFonts w:ascii="仿宋" w:eastAsia="仿宋" w:hAnsi="仿宋"/>
          <w:sz w:val="32"/>
          <w:lang w:eastAsia="zh-CN"/>
        </w:rPr>
        <w:t>阖闾</w:t>
      </w:r>
      <w:proofErr w:type="gramEnd"/>
      <w:r>
        <w:rPr>
          <w:rFonts w:ascii="仿宋" w:eastAsia="仿宋" w:hAnsi="仿宋"/>
          <w:sz w:val="32"/>
          <w:lang w:eastAsia="zh-CN"/>
        </w:rPr>
        <w:t>去世。夫差继任吴王。子</w:t>
      </w:r>
      <w:proofErr w:type="gramStart"/>
      <w:r>
        <w:rPr>
          <w:rFonts w:ascii="仿宋" w:eastAsia="仿宋" w:hAnsi="仿宋"/>
          <w:sz w:val="32"/>
          <w:lang w:eastAsia="zh-CN"/>
        </w:rPr>
        <w:t>胥</w:t>
      </w:r>
      <w:proofErr w:type="gramEnd"/>
      <w:r>
        <w:rPr>
          <w:rFonts w:ascii="仿宋" w:eastAsia="仿宋" w:hAnsi="仿宋"/>
          <w:sz w:val="32"/>
          <w:lang w:eastAsia="zh-CN"/>
        </w:rPr>
        <w:t>留在朝堂。而我隐居于此。自称田夫子。夫差继任后的第二年，便全数出动精兵去攻打越国。在佛教大败越军。越王勾践派</w:t>
      </w:r>
      <w:proofErr w:type="gramStart"/>
      <w:r>
        <w:rPr>
          <w:rFonts w:ascii="仿宋" w:eastAsia="仿宋" w:hAnsi="仿宋"/>
          <w:sz w:val="32"/>
          <w:lang w:eastAsia="zh-CN"/>
        </w:rPr>
        <w:t>大夫文主求和</w:t>
      </w:r>
      <w:proofErr w:type="gramEnd"/>
      <w:r>
        <w:rPr>
          <w:rFonts w:ascii="仿宋" w:eastAsia="仿宋" w:hAnsi="仿宋"/>
          <w:sz w:val="32"/>
          <w:lang w:eastAsia="zh-CN"/>
        </w:rPr>
        <w:t>。说愿当吴国奴仆之国。子</w:t>
      </w:r>
      <w:proofErr w:type="gramStart"/>
      <w:r>
        <w:rPr>
          <w:rFonts w:ascii="仿宋" w:eastAsia="仿宋" w:hAnsi="仿宋"/>
          <w:sz w:val="32"/>
          <w:lang w:eastAsia="zh-CN"/>
        </w:rPr>
        <w:t>胥</w:t>
      </w:r>
      <w:proofErr w:type="gramEnd"/>
      <w:r>
        <w:rPr>
          <w:rFonts w:ascii="仿宋" w:eastAsia="仿宋" w:hAnsi="仿宋"/>
          <w:sz w:val="32"/>
          <w:lang w:eastAsia="zh-CN"/>
        </w:rPr>
        <w:t>渐见吴王夫，差说要</w:t>
      </w:r>
      <w:proofErr w:type="gramStart"/>
      <w:r>
        <w:rPr>
          <w:rFonts w:ascii="仿宋" w:eastAsia="仿宋" w:hAnsi="仿宋"/>
          <w:sz w:val="32"/>
          <w:lang w:eastAsia="zh-CN"/>
        </w:rPr>
        <w:t>杀掉越</w:t>
      </w:r>
      <w:proofErr w:type="gramEnd"/>
      <w:r>
        <w:rPr>
          <w:rFonts w:ascii="仿宋" w:eastAsia="仿宋" w:hAnsi="仿宋"/>
          <w:sz w:val="32"/>
          <w:lang w:eastAsia="zh-CN"/>
        </w:rPr>
        <w:t>王，勾践以绝后患。但是吴王</w:t>
      </w:r>
      <w:proofErr w:type="gramStart"/>
      <w:r>
        <w:rPr>
          <w:rFonts w:ascii="仿宋" w:eastAsia="仿宋" w:hAnsi="仿宋"/>
          <w:sz w:val="32"/>
          <w:lang w:eastAsia="zh-CN"/>
        </w:rPr>
        <w:t>不</w:t>
      </w:r>
      <w:proofErr w:type="gramEnd"/>
      <w:r>
        <w:rPr>
          <w:rFonts w:ascii="仿宋" w:eastAsia="仿宋" w:hAnsi="仿宋"/>
          <w:sz w:val="32"/>
          <w:lang w:eastAsia="zh-CN"/>
        </w:rPr>
        <w:t>听子</w:t>
      </w:r>
      <w:proofErr w:type="gramStart"/>
      <w:r>
        <w:rPr>
          <w:rFonts w:ascii="仿宋" w:eastAsia="仿宋" w:hAnsi="仿宋"/>
          <w:sz w:val="32"/>
          <w:lang w:eastAsia="zh-CN"/>
        </w:rPr>
        <w:t>胥</w:t>
      </w:r>
      <w:proofErr w:type="gramEnd"/>
      <w:r>
        <w:rPr>
          <w:rFonts w:ascii="仿宋" w:eastAsia="仿宋" w:hAnsi="仿宋"/>
          <w:sz w:val="32"/>
          <w:lang w:eastAsia="zh-CN"/>
        </w:rPr>
        <w:t>之计。</w:t>
      </w:r>
    </w:p>
    <w:p w14:paraId="2A9C93BE" w14:textId="77777777" w:rsidR="00E87C95" w:rsidRDefault="00000000">
      <w:pPr>
        <w:spacing w:after="0" w:line="579" w:lineRule="exact"/>
        <w:ind w:firstLine="640"/>
        <w:rPr>
          <w:lang w:eastAsia="zh-CN"/>
        </w:rPr>
      </w:pPr>
      <w:r>
        <w:rPr>
          <w:rFonts w:ascii="仿宋" w:eastAsia="仿宋" w:hAnsi="仿宋"/>
          <w:sz w:val="32"/>
          <w:lang w:eastAsia="zh-CN"/>
        </w:rPr>
        <w:t>与</w:t>
      </w:r>
      <w:proofErr w:type="gramStart"/>
      <w:r>
        <w:rPr>
          <w:rFonts w:ascii="仿宋" w:eastAsia="仿宋" w:hAnsi="仿宋"/>
          <w:sz w:val="32"/>
          <w:lang w:eastAsia="zh-CN"/>
        </w:rPr>
        <w:t>越国构河因此</w:t>
      </w:r>
      <w:proofErr w:type="gramEnd"/>
      <w:r>
        <w:rPr>
          <w:rFonts w:ascii="仿宋" w:eastAsia="仿宋" w:hAnsi="仿宋"/>
          <w:sz w:val="32"/>
          <w:lang w:eastAsia="zh-CN"/>
        </w:rPr>
        <w:t>。越王便视他为死敌，欲除之而后快。子</w:t>
      </w:r>
      <w:proofErr w:type="gramStart"/>
      <w:r>
        <w:rPr>
          <w:rFonts w:ascii="仿宋" w:eastAsia="仿宋" w:hAnsi="仿宋"/>
          <w:sz w:val="32"/>
          <w:lang w:eastAsia="zh-CN"/>
        </w:rPr>
        <w:t>胥</w:t>
      </w:r>
      <w:proofErr w:type="gramEnd"/>
      <w:r>
        <w:rPr>
          <w:rFonts w:ascii="仿宋" w:eastAsia="仿宋" w:hAnsi="仿宋"/>
          <w:sz w:val="32"/>
          <w:lang w:eastAsia="zh-CN"/>
        </w:rPr>
        <w:t>为人刚烈，忠心耿耿。却为自己埋下杀机。先生虽然隐居于此。但依旧洞若观火。夫差七年。北伐齐国夫差九年，逃鲁国夫差十年，发齐国11年，又发齐国。唉，这些年只需进谏一次就危险多一分。</w:t>
      </w:r>
    </w:p>
    <w:p w14:paraId="53DCB3DE" w14:textId="77777777" w:rsidR="00E87C95" w:rsidRDefault="00000000">
      <w:pPr>
        <w:spacing w:after="0" w:line="579" w:lineRule="exact"/>
        <w:ind w:firstLine="640"/>
        <w:rPr>
          <w:lang w:eastAsia="zh-CN"/>
        </w:rPr>
      </w:pPr>
      <w:r>
        <w:rPr>
          <w:rFonts w:ascii="仿宋" w:eastAsia="仿宋" w:hAnsi="仿宋"/>
          <w:sz w:val="32"/>
          <w:lang w:eastAsia="zh-CN"/>
        </w:rPr>
        <w:lastRenderedPageBreak/>
        <w:t>日前。我派遣心腹之人送行。告诉他，若</w:t>
      </w:r>
      <w:proofErr w:type="gramStart"/>
      <w:r>
        <w:rPr>
          <w:rFonts w:ascii="仿宋" w:eastAsia="仿宋" w:hAnsi="仿宋"/>
          <w:sz w:val="32"/>
          <w:lang w:eastAsia="zh-CN"/>
        </w:rPr>
        <w:t>不</w:t>
      </w:r>
      <w:proofErr w:type="gramEnd"/>
      <w:r>
        <w:rPr>
          <w:rFonts w:ascii="仿宋" w:eastAsia="仿宋" w:hAnsi="仿宋"/>
          <w:sz w:val="32"/>
          <w:lang w:eastAsia="zh-CN"/>
        </w:rPr>
        <w:t>立刻逃离，必遭杀身之祸。停不止，停不止。我大夫塔。这是子</w:t>
      </w:r>
      <w:proofErr w:type="gramStart"/>
      <w:r>
        <w:rPr>
          <w:rFonts w:ascii="仿宋" w:eastAsia="仿宋" w:hAnsi="仿宋"/>
          <w:sz w:val="32"/>
          <w:lang w:eastAsia="zh-CN"/>
        </w:rPr>
        <w:t>胥</w:t>
      </w:r>
      <w:proofErr w:type="gramEnd"/>
      <w:r>
        <w:rPr>
          <w:rFonts w:ascii="仿宋" w:eastAsia="仿宋" w:hAnsi="仿宋"/>
          <w:sz w:val="32"/>
          <w:lang w:eastAsia="zh-CN"/>
        </w:rPr>
        <w:t>的借口。大王</w:t>
      </w:r>
      <w:proofErr w:type="gramStart"/>
      <w:r>
        <w:rPr>
          <w:rFonts w:ascii="仿宋" w:eastAsia="仿宋" w:hAnsi="仿宋"/>
          <w:sz w:val="32"/>
          <w:lang w:eastAsia="zh-CN"/>
        </w:rPr>
        <w:t>臣想冒死屏报</w:t>
      </w:r>
      <w:proofErr w:type="gramEnd"/>
      <w:r>
        <w:rPr>
          <w:rFonts w:ascii="仿宋" w:eastAsia="仿宋" w:hAnsi="仿宋"/>
          <w:sz w:val="32"/>
          <w:lang w:eastAsia="zh-CN"/>
        </w:rPr>
        <w:t>一事。走大郎一直在发起。让伍子胥去齐国谈判，可是他竟将儿子留在了齐国。国父给了鲍氏。串通齐国。</w:t>
      </w:r>
    </w:p>
    <w:p w14:paraId="54ED2F4D" w14:textId="77777777" w:rsidR="00E87C95" w:rsidRDefault="00000000">
      <w:pPr>
        <w:spacing w:after="0" w:line="579" w:lineRule="exact"/>
        <w:ind w:firstLine="640"/>
        <w:rPr>
          <w:lang w:eastAsia="zh-CN"/>
        </w:rPr>
      </w:pPr>
      <w:r>
        <w:rPr>
          <w:rFonts w:ascii="仿宋" w:eastAsia="仿宋" w:hAnsi="仿宋"/>
          <w:sz w:val="32"/>
          <w:lang w:eastAsia="zh-CN"/>
        </w:rPr>
        <w:t>竟然把儿子也送出去了，他这是要谋反。大王吴国是要出大事了，大王你。你得早做准备呀。我不会等着他来杀我的。来人。</w:t>
      </w:r>
      <w:proofErr w:type="gramStart"/>
      <w:r>
        <w:rPr>
          <w:rFonts w:ascii="仿宋" w:eastAsia="仿宋" w:hAnsi="仿宋"/>
          <w:sz w:val="32"/>
          <w:lang w:eastAsia="zh-CN"/>
        </w:rPr>
        <w:t>赐</w:t>
      </w:r>
      <w:proofErr w:type="gramEnd"/>
      <w:r>
        <w:rPr>
          <w:rFonts w:ascii="仿宋" w:eastAsia="仿宋" w:hAnsi="仿宋"/>
          <w:sz w:val="32"/>
          <w:lang w:eastAsia="zh-CN"/>
        </w:rPr>
        <w:t>伍子胥，属镂之剑。让他。自尽。不退。小儿。哈哈</w:t>
      </w:r>
      <w:proofErr w:type="gramStart"/>
      <w:r>
        <w:rPr>
          <w:rFonts w:ascii="仿宋" w:eastAsia="仿宋" w:hAnsi="仿宋"/>
          <w:sz w:val="32"/>
          <w:lang w:eastAsia="zh-CN"/>
        </w:rPr>
        <w:t>哈</w:t>
      </w:r>
      <w:proofErr w:type="gramEnd"/>
      <w:r>
        <w:rPr>
          <w:rFonts w:ascii="仿宋" w:eastAsia="仿宋" w:hAnsi="仿宋"/>
          <w:sz w:val="32"/>
          <w:lang w:eastAsia="zh-CN"/>
        </w:rPr>
        <w:t>。你不是要杀我？</w:t>
      </w:r>
    </w:p>
    <w:p w14:paraId="2A3C8D24" w14:textId="77777777" w:rsidR="00E87C95" w:rsidRDefault="00000000">
      <w:pPr>
        <w:spacing w:after="0" w:line="579" w:lineRule="exact"/>
        <w:ind w:firstLine="640"/>
        <w:rPr>
          <w:lang w:eastAsia="zh-CN"/>
        </w:rPr>
      </w:pPr>
      <w:r>
        <w:rPr>
          <w:rFonts w:ascii="仿宋" w:eastAsia="仿宋" w:hAnsi="仿宋"/>
          <w:sz w:val="32"/>
          <w:lang w:eastAsia="zh-CN"/>
        </w:rPr>
        <w:t>你这是要杀吴国？你呀。穷兵黩武。</w:t>
      </w:r>
      <w:proofErr w:type="gramStart"/>
      <w:r>
        <w:rPr>
          <w:rFonts w:ascii="仿宋" w:eastAsia="仿宋" w:hAnsi="仿宋"/>
          <w:sz w:val="32"/>
          <w:lang w:eastAsia="zh-CN"/>
        </w:rPr>
        <w:t>悲</w:t>
      </w:r>
      <w:proofErr w:type="gramEnd"/>
      <w:r>
        <w:rPr>
          <w:rFonts w:ascii="仿宋" w:eastAsia="仿宋" w:hAnsi="仿宋"/>
          <w:sz w:val="32"/>
          <w:lang w:eastAsia="zh-CN"/>
        </w:rPr>
        <w:t>上乘风。我明知。你将自召。其祸仍然，</w:t>
      </w:r>
      <w:proofErr w:type="gramStart"/>
      <w:r>
        <w:rPr>
          <w:rFonts w:ascii="仿宋" w:eastAsia="仿宋" w:hAnsi="仿宋"/>
          <w:sz w:val="32"/>
          <w:lang w:eastAsia="zh-CN"/>
        </w:rPr>
        <w:t>终心尽见</w:t>
      </w:r>
      <w:proofErr w:type="gramEnd"/>
      <w:r>
        <w:rPr>
          <w:rFonts w:ascii="仿宋" w:eastAsia="仿宋" w:hAnsi="仿宋"/>
          <w:sz w:val="32"/>
          <w:lang w:eastAsia="zh-CN"/>
        </w:rPr>
        <w:t>。你</w:t>
      </w:r>
      <w:proofErr w:type="gramStart"/>
      <w:r>
        <w:rPr>
          <w:rFonts w:ascii="仿宋" w:eastAsia="仿宋" w:hAnsi="仿宋"/>
          <w:sz w:val="32"/>
          <w:lang w:eastAsia="zh-CN"/>
        </w:rPr>
        <w:t>你你</w:t>
      </w:r>
      <w:proofErr w:type="gramEnd"/>
      <w:r>
        <w:rPr>
          <w:rFonts w:ascii="仿宋" w:eastAsia="仿宋" w:hAnsi="仿宋"/>
          <w:sz w:val="32"/>
          <w:lang w:eastAsia="zh-CN"/>
        </w:rPr>
        <w:t>。啊，有人要杀。傻一个。长辈。咋一个都开了？我的下场。</w:t>
      </w:r>
    </w:p>
    <w:p w14:paraId="6FFF74B1" w14:textId="77777777" w:rsidR="00E87C95" w:rsidRDefault="00000000">
      <w:pPr>
        <w:spacing w:after="0" w:line="579" w:lineRule="exact"/>
        <w:ind w:firstLine="640"/>
        <w:rPr>
          <w:lang w:eastAsia="zh-CN"/>
        </w:rPr>
      </w:pPr>
      <w:r>
        <w:rPr>
          <w:rFonts w:ascii="仿宋" w:eastAsia="仿宋" w:hAnsi="仿宋"/>
          <w:sz w:val="32"/>
          <w:lang w:eastAsia="zh-CN"/>
        </w:rPr>
        <w:t>就是你的下场。我会在天上。看着你无国。如何被越国所灭。我会在天上睁开我的双眼。看吴王夫差。如何成为。勾践的。东空。不要继续喝。走了的人。终究是走了。先生，您在兵书里也说过。亡国不可以复存。</w:t>
      </w:r>
    </w:p>
    <w:p w14:paraId="362CA99B" w14:textId="77777777" w:rsidR="00E87C95" w:rsidRDefault="00000000">
      <w:pPr>
        <w:spacing w:after="0" w:line="579" w:lineRule="exact"/>
        <w:ind w:firstLine="640"/>
        <w:rPr>
          <w:lang w:eastAsia="zh-CN"/>
        </w:rPr>
      </w:pPr>
      <w:r>
        <w:rPr>
          <w:rFonts w:ascii="仿宋" w:eastAsia="仿宋" w:hAnsi="仿宋"/>
          <w:sz w:val="32"/>
          <w:lang w:eastAsia="zh-CN"/>
        </w:rPr>
        <w:t>死者不可以再生。所幸有先生。伍子胥之间的情谊。有高山流水。千古长存。先生，节哀。长庆。曾经。长卿。张庆雄。嘿嘿，来了，嘿嘿</w:t>
      </w:r>
      <w:proofErr w:type="gramStart"/>
      <w:r>
        <w:rPr>
          <w:rFonts w:ascii="仿宋" w:eastAsia="仿宋" w:hAnsi="仿宋"/>
          <w:sz w:val="32"/>
          <w:lang w:eastAsia="zh-CN"/>
        </w:rPr>
        <w:t>嘿</w:t>
      </w:r>
      <w:proofErr w:type="gramEnd"/>
      <w:r>
        <w:rPr>
          <w:rFonts w:ascii="仿宋" w:eastAsia="仿宋" w:hAnsi="仿宋"/>
          <w:sz w:val="32"/>
          <w:lang w:eastAsia="zh-CN"/>
        </w:rPr>
        <w:t>。唐清秋。</w:t>
      </w:r>
    </w:p>
    <w:p w14:paraId="6A736A29" w14:textId="77777777" w:rsidR="00E87C95" w:rsidRDefault="00000000">
      <w:pPr>
        <w:spacing w:after="0" w:line="579" w:lineRule="exact"/>
        <w:ind w:firstLine="640"/>
        <w:rPr>
          <w:lang w:eastAsia="zh-CN"/>
        </w:rPr>
      </w:pPr>
      <w:r>
        <w:rPr>
          <w:rFonts w:ascii="仿宋" w:eastAsia="仿宋" w:hAnsi="仿宋"/>
          <w:sz w:val="32"/>
          <w:lang w:eastAsia="zh-CN"/>
        </w:rPr>
        <w:t>我饿了。哈哈</w:t>
      </w:r>
      <w:proofErr w:type="gramStart"/>
      <w:r>
        <w:rPr>
          <w:rFonts w:ascii="仿宋" w:eastAsia="仿宋" w:hAnsi="仿宋"/>
          <w:sz w:val="32"/>
          <w:lang w:eastAsia="zh-CN"/>
        </w:rPr>
        <w:t>哈</w:t>
      </w:r>
      <w:proofErr w:type="gramEnd"/>
      <w:r>
        <w:rPr>
          <w:rFonts w:ascii="仿宋" w:eastAsia="仿宋" w:hAnsi="仿宋"/>
          <w:sz w:val="32"/>
          <w:lang w:eastAsia="zh-CN"/>
        </w:rPr>
        <w:t>。我煮了粥啊。来快哎，别那么急啊。来那那个。嗯哎呀，手艺不错呀，还是年轻时候的味道，再</w:t>
      </w:r>
      <w:r>
        <w:rPr>
          <w:rFonts w:ascii="仿宋" w:eastAsia="仿宋" w:hAnsi="仿宋"/>
          <w:sz w:val="32"/>
          <w:lang w:eastAsia="zh-CN"/>
        </w:rPr>
        <w:lastRenderedPageBreak/>
        <w:t>加一点。哎呀，你的饭量还是那么惊人。不怕，我煮了一锅慢慢吃。兵者。</w:t>
      </w:r>
    </w:p>
    <w:p w14:paraId="68BC9257" w14:textId="77777777" w:rsidR="00E87C95" w:rsidRDefault="00000000">
      <w:pPr>
        <w:spacing w:after="0" w:line="579" w:lineRule="exact"/>
        <w:ind w:firstLine="640"/>
        <w:rPr>
          <w:lang w:eastAsia="zh-CN"/>
        </w:rPr>
      </w:pPr>
      <w:r>
        <w:rPr>
          <w:rFonts w:ascii="仿宋" w:eastAsia="仿宋" w:hAnsi="仿宋"/>
          <w:sz w:val="32"/>
          <w:lang w:eastAsia="zh-CN"/>
        </w:rPr>
        <w:t>国之大事。死生之地，存亡之道，不可不察也。嘿嘿，我第一次看到这个兵书啊，就知道你是一个天才呀，这部兵书肯定会流芳万世的。如你写成这部兵书，必将传于后世啊。哈哈</w:t>
      </w:r>
      <w:proofErr w:type="gramStart"/>
      <w:r>
        <w:rPr>
          <w:rFonts w:ascii="仿宋" w:eastAsia="仿宋" w:hAnsi="仿宋"/>
          <w:sz w:val="32"/>
          <w:lang w:eastAsia="zh-CN"/>
        </w:rPr>
        <w:t>哈</w:t>
      </w:r>
      <w:proofErr w:type="gramEnd"/>
      <w:r>
        <w:rPr>
          <w:rFonts w:ascii="仿宋" w:eastAsia="仿宋" w:hAnsi="仿宋"/>
          <w:sz w:val="32"/>
          <w:lang w:eastAsia="zh-CN"/>
        </w:rPr>
        <w:t>。那你记不记得你自己当年一身伤，我还以为。捡了一个乞丐回来，没想到。</w:t>
      </w:r>
    </w:p>
    <w:p w14:paraId="2546FF94" w14:textId="77777777" w:rsidR="00E87C95" w:rsidRDefault="00000000">
      <w:pPr>
        <w:spacing w:after="0" w:line="579" w:lineRule="exact"/>
        <w:ind w:firstLine="640"/>
        <w:rPr>
          <w:lang w:eastAsia="zh-CN"/>
        </w:rPr>
      </w:pPr>
      <w:r>
        <w:rPr>
          <w:rFonts w:ascii="仿宋" w:eastAsia="仿宋" w:hAnsi="仿宋"/>
          <w:sz w:val="32"/>
          <w:lang w:eastAsia="zh-CN"/>
        </w:rPr>
        <w:t>哎，我们会是一辈子的朋友啊，我是你的兄弟。我是最早读过兵法13篇的人。我也是最欣赏你的人，我更是最佩服你。长卿秀。我现在才明白你说的兵法之道。以人为本。不战而屈人之兵，善之善者也。这打来</w:t>
      </w:r>
      <w:proofErr w:type="gramStart"/>
      <w:r>
        <w:rPr>
          <w:rFonts w:ascii="仿宋" w:eastAsia="仿宋" w:hAnsi="仿宋"/>
          <w:sz w:val="32"/>
          <w:lang w:eastAsia="zh-CN"/>
        </w:rPr>
        <w:t>打</w:t>
      </w:r>
      <w:proofErr w:type="gramEnd"/>
      <w:r>
        <w:rPr>
          <w:rFonts w:ascii="仿宋" w:eastAsia="仿宋" w:hAnsi="仿宋"/>
          <w:sz w:val="32"/>
          <w:lang w:eastAsia="zh-CN"/>
        </w:rPr>
        <w:t>去，到了最后不就是过上太平的日子让。百姓温饱嘛。</w:t>
      </w:r>
      <w:proofErr w:type="gramStart"/>
      <w:r>
        <w:rPr>
          <w:rFonts w:ascii="仿宋" w:eastAsia="仿宋" w:hAnsi="仿宋"/>
          <w:sz w:val="32"/>
          <w:lang w:eastAsia="zh-CN"/>
        </w:rPr>
        <w:t>子旭啊</w:t>
      </w:r>
      <w:proofErr w:type="gramEnd"/>
      <w:r>
        <w:rPr>
          <w:rFonts w:ascii="仿宋" w:eastAsia="仿宋" w:hAnsi="仿宋"/>
          <w:sz w:val="32"/>
          <w:lang w:eastAsia="zh-CN"/>
        </w:rPr>
        <w:t>。</w:t>
      </w:r>
    </w:p>
    <w:p w14:paraId="2FC7A0CA" w14:textId="77777777" w:rsidR="00E87C95" w:rsidRDefault="00000000">
      <w:pPr>
        <w:spacing w:after="0" w:line="579" w:lineRule="exact"/>
        <w:ind w:firstLine="640"/>
        <w:rPr>
          <w:lang w:eastAsia="zh-CN"/>
        </w:rPr>
      </w:pPr>
      <w:r>
        <w:rPr>
          <w:rFonts w:ascii="仿宋" w:eastAsia="仿宋" w:hAnsi="仿宋"/>
          <w:sz w:val="32"/>
          <w:lang w:eastAsia="zh-CN"/>
        </w:rPr>
        <w:t>我想。将你这把剑。铸剑为犁。陪我种稻子。以剑铸犁。让暴力之剑化为太平之礼。好主意。来再来一碗啊。哈哈</w:t>
      </w:r>
      <w:proofErr w:type="gramStart"/>
      <w:r>
        <w:rPr>
          <w:rFonts w:ascii="仿宋" w:eastAsia="仿宋" w:hAnsi="仿宋"/>
          <w:sz w:val="32"/>
          <w:lang w:eastAsia="zh-CN"/>
        </w:rPr>
        <w:t>哈</w:t>
      </w:r>
      <w:proofErr w:type="gramEnd"/>
      <w:r>
        <w:rPr>
          <w:rFonts w:ascii="仿宋" w:eastAsia="仿宋" w:hAnsi="仿宋"/>
          <w:sz w:val="32"/>
          <w:lang w:eastAsia="zh-CN"/>
        </w:rPr>
        <w:t>。我又不是饭桶。走了。唉。走了。想明白就好。啊。</w:t>
      </w:r>
    </w:p>
    <w:p w14:paraId="18703EED" w14:textId="77777777" w:rsidR="00E87C95" w:rsidRDefault="00000000">
      <w:pPr>
        <w:spacing w:after="0" w:line="579" w:lineRule="exact"/>
        <w:ind w:firstLine="640"/>
        <w:rPr>
          <w:lang w:eastAsia="zh-CN"/>
        </w:rPr>
      </w:pPr>
      <w:r>
        <w:rPr>
          <w:rFonts w:ascii="仿宋" w:eastAsia="仿宋" w:hAnsi="仿宋"/>
          <w:sz w:val="32"/>
          <w:lang w:eastAsia="zh-CN"/>
        </w:rPr>
        <w:t>先生。先生是否愿意跟随我去看看？孙子兵法在后世的流传。请带路。请。数十年后，历史进入了战国时期。韩赵魏三家，分界与齐楚，秦燕并称战国七雄，您写的兵法流传于各诸侯国。境内皆言兵。</w:t>
      </w:r>
      <w:proofErr w:type="gramStart"/>
      <w:r>
        <w:rPr>
          <w:rFonts w:ascii="仿宋" w:eastAsia="仿宋" w:hAnsi="仿宋"/>
          <w:sz w:val="32"/>
          <w:lang w:eastAsia="zh-CN"/>
        </w:rPr>
        <w:t>藏孙无</w:t>
      </w:r>
      <w:proofErr w:type="gramEnd"/>
      <w:r>
        <w:rPr>
          <w:rFonts w:ascii="仿宋" w:eastAsia="仿宋" w:hAnsi="仿宋"/>
          <w:sz w:val="32"/>
          <w:lang w:eastAsia="zh-CN"/>
        </w:rPr>
        <w:t>之书者。家有之。此人是谁呀？</w:t>
      </w:r>
    </w:p>
    <w:p w14:paraId="252ABFE6" w14:textId="77777777" w:rsidR="00E87C95" w:rsidRDefault="00000000">
      <w:pPr>
        <w:spacing w:after="0" w:line="579" w:lineRule="exact"/>
        <w:ind w:firstLine="640"/>
        <w:rPr>
          <w:lang w:eastAsia="zh-CN"/>
        </w:rPr>
      </w:pPr>
      <w:r>
        <w:rPr>
          <w:rFonts w:ascii="仿宋" w:eastAsia="仿宋" w:hAnsi="仿宋"/>
          <w:sz w:val="32"/>
          <w:lang w:eastAsia="zh-CN"/>
        </w:rPr>
        <w:t>春秋战国时期，百家争鸣诸子百家中，您被奉为兵家。这位是法家的韩非。再后来情一统天下，结束了纷争。但</w:t>
      </w:r>
      <w:proofErr w:type="gramStart"/>
      <w:r>
        <w:rPr>
          <w:rFonts w:ascii="仿宋" w:eastAsia="仿宋" w:hAnsi="仿宋"/>
          <w:sz w:val="32"/>
          <w:lang w:eastAsia="zh-CN"/>
        </w:rPr>
        <w:t>可</w:t>
      </w:r>
      <w:r>
        <w:rPr>
          <w:rFonts w:ascii="仿宋" w:eastAsia="仿宋" w:hAnsi="仿宋"/>
          <w:sz w:val="32"/>
          <w:lang w:eastAsia="zh-CN"/>
        </w:rPr>
        <w:lastRenderedPageBreak/>
        <w:t>惜秦</w:t>
      </w:r>
      <w:proofErr w:type="gramEnd"/>
      <w:r>
        <w:rPr>
          <w:rFonts w:ascii="仿宋" w:eastAsia="仿宋" w:hAnsi="仿宋"/>
          <w:sz w:val="32"/>
          <w:lang w:eastAsia="zh-CN"/>
        </w:rPr>
        <w:t>暴虐二</w:t>
      </w:r>
      <w:proofErr w:type="gramStart"/>
      <w:r>
        <w:rPr>
          <w:rFonts w:ascii="仿宋" w:eastAsia="仿宋" w:hAnsi="仿宋"/>
          <w:sz w:val="32"/>
          <w:lang w:eastAsia="zh-CN"/>
        </w:rPr>
        <w:t>世</w:t>
      </w:r>
      <w:proofErr w:type="gramEnd"/>
      <w:r>
        <w:rPr>
          <w:rFonts w:ascii="仿宋" w:eastAsia="仿宋" w:hAnsi="仿宋"/>
          <w:sz w:val="32"/>
          <w:lang w:eastAsia="zh-CN"/>
        </w:rPr>
        <w:t>而亡。</w:t>
      </w:r>
      <w:proofErr w:type="gramStart"/>
      <w:r>
        <w:rPr>
          <w:rFonts w:ascii="仿宋" w:eastAsia="仿宋" w:hAnsi="仿宋"/>
          <w:sz w:val="32"/>
          <w:lang w:eastAsia="zh-CN"/>
        </w:rPr>
        <w:t>后汉室</w:t>
      </w:r>
      <w:proofErr w:type="gramEnd"/>
      <w:r>
        <w:rPr>
          <w:rFonts w:ascii="仿宋" w:eastAsia="仿宋" w:hAnsi="仿宋"/>
          <w:sz w:val="32"/>
          <w:lang w:eastAsia="zh-CN"/>
        </w:rPr>
        <w:t>统一天下，王朝兴旺了数百年。武官兵书，战策多也。孙吴所著。身</w:t>
      </w:r>
      <w:proofErr w:type="gramStart"/>
      <w:r>
        <w:rPr>
          <w:rFonts w:ascii="仿宋" w:eastAsia="仿宋" w:hAnsi="仿宋"/>
          <w:sz w:val="32"/>
          <w:lang w:eastAsia="zh-CN"/>
        </w:rPr>
        <w:t>矣但孙</w:t>
      </w:r>
      <w:proofErr w:type="gramEnd"/>
      <w:r>
        <w:rPr>
          <w:rFonts w:ascii="仿宋" w:eastAsia="仿宋" w:hAnsi="仿宋"/>
          <w:sz w:val="32"/>
          <w:lang w:eastAsia="zh-CN"/>
        </w:rPr>
        <w:t>吴之兵法，世间版本行文繁杂不得。孙子要义，</w:t>
      </w:r>
    </w:p>
    <w:p w14:paraId="74109E10" w14:textId="77777777" w:rsidR="00E87C95" w:rsidRDefault="00000000">
      <w:pPr>
        <w:spacing w:after="0" w:line="579" w:lineRule="exact"/>
        <w:ind w:firstLine="640"/>
        <w:rPr>
          <w:lang w:eastAsia="zh-CN"/>
        </w:rPr>
      </w:pPr>
      <w:r>
        <w:rPr>
          <w:rFonts w:ascii="仿宋" w:eastAsia="仿宋" w:hAnsi="仿宋"/>
          <w:sz w:val="32"/>
          <w:lang w:eastAsia="zh-CN"/>
        </w:rPr>
        <w:t>所以我要注视他。此人又是谁？东汉末年，汉室衰微，此乃汉相曹操。挟天子以令诸侯，那岂不</w:t>
      </w:r>
      <w:proofErr w:type="gramStart"/>
      <w:r>
        <w:rPr>
          <w:rFonts w:ascii="仿宋" w:eastAsia="仿宋" w:hAnsi="仿宋"/>
          <w:sz w:val="32"/>
          <w:lang w:eastAsia="zh-CN"/>
        </w:rPr>
        <w:t>是又是</w:t>
      </w:r>
      <w:proofErr w:type="gramEnd"/>
      <w:r>
        <w:rPr>
          <w:rFonts w:ascii="仿宋" w:eastAsia="仿宋" w:hAnsi="仿宋"/>
          <w:sz w:val="32"/>
          <w:lang w:eastAsia="zh-CN"/>
        </w:rPr>
        <w:t>一个春秋，史称三国？孙吴所筑兵法，被我朝列为《武经七书》之首。凡我宋朝，武科举子，皆应休息。到了宋朝，您写的兵书成为了官方颁行的兵法典籍。</w:t>
      </w:r>
    </w:p>
    <w:p w14:paraId="3C8CBEE7" w14:textId="77777777" w:rsidR="00E87C95" w:rsidRDefault="00000000">
      <w:pPr>
        <w:spacing w:after="0" w:line="579" w:lineRule="exact"/>
        <w:ind w:firstLine="640"/>
        <w:rPr>
          <w:lang w:eastAsia="zh-CN"/>
        </w:rPr>
      </w:pPr>
      <w:r>
        <w:rPr>
          <w:rFonts w:ascii="仿宋" w:eastAsia="仿宋" w:hAnsi="仿宋"/>
          <w:sz w:val="32"/>
          <w:lang w:eastAsia="zh-CN"/>
        </w:rPr>
        <w:t>也是现存中国古代第一部军事著作。安国全军之道。明君慎之，良将警之。先生，您请看。再过千年就到了我生活的时代。您的孙子兵法被翻译成数十种语言。传播到世界各地。甚好，甚好。先生，我还想带您再看一个地方。此为何处啊？这里是孙子兵法沉浸式课堂。</w:t>
      </w:r>
    </w:p>
    <w:p w14:paraId="7E847DC1" w14:textId="77777777" w:rsidR="00E87C95" w:rsidRDefault="00000000">
      <w:pPr>
        <w:spacing w:after="0" w:line="579" w:lineRule="exact"/>
        <w:ind w:firstLine="640"/>
        <w:rPr>
          <w:lang w:eastAsia="zh-CN"/>
        </w:rPr>
      </w:pPr>
      <w:r>
        <w:rPr>
          <w:rFonts w:ascii="仿宋" w:eastAsia="仿宋" w:hAnsi="仿宋"/>
          <w:sz w:val="32"/>
          <w:lang w:eastAsia="zh-CN"/>
        </w:rPr>
        <w:t>一九七二年，我刚大学毕业。20多岁。这些银雀山汉墓出土的竹简。2000多岁。汉墓中竹简的内容。引起了国家高度重视。我们将这些竹简送到北京，请专家鉴别。银雀山考古出土的汉代竹简。同时包含了孙子兵法和孙膑兵法的内容，解开了孙子兵法作者的。千古之谜。孙膑兵法是什么？孙膑兵法是您家族的一位后人。</w:t>
      </w:r>
    </w:p>
    <w:p w14:paraId="3BD94D26" w14:textId="77777777" w:rsidR="00E87C95" w:rsidRDefault="00000000">
      <w:pPr>
        <w:spacing w:after="0" w:line="579" w:lineRule="exact"/>
        <w:ind w:firstLine="640"/>
        <w:rPr>
          <w:lang w:eastAsia="zh-CN"/>
        </w:rPr>
      </w:pPr>
      <w:r>
        <w:rPr>
          <w:rFonts w:ascii="仿宋" w:eastAsia="仿宋" w:hAnsi="仿宋"/>
          <w:sz w:val="32"/>
          <w:lang w:eastAsia="zh-CN"/>
        </w:rPr>
        <w:t>孙病所罪，他也是一位兵家之圣。您田氏</w:t>
      </w:r>
      <w:proofErr w:type="gramStart"/>
      <w:r>
        <w:rPr>
          <w:rFonts w:ascii="仿宋" w:eastAsia="仿宋" w:hAnsi="仿宋"/>
          <w:sz w:val="32"/>
          <w:lang w:eastAsia="zh-CN"/>
        </w:rPr>
        <w:t>一</w:t>
      </w:r>
      <w:proofErr w:type="gramEnd"/>
      <w:r>
        <w:rPr>
          <w:rFonts w:ascii="仿宋" w:eastAsia="仿宋" w:hAnsi="仿宋"/>
          <w:sz w:val="32"/>
          <w:lang w:eastAsia="zh-CN"/>
        </w:rPr>
        <w:t>族，出了两位孙子。没想到我们两人的著作在2000年后会被后人看到。那好啊。可以告慰先人了。今天课堂的最后。我希望和大家</w:t>
      </w:r>
      <w:r>
        <w:rPr>
          <w:rFonts w:ascii="仿宋" w:eastAsia="仿宋" w:hAnsi="仿宋"/>
          <w:sz w:val="32"/>
          <w:lang w:eastAsia="zh-CN"/>
        </w:rPr>
        <w:lastRenderedPageBreak/>
        <w:t>一起。重温孙子兵法开篇中的第一句话。兵者。国之大事，此生之地，存亡之道。不可不茶也。</w:t>
      </w:r>
    </w:p>
    <w:p w14:paraId="1A718459" w14:textId="77777777" w:rsidR="00E87C95" w:rsidRDefault="00000000">
      <w:pPr>
        <w:spacing w:after="0" w:line="579" w:lineRule="exact"/>
        <w:ind w:firstLine="640"/>
        <w:rPr>
          <w:lang w:eastAsia="zh-CN"/>
        </w:rPr>
      </w:pPr>
      <w:r>
        <w:rPr>
          <w:rFonts w:ascii="仿宋" w:eastAsia="仿宋" w:hAnsi="仿宋"/>
          <w:sz w:val="32"/>
          <w:lang w:eastAsia="zh-CN"/>
        </w:rPr>
        <w:t>国之大事，自生之地，存亡之道不可无。兵临国下。存亡之道，不可不察也。国之大士，此生之力，存亡之道。下去了。传下去的课堂到此结束。谢谢大家。先生的兵法之道。其要义就在于。胜战。</w:t>
      </w:r>
    </w:p>
    <w:p w14:paraId="0FEF0022" w14:textId="77777777" w:rsidR="00E87C95" w:rsidRDefault="00000000">
      <w:pPr>
        <w:spacing w:after="0" w:line="579" w:lineRule="exact"/>
        <w:ind w:firstLine="640"/>
        <w:rPr>
          <w:lang w:eastAsia="zh-CN"/>
        </w:rPr>
      </w:pPr>
      <w:r>
        <w:rPr>
          <w:rFonts w:ascii="仿宋" w:eastAsia="仿宋" w:hAnsi="仿宋"/>
          <w:sz w:val="32"/>
          <w:lang w:eastAsia="zh-CN"/>
        </w:rPr>
        <w:t>无战这一军事哲学思想。影响了中国后世2000多年。直到今天。以和邦国，以和为贵，已经融入了中华民族的血脉，也刻进了中国人的基因里。啊，感谢三兄带我看到这些。谢谢先生。为后世留下这部千古典籍。可以放心啦。刚才戏剧当中的课堂齐诵。跨越古今，连接千年，</w:t>
      </w:r>
    </w:p>
    <w:p w14:paraId="5EE4DBDC" w14:textId="77777777" w:rsidR="00E87C95" w:rsidRDefault="00000000">
      <w:pPr>
        <w:spacing w:after="0" w:line="579" w:lineRule="exact"/>
        <w:ind w:firstLine="640"/>
        <w:rPr>
          <w:lang w:eastAsia="zh-CN"/>
        </w:rPr>
      </w:pPr>
      <w:r>
        <w:rPr>
          <w:rFonts w:ascii="仿宋" w:eastAsia="仿宋" w:hAnsi="仿宋"/>
          <w:sz w:val="32"/>
          <w:lang w:eastAsia="zh-CN"/>
        </w:rPr>
        <w:t>看的让我们也是非常的感动。看</w:t>
      </w:r>
      <w:proofErr w:type="gramStart"/>
      <w:r>
        <w:rPr>
          <w:rFonts w:ascii="仿宋" w:eastAsia="仿宋" w:hAnsi="仿宋"/>
          <w:sz w:val="32"/>
          <w:lang w:eastAsia="zh-CN"/>
        </w:rPr>
        <w:t>完整部剧很受</w:t>
      </w:r>
      <w:proofErr w:type="gramEnd"/>
      <w:r>
        <w:rPr>
          <w:rFonts w:ascii="仿宋" w:eastAsia="仿宋" w:hAnsi="仿宋"/>
          <w:sz w:val="32"/>
          <w:lang w:eastAsia="zh-CN"/>
        </w:rPr>
        <w:t>触动，我们可以读其书啊，见其人。孙子兵法纵观13篇，都包含着先进的军事思想和严谨的辩证法思维。这种朴素而深刻的智慧呢，也从军事领域延伸到了外交经济生活。这各种力。孙子兵法的影响不仅局限于中国。几乎整个东亚啊，都在流传着孙子兵法，你再看欧洲18世纪的时候，孙子兵法被翻译成法文。俄文英文全世界好多地方的军事院校都还在学习孙子兵法，</w:t>
      </w:r>
    </w:p>
    <w:p w14:paraId="0CD37A04" w14:textId="77777777" w:rsidR="00E87C95" w:rsidRDefault="00000000">
      <w:pPr>
        <w:spacing w:after="0" w:line="579" w:lineRule="exact"/>
        <w:ind w:firstLine="640"/>
        <w:rPr>
          <w:lang w:eastAsia="zh-CN"/>
        </w:rPr>
      </w:pPr>
      <w:r>
        <w:rPr>
          <w:rFonts w:ascii="仿宋" w:eastAsia="仿宋" w:hAnsi="仿宋"/>
          <w:sz w:val="32"/>
          <w:lang w:eastAsia="zh-CN"/>
        </w:rPr>
        <w:t>我们中国呀从。从来不是一个好战的民族。但是</w:t>
      </w:r>
      <w:proofErr w:type="gramStart"/>
      <w:r>
        <w:rPr>
          <w:rFonts w:ascii="仿宋" w:eastAsia="仿宋" w:hAnsi="仿宋"/>
          <w:sz w:val="32"/>
          <w:lang w:eastAsia="zh-CN"/>
        </w:rPr>
        <w:t>我们支兵这样</w:t>
      </w:r>
      <w:proofErr w:type="gramEnd"/>
      <w:r>
        <w:rPr>
          <w:rFonts w:ascii="仿宋" w:eastAsia="仿宋" w:hAnsi="仿宋"/>
          <w:sz w:val="32"/>
          <w:lang w:eastAsia="zh-CN"/>
        </w:rPr>
        <w:t>的一个传承千年的智慧，我们希望他也能够留步于全世界，让大家都支兵，但是都不好战。铸剑为犁。我有这么</w:t>
      </w:r>
      <w:r>
        <w:rPr>
          <w:rFonts w:ascii="仿宋" w:eastAsia="仿宋" w:hAnsi="仿宋"/>
          <w:sz w:val="32"/>
          <w:lang w:eastAsia="zh-CN"/>
        </w:rPr>
        <w:lastRenderedPageBreak/>
        <w:t>一个感慨。孙武啊，他是从小饱经战火</w:t>
      </w:r>
      <w:proofErr w:type="gramStart"/>
      <w:r>
        <w:rPr>
          <w:rFonts w:ascii="仿宋" w:eastAsia="仿宋" w:hAnsi="仿宋"/>
          <w:sz w:val="32"/>
          <w:lang w:eastAsia="zh-CN"/>
        </w:rPr>
        <w:t>娆憬</w:t>
      </w:r>
      <w:proofErr w:type="gramEnd"/>
      <w:r>
        <w:rPr>
          <w:rFonts w:ascii="仿宋" w:eastAsia="仿宋" w:hAnsi="仿宋"/>
          <w:sz w:val="32"/>
          <w:lang w:eastAsia="zh-CN"/>
        </w:rPr>
        <w:t>之苦的，所以他整个思想高度重视战争。慎重对待战争。战争的目的是为了安国全军等等，也反映了我们中华民族的一个传统的思想。消灭战争。</w:t>
      </w:r>
    </w:p>
    <w:p w14:paraId="27FC9EEE" w14:textId="77777777" w:rsidR="00E87C95" w:rsidRDefault="00000000">
      <w:pPr>
        <w:spacing w:after="0" w:line="579" w:lineRule="exact"/>
        <w:ind w:firstLine="640"/>
        <w:rPr>
          <w:lang w:eastAsia="zh-CN"/>
        </w:rPr>
      </w:pPr>
      <w:r>
        <w:rPr>
          <w:rFonts w:ascii="仿宋" w:eastAsia="仿宋" w:hAnsi="仿宋"/>
          <w:sz w:val="32"/>
          <w:lang w:eastAsia="zh-CN"/>
        </w:rPr>
        <w:t>珍爱和平。可是啊，不管是历史还是现实，一再证明。和平发展往往并不是一帆风顺的，我相信啊，如果我们现在面临着。对和平发展的严峻挑战一定会涌现出成千上万</w:t>
      </w:r>
      <w:proofErr w:type="gramStart"/>
      <w:r>
        <w:rPr>
          <w:rFonts w:ascii="仿宋" w:eastAsia="仿宋" w:hAnsi="仿宋"/>
          <w:sz w:val="32"/>
          <w:lang w:eastAsia="zh-CN"/>
        </w:rPr>
        <w:t>个</w:t>
      </w:r>
      <w:proofErr w:type="gramEnd"/>
      <w:r>
        <w:rPr>
          <w:rFonts w:ascii="仿宋" w:eastAsia="仿宋" w:hAnsi="仿宋"/>
          <w:sz w:val="32"/>
          <w:lang w:eastAsia="zh-CN"/>
        </w:rPr>
        <w:t>。既敢战又善战的新一代的孙悟空。自古热爱和平，我们中国人民啊。其实根本不愿意战争。但是我相信也不惧怕战争。我们会以亿万同胞凝心之力。共筑新时代的。</w:t>
      </w:r>
    </w:p>
    <w:p w14:paraId="2169E223" w14:textId="77777777" w:rsidR="00E87C95" w:rsidRDefault="00000000">
      <w:pPr>
        <w:spacing w:after="0" w:line="579" w:lineRule="exact"/>
        <w:ind w:firstLine="640"/>
        <w:rPr>
          <w:lang w:eastAsia="zh-CN"/>
        </w:rPr>
      </w:pPr>
      <w:r>
        <w:rPr>
          <w:rFonts w:ascii="仿宋" w:eastAsia="仿宋" w:hAnsi="仿宋"/>
          <w:sz w:val="32"/>
          <w:lang w:eastAsia="zh-CN"/>
        </w:rPr>
        <w:t>万里长城。谢谢徐老师。2500年后的今天，让我们从孙子兵法中传承重</w:t>
      </w:r>
      <w:proofErr w:type="gramStart"/>
      <w:r>
        <w:rPr>
          <w:rFonts w:ascii="仿宋" w:eastAsia="仿宋" w:hAnsi="仿宋"/>
          <w:sz w:val="32"/>
          <w:lang w:eastAsia="zh-CN"/>
        </w:rPr>
        <w:t>战甚战安国</w:t>
      </w:r>
      <w:proofErr w:type="gramEnd"/>
      <w:r>
        <w:rPr>
          <w:rFonts w:ascii="仿宋" w:eastAsia="仿宋" w:hAnsi="仿宋"/>
          <w:sz w:val="32"/>
          <w:lang w:eastAsia="zh-CN"/>
        </w:rPr>
        <w:t>全军的文化基因。发扬捍卫和平的伟大智慧中国典籍。历久弥新，生生不息。再次感谢三位读书人与我们一同来品读孙子兵法，让我们下期再见！</w:t>
      </w:r>
    </w:p>
    <w:p w14:paraId="76150BBD" w14:textId="77777777" w:rsidR="00E87C95" w:rsidRDefault="00000000">
      <w:pPr>
        <w:rPr>
          <w:lang w:eastAsia="zh-CN"/>
        </w:rPr>
      </w:pPr>
      <w:r>
        <w:rPr>
          <w:lang w:eastAsia="zh-CN"/>
        </w:rPr>
        <w:br w:type="page"/>
      </w:r>
    </w:p>
    <w:p w14:paraId="20704640" w14:textId="77777777" w:rsidR="00E87C95" w:rsidRDefault="00000000">
      <w:pPr>
        <w:spacing w:after="0" w:line="579" w:lineRule="exact"/>
        <w:jc w:val="center"/>
        <w:rPr>
          <w:lang w:eastAsia="zh-CN"/>
        </w:rPr>
      </w:pPr>
      <w:r>
        <w:rPr>
          <w:rFonts w:ascii="方正小标宋简体" w:eastAsia="方正小标宋简体" w:hAnsi="方正小标宋简体"/>
          <w:sz w:val="44"/>
          <w:lang w:eastAsia="zh-CN"/>
        </w:rPr>
        <w:lastRenderedPageBreak/>
        <w:t>第07集 《楚辞》</w:t>
      </w:r>
    </w:p>
    <w:p w14:paraId="0E43D102" w14:textId="77777777" w:rsidR="00E87C95" w:rsidRDefault="00000000">
      <w:pPr>
        <w:spacing w:after="0" w:line="579" w:lineRule="exact"/>
        <w:ind w:firstLine="640"/>
        <w:rPr>
          <w:lang w:eastAsia="zh-CN"/>
        </w:rPr>
      </w:pPr>
      <w:proofErr w:type="gramStart"/>
      <w:r>
        <w:rPr>
          <w:rFonts w:ascii="仿宋" w:eastAsia="仿宋" w:hAnsi="仿宋"/>
          <w:sz w:val="32"/>
          <w:lang w:eastAsia="zh-CN"/>
        </w:rPr>
        <w:t>唯殷先人</w:t>
      </w:r>
      <w:proofErr w:type="gramEnd"/>
      <w:r>
        <w:rPr>
          <w:rFonts w:ascii="仿宋" w:eastAsia="仿宋" w:hAnsi="仿宋"/>
          <w:sz w:val="32"/>
          <w:lang w:eastAsia="zh-CN"/>
        </w:rPr>
        <w:t>，有册有典。几千年来，祖先一直在记录我们的历史。讲述我们的故事。这里的每一部典籍都凝聚着前人的心血和智慧。人们世代守护薪火相传。让精神的血脉延绵至今。打开典籍，对话先贤。知道我们的生命源起何处？知道我们的脚步迈向何方？以新的方式读懂典籍，让书写在古籍里的文字火起来。一起品读。典籍里的中国。</w:t>
      </w:r>
    </w:p>
    <w:p w14:paraId="5AB5DF57" w14:textId="77777777" w:rsidR="00E87C95" w:rsidRDefault="00000000">
      <w:pPr>
        <w:spacing w:after="0" w:line="579" w:lineRule="exact"/>
        <w:ind w:firstLine="640"/>
        <w:rPr>
          <w:lang w:eastAsia="zh-CN"/>
        </w:rPr>
      </w:pPr>
      <w:r>
        <w:rPr>
          <w:rFonts w:ascii="仿宋" w:eastAsia="仿宋" w:hAnsi="仿宋"/>
          <w:sz w:val="32"/>
          <w:lang w:eastAsia="zh-CN"/>
        </w:rPr>
        <w:t>今天在典籍里的中国，让我们一起识读</w:t>
      </w:r>
      <w:proofErr w:type="gramStart"/>
      <w:r>
        <w:rPr>
          <w:rFonts w:ascii="仿宋" w:eastAsia="仿宋" w:hAnsi="仿宋"/>
          <w:sz w:val="32"/>
          <w:lang w:eastAsia="zh-CN"/>
        </w:rPr>
        <w:t>《楚辞》后皇嘉树</w:t>
      </w:r>
      <w:proofErr w:type="gramEnd"/>
      <w:r>
        <w:rPr>
          <w:rFonts w:ascii="仿宋" w:eastAsia="仿宋" w:hAnsi="仿宋"/>
          <w:sz w:val="32"/>
          <w:lang w:eastAsia="zh-CN"/>
        </w:rPr>
        <w:t>。为国家之富足繁茂自己，为国家之强大奉献自己，永世不移，我们都需要《橘颂》。但孤单时，更</w:t>
      </w:r>
      <w:proofErr w:type="gramStart"/>
      <w:r>
        <w:rPr>
          <w:rFonts w:ascii="仿宋" w:eastAsia="仿宋" w:hAnsi="仿宋"/>
          <w:sz w:val="32"/>
          <w:lang w:eastAsia="zh-CN"/>
        </w:rPr>
        <w:t>一</w:t>
      </w:r>
      <w:proofErr w:type="gramEnd"/>
      <w:r>
        <w:rPr>
          <w:rFonts w:ascii="仿宋" w:eastAsia="仿宋" w:hAnsi="仿宋"/>
          <w:sz w:val="32"/>
          <w:lang w:eastAsia="zh-CN"/>
        </w:rPr>
        <w:t>至死。路漫漫其修远兮，吾将上下而求索。二零一六年九月。中国贵州大窝</w:t>
      </w:r>
      <w:proofErr w:type="gramStart"/>
      <w:r>
        <w:rPr>
          <w:rFonts w:ascii="仿宋" w:eastAsia="仿宋" w:hAnsi="仿宋"/>
          <w:sz w:val="32"/>
          <w:lang w:eastAsia="zh-CN"/>
        </w:rPr>
        <w:t>凼</w:t>
      </w:r>
      <w:proofErr w:type="gramEnd"/>
      <w:r>
        <w:rPr>
          <w:rFonts w:ascii="仿宋" w:eastAsia="仿宋" w:hAnsi="仿宋"/>
          <w:sz w:val="32"/>
          <w:lang w:eastAsia="zh-CN"/>
        </w:rPr>
        <w:t>。这是世界上最大的单口径射电望远镜。他能探索。宇宙。</w:t>
      </w:r>
    </w:p>
    <w:p w14:paraId="0E45ED7E" w14:textId="77777777" w:rsidR="00E87C95" w:rsidRDefault="00000000">
      <w:pPr>
        <w:spacing w:after="0" w:line="579" w:lineRule="exact"/>
        <w:ind w:firstLine="640"/>
        <w:rPr>
          <w:lang w:eastAsia="zh-CN"/>
        </w:rPr>
      </w:pPr>
      <w:r>
        <w:rPr>
          <w:rFonts w:ascii="仿宋" w:eastAsia="仿宋" w:hAnsi="仿宋"/>
          <w:sz w:val="32"/>
          <w:lang w:eastAsia="zh-CN"/>
        </w:rPr>
        <w:t>百亿光年外的微弱信号，你说过。要成为世界上看得最远的人，把这些星星看清楚。这是。我小时候说的话，我就是小时候的你，我读过《楚辞》。我喜欢里面的一句话。路漫漫其修远兮，吾将上下而求索。所以。中国天眼就是。求索的眼睛。中国人。</w:t>
      </w:r>
    </w:p>
    <w:p w14:paraId="2BB4A8EE" w14:textId="77777777" w:rsidR="00E87C95" w:rsidRDefault="00000000">
      <w:pPr>
        <w:spacing w:after="0" w:line="579" w:lineRule="exact"/>
        <w:ind w:firstLine="640"/>
        <w:rPr>
          <w:lang w:eastAsia="zh-CN"/>
        </w:rPr>
      </w:pPr>
      <w:r>
        <w:rPr>
          <w:rFonts w:ascii="仿宋" w:eastAsia="仿宋" w:hAnsi="仿宋"/>
          <w:sz w:val="32"/>
          <w:lang w:eastAsia="zh-CN"/>
        </w:rPr>
        <w:t>探索宇宙的路。依然漫漫修远。这是屈原写的诗，你说他爱不爱看星星？他对。星空。对宇宙一定十分好奇。2000多年前，战国时期楚国。白天光明。这碗黑暗。是谁在安排这一切？明明暗暗。为是何为。你是谁？</w:t>
      </w:r>
    </w:p>
    <w:p w14:paraId="4CC1881B" w14:textId="77777777" w:rsidR="00E87C95" w:rsidRDefault="00000000">
      <w:pPr>
        <w:spacing w:after="0" w:line="579" w:lineRule="exact"/>
        <w:ind w:firstLine="640"/>
        <w:rPr>
          <w:lang w:eastAsia="zh-CN"/>
        </w:rPr>
      </w:pPr>
      <w:r>
        <w:rPr>
          <w:rFonts w:ascii="仿宋" w:eastAsia="仿宋" w:hAnsi="仿宋"/>
          <w:sz w:val="32"/>
          <w:lang w:eastAsia="zh-CN"/>
        </w:rPr>
        <w:lastRenderedPageBreak/>
        <w:t>我呀。我是长大后的你。小时候。我不断地提这些问题。后来我把这些问题全写进了。《天问》。你向天发问有答案了吗？路漫漫其修远兮。吾将上下。而求索。路漫漫其修远兮，吾将上下而求索。我喜欢这句话。哈哈</w:t>
      </w:r>
      <w:proofErr w:type="gramStart"/>
      <w:r>
        <w:rPr>
          <w:rFonts w:ascii="仿宋" w:eastAsia="仿宋" w:hAnsi="仿宋"/>
          <w:sz w:val="32"/>
          <w:lang w:eastAsia="zh-CN"/>
        </w:rPr>
        <w:t>哈</w:t>
      </w:r>
      <w:proofErr w:type="gramEnd"/>
      <w:r>
        <w:rPr>
          <w:rFonts w:ascii="仿宋" w:eastAsia="仿宋" w:hAnsi="仿宋"/>
          <w:sz w:val="32"/>
          <w:lang w:eastAsia="zh-CN"/>
        </w:rPr>
        <w:t>。白天光明。</w:t>
      </w:r>
    </w:p>
    <w:p w14:paraId="378F3EE3" w14:textId="77777777" w:rsidR="00E87C95" w:rsidRDefault="00000000">
      <w:pPr>
        <w:spacing w:after="0" w:line="579" w:lineRule="exact"/>
        <w:ind w:firstLine="640"/>
        <w:rPr>
          <w:lang w:eastAsia="zh-CN"/>
        </w:rPr>
      </w:pPr>
      <w:r>
        <w:rPr>
          <w:rFonts w:ascii="仿宋" w:eastAsia="仿宋" w:hAnsi="仿宋"/>
          <w:sz w:val="32"/>
          <w:lang w:eastAsia="zh-CN"/>
        </w:rPr>
        <w:t>夜晚黑暗是谁在安排这一切？明明暗暗。为是何为。今天那么高。谁不多谅他？远则九重。</w:t>
      </w:r>
      <w:proofErr w:type="gramStart"/>
      <w:r>
        <w:rPr>
          <w:rFonts w:ascii="仿宋" w:eastAsia="仿宋" w:hAnsi="仿宋"/>
          <w:sz w:val="32"/>
          <w:lang w:eastAsia="zh-CN"/>
        </w:rPr>
        <w:t>孰营度</w:t>
      </w:r>
      <w:proofErr w:type="gramEnd"/>
      <w:r>
        <w:rPr>
          <w:rFonts w:ascii="仿宋" w:eastAsia="仿宋" w:hAnsi="仿宋"/>
          <w:sz w:val="32"/>
          <w:lang w:eastAsia="zh-CN"/>
        </w:rPr>
        <w:t>之。我提出了关于宇宙的疑问，我用一生在寻找。答案找到答案了吗？宇宙无穷求索也无穷。中国天眼。就是我们留给后人。寻找答案的。路漫漫。</w:t>
      </w:r>
    </w:p>
    <w:p w14:paraId="0D6C6475" w14:textId="77777777" w:rsidR="00E87C95" w:rsidRDefault="00000000">
      <w:pPr>
        <w:spacing w:after="0" w:line="579" w:lineRule="exact"/>
        <w:ind w:firstLine="640"/>
        <w:rPr>
          <w:lang w:eastAsia="zh-CN"/>
        </w:rPr>
      </w:pPr>
      <w:r>
        <w:rPr>
          <w:rFonts w:ascii="仿宋" w:eastAsia="仿宋" w:hAnsi="仿宋"/>
          <w:sz w:val="32"/>
          <w:lang w:eastAsia="zh-CN"/>
        </w:rPr>
        <w:t>其修远兮。吾将上下而求索。路漫漫其修远兮。吾将上下。而求索。这是跨越了2000多年的发问。这是延续了2000多年的求索。屈原曾脚踏华夏，大地仰望苍穹发出《天问》。这经世之问。和《离骚》酒歌《橘颂》等诗作一起汇成《楚辞》。作为中国首部浪漫主义诗歌总集，《楚辞》和《诗经》一同奠定中国诗歌发展的基础。今天在典籍里的中国，让我们一起识读《楚辞》。</w:t>
      </w:r>
    </w:p>
    <w:p w14:paraId="125695C1" w14:textId="77777777" w:rsidR="00E87C95" w:rsidRDefault="00000000">
      <w:pPr>
        <w:spacing w:after="0" w:line="579" w:lineRule="exact"/>
        <w:ind w:firstLine="640"/>
        <w:rPr>
          <w:lang w:eastAsia="zh-CN"/>
        </w:rPr>
      </w:pPr>
      <w:r>
        <w:rPr>
          <w:rFonts w:ascii="仿宋" w:eastAsia="仿宋" w:hAnsi="仿宋"/>
          <w:sz w:val="32"/>
          <w:lang w:eastAsia="zh-CN"/>
        </w:rPr>
        <w:t>打开典籍。品读中国欢迎走进典籍里的中国，我是王佳宁。在奔涌不息的中华千年文脉中，《楚辞》从上古走来，构筑了中国浪漫主义文学的源头。这部辞赋之宗</w:t>
      </w:r>
      <w:proofErr w:type="gramStart"/>
      <w:r>
        <w:rPr>
          <w:rFonts w:ascii="仿宋" w:eastAsia="仿宋" w:hAnsi="仿宋"/>
          <w:sz w:val="32"/>
          <w:lang w:eastAsia="zh-CN"/>
        </w:rPr>
        <w:t>为何拥有</w:t>
      </w:r>
      <w:proofErr w:type="gramEnd"/>
      <w:r>
        <w:rPr>
          <w:rFonts w:ascii="仿宋" w:eastAsia="仿宋" w:hAnsi="仿宋"/>
          <w:sz w:val="32"/>
          <w:lang w:eastAsia="zh-CN"/>
        </w:rPr>
        <w:t>着跨越千年时光的力量？今天让我们一起走进屈原和《楚辞》，与三位读书人一同品读典籍。每天鲜活多一点，本节目由更多鲜活营养的光明乳业独家冠名播出。光明乳业乐在新鲜。</w:t>
      </w:r>
      <w:r>
        <w:rPr>
          <w:rFonts w:ascii="仿宋" w:eastAsia="仿宋" w:hAnsi="仿宋"/>
          <w:sz w:val="32"/>
          <w:lang w:eastAsia="zh-CN"/>
        </w:rPr>
        <w:lastRenderedPageBreak/>
        <w:t>中国味鲁花香典籍里的中国，由中国民族品牌的骄子鲁花特约播出。鲁花荣获国家科技进步奖。</w:t>
      </w:r>
    </w:p>
    <w:p w14:paraId="1EBBB7E6" w14:textId="77777777" w:rsidR="00E87C95" w:rsidRDefault="00000000">
      <w:pPr>
        <w:spacing w:after="0" w:line="579" w:lineRule="exact"/>
        <w:ind w:firstLine="640"/>
        <w:rPr>
          <w:lang w:eastAsia="zh-CN"/>
        </w:rPr>
      </w:pPr>
      <w:r>
        <w:rPr>
          <w:rFonts w:ascii="仿宋" w:eastAsia="仿宋" w:hAnsi="仿宋"/>
          <w:sz w:val="32"/>
          <w:lang w:eastAsia="zh-CN"/>
        </w:rPr>
        <w:t>植物补益，读书有底气。感谢云南白药集团气血康口服液对本节目的赞助播出。扫描屏幕上方二维码，下载央视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观看典籍里的中国完整视频专享幕后精彩内容。老师们好，欢迎各位。刚才的开场戏剧当中，咱们看到少年南仁东说他</w:t>
      </w:r>
      <w:proofErr w:type="gramStart"/>
      <w:r>
        <w:rPr>
          <w:rFonts w:ascii="仿宋" w:eastAsia="仿宋" w:hAnsi="仿宋"/>
          <w:sz w:val="32"/>
          <w:lang w:eastAsia="zh-CN"/>
        </w:rPr>
        <w:t>喜欢路</w:t>
      </w:r>
      <w:proofErr w:type="gramEnd"/>
      <w:r>
        <w:rPr>
          <w:rFonts w:ascii="仿宋" w:eastAsia="仿宋" w:hAnsi="仿宋"/>
          <w:sz w:val="32"/>
          <w:lang w:eastAsia="zh-CN"/>
        </w:rPr>
        <w:t>漫漫，其修远兮吾将上下而求索，我相信这一句啊，也是大多数人在《离骚》中最喜欢的一句话。从《天问》到《离骚》，屈原的这种求索精神贯穿在《楚辞》里，也影响了这此后的2000多年。</w:t>
      </w:r>
    </w:p>
    <w:p w14:paraId="228AC188" w14:textId="77777777" w:rsidR="00E87C95" w:rsidRDefault="00000000">
      <w:pPr>
        <w:spacing w:after="0" w:line="579" w:lineRule="exact"/>
        <w:ind w:firstLine="640"/>
        <w:rPr>
          <w:lang w:eastAsia="zh-CN"/>
        </w:rPr>
      </w:pPr>
      <w:r>
        <w:rPr>
          <w:rFonts w:ascii="仿宋" w:eastAsia="仿宋" w:hAnsi="仿宋"/>
          <w:sz w:val="32"/>
          <w:lang w:eastAsia="zh-CN"/>
        </w:rPr>
        <w:t>哎呀，</w:t>
      </w:r>
      <w:proofErr w:type="gramStart"/>
      <w:r>
        <w:rPr>
          <w:rFonts w:ascii="仿宋" w:eastAsia="仿宋" w:hAnsi="仿宋"/>
          <w:sz w:val="32"/>
          <w:lang w:eastAsia="zh-CN"/>
        </w:rPr>
        <w:t>嘉宁所言</w:t>
      </w:r>
      <w:proofErr w:type="gramEnd"/>
      <w:r>
        <w:rPr>
          <w:rFonts w:ascii="仿宋" w:eastAsia="仿宋" w:hAnsi="仿宋"/>
          <w:sz w:val="32"/>
          <w:lang w:eastAsia="zh-CN"/>
        </w:rPr>
        <w:t>甚是啊，开场戏我特别震撼，我觉得吧。南仁东和屈原展开一场跨越时空的《天问》。</w:t>
      </w:r>
      <w:proofErr w:type="gramStart"/>
      <w:r>
        <w:rPr>
          <w:rFonts w:ascii="仿宋" w:eastAsia="仿宋" w:hAnsi="仿宋"/>
          <w:sz w:val="32"/>
          <w:lang w:eastAsia="zh-CN"/>
        </w:rPr>
        <w:t>遂古之</w:t>
      </w:r>
      <w:proofErr w:type="gramEnd"/>
      <w:r>
        <w:rPr>
          <w:rFonts w:ascii="仿宋" w:eastAsia="仿宋" w:hAnsi="仿宋"/>
          <w:sz w:val="32"/>
          <w:lang w:eastAsia="zh-CN"/>
        </w:rPr>
        <w:t>初，谁传到此原则九重？</w:t>
      </w:r>
      <w:proofErr w:type="gramStart"/>
      <w:r>
        <w:rPr>
          <w:rFonts w:ascii="仿宋" w:eastAsia="仿宋" w:hAnsi="仿宋"/>
          <w:sz w:val="32"/>
          <w:lang w:eastAsia="zh-CN"/>
        </w:rPr>
        <w:t>孰营度</w:t>
      </w:r>
      <w:proofErr w:type="gramEnd"/>
      <w:r>
        <w:rPr>
          <w:rFonts w:ascii="仿宋" w:eastAsia="仿宋" w:hAnsi="仿宋"/>
          <w:sz w:val="32"/>
          <w:lang w:eastAsia="zh-CN"/>
        </w:rPr>
        <w:t>之所以我们对宇宙奥秘的好奇与探索啊，在2000多年的斗转星移中可谓。从未间断是的。天文作为《楚辞》中，仅次于《离骚》的第二大的长篇，它全诗有370多句。170多个问题，问《天问》地问人天就是宇宙，</w:t>
      </w:r>
    </w:p>
    <w:p w14:paraId="402F431E" w14:textId="77777777" w:rsidR="00E87C95" w:rsidRDefault="00000000">
      <w:pPr>
        <w:spacing w:after="0" w:line="579" w:lineRule="exact"/>
        <w:ind w:firstLine="640"/>
        <w:rPr>
          <w:lang w:eastAsia="zh-CN"/>
        </w:rPr>
      </w:pPr>
      <w:r>
        <w:rPr>
          <w:rFonts w:ascii="仿宋" w:eastAsia="仿宋" w:hAnsi="仿宋"/>
          <w:sz w:val="32"/>
          <w:lang w:eastAsia="zh-CN"/>
        </w:rPr>
        <w:t>天际地就是大地万物。人就是人类社会屈原大胆探索的求知精神，都蕴含在了这一个个的追问当中。气势磅礴。发人深思。在处子里面，屈原所做的名句大家耳熟能详的非常多啊，那说到屈原笔下的名句，那实在是太多了，比如写到独立精神。《渔父》里说，举世皆浊我独清，众人皆醉我独醒。比如写永恒的价值。与天地</w:t>
      </w:r>
      <w:proofErr w:type="gramStart"/>
      <w:r>
        <w:rPr>
          <w:rFonts w:ascii="仿宋" w:eastAsia="仿宋" w:hAnsi="仿宋"/>
          <w:sz w:val="32"/>
          <w:lang w:eastAsia="zh-CN"/>
        </w:rPr>
        <w:t>兮</w:t>
      </w:r>
      <w:proofErr w:type="gramEnd"/>
      <w:r>
        <w:rPr>
          <w:rFonts w:ascii="仿宋" w:eastAsia="仿宋" w:hAnsi="仿宋"/>
          <w:sz w:val="32"/>
          <w:lang w:eastAsia="zh-CN"/>
        </w:rPr>
        <w:t>同寿，</w:t>
      </w:r>
    </w:p>
    <w:p w14:paraId="702E9F07" w14:textId="77777777" w:rsidR="00E87C95" w:rsidRDefault="00000000">
      <w:pPr>
        <w:spacing w:after="0" w:line="579" w:lineRule="exact"/>
        <w:ind w:firstLine="640"/>
        <w:rPr>
          <w:lang w:eastAsia="zh-CN"/>
        </w:rPr>
      </w:pPr>
      <w:r>
        <w:rPr>
          <w:rFonts w:ascii="仿宋" w:eastAsia="仿宋" w:hAnsi="仿宋"/>
          <w:sz w:val="32"/>
          <w:lang w:eastAsia="zh-CN"/>
        </w:rPr>
        <w:lastRenderedPageBreak/>
        <w:t>与日月</w:t>
      </w:r>
      <w:proofErr w:type="gramStart"/>
      <w:r>
        <w:rPr>
          <w:rFonts w:ascii="仿宋" w:eastAsia="仿宋" w:hAnsi="仿宋"/>
          <w:sz w:val="32"/>
          <w:lang w:eastAsia="zh-CN"/>
        </w:rPr>
        <w:t>兮</w:t>
      </w:r>
      <w:proofErr w:type="gramEnd"/>
      <w:r>
        <w:rPr>
          <w:rFonts w:ascii="仿宋" w:eastAsia="仿宋" w:hAnsi="仿宋"/>
          <w:sz w:val="32"/>
          <w:lang w:eastAsia="zh-CN"/>
        </w:rPr>
        <w:t>同光。向</w:t>
      </w:r>
      <w:proofErr w:type="gramStart"/>
      <w:r>
        <w:rPr>
          <w:rFonts w:ascii="仿宋" w:eastAsia="仿宋" w:hAnsi="仿宋"/>
          <w:sz w:val="32"/>
          <w:lang w:eastAsia="zh-CN"/>
        </w:rPr>
        <w:t>长太</w:t>
      </w:r>
      <w:proofErr w:type="gramEnd"/>
      <w:r>
        <w:rPr>
          <w:rFonts w:ascii="仿宋" w:eastAsia="仿宋" w:hAnsi="仿宋"/>
          <w:sz w:val="32"/>
          <w:lang w:eastAsia="zh-CN"/>
        </w:rPr>
        <w:t>息，以掩</w:t>
      </w:r>
      <w:proofErr w:type="gramStart"/>
      <w:r>
        <w:rPr>
          <w:rFonts w:ascii="仿宋" w:eastAsia="仿宋" w:hAnsi="仿宋"/>
          <w:sz w:val="32"/>
          <w:lang w:eastAsia="zh-CN"/>
        </w:rPr>
        <w:t>涕</w:t>
      </w:r>
      <w:proofErr w:type="gramEnd"/>
      <w:r>
        <w:rPr>
          <w:rFonts w:ascii="仿宋" w:eastAsia="仿宋" w:hAnsi="仿宋"/>
          <w:sz w:val="32"/>
          <w:lang w:eastAsia="zh-CN"/>
        </w:rPr>
        <w:t>兮。而民生之多</w:t>
      </w:r>
      <w:proofErr w:type="gramStart"/>
      <w:r>
        <w:rPr>
          <w:rFonts w:ascii="仿宋" w:eastAsia="仿宋" w:hAnsi="仿宋"/>
          <w:sz w:val="32"/>
          <w:lang w:eastAsia="zh-CN"/>
        </w:rPr>
        <w:t>艰</w:t>
      </w:r>
      <w:proofErr w:type="gramEnd"/>
      <w:r>
        <w:rPr>
          <w:rFonts w:ascii="仿宋" w:eastAsia="仿宋" w:hAnsi="仿宋"/>
          <w:sz w:val="32"/>
          <w:lang w:eastAsia="zh-CN"/>
        </w:rPr>
        <w:t>，则充满了悲悯的情怀。另外，比如啊，亦余心之所善兮，虽九死。其犹未果，这是矢志不移的家国情怀。是的。在我手里拿的这部书呢，是朱熹的《楚辞》集注，这是宋课本的影印版，</w:t>
      </w:r>
    </w:p>
    <w:p w14:paraId="4797B42C" w14:textId="77777777" w:rsidR="00E87C95" w:rsidRDefault="00000000">
      <w:pPr>
        <w:spacing w:after="0" w:line="579" w:lineRule="exact"/>
        <w:ind w:firstLine="640"/>
        <w:rPr>
          <w:lang w:eastAsia="zh-CN"/>
        </w:rPr>
      </w:pPr>
      <w:r>
        <w:rPr>
          <w:rFonts w:ascii="仿宋" w:eastAsia="仿宋" w:hAnsi="仿宋"/>
          <w:sz w:val="32"/>
          <w:lang w:eastAsia="zh-CN"/>
        </w:rPr>
        <w:t>在目录当中，咱们能看到朱熹是将屈原所作的25篇收录进了前五卷。但实际上，这部书还有宋玉等人的作品，《楚辞》可以理解为楚人之歌，西汉刘向将屈原宋玉等人作品。其为《楚辞》这个名词，就逐渐变成了以屈原骚体作品为核心的一个专门称号。《楚辞》啊，大多是。楚语啊，作楚声，纪楚地，</w:t>
      </w:r>
      <w:proofErr w:type="gramStart"/>
      <w:r>
        <w:rPr>
          <w:rFonts w:ascii="仿宋" w:eastAsia="仿宋" w:hAnsi="仿宋"/>
          <w:sz w:val="32"/>
          <w:lang w:eastAsia="zh-CN"/>
        </w:rPr>
        <w:t>名楚物</w:t>
      </w:r>
      <w:proofErr w:type="gramEnd"/>
      <w:r>
        <w:rPr>
          <w:rFonts w:ascii="仿宋" w:eastAsia="仿宋" w:hAnsi="仿宋"/>
          <w:sz w:val="32"/>
          <w:lang w:eastAsia="zh-CN"/>
        </w:rPr>
        <w:t>，用充满浪漫主义的风格来咏物叙事，而且强。</w:t>
      </w:r>
    </w:p>
    <w:p w14:paraId="21E7D3BA" w14:textId="77777777" w:rsidR="00E87C95" w:rsidRDefault="00000000">
      <w:pPr>
        <w:spacing w:after="0" w:line="579" w:lineRule="exact"/>
        <w:ind w:firstLine="640"/>
        <w:rPr>
          <w:lang w:eastAsia="zh-CN"/>
        </w:rPr>
      </w:pPr>
      <w:r>
        <w:rPr>
          <w:rFonts w:ascii="仿宋" w:eastAsia="仿宋" w:hAnsi="仿宋"/>
          <w:sz w:val="32"/>
          <w:lang w:eastAsia="zh-CN"/>
        </w:rPr>
        <w:t>强调民生关怀和个人修养。《楚辞》中啊，除了像《离骚》《天问》这些名篇，其实还有充满啊浪漫传奇色彩的。《九歌》11篇，还有</w:t>
      </w:r>
      <w:proofErr w:type="gramStart"/>
      <w:r>
        <w:rPr>
          <w:rFonts w:ascii="仿宋" w:eastAsia="仿宋" w:hAnsi="仿宋"/>
          <w:sz w:val="32"/>
          <w:lang w:eastAsia="zh-CN"/>
        </w:rPr>
        <w:t>像包括</w:t>
      </w:r>
      <w:proofErr w:type="gramEnd"/>
      <w:r>
        <w:rPr>
          <w:rFonts w:ascii="仿宋" w:eastAsia="仿宋" w:hAnsi="仿宋"/>
          <w:sz w:val="32"/>
          <w:lang w:eastAsia="zh-CN"/>
        </w:rPr>
        <w:t>《橘颂》啊，思美人等在内的《九章》的九篇。也有宋玉的名作《九辩》，</w:t>
      </w:r>
      <w:proofErr w:type="gramStart"/>
      <w:r>
        <w:rPr>
          <w:rFonts w:ascii="仿宋" w:eastAsia="仿宋" w:hAnsi="仿宋"/>
          <w:sz w:val="32"/>
          <w:lang w:eastAsia="zh-CN"/>
        </w:rPr>
        <w:t>开篇说悲在</w:t>
      </w:r>
      <w:proofErr w:type="gramEnd"/>
      <w:r>
        <w:rPr>
          <w:rFonts w:ascii="仿宋" w:eastAsia="仿宋" w:hAnsi="仿宋"/>
          <w:sz w:val="32"/>
          <w:lang w:eastAsia="zh-CN"/>
        </w:rPr>
        <w:t>秋之为气也。萧瑟</w:t>
      </w:r>
      <w:proofErr w:type="gramStart"/>
      <w:r>
        <w:rPr>
          <w:rFonts w:ascii="仿宋" w:eastAsia="仿宋" w:hAnsi="仿宋"/>
          <w:sz w:val="32"/>
          <w:lang w:eastAsia="zh-CN"/>
        </w:rPr>
        <w:t>兮</w:t>
      </w:r>
      <w:proofErr w:type="gramEnd"/>
      <w:r>
        <w:rPr>
          <w:rFonts w:ascii="仿宋" w:eastAsia="仿宋" w:hAnsi="仿宋"/>
          <w:sz w:val="32"/>
          <w:lang w:eastAsia="zh-CN"/>
        </w:rPr>
        <w:t>草木摇落而变衰。所以后人称宋玉叫千古悲秋之祖啊。后世的文人作家几乎没有不读《楚辞》的宋朝大文豪。苏轼曾说，</w:t>
      </w:r>
      <w:proofErr w:type="gramStart"/>
      <w:r>
        <w:rPr>
          <w:rFonts w:ascii="仿宋" w:eastAsia="仿宋" w:hAnsi="仿宋"/>
          <w:sz w:val="32"/>
          <w:lang w:eastAsia="zh-CN"/>
        </w:rPr>
        <w:t>吾闻终其身</w:t>
      </w:r>
      <w:proofErr w:type="gramEnd"/>
      <w:r>
        <w:rPr>
          <w:rFonts w:ascii="仿宋" w:eastAsia="仿宋" w:hAnsi="仿宋"/>
          <w:sz w:val="32"/>
          <w:lang w:eastAsia="zh-CN"/>
        </w:rPr>
        <w:t>起</w:t>
      </w:r>
      <w:proofErr w:type="gramStart"/>
      <w:r>
        <w:rPr>
          <w:rFonts w:ascii="仿宋" w:eastAsia="仿宋" w:hAnsi="仿宋"/>
          <w:sz w:val="32"/>
          <w:lang w:eastAsia="zh-CN"/>
        </w:rPr>
        <w:t>暮</w:t>
      </w:r>
      <w:proofErr w:type="gramEnd"/>
      <w:r>
        <w:rPr>
          <w:rFonts w:ascii="仿宋" w:eastAsia="仿宋" w:hAnsi="仿宋"/>
          <w:sz w:val="32"/>
          <w:lang w:eastAsia="zh-CN"/>
        </w:rPr>
        <w:t>。而不能及万一者，</w:t>
      </w:r>
    </w:p>
    <w:p w14:paraId="55B254F2" w14:textId="77777777" w:rsidR="00E87C95" w:rsidRDefault="00000000">
      <w:pPr>
        <w:spacing w:after="0" w:line="579" w:lineRule="exact"/>
        <w:ind w:firstLine="640"/>
        <w:rPr>
          <w:lang w:eastAsia="zh-CN"/>
        </w:rPr>
      </w:pPr>
      <w:r>
        <w:rPr>
          <w:rFonts w:ascii="仿宋" w:eastAsia="仿宋" w:hAnsi="仿宋"/>
          <w:sz w:val="32"/>
          <w:lang w:eastAsia="zh-CN"/>
        </w:rPr>
        <w:t>为屈子一人耳。并评价《楚辞》前无古后无今啊。鲁迅认为，《楚辞》对后来文章的影响。甚至可能在《诗经》之上，他评价说啊，《楚辞》其言甚长，其诗甚幻。</w:t>
      </w:r>
      <w:proofErr w:type="gramStart"/>
      <w:r>
        <w:rPr>
          <w:rFonts w:ascii="仿宋" w:eastAsia="仿宋" w:hAnsi="仿宋"/>
          <w:sz w:val="32"/>
          <w:lang w:eastAsia="zh-CN"/>
        </w:rPr>
        <w:t>奇文胜</w:t>
      </w:r>
      <w:proofErr w:type="gramEnd"/>
      <w:r>
        <w:rPr>
          <w:rFonts w:ascii="仿宋" w:eastAsia="仿宋" w:hAnsi="仿宋"/>
          <w:sz w:val="32"/>
          <w:lang w:eastAsia="zh-CN"/>
        </w:rPr>
        <w:t>理，</w:t>
      </w:r>
      <w:r>
        <w:rPr>
          <w:rFonts w:ascii="仿宋" w:eastAsia="仿宋" w:hAnsi="仿宋"/>
          <w:sz w:val="32"/>
          <w:lang w:eastAsia="zh-CN"/>
        </w:rPr>
        <w:lastRenderedPageBreak/>
        <w:t>其旨甚迷。是的，屈原在中国文坛上是有着不可取代的一个地位。对。屈原出生于战国时期，楚国的贵族家庭。</w:t>
      </w:r>
    </w:p>
    <w:p w14:paraId="3571A19B" w14:textId="77777777" w:rsidR="00E87C95" w:rsidRDefault="00000000">
      <w:pPr>
        <w:spacing w:after="0" w:line="579" w:lineRule="exact"/>
        <w:ind w:firstLine="640"/>
        <w:rPr>
          <w:lang w:eastAsia="zh-CN"/>
        </w:rPr>
      </w:pPr>
      <w:r>
        <w:rPr>
          <w:rFonts w:ascii="仿宋" w:eastAsia="仿宋" w:hAnsi="仿宋"/>
          <w:sz w:val="32"/>
          <w:lang w:eastAsia="zh-CN"/>
        </w:rPr>
        <w:t>可能从小呢，就受到很好的教育啊，他在《橘颂》一篇中以他生长之地盛产的橘子来做自我比喻，表达了他早年极有的远大志向。他立志要辅佐楚怀王，要做一个行人之事啊，悲叹民生不息，终生为了追求美正的理想。强大楚国而探索，可探的是屈原在楚国败落之际，自沉于汨罗江。以身殉国。屈原身上是体现了中华文明中的悲剧美和崇高美，这从端午风俗上就可以看出来，我们熟悉的。</w:t>
      </w:r>
    </w:p>
    <w:p w14:paraId="63517B0B" w14:textId="77777777" w:rsidR="00E87C95" w:rsidRDefault="00000000">
      <w:pPr>
        <w:spacing w:after="0" w:line="579" w:lineRule="exact"/>
        <w:ind w:firstLine="640"/>
        <w:rPr>
          <w:lang w:eastAsia="zh-CN"/>
        </w:rPr>
      </w:pPr>
      <w:r>
        <w:rPr>
          <w:rFonts w:ascii="仿宋" w:eastAsia="仿宋" w:hAnsi="仿宋"/>
          <w:sz w:val="32"/>
          <w:lang w:eastAsia="zh-CN"/>
        </w:rPr>
        <w:t>屈原</w:t>
      </w:r>
      <w:proofErr w:type="gramStart"/>
      <w:r>
        <w:rPr>
          <w:rFonts w:ascii="仿宋" w:eastAsia="仿宋" w:hAnsi="仿宋"/>
          <w:sz w:val="32"/>
          <w:lang w:eastAsia="zh-CN"/>
        </w:rPr>
        <w:t>呃</w:t>
      </w:r>
      <w:proofErr w:type="gramEnd"/>
      <w:r>
        <w:rPr>
          <w:rFonts w:ascii="仿宋" w:eastAsia="仿宋" w:hAnsi="仿宋"/>
          <w:sz w:val="32"/>
          <w:lang w:eastAsia="zh-CN"/>
        </w:rPr>
        <w:t>自成汨罗江之后，老百姓怕他被江中的鱼吃掉，所以用饭团投下去。这就是粽子的前身。《渔父》们去救屈原，这后来就是赛龙舟的前身。是的，关于端午节由来的说法，很多纪念屈原是影响最深最广的一种说法。屈原的作品以及其精神内涵是人类文化遗产当中非常重要的一个组成部分。二零零九年中国端午节以及其节庆活动被列入了人类非物质文化遗产代表作名录。那么，今天在典籍里的中国舞台上将会怎样演绎《楚辞》背后的故事呢？我们先去</w:t>
      </w:r>
      <w:proofErr w:type="gramStart"/>
      <w:r>
        <w:rPr>
          <w:rFonts w:ascii="仿宋" w:eastAsia="仿宋" w:hAnsi="仿宋"/>
          <w:sz w:val="32"/>
          <w:lang w:eastAsia="zh-CN"/>
        </w:rPr>
        <w:t>点读会</w:t>
      </w:r>
      <w:proofErr w:type="gramEnd"/>
      <w:r>
        <w:rPr>
          <w:rFonts w:ascii="仿宋" w:eastAsia="仿宋" w:hAnsi="仿宋"/>
          <w:sz w:val="32"/>
          <w:lang w:eastAsia="zh-CN"/>
        </w:rPr>
        <w:t>，看看</w:t>
      </w:r>
      <w:proofErr w:type="gramStart"/>
      <w:r>
        <w:rPr>
          <w:rFonts w:ascii="仿宋" w:eastAsia="仿宋" w:hAnsi="仿宋"/>
          <w:sz w:val="32"/>
          <w:lang w:eastAsia="zh-CN"/>
        </w:rPr>
        <w:t>主创们是</w:t>
      </w:r>
      <w:proofErr w:type="gramEnd"/>
      <w:r>
        <w:rPr>
          <w:rFonts w:ascii="仿宋" w:eastAsia="仿宋" w:hAnsi="仿宋"/>
          <w:sz w:val="32"/>
          <w:lang w:eastAsia="zh-CN"/>
        </w:rPr>
        <w:t>如何识读《楚辞》的。</w:t>
      </w:r>
    </w:p>
    <w:p w14:paraId="47EA36A1" w14:textId="77777777" w:rsidR="00E87C95" w:rsidRDefault="00000000">
      <w:pPr>
        <w:spacing w:after="0" w:line="579" w:lineRule="exact"/>
        <w:ind w:firstLine="640"/>
        <w:rPr>
          <w:lang w:eastAsia="zh-CN"/>
        </w:rPr>
      </w:pPr>
      <w:r>
        <w:rPr>
          <w:rFonts w:ascii="仿宋" w:eastAsia="仿宋" w:hAnsi="仿宋"/>
          <w:sz w:val="32"/>
          <w:lang w:eastAsia="zh-CN"/>
        </w:rPr>
        <w:t>大家好，欢迎来到典籍里的中国</w:t>
      </w:r>
      <w:proofErr w:type="gramStart"/>
      <w:r>
        <w:rPr>
          <w:rFonts w:ascii="仿宋" w:eastAsia="仿宋" w:hAnsi="仿宋"/>
          <w:sz w:val="32"/>
          <w:lang w:eastAsia="zh-CN"/>
        </w:rPr>
        <w:t>点读会</w:t>
      </w:r>
      <w:proofErr w:type="gramEnd"/>
      <w:r>
        <w:rPr>
          <w:rFonts w:ascii="仿宋" w:eastAsia="仿宋" w:hAnsi="仿宋"/>
          <w:sz w:val="32"/>
          <w:lang w:eastAsia="zh-CN"/>
        </w:rPr>
        <w:t>，我是当代读书人撒贝宁。谢谢各位，今天呀，将和几位一块儿为大家带来《楚辞》的故事，请几位嘉宾给观众做一下自我介绍。大家好，我是王洛勇，我在戏剧中饰演屈原，我姓潘家念，我在</w:t>
      </w:r>
      <w:r>
        <w:rPr>
          <w:rFonts w:ascii="仿宋" w:eastAsia="仿宋" w:hAnsi="仿宋"/>
          <w:sz w:val="32"/>
          <w:lang w:eastAsia="zh-CN"/>
        </w:rPr>
        <w:lastRenderedPageBreak/>
        <w:t>戏剧中饰演。楚怀王，我是典籍里的中国的总编剧张凤鹏，谢谢大家。</w:t>
      </w:r>
    </w:p>
    <w:p w14:paraId="7F3E8BF6" w14:textId="77777777" w:rsidR="00E87C95" w:rsidRDefault="00000000">
      <w:pPr>
        <w:spacing w:after="0" w:line="579" w:lineRule="exact"/>
        <w:ind w:firstLine="640"/>
        <w:rPr>
          <w:lang w:eastAsia="zh-CN"/>
        </w:rPr>
      </w:pPr>
      <w:r>
        <w:rPr>
          <w:rFonts w:ascii="仿宋" w:eastAsia="仿宋" w:hAnsi="仿宋"/>
          <w:sz w:val="32"/>
          <w:lang w:eastAsia="zh-CN"/>
        </w:rPr>
        <w:t>王老师，我知道您在武汉待过很长时间，对的，我们小的时候湖北的孩子可能对于《楚辞》啊，对于屈原啊。会有不一样的情感，是的，他那种。家国情怀。求问的那种精神真的是太太打动我了，你在曲松里面，你可以看得到</w:t>
      </w:r>
      <w:proofErr w:type="gramStart"/>
      <w:r>
        <w:rPr>
          <w:rFonts w:ascii="仿宋" w:eastAsia="仿宋" w:hAnsi="仿宋"/>
          <w:sz w:val="32"/>
          <w:lang w:eastAsia="zh-CN"/>
        </w:rPr>
        <w:t>屈</w:t>
      </w:r>
      <w:proofErr w:type="gramEnd"/>
      <w:r>
        <w:rPr>
          <w:rFonts w:ascii="仿宋" w:eastAsia="仿宋" w:hAnsi="仿宋"/>
          <w:sz w:val="32"/>
          <w:lang w:eastAsia="zh-CN"/>
        </w:rPr>
        <w:t>屈原对。楚国的爱呀。很幸运能演这么一个角色。这一点也让我们非常动容，</w:t>
      </w:r>
    </w:p>
    <w:p w14:paraId="1D8C5587" w14:textId="77777777" w:rsidR="00E87C95" w:rsidRDefault="00000000">
      <w:pPr>
        <w:spacing w:after="0" w:line="579" w:lineRule="exact"/>
        <w:ind w:firstLine="640"/>
        <w:rPr>
          <w:lang w:eastAsia="zh-CN"/>
        </w:rPr>
      </w:pPr>
      <w:r>
        <w:rPr>
          <w:rFonts w:ascii="仿宋" w:eastAsia="仿宋" w:hAnsi="仿宋"/>
          <w:sz w:val="32"/>
          <w:lang w:eastAsia="zh-CN"/>
        </w:rPr>
        <w:t>所以总导演带着导演组以屈原起伏跌荡的一生为主线。歌颂屈原炽热的家国情怀和敢于发问的求索精神。《橘颂》当中有一句非常著名的诗句，我想请王老师，汤老师为我们大家诵读一下。</w:t>
      </w:r>
      <w:proofErr w:type="gramStart"/>
      <w:r>
        <w:rPr>
          <w:rFonts w:ascii="仿宋" w:eastAsia="仿宋" w:hAnsi="仿宋"/>
          <w:sz w:val="32"/>
          <w:lang w:eastAsia="zh-CN"/>
        </w:rPr>
        <w:t>后皇嘉树</w:t>
      </w:r>
      <w:proofErr w:type="gramEnd"/>
      <w:r>
        <w:rPr>
          <w:rFonts w:ascii="仿宋" w:eastAsia="仿宋" w:hAnsi="仿宋"/>
          <w:sz w:val="32"/>
          <w:lang w:eastAsia="zh-CN"/>
        </w:rPr>
        <w:t>。</w:t>
      </w:r>
      <w:proofErr w:type="gramStart"/>
      <w:r>
        <w:rPr>
          <w:rFonts w:ascii="仿宋" w:eastAsia="仿宋" w:hAnsi="仿宋"/>
          <w:sz w:val="32"/>
          <w:lang w:eastAsia="zh-CN"/>
        </w:rPr>
        <w:t>橘</w:t>
      </w:r>
      <w:proofErr w:type="gramEnd"/>
      <w:r>
        <w:rPr>
          <w:rFonts w:ascii="仿宋" w:eastAsia="仿宋" w:hAnsi="仿宋"/>
          <w:sz w:val="32"/>
          <w:lang w:eastAsia="zh-CN"/>
        </w:rPr>
        <w:t>来服兮。受命不迁。生南国兮。深固难</w:t>
      </w:r>
      <w:proofErr w:type="gramStart"/>
      <w:r>
        <w:rPr>
          <w:rFonts w:ascii="仿宋" w:eastAsia="仿宋" w:hAnsi="仿宋"/>
          <w:sz w:val="32"/>
          <w:lang w:eastAsia="zh-CN"/>
        </w:rPr>
        <w:t>徙</w:t>
      </w:r>
      <w:proofErr w:type="gramEnd"/>
      <w:r>
        <w:rPr>
          <w:rFonts w:ascii="仿宋" w:eastAsia="仿宋" w:hAnsi="仿宋"/>
          <w:sz w:val="32"/>
          <w:lang w:eastAsia="zh-CN"/>
        </w:rPr>
        <w:t>。</w:t>
      </w:r>
      <w:proofErr w:type="gramStart"/>
      <w:r>
        <w:rPr>
          <w:rFonts w:ascii="仿宋" w:eastAsia="仿宋" w:hAnsi="仿宋"/>
          <w:sz w:val="32"/>
          <w:lang w:eastAsia="zh-CN"/>
        </w:rPr>
        <w:t>更壹志兮</w:t>
      </w:r>
      <w:proofErr w:type="gramEnd"/>
      <w:r>
        <w:rPr>
          <w:rFonts w:ascii="仿宋" w:eastAsia="仿宋" w:hAnsi="仿宋"/>
          <w:sz w:val="32"/>
          <w:lang w:eastAsia="zh-CN"/>
        </w:rPr>
        <w:t>。我听到你说《橘颂》。这你读过吗？皇天后土孕育了这美好的局束。这些橘树生来就适应南方的水土，</w:t>
      </w:r>
    </w:p>
    <w:p w14:paraId="2BB9EAF2" w14:textId="77777777" w:rsidR="00E87C95" w:rsidRDefault="00000000">
      <w:pPr>
        <w:spacing w:after="0" w:line="579" w:lineRule="exact"/>
        <w:ind w:firstLine="640"/>
        <w:rPr>
          <w:lang w:eastAsia="zh-CN"/>
        </w:rPr>
      </w:pPr>
      <w:proofErr w:type="gramStart"/>
      <w:r>
        <w:rPr>
          <w:rFonts w:ascii="仿宋" w:eastAsia="仿宋" w:hAnsi="仿宋"/>
          <w:sz w:val="32"/>
          <w:lang w:eastAsia="zh-CN"/>
        </w:rPr>
        <w:t>秉</w:t>
      </w:r>
      <w:proofErr w:type="gramEnd"/>
      <w:r>
        <w:rPr>
          <w:rFonts w:ascii="仿宋" w:eastAsia="仿宋" w:hAnsi="仿宋"/>
          <w:sz w:val="32"/>
          <w:lang w:eastAsia="zh-CN"/>
        </w:rPr>
        <w:t>受天命，不离故土。永世扎根在楚国的土地。先生虽然写的是橘树，但其实是告诉世人要热爱故土。走了。我拿着一个锯子。哈哈</w:t>
      </w:r>
      <w:proofErr w:type="gramStart"/>
      <w:r>
        <w:rPr>
          <w:rFonts w:ascii="仿宋" w:eastAsia="仿宋" w:hAnsi="仿宋"/>
          <w:sz w:val="32"/>
          <w:lang w:eastAsia="zh-CN"/>
        </w:rPr>
        <w:t>哈</w:t>
      </w:r>
      <w:proofErr w:type="gramEnd"/>
      <w:r>
        <w:rPr>
          <w:rFonts w:ascii="仿宋" w:eastAsia="仿宋" w:hAnsi="仿宋"/>
          <w:sz w:val="32"/>
          <w:lang w:eastAsia="zh-CN"/>
        </w:rPr>
        <w:t>。不要笑话。就是有那么一个瞬间，你不是在演戏了，你真的是感受到。你把自己交给这么一个人物。</w:t>
      </w:r>
      <w:proofErr w:type="gramStart"/>
      <w:r>
        <w:rPr>
          <w:rFonts w:ascii="仿宋" w:eastAsia="仿宋" w:hAnsi="仿宋"/>
          <w:sz w:val="32"/>
          <w:lang w:eastAsia="zh-CN"/>
        </w:rPr>
        <w:t>哎乎他</w:t>
      </w:r>
      <w:proofErr w:type="gramEnd"/>
      <w:r>
        <w:rPr>
          <w:rFonts w:ascii="仿宋" w:eastAsia="仿宋" w:hAnsi="仿宋"/>
          <w:sz w:val="32"/>
          <w:lang w:eastAsia="zh-CN"/>
        </w:rPr>
        <w:t>就带你走了。我真的仿佛是跟他有一种隔空对话的感觉。</w:t>
      </w:r>
    </w:p>
    <w:p w14:paraId="167703A8" w14:textId="77777777" w:rsidR="00E87C95" w:rsidRDefault="00000000">
      <w:pPr>
        <w:spacing w:after="0" w:line="579" w:lineRule="exact"/>
        <w:ind w:firstLine="640"/>
        <w:rPr>
          <w:lang w:eastAsia="zh-CN"/>
        </w:rPr>
      </w:pPr>
      <w:r>
        <w:rPr>
          <w:rFonts w:ascii="仿宋" w:eastAsia="仿宋" w:hAnsi="仿宋"/>
          <w:sz w:val="32"/>
          <w:lang w:eastAsia="zh-CN"/>
        </w:rPr>
        <w:lastRenderedPageBreak/>
        <w:t>《楚辞》当中有一句大家耳熟能详的诗句，它真的是能给予你强大的精神力量。我建议我们。全场一块儿，我们来诵读这经典的一句吧。路漫漫。</w:t>
      </w:r>
      <w:proofErr w:type="gramStart"/>
      <w:r>
        <w:rPr>
          <w:rFonts w:ascii="仿宋" w:eastAsia="仿宋" w:hAnsi="仿宋"/>
          <w:sz w:val="32"/>
          <w:lang w:eastAsia="zh-CN"/>
        </w:rPr>
        <w:t>习修远</w:t>
      </w:r>
      <w:proofErr w:type="gramEnd"/>
      <w:r>
        <w:rPr>
          <w:rFonts w:ascii="仿宋" w:eastAsia="仿宋" w:hAnsi="仿宋"/>
          <w:sz w:val="32"/>
          <w:lang w:eastAsia="zh-CN"/>
        </w:rPr>
        <w:t>兮。吾将上下而求，</w:t>
      </w:r>
      <w:proofErr w:type="gramStart"/>
      <w:r>
        <w:rPr>
          <w:rFonts w:ascii="仿宋" w:eastAsia="仿宋" w:hAnsi="仿宋"/>
          <w:sz w:val="32"/>
          <w:lang w:eastAsia="zh-CN"/>
        </w:rPr>
        <w:t>索路漫漫</w:t>
      </w:r>
      <w:proofErr w:type="gramEnd"/>
      <w:r>
        <w:rPr>
          <w:rFonts w:ascii="仿宋" w:eastAsia="仿宋" w:hAnsi="仿宋"/>
          <w:sz w:val="32"/>
          <w:lang w:eastAsia="zh-CN"/>
        </w:rPr>
        <w:t>。其修远兮。吾将上下而求索。路漫漫其修远兮。吾将上下而求索。和我一起走进《楚辞》。对话屈原从中学习上下求索的追求精神传承。</w:t>
      </w:r>
    </w:p>
    <w:p w14:paraId="6ED41148" w14:textId="77777777" w:rsidR="00E87C95" w:rsidRDefault="00000000">
      <w:pPr>
        <w:spacing w:after="0" w:line="579" w:lineRule="exact"/>
        <w:ind w:firstLine="640"/>
        <w:rPr>
          <w:lang w:eastAsia="zh-CN"/>
        </w:rPr>
      </w:pPr>
      <w:r>
        <w:rPr>
          <w:rFonts w:ascii="仿宋" w:eastAsia="仿宋" w:hAnsi="仿宋"/>
          <w:sz w:val="32"/>
          <w:lang w:eastAsia="zh-CN"/>
        </w:rPr>
        <w:t>独立不迁的家国情怀。哎，你好老板，你好。给我来咸蛋黄的。来上十个十个100块钱</w:t>
      </w:r>
      <w:proofErr w:type="gramStart"/>
      <w:r>
        <w:rPr>
          <w:rFonts w:ascii="仿宋" w:eastAsia="仿宋" w:hAnsi="仿宋"/>
          <w:sz w:val="32"/>
          <w:lang w:eastAsia="zh-CN"/>
        </w:rPr>
        <w:t>一</w:t>
      </w:r>
      <w:proofErr w:type="gramEnd"/>
      <w:r>
        <w:rPr>
          <w:rFonts w:ascii="仿宋" w:eastAsia="仿宋" w:hAnsi="仿宋"/>
          <w:sz w:val="32"/>
          <w:lang w:eastAsia="zh-CN"/>
        </w:rPr>
        <w:t>早晨好嘿好过去了啊好嗯，慢点啊好嘞。老李哎，今天端午节过来吃个粽子啊好。来再添点油。这油真香啊，老板。</w:t>
      </w:r>
      <w:proofErr w:type="gramStart"/>
      <w:r>
        <w:rPr>
          <w:rFonts w:ascii="仿宋" w:eastAsia="仿宋" w:hAnsi="仿宋"/>
          <w:sz w:val="32"/>
          <w:lang w:eastAsia="zh-CN"/>
        </w:rPr>
        <w:t>呦</w:t>
      </w:r>
      <w:proofErr w:type="gramEnd"/>
      <w:r>
        <w:rPr>
          <w:rFonts w:ascii="仿宋" w:eastAsia="仿宋" w:hAnsi="仿宋"/>
          <w:sz w:val="32"/>
          <w:lang w:eastAsia="zh-CN"/>
        </w:rPr>
        <w:t>，这不是</w:t>
      </w:r>
      <w:proofErr w:type="gramStart"/>
      <w:r>
        <w:rPr>
          <w:rFonts w:ascii="仿宋" w:eastAsia="仿宋" w:hAnsi="仿宋"/>
          <w:sz w:val="32"/>
          <w:lang w:eastAsia="zh-CN"/>
        </w:rPr>
        <w:t>撒老师</w:t>
      </w:r>
      <w:proofErr w:type="gramEnd"/>
      <w:r>
        <w:rPr>
          <w:rFonts w:ascii="仿宋" w:eastAsia="仿宋" w:hAnsi="仿宋"/>
          <w:sz w:val="32"/>
          <w:lang w:eastAsia="zh-CN"/>
        </w:rPr>
        <w:t>吗？您好，</w:t>
      </w:r>
    </w:p>
    <w:p w14:paraId="58A7DB69" w14:textId="77777777" w:rsidR="00E87C95" w:rsidRDefault="00000000">
      <w:pPr>
        <w:spacing w:after="0" w:line="579" w:lineRule="exact"/>
        <w:ind w:firstLine="640"/>
        <w:rPr>
          <w:lang w:eastAsia="zh-CN"/>
        </w:rPr>
      </w:pPr>
      <w:r>
        <w:rPr>
          <w:rFonts w:ascii="仿宋" w:eastAsia="仿宋" w:hAnsi="仿宋"/>
          <w:sz w:val="32"/>
          <w:lang w:eastAsia="zh-CN"/>
        </w:rPr>
        <w:t>我过来买点柑橘，那老板呢？老李老李哎，这儿有人买橘子哟，您好老李，你来买橘子了，对你这柑橘是秭归的吗？哎是。</w:t>
      </w:r>
      <w:proofErr w:type="gramStart"/>
      <w:r>
        <w:rPr>
          <w:rFonts w:ascii="仿宋" w:eastAsia="仿宋" w:hAnsi="仿宋"/>
          <w:sz w:val="32"/>
          <w:lang w:eastAsia="zh-CN"/>
        </w:rPr>
        <w:t>您过来</w:t>
      </w:r>
      <w:proofErr w:type="gramEnd"/>
      <w:r>
        <w:rPr>
          <w:rFonts w:ascii="仿宋" w:eastAsia="仿宋" w:hAnsi="仿宋"/>
          <w:sz w:val="32"/>
          <w:lang w:eastAsia="zh-CN"/>
        </w:rPr>
        <w:t>看看。都是屈原故乡产的甜着呢。好来一题好，你嫂子好嘞。谢谢啊，端午安康，端午安康，</w:t>
      </w:r>
    </w:p>
    <w:p w14:paraId="3A99267C" w14:textId="77777777" w:rsidR="00E87C95" w:rsidRDefault="00000000">
      <w:pPr>
        <w:spacing w:after="0" w:line="579" w:lineRule="exact"/>
        <w:ind w:firstLine="640"/>
        <w:rPr>
          <w:lang w:eastAsia="zh-CN"/>
        </w:rPr>
      </w:pPr>
      <w:r>
        <w:rPr>
          <w:rFonts w:ascii="仿宋" w:eastAsia="仿宋" w:hAnsi="仿宋"/>
          <w:sz w:val="32"/>
          <w:lang w:eastAsia="zh-CN"/>
        </w:rPr>
        <w:t>吃好再来啊，好嘞。先生此时向天发，问诗情，喊唱，所以这首诗名叫《天问》。</w:t>
      </w:r>
      <w:proofErr w:type="gramStart"/>
      <w:r>
        <w:rPr>
          <w:rFonts w:ascii="仿宋" w:eastAsia="仿宋" w:hAnsi="仿宋"/>
          <w:sz w:val="32"/>
          <w:lang w:eastAsia="zh-CN"/>
        </w:rPr>
        <w:t>遂古之</w:t>
      </w:r>
      <w:proofErr w:type="gramEnd"/>
      <w:r>
        <w:rPr>
          <w:rFonts w:ascii="仿宋" w:eastAsia="仿宋" w:hAnsi="仿宋"/>
          <w:sz w:val="32"/>
          <w:lang w:eastAsia="zh-CN"/>
        </w:rPr>
        <w:t>初，谁传道之？上下未形，何由考之。屈原晚年。被流放于江南之野汨罗江畔。那个时候的楚国已经日渐衰落。数次兵败于秦国。百姓流离失所。</w:t>
      </w:r>
    </w:p>
    <w:p w14:paraId="206626A2" w14:textId="77777777" w:rsidR="00E87C95" w:rsidRDefault="00000000">
      <w:pPr>
        <w:spacing w:after="0" w:line="579" w:lineRule="exact"/>
        <w:ind w:firstLine="640"/>
        <w:rPr>
          <w:lang w:eastAsia="zh-CN"/>
        </w:rPr>
      </w:pPr>
      <w:r>
        <w:rPr>
          <w:rFonts w:ascii="仿宋" w:eastAsia="仿宋" w:hAnsi="仿宋"/>
          <w:sz w:val="32"/>
          <w:lang w:eastAsia="zh-CN"/>
        </w:rPr>
        <w:t>楚顷襄王迫于秦国的强大，与秦昭王会于楚国，就都</w:t>
      </w:r>
      <w:proofErr w:type="gramStart"/>
      <w:r>
        <w:rPr>
          <w:rFonts w:ascii="仿宋" w:eastAsia="仿宋" w:hAnsi="仿宋"/>
          <w:sz w:val="32"/>
          <w:lang w:eastAsia="zh-CN"/>
        </w:rPr>
        <w:t>鄢郢</w:t>
      </w:r>
      <w:proofErr w:type="gramEnd"/>
      <w:r>
        <w:rPr>
          <w:rFonts w:ascii="仿宋" w:eastAsia="仿宋" w:hAnsi="仿宋"/>
          <w:sz w:val="32"/>
          <w:lang w:eastAsia="zh-CN"/>
        </w:rPr>
        <w:t>屈原的政治理想。破灭在悲愤之中，它修订了当年在汉北流放时所做的。《天问》。九天之际。安放。安</w:t>
      </w:r>
      <w:proofErr w:type="gramStart"/>
      <w:r>
        <w:rPr>
          <w:rFonts w:ascii="仿宋" w:eastAsia="仿宋" w:hAnsi="仿宋"/>
          <w:sz w:val="32"/>
          <w:lang w:eastAsia="zh-CN"/>
        </w:rPr>
        <w:t>卓</w:t>
      </w:r>
      <w:proofErr w:type="gramEnd"/>
      <w:r>
        <w:rPr>
          <w:rFonts w:ascii="仿宋" w:eastAsia="仿宋" w:hAnsi="仿宋"/>
          <w:sz w:val="32"/>
          <w:lang w:eastAsia="zh-CN"/>
        </w:rPr>
        <w:t>。余威多有。谁知其数，天何所踏。12燕分。你是何人？晚辈撒贝宁。</w:t>
      </w:r>
    </w:p>
    <w:p w14:paraId="09E4E88D" w14:textId="77777777" w:rsidR="00E87C95" w:rsidRDefault="00000000">
      <w:pPr>
        <w:spacing w:after="0" w:line="579" w:lineRule="exact"/>
        <w:ind w:firstLine="640"/>
        <w:rPr>
          <w:lang w:eastAsia="zh-CN"/>
        </w:rPr>
      </w:pPr>
      <w:r>
        <w:rPr>
          <w:rFonts w:ascii="仿宋" w:eastAsia="仿宋" w:hAnsi="仿宋"/>
          <w:sz w:val="32"/>
          <w:lang w:eastAsia="zh-CN"/>
        </w:rPr>
        <w:lastRenderedPageBreak/>
        <w:t>是来自2000多年之后的一个读书人特来拜访先生哦，对了，还给您带了您家乡产的柑橘。2000多年后，我家乡的柑橘2000多年后，您的家乡叫</w:t>
      </w:r>
      <w:proofErr w:type="gramStart"/>
      <w:r>
        <w:rPr>
          <w:rFonts w:ascii="仿宋" w:eastAsia="仿宋" w:hAnsi="仿宋"/>
          <w:sz w:val="32"/>
          <w:lang w:eastAsia="zh-CN"/>
        </w:rPr>
        <w:t>秭归秭归</w:t>
      </w:r>
      <w:proofErr w:type="gramEnd"/>
      <w:r>
        <w:rPr>
          <w:rFonts w:ascii="仿宋" w:eastAsia="仿宋" w:hAnsi="仿宋"/>
          <w:sz w:val="32"/>
          <w:lang w:eastAsia="zh-CN"/>
        </w:rPr>
        <w:t>您看。这就是秭归的风貌。这</w:t>
      </w:r>
      <w:proofErr w:type="gramStart"/>
      <w:r>
        <w:rPr>
          <w:rFonts w:ascii="仿宋" w:eastAsia="仿宋" w:hAnsi="仿宋"/>
          <w:sz w:val="32"/>
          <w:lang w:eastAsia="zh-CN"/>
        </w:rPr>
        <w:t>这</w:t>
      </w:r>
      <w:proofErr w:type="gramEnd"/>
      <w:r>
        <w:rPr>
          <w:rFonts w:ascii="仿宋" w:eastAsia="仿宋" w:hAnsi="仿宋"/>
          <w:sz w:val="32"/>
          <w:lang w:eastAsia="zh-CN"/>
        </w:rPr>
        <w:t>是谁画的？这不是画，这是原貌，分毫不差，我们是用摄影和印刷的技术把它印在了盒子上。哎</w:t>
      </w:r>
      <w:proofErr w:type="gramStart"/>
      <w:r>
        <w:rPr>
          <w:rFonts w:ascii="仿宋" w:eastAsia="仿宋" w:hAnsi="仿宋"/>
          <w:sz w:val="32"/>
          <w:lang w:eastAsia="zh-CN"/>
        </w:rPr>
        <w:t>呦</w:t>
      </w:r>
      <w:proofErr w:type="gramEnd"/>
      <w:r>
        <w:rPr>
          <w:rFonts w:ascii="仿宋" w:eastAsia="仿宋" w:hAnsi="仿宋"/>
          <w:sz w:val="32"/>
          <w:lang w:eastAsia="zh-CN"/>
        </w:rPr>
        <w:t>，如此神奇呀。看来你真是来自后世啊，</w:t>
      </w:r>
    </w:p>
    <w:p w14:paraId="2DBA1894" w14:textId="77777777" w:rsidR="00E87C95" w:rsidRDefault="00000000">
      <w:pPr>
        <w:spacing w:after="0" w:line="579" w:lineRule="exact"/>
        <w:ind w:firstLine="640"/>
        <w:rPr>
          <w:lang w:eastAsia="zh-CN"/>
        </w:rPr>
      </w:pPr>
      <w:r>
        <w:rPr>
          <w:rFonts w:ascii="仿宋" w:eastAsia="仿宋" w:hAnsi="仿宋"/>
          <w:sz w:val="32"/>
          <w:lang w:eastAsia="zh-CN"/>
        </w:rPr>
        <w:t>我2000多年后的故乡，风景胜美啊，2000多年后。秭归是中国的诗歌之乡，而且还是中国的脐橙之乡，可能因为您当年写的那首《橘颂》吧。给当地文化打下了很深的烙印，请坐。谢谢先生。先生请刚才。我听到你说《橘颂》。这你读过吗？</w:t>
      </w:r>
      <w:proofErr w:type="gramStart"/>
      <w:r>
        <w:rPr>
          <w:rFonts w:ascii="仿宋" w:eastAsia="仿宋" w:hAnsi="仿宋"/>
          <w:sz w:val="32"/>
          <w:lang w:eastAsia="zh-CN"/>
        </w:rPr>
        <w:t>后皇嘉树</w:t>
      </w:r>
      <w:proofErr w:type="gramEnd"/>
      <w:r>
        <w:rPr>
          <w:rFonts w:ascii="仿宋" w:eastAsia="仿宋" w:hAnsi="仿宋"/>
          <w:sz w:val="32"/>
          <w:lang w:eastAsia="zh-CN"/>
        </w:rPr>
        <w:t>。居来福兮。受命不迁。</w:t>
      </w:r>
    </w:p>
    <w:p w14:paraId="574DB7D0" w14:textId="77777777" w:rsidR="00E87C95" w:rsidRDefault="00000000">
      <w:pPr>
        <w:spacing w:after="0" w:line="579" w:lineRule="exact"/>
        <w:ind w:firstLine="640"/>
        <w:rPr>
          <w:lang w:eastAsia="zh-CN"/>
        </w:rPr>
      </w:pPr>
      <w:r>
        <w:rPr>
          <w:rFonts w:ascii="仿宋" w:eastAsia="仿宋" w:hAnsi="仿宋"/>
          <w:sz w:val="32"/>
          <w:lang w:eastAsia="zh-CN"/>
        </w:rPr>
        <w:t>生南国兮。深固难</w:t>
      </w:r>
      <w:proofErr w:type="gramStart"/>
      <w:r>
        <w:rPr>
          <w:rFonts w:ascii="仿宋" w:eastAsia="仿宋" w:hAnsi="仿宋"/>
          <w:sz w:val="32"/>
          <w:lang w:eastAsia="zh-CN"/>
        </w:rPr>
        <w:t>徙</w:t>
      </w:r>
      <w:proofErr w:type="gramEnd"/>
      <w:r>
        <w:rPr>
          <w:rFonts w:ascii="仿宋" w:eastAsia="仿宋" w:hAnsi="仿宋"/>
          <w:sz w:val="32"/>
          <w:lang w:eastAsia="zh-CN"/>
        </w:rPr>
        <w:t>，</w:t>
      </w:r>
      <w:proofErr w:type="gramStart"/>
      <w:r>
        <w:rPr>
          <w:rFonts w:ascii="仿宋" w:eastAsia="仿宋" w:hAnsi="仿宋"/>
          <w:sz w:val="32"/>
          <w:lang w:eastAsia="zh-CN"/>
        </w:rPr>
        <w:t>更壹志兮</w:t>
      </w:r>
      <w:proofErr w:type="gramEnd"/>
      <w:r>
        <w:rPr>
          <w:rFonts w:ascii="仿宋" w:eastAsia="仿宋" w:hAnsi="仿宋"/>
          <w:sz w:val="32"/>
          <w:lang w:eastAsia="zh-CN"/>
        </w:rPr>
        <w:t>。皇天后土孕育了这美好的局束。这些橘树生来就适应南方的水土，</w:t>
      </w:r>
      <w:proofErr w:type="gramStart"/>
      <w:r>
        <w:rPr>
          <w:rFonts w:ascii="仿宋" w:eastAsia="仿宋" w:hAnsi="仿宋"/>
          <w:sz w:val="32"/>
          <w:lang w:eastAsia="zh-CN"/>
        </w:rPr>
        <w:t>秉</w:t>
      </w:r>
      <w:proofErr w:type="gramEnd"/>
      <w:r>
        <w:rPr>
          <w:rFonts w:ascii="仿宋" w:eastAsia="仿宋" w:hAnsi="仿宋"/>
          <w:sz w:val="32"/>
          <w:lang w:eastAsia="zh-CN"/>
        </w:rPr>
        <w:t>受天命，不离故土。永世扎根在楚国的土地。先生虽然写的是橘树，但其实是告诉世人要热爱故土。这样吧，两位先生。尝一尝这2000多年后，家乡的柑橘</w:t>
      </w:r>
      <w:proofErr w:type="gramStart"/>
      <w:r>
        <w:rPr>
          <w:rFonts w:ascii="仿宋" w:eastAsia="仿宋" w:hAnsi="仿宋"/>
          <w:sz w:val="32"/>
          <w:lang w:eastAsia="zh-CN"/>
        </w:rPr>
        <w:t>吧哦来</w:t>
      </w:r>
      <w:proofErr w:type="gramEnd"/>
      <w:r>
        <w:rPr>
          <w:rFonts w:ascii="仿宋" w:eastAsia="仿宋" w:hAnsi="仿宋"/>
          <w:sz w:val="32"/>
          <w:lang w:eastAsia="zh-CN"/>
        </w:rPr>
        <w:t>。来，</w:t>
      </w:r>
    </w:p>
    <w:p w14:paraId="5B917C6E" w14:textId="77777777" w:rsidR="00E87C95" w:rsidRDefault="00000000">
      <w:pPr>
        <w:spacing w:after="0" w:line="579" w:lineRule="exact"/>
        <w:ind w:firstLine="640"/>
        <w:rPr>
          <w:lang w:eastAsia="zh-CN"/>
        </w:rPr>
      </w:pPr>
      <w:r>
        <w:rPr>
          <w:rFonts w:ascii="仿宋" w:eastAsia="仿宋" w:hAnsi="仿宋"/>
          <w:sz w:val="32"/>
          <w:lang w:eastAsia="zh-CN"/>
        </w:rPr>
        <w:t>您尝尝。呵呵。家乡的柑橘甜。好像比我小时候吃的更甜。嗯。真是要谢谢你啊，洒君。我们要谢谢您才对。要不是先生，我们后世哪儿能读得到如此文采绚烂的《楚辞》啊？《楚辞》对了。忘了告诉你，《楚辞》就是由您开创的诗歌体裁啊，您的《离骚》。《天问》《九歌》，</w:t>
      </w:r>
    </w:p>
    <w:p w14:paraId="775F67F1" w14:textId="77777777" w:rsidR="00E87C95" w:rsidRDefault="00000000">
      <w:pPr>
        <w:spacing w:after="0" w:line="579" w:lineRule="exact"/>
        <w:ind w:firstLine="640"/>
        <w:rPr>
          <w:lang w:eastAsia="zh-CN"/>
        </w:rPr>
      </w:pPr>
      <w:r>
        <w:rPr>
          <w:rFonts w:ascii="仿宋" w:eastAsia="仿宋" w:hAnsi="仿宋"/>
          <w:sz w:val="32"/>
          <w:lang w:eastAsia="zh-CN"/>
        </w:rPr>
        <w:lastRenderedPageBreak/>
        <w:t>这都是《楚辞》当中的经典作品。《楚辞》主要是以您和您弟子的诗作为核心哦。这位宋玉先生。您写的《九辩》在《楚辞》当中，那也是相当有名。感恩先生教诲，宋玉还需勤学。我与你。很投缘呐。你是哪里人呐？先生晚辈生于荆楚之地，算是您2000多年后的小桐乡。吼吼哈哈</w:t>
      </w:r>
      <w:proofErr w:type="gramStart"/>
      <w:r>
        <w:rPr>
          <w:rFonts w:ascii="仿宋" w:eastAsia="仿宋" w:hAnsi="仿宋"/>
          <w:sz w:val="32"/>
          <w:lang w:eastAsia="zh-CN"/>
        </w:rPr>
        <w:t>哈</w:t>
      </w:r>
      <w:proofErr w:type="gramEnd"/>
      <w:r>
        <w:rPr>
          <w:rFonts w:ascii="仿宋" w:eastAsia="仿宋" w:hAnsi="仿宋"/>
          <w:sz w:val="32"/>
          <w:lang w:eastAsia="zh-CN"/>
        </w:rPr>
        <w:t>，小同乡啊，真是你来寻我所谓何事啊？</w:t>
      </w:r>
    </w:p>
    <w:p w14:paraId="22237C8B" w14:textId="77777777" w:rsidR="00E87C95" w:rsidRDefault="00000000">
      <w:pPr>
        <w:spacing w:after="0" w:line="579" w:lineRule="exact"/>
        <w:ind w:firstLine="640"/>
        <w:rPr>
          <w:lang w:eastAsia="zh-CN"/>
        </w:rPr>
      </w:pPr>
      <w:r>
        <w:rPr>
          <w:rFonts w:ascii="仿宋" w:eastAsia="仿宋" w:hAnsi="仿宋"/>
          <w:sz w:val="32"/>
          <w:lang w:eastAsia="zh-CN"/>
        </w:rPr>
        <w:t>晚辈，特来拜访先生，是想请教。先生是如何写出如此绚烂的诗张？您就先给我们讲讲《橘颂》吧。《橘颂》是从我生命中萌发出的一篇诗歌，对楚国的热爱。伴随着我的成长。屈原，我这个真酸，我这个铁。父亲让我到南</w:t>
      </w:r>
      <w:proofErr w:type="gramStart"/>
      <w:r>
        <w:rPr>
          <w:rFonts w:ascii="仿宋" w:eastAsia="仿宋" w:hAnsi="仿宋"/>
          <w:sz w:val="32"/>
          <w:lang w:eastAsia="zh-CN"/>
        </w:rPr>
        <w:t>台跟宗都</w:t>
      </w:r>
      <w:proofErr w:type="gramEnd"/>
      <w:r>
        <w:rPr>
          <w:rFonts w:ascii="仿宋" w:eastAsia="仿宋" w:hAnsi="仿宋"/>
          <w:sz w:val="32"/>
          <w:lang w:eastAsia="zh-CN"/>
        </w:rPr>
        <w:t>子弟交朋友。为了他们带橘子，他们都还躲着我。你祖父是楚国大王，</w:t>
      </w:r>
    </w:p>
    <w:p w14:paraId="466D9ADD" w14:textId="77777777" w:rsidR="00E87C95" w:rsidRDefault="00000000">
      <w:pPr>
        <w:spacing w:after="0" w:line="579" w:lineRule="exact"/>
        <w:ind w:firstLine="640"/>
        <w:rPr>
          <w:lang w:eastAsia="zh-CN"/>
        </w:rPr>
      </w:pPr>
      <w:r>
        <w:rPr>
          <w:rFonts w:ascii="仿宋" w:eastAsia="仿宋" w:hAnsi="仿宋"/>
          <w:sz w:val="32"/>
          <w:lang w:eastAsia="zh-CN"/>
        </w:rPr>
        <w:t>你是王孙，他们故意以你的身份，你</w:t>
      </w:r>
      <w:proofErr w:type="gramStart"/>
      <w:r>
        <w:rPr>
          <w:rFonts w:ascii="仿宋" w:eastAsia="仿宋" w:hAnsi="仿宋"/>
          <w:sz w:val="32"/>
          <w:lang w:eastAsia="zh-CN"/>
        </w:rPr>
        <w:t>可不能</w:t>
      </w:r>
      <w:proofErr w:type="gramEnd"/>
      <w:r>
        <w:rPr>
          <w:rFonts w:ascii="仿宋" w:eastAsia="仿宋" w:hAnsi="仿宋"/>
          <w:sz w:val="32"/>
          <w:lang w:eastAsia="zh-CN"/>
        </w:rPr>
        <w:t>不理我，我怎么会不理你？来给你。嗯，这个真甜。祖父和我说，只有南国才有橘子吃，想吃橘子就不能离开楚国，反正我这辈子不会离开楚国，我也不会离开楚国。我的我的橘子，我的屈原，把你的橘子给我，</w:t>
      </w:r>
    </w:p>
    <w:p w14:paraId="75DAFD3A" w14:textId="77777777" w:rsidR="00E87C95" w:rsidRDefault="00000000">
      <w:pPr>
        <w:spacing w:after="0" w:line="579" w:lineRule="exact"/>
        <w:ind w:firstLine="640"/>
        <w:rPr>
          <w:lang w:eastAsia="zh-CN"/>
        </w:rPr>
      </w:pPr>
      <w:r>
        <w:rPr>
          <w:rFonts w:ascii="仿宋" w:eastAsia="仿宋" w:hAnsi="仿宋"/>
          <w:sz w:val="32"/>
          <w:lang w:eastAsia="zh-CN"/>
        </w:rPr>
        <w:t>你的肯定比我的甜。王子，这都一样的橘子，到你嘴里就酸了，甜的你手里的橘子总是甜的。你父亲做了楚国的大王，你都做王子了，还抢我的橘子吃。父王改名字了，叫商为什么叫商</w:t>
      </w:r>
      <w:proofErr w:type="gramStart"/>
      <w:r>
        <w:rPr>
          <w:rFonts w:ascii="仿宋" w:eastAsia="仿宋" w:hAnsi="仿宋"/>
          <w:sz w:val="32"/>
          <w:lang w:eastAsia="zh-CN"/>
        </w:rPr>
        <w:t>商於</w:t>
      </w:r>
      <w:proofErr w:type="gramEnd"/>
      <w:r>
        <w:rPr>
          <w:rFonts w:ascii="仿宋" w:eastAsia="仿宋" w:hAnsi="仿宋"/>
          <w:sz w:val="32"/>
          <w:lang w:eastAsia="zh-CN"/>
        </w:rPr>
        <w:t>之地的商</w:t>
      </w:r>
      <w:proofErr w:type="gramStart"/>
      <w:r>
        <w:rPr>
          <w:rFonts w:ascii="仿宋" w:eastAsia="仿宋" w:hAnsi="仿宋"/>
          <w:sz w:val="32"/>
          <w:lang w:eastAsia="zh-CN"/>
        </w:rPr>
        <w:t>商於</w:t>
      </w:r>
      <w:proofErr w:type="gramEnd"/>
      <w:r>
        <w:rPr>
          <w:rFonts w:ascii="仿宋" w:eastAsia="仿宋" w:hAnsi="仿宋"/>
          <w:sz w:val="32"/>
          <w:lang w:eastAsia="zh-CN"/>
        </w:rPr>
        <w:t>？是楚国的发祥之地，还有祖</w:t>
      </w:r>
      <w:r>
        <w:rPr>
          <w:rFonts w:ascii="仿宋" w:eastAsia="仿宋" w:hAnsi="仿宋"/>
          <w:sz w:val="32"/>
          <w:lang w:eastAsia="zh-CN"/>
        </w:rPr>
        <w:lastRenderedPageBreak/>
        <w:t>先埋葬在那里。秦国夺走了我们的商</w:t>
      </w:r>
      <w:proofErr w:type="gramStart"/>
      <w:r>
        <w:rPr>
          <w:rFonts w:ascii="仿宋" w:eastAsia="仿宋" w:hAnsi="仿宋"/>
          <w:sz w:val="32"/>
          <w:lang w:eastAsia="zh-CN"/>
        </w:rPr>
        <w:t>於</w:t>
      </w:r>
      <w:proofErr w:type="gramEnd"/>
      <w:r>
        <w:rPr>
          <w:rFonts w:ascii="仿宋" w:eastAsia="仿宋" w:hAnsi="仿宋"/>
          <w:sz w:val="32"/>
          <w:lang w:eastAsia="zh-CN"/>
        </w:rPr>
        <w:t>之地。赐给了大良造卫</w:t>
      </w:r>
      <w:proofErr w:type="gramStart"/>
      <w:r>
        <w:rPr>
          <w:rFonts w:ascii="仿宋" w:eastAsia="仿宋" w:hAnsi="仿宋"/>
          <w:sz w:val="32"/>
          <w:lang w:eastAsia="zh-CN"/>
        </w:rPr>
        <w:t>鞅</w:t>
      </w:r>
      <w:proofErr w:type="gramEnd"/>
      <w:r>
        <w:rPr>
          <w:rFonts w:ascii="仿宋" w:eastAsia="仿宋" w:hAnsi="仿宋"/>
          <w:sz w:val="32"/>
          <w:lang w:eastAsia="zh-CN"/>
        </w:rPr>
        <w:t>父王，一定会把商</w:t>
      </w:r>
      <w:proofErr w:type="gramStart"/>
      <w:r>
        <w:rPr>
          <w:rFonts w:ascii="仿宋" w:eastAsia="仿宋" w:hAnsi="仿宋"/>
          <w:sz w:val="32"/>
          <w:lang w:eastAsia="zh-CN"/>
        </w:rPr>
        <w:t>於</w:t>
      </w:r>
      <w:proofErr w:type="gramEnd"/>
      <w:r>
        <w:rPr>
          <w:rFonts w:ascii="仿宋" w:eastAsia="仿宋" w:hAnsi="仿宋"/>
          <w:sz w:val="32"/>
          <w:lang w:eastAsia="zh-CN"/>
        </w:rPr>
        <w:t>之地拿回来的。</w:t>
      </w:r>
    </w:p>
    <w:p w14:paraId="6D319E51" w14:textId="77777777" w:rsidR="00E87C95" w:rsidRDefault="00000000">
      <w:pPr>
        <w:spacing w:after="0" w:line="579" w:lineRule="exact"/>
        <w:ind w:firstLine="640"/>
        <w:rPr>
          <w:lang w:eastAsia="zh-CN"/>
        </w:rPr>
      </w:pPr>
      <w:r>
        <w:rPr>
          <w:rFonts w:ascii="仿宋" w:eastAsia="仿宋" w:hAnsi="仿宋"/>
          <w:sz w:val="32"/>
          <w:lang w:eastAsia="zh-CN"/>
        </w:rPr>
        <w:t>真的，等拿回来，我让父王把商</w:t>
      </w:r>
      <w:proofErr w:type="gramStart"/>
      <w:r>
        <w:rPr>
          <w:rFonts w:ascii="仿宋" w:eastAsia="仿宋" w:hAnsi="仿宋"/>
          <w:sz w:val="32"/>
          <w:lang w:eastAsia="zh-CN"/>
        </w:rPr>
        <w:t>於</w:t>
      </w:r>
      <w:proofErr w:type="gramEnd"/>
      <w:r>
        <w:rPr>
          <w:rFonts w:ascii="仿宋" w:eastAsia="仿宋" w:hAnsi="仿宋"/>
          <w:sz w:val="32"/>
          <w:lang w:eastAsia="zh-CN"/>
        </w:rPr>
        <w:t>之地分给我，你想干嘛呀？种橘子。我赞成这样，咱俩就有吃不完的橘子了。哎，还我橘子别跑。哈哈</w:t>
      </w:r>
      <w:proofErr w:type="gramStart"/>
      <w:r>
        <w:rPr>
          <w:rFonts w:ascii="仿宋" w:eastAsia="仿宋" w:hAnsi="仿宋"/>
          <w:sz w:val="32"/>
          <w:lang w:eastAsia="zh-CN"/>
        </w:rPr>
        <w:t>哈</w:t>
      </w:r>
      <w:proofErr w:type="gramEnd"/>
      <w:r>
        <w:rPr>
          <w:rFonts w:ascii="仿宋" w:eastAsia="仿宋" w:hAnsi="仿宋"/>
          <w:sz w:val="32"/>
          <w:lang w:eastAsia="zh-CN"/>
        </w:rPr>
        <w:t>。好，写得好。这片橘树。写得好。一定能流传于后世，</w:t>
      </w:r>
    </w:p>
    <w:p w14:paraId="23937A32" w14:textId="77777777" w:rsidR="00E87C95" w:rsidRDefault="00000000">
      <w:pPr>
        <w:spacing w:after="0" w:line="579" w:lineRule="exact"/>
        <w:ind w:firstLine="640"/>
        <w:rPr>
          <w:lang w:eastAsia="zh-CN"/>
        </w:rPr>
      </w:pPr>
      <w:r>
        <w:rPr>
          <w:rFonts w:ascii="仿宋" w:eastAsia="仿宋" w:hAnsi="仿宋"/>
          <w:sz w:val="32"/>
          <w:lang w:eastAsia="zh-CN"/>
        </w:rPr>
        <w:t>成为千古绝唱。但我的三</w:t>
      </w:r>
      <w:proofErr w:type="gramStart"/>
      <w:r>
        <w:rPr>
          <w:rFonts w:ascii="仿宋" w:eastAsia="仿宋" w:hAnsi="仿宋"/>
          <w:sz w:val="32"/>
          <w:lang w:eastAsia="zh-CN"/>
        </w:rPr>
        <w:t>闾</w:t>
      </w:r>
      <w:proofErr w:type="gramEnd"/>
      <w:r>
        <w:rPr>
          <w:rFonts w:ascii="仿宋" w:eastAsia="仿宋" w:hAnsi="仿宋"/>
          <w:sz w:val="32"/>
          <w:lang w:eastAsia="zh-CN"/>
        </w:rPr>
        <w:t>大夫将这篇《橘颂》交授给所有的宗室子弟好。我要教所有的人爱国家，爱人民，上下一心收回商</w:t>
      </w:r>
      <w:proofErr w:type="gramStart"/>
      <w:r>
        <w:rPr>
          <w:rFonts w:ascii="仿宋" w:eastAsia="仿宋" w:hAnsi="仿宋"/>
          <w:sz w:val="32"/>
          <w:lang w:eastAsia="zh-CN"/>
        </w:rPr>
        <w:t>於</w:t>
      </w:r>
      <w:proofErr w:type="gramEnd"/>
      <w:r>
        <w:rPr>
          <w:rFonts w:ascii="仿宋" w:eastAsia="仿宋" w:hAnsi="仿宋"/>
          <w:sz w:val="32"/>
          <w:lang w:eastAsia="zh-CN"/>
        </w:rPr>
        <w:t>之地，强大楚国。屈原愿为大王效劳。哈哈</w:t>
      </w:r>
      <w:proofErr w:type="gramStart"/>
      <w:r>
        <w:rPr>
          <w:rFonts w:ascii="仿宋" w:eastAsia="仿宋" w:hAnsi="仿宋"/>
          <w:sz w:val="32"/>
          <w:lang w:eastAsia="zh-CN"/>
        </w:rPr>
        <w:t>哈</w:t>
      </w:r>
      <w:proofErr w:type="gramEnd"/>
      <w:r>
        <w:rPr>
          <w:rFonts w:ascii="仿宋" w:eastAsia="仿宋" w:hAnsi="仿宋"/>
          <w:sz w:val="32"/>
          <w:lang w:eastAsia="zh-CN"/>
        </w:rPr>
        <w:t>。紫霞，你还是我朋友对。哎，我怀疑你的比我的还甜。那就换换呗换。哈哈</w:t>
      </w:r>
      <w:proofErr w:type="gramStart"/>
      <w:r>
        <w:rPr>
          <w:rFonts w:ascii="仿宋" w:eastAsia="仿宋" w:hAnsi="仿宋"/>
          <w:sz w:val="32"/>
          <w:lang w:eastAsia="zh-CN"/>
        </w:rPr>
        <w:t>哈</w:t>
      </w:r>
      <w:proofErr w:type="gramEnd"/>
      <w:r>
        <w:rPr>
          <w:rFonts w:ascii="仿宋" w:eastAsia="仿宋" w:hAnsi="仿宋"/>
          <w:sz w:val="32"/>
          <w:lang w:eastAsia="zh-CN"/>
        </w:rPr>
        <w:t>。嗯嗯，</w:t>
      </w:r>
    </w:p>
    <w:p w14:paraId="6BC391E0" w14:textId="77777777" w:rsidR="00E87C95" w:rsidRDefault="00000000">
      <w:pPr>
        <w:spacing w:after="0" w:line="579" w:lineRule="exact"/>
        <w:ind w:firstLine="640"/>
        <w:rPr>
          <w:lang w:eastAsia="zh-CN"/>
        </w:rPr>
      </w:pPr>
      <w:r>
        <w:rPr>
          <w:rFonts w:ascii="仿宋" w:eastAsia="仿宋" w:hAnsi="仿宋"/>
          <w:sz w:val="32"/>
          <w:lang w:eastAsia="zh-CN"/>
        </w:rPr>
        <w:t>好甜，我这也很甜。我的甜，我的肯定甜，肯定是大王的甜。再见，大王。七。接着，寡人要亲自给屈原。此</w:t>
      </w:r>
      <w:proofErr w:type="gramStart"/>
      <w:r>
        <w:rPr>
          <w:rFonts w:ascii="仿宋" w:eastAsia="仿宋" w:hAnsi="仿宋"/>
          <w:sz w:val="32"/>
          <w:lang w:eastAsia="zh-CN"/>
        </w:rPr>
        <w:t>三驴大</w:t>
      </w:r>
      <w:proofErr w:type="gramEnd"/>
      <w:r>
        <w:rPr>
          <w:rFonts w:ascii="仿宋" w:eastAsia="仿宋" w:hAnsi="仿宋"/>
          <w:sz w:val="32"/>
          <w:lang w:eastAsia="zh-CN"/>
        </w:rPr>
        <w:t>复印。哦，大王不渴呀？屈原毫无敬业，不能担此重任。</w:t>
      </w:r>
    </w:p>
    <w:p w14:paraId="48C023AE" w14:textId="77777777" w:rsidR="00E87C95" w:rsidRDefault="00000000">
      <w:pPr>
        <w:spacing w:after="0" w:line="579" w:lineRule="exact"/>
        <w:ind w:firstLine="640"/>
        <w:rPr>
          <w:lang w:eastAsia="zh-CN"/>
        </w:rPr>
      </w:pPr>
      <w:r>
        <w:rPr>
          <w:rFonts w:ascii="仿宋" w:eastAsia="仿宋" w:hAnsi="仿宋"/>
          <w:sz w:val="32"/>
          <w:lang w:eastAsia="zh-CN"/>
        </w:rPr>
        <w:t>大王不可。三</w:t>
      </w:r>
      <w:proofErr w:type="gramStart"/>
      <w:r>
        <w:rPr>
          <w:rFonts w:ascii="仿宋" w:eastAsia="仿宋" w:hAnsi="仿宋"/>
          <w:sz w:val="32"/>
          <w:lang w:eastAsia="zh-CN"/>
        </w:rPr>
        <w:t>闾</w:t>
      </w:r>
      <w:proofErr w:type="gramEnd"/>
      <w:r>
        <w:rPr>
          <w:rFonts w:ascii="仿宋" w:eastAsia="仿宋" w:hAnsi="仿宋"/>
          <w:sz w:val="32"/>
          <w:lang w:eastAsia="zh-CN"/>
        </w:rPr>
        <w:t>大夫因为宗族子弟楷模。对啊，屈原有何美德？屈原没有美德，那谁有美德？臣以为上官大夫之子就很合适。陈能推取上官大夫之子，担任三</w:t>
      </w:r>
      <w:proofErr w:type="gramStart"/>
      <w:r>
        <w:rPr>
          <w:rFonts w:ascii="仿宋" w:eastAsia="仿宋" w:hAnsi="仿宋"/>
          <w:sz w:val="32"/>
          <w:lang w:eastAsia="zh-CN"/>
        </w:rPr>
        <w:t>闾</w:t>
      </w:r>
      <w:proofErr w:type="gramEnd"/>
      <w:r>
        <w:rPr>
          <w:rFonts w:ascii="仿宋" w:eastAsia="仿宋" w:hAnsi="仿宋"/>
          <w:sz w:val="32"/>
          <w:lang w:eastAsia="zh-CN"/>
        </w:rPr>
        <w:t>大夫。若要说没有经验。那寡人也没有经验。诸位大人，是这个意思吗？群众不敢。大王身怀美德，</w:t>
      </w:r>
    </w:p>
    <w:p w14:paraId="0E2593DE" w14:textId="77777777" w:rsidR="00E87C95" w:rsidRDefault="00000000">
      <w:pPr>
        <w:spacing w:after="0" w:line="579" w:lineRule="exact"/>
        <w:ind w:firstLine="640"/>
        <w:rPr>
          <w:lang w:eastAsia="zh-CN"/>
        </w:rPr>
      </w:pPr>
      <w:r>
        <w:rPr>
          <w:rFonts w:ascii="仿宋" w:eastAsia="仿宋" w:hAnsi="仿宋"/>
          <w:sz w:val="32"/>
          <w:lang w:eastAsia="zh-CN"/>
        </w:rPr>
        <w:t>臣等钦佩啊。要有美德，对吧？那我就说说屈原的美德。诸位，请看。这一篇是《橘颂》。正是屈原所作。我读给诸</w:t>
      </w:r>
      <w:r>
        <w:rPr>
          <w:rFonts w:ascii="仿宋" w:eastAsia="仿宋" w:hAnsi="仿宋"/>
          <w:sz w:val="32"/>
          <w:lang w:eastAsia="zh-CN"/>
        </w:rPr>
        <w:lastRenderedPageBreak/>
        <w:t>位听听。屈原，你给他们解释一下。遵命！</w:t>
      </w:r>
      <w:proofErr w:type="gramStart"/>
      <w:r>
        <w:rPr>
          <w:rFonts w:ascii="仿宋" w:eastAsia="仿宋" w:hAnsi="仿宋"/>
          <w:sz w:val="32"/>
          <w:lang w:eastAsia="zh-CN"/>
        </w:rPr>
        <w:t>后皇嘉树</w:t>
      </w:r>
      <w:proofErr w:type="gramEnd"/>
      <w:r>
        <w:rPr>
          <w:rFonts w:ascii="仿宋" w:eastAsia="仿宋" w:hAnsi="仿宋"/>
          <w:sz w:val="32"/>
          <w:lang w:eastAsia="zh-CN"/>
        </w:rPr>
        <w:t>。徐来福喜。皇天厚土，</w:t>
      </w:r>
    </w:p>
    <w:p w14:paraId="52A67454" w14:textId="77777777" w:rsidR="00E87C95" w:rsidRDefault="00000000">
      <w:pPr>
        <w:spacing w:after="0" w:line="579" w:lineRule="exact"/>
        <w:ind w:firstLine="640"/>
        <w:rPr>
          <w:lang w:eastAsia="zh-CN"/>
        </w:rPr>
      </w:pPr>
      <w:r>
        <w:rPr>
          <w:rFonts w:ascii="仿宋" w:eastAsia="仿宋" w:hAnsi="仿宋"/>
          <w:sz w:val="32"/>
          <w:lang w:eastAsia="zh-CN"/>
        </w:rPr>
        <w:t>孕育佳美之树。橘树生来，就适应这一方水土。受命不迁。生男国喜。</w:t>
      </w:r>
      <w:proofErr w:type="gramStart"/>
      <w:r>
        <w:rPr>
          <w:rFonts w:ascii="仿宋" w:eastAsia="仿宋" w:hAnsi="仿宋"/>
          <w:sz w:val="32"/>
          <w:lang w:eastAsia="zh-CN"/>
        </w:rPr>
        <w:t>秉</w:t>
      </w:r>
      <w:proofErr w:type="gramEnd"/>
      <w:r>
        <w:rPr>
          <w:rFonts w:ascii="仿宋" w:eastAsia="仿宋" w:hAnsi="仿宋"/>
          <w:sz w:val="32"/>
          <w:lang w:eastAsia="zh-CN"/>
        </w:rPr>
        <w:t>受天命，不离故土。永世生在南方的楚国。身故难袭。</w:t>
      </w:r>
      <w:proofErr w:type="gramStart"/>
      <w:r>
        <w:rPr>
          <w:rFonts w:ascii="仿宋" w:eastAsia="仿宋" w:hAnsi="仿宋"/>
          <w:sz w:val="32"/>
          <w:lang w:eastAsia="zh-CN"/>
        </w:rPr>
        <w:t>更壹志兮</w:t>
      </w:r>
      <w:proofErr w:type="gramEnd"/>
      <w:r>
        <w:rPr>
          <w:rFonts w:ascii="仿宋" w:eastAsia="仿宋" w:hAnsi="仿宋"/>
          <w:sz w:val="32"/>
          <w:lang w:eastAsia="zh-CN"/>
        </w:rPr>
        <w:t>，你扎根身后，难以迁移志向是。是那么的专一。上官大夫臣在诸位大人。你们听懂了吗？</w:t>
      </w:r>
    </w:p>
    <w:p w14:paraId="56C99BB2" w14:textId="77777777" w:rsidR="00E87C95" w:rsidRDefault="00000000">
      <w:pPr>
        <w:spacing w:after="0" w:line="579" w:lineRule="exact"/>
        <w:ind w:firstLine="640"/>
        <w:rPr>
          <w:lang w:eastAsia="zh-CN"/>
        </w:rPr>
      </w:pPr>
      <w:r>
        <w:rPr>
          <w:rFonts w:ascii="仿宋" w:eastAsia="仿宋" w:hAnsi="仿宋"/>
          <w:sz w:val="32"/>
          <w:lang w:eastAsia="zh-CN"/>
        </w:rPr>
        <w:t>大王啊，这不过就是一篇诗歌嘛，这何止是一篇诗歌。哼。屈原告诉他们。这是什么？是大王。这是。楚人的立身之本。橘树。生于南国。如我等。生在楚国一般。既然生在这里。就应向橘树扎根热土。</w:t>
      </w:r>
    </w:p>
    <w:p w14:paraId="0F66EC0F" w14:textId="77777777" w:rsidR="00E87C95" w:rsidRDefault="00000000">
      <w:pPr>
        <w:spacing w:after="0" w:line="579" w:lineRule="exact"/>
        <w:ind w:firstLine="640"/>
        <w:rPr>
          <w:lang w:eastAsia="zh-CN"/>
        </w:rPr>
      </w:pPr>
      <w:r>
        <w:rPr>
          <w:rFonts w:ascii="仿宋" w:eastAsia="仿宋" w:hAnsi="仿宋"/>
          <w:sz w:val="32"/>
          <w:lang w:eastAsia="zh-CN"/>
        </w:rPr>
        <w:t>为国家之富足繁茂自己，为国家之强大奉献自己，这不仅是宗族子弟应该有的美德。更应是。天下楚人都应该有的美德。爱家国。是人人应具有的美德。我人愿做一棵橘树。屈原越做一棵橘树，扎根不土，爱我家</w:t>
      </w:r>
      <w:proofErr w:type="gramStart"/>
      <w:r>
        <w:rPr>
          <w:rFonts w:ascii="仿宋" w:eastAsia="仿宋" w:hAnsi="仿宋"/>
          <w:sz w:val="32"/>
          <w:lang w:eastAsia="zh-CN"/>
        </w:rPr>
        <w:t>国才能</w:t>
      </w:r>
      <w:proofErr w:type="gramEnd"/>
      <w:r>
        <w:rPr>
          <w:rFonts w:ascii="仿宋" w:eastAsia="仿宋" w:hAnsi="仿宋"/>
          <w:sz w:val="32"/>
          <w:lang w:eastAsia="zh-CN"/>
        </w:rPr>
        <w:t>越。愿做橘树，扎根护土爱我家国。来人此印。谢大王。</w:t>
      </w:r>
    </w:p>
    <w:p w14:paraId="7A7AC09B" w14:textId="77777777" w:rsidR="00E87C95" w:rsidRDefault="00000000">
      <w:pPr>
        <w:spacing w:after="0" w:line="579" w:lineRule="exact"/>
        <w:ind w:firstLine="640"/>
        <w:rPr>
          <w:lang w:eastAsia="zh-CN"/>
        </w:rPr>
      </w:pPr>
      <w:r>
        <w:rPr>
          <w:rFonts w:ascii="仿宋" w:eastAsia="仿宋" w:hAnsi="仿宋"/>
          <w:sz w:val="32"/>
          <w:lang w:eastAsia="zh-CN"/>
        </w:rPr>
        <w:t>居然接应。今日起。屈原便是我楚国的三</w:t>
      </w:r>
      <w:proofErr w:type="gramStart"/>
      <w:r>
        <w:rPr>
          <w:rFonts w:ascii="仿宋" w:eastAsia="仿宋" w:hAnsi="仿宋"/>
          <w:sz w:val="32"/>
          <w:lang w:eastAsia="zh-CN"/>
        </w:rPr>
        <w:t>闾</w:t>
      </w:r>
      <w:proofErr w:type="gramEnd"/>
      <w:r>
        <w:rPr>
          <w:rFonts w:ascii="仿宋" w:eastAsia="仿宋" w:hAnsi="仿宋"/>
          <w:sz w:val="32"/>
          <w:lang w:eastAsia="zh-CN"/>
        </w:rPr>
        <w:t>大夫。此后，我做三</w:t>
      </w:r>
      <w:proofErr w:type="gramStart"/>
      <w:r>
        <w:rPr>
          <w:rFonts w:ascii="仿宋" w:eastAsia="仿宋" w:hAnsi="仿宋"/>
          <w:sz w:val="32"/>
          <w:lang w:eastAsia="zh-CN"/>
        </w:rPr>
        <w:t>闾</w:t>
      </w:r>
      <w:proofErr w:type="gramEnd"/>
      <w:r>
        <w:rPr>
          <w:rFonts w:ascii="仿宋" w:eastAsia="仿宋" w:hAnsi="仿宋"/>
          <w:sz w:val="32"/>
          <w:lang w:eastAsia="zh-CN"/>
        </w:rPr>
        <w:t>大夫十年。十年树木。这些橘树在您的培育下都已经蔚然成林了。但在这十年间，大王未能</w:t>
      </w:r>
      <w:proofErr w:type="gramStart"/>
      <w:r>
        <w:rPr>
          <w:rFonts w:ascii="仿宋" w:eastAsia="仿宋" w:hAnsi="仿宋"/>
          <w:sz w:val="32"/>
          <w:lang w:eastAsia="zh-CN"/>
        </w:rPr>
        <w:t>收服商</w:t>
      </w:r>
      <w:proofErr w:type="gramEnd"/>
      <w:r>
        <w:rPr>
          <w:rFonts w:ascii="仿宋" w:eastAsia="仿宋" w:hAnsi="仿宋"/>
          <w:sz w:val="32"/>
          <w:lang w:eastAsia="zh-CN"/>
        </w:rPr>
        <w:t>吴之地，任用我为左徒。为楚国制定新法立志图强。据后世史书的记载。</w:t>
      </w:r>
      <w:proofErr w:type="gramStart"/>
      <w:r>
        <w:rPr>
          <w:rFonts w:ascii="仿宋" w:eastAsia="仿宋" w:hAnsi="仿宋"/>
          <w:sz w:val="32"/>
          <w:lang w:eastAsia="zh-CN"/>
        </w:rPr>
        <w:t>您认左徒</w:t>
      </w:r>
      <w:proofErr w:type="gramEnd"/>
      <w:r>
        <w:rPr>
          <w:rFonts w:ascii="仿宋" w:eastAsia="仿宋" w:hAnsi="仿宋"/>
          <w:sz w:val="32"/>
          <w:lang w:eastAsia="zh-CN"/>
        </w:rPr>
        <w:t>时。柱则禹王图一国事以出号令。出则皆遇宾客，</w:t>
      </w:r>
    </w:p>
    <w:p w14:paraId="523BED3F" w14:textId="77777777" w:rsidR="00E87C95" w:rsidRDefault="00000000">
      <w:pPr>
        <w:spacing w:after="0" w:line="579" w:lineRule="exact"/>
        <w:ind w:firstLine="640"/>
        <w:rPr>
          <w:lang w:eastAsia="zh-CN"/>
        </w:rPr>
      </w:pPr>
      <w:r>
        <w:rPr>
          <w:rFonts w:ascii="仿宋" w:eastAsia="仿宋" w:hAnsi="仿宋"/>
          <w:sz w:val="32"/>
          <w:lang w:eastAsia="zh-CN"/>
        </w:rPr>
        <w:t>应对诸侯。我为大王制定国策。明法度举贤能，重农耕，</w:t>
      </w:r>
      <w:proofErr w:type="gramStart"/>
      <w:r>
        <w:rPr>
          <w:rFonts w:ascii="仿宋" w:eastAsia="仿宋" w:hAnsi="仿宋"/>
          <w:sz w:val="32"/>
          <w:lang w:eastAsia="zh-CN"/>
        </w:rPr>
        <w:t>近横党</w:t>
      </w:r>
      <w:proofErr w:type="gramEnd"/>
      <w:r>
        <w:rPr>
          <w:rFonts w:ascii="仿宋" w:eastAsia="仿宋" w:hAnsi="仿宋"/>
          <w:sz w:val="32"/>
          <w:lang w:eastAsia="zh-CN"/>
        </w:rPr>
        <w:t>。对内改善民生，增强军备对外。交好诸国，促成合</w:t>
      </w:r>
      <w:r>
        <w:rPr>
          <w:rFonts w:ascii="仿宋" w:eastAsia="仿宋" w:hAnsi="仿宋"/>
          <w:sz w:val="32"/>
          <w:lang w:eastAsia="zh-CN"/>
        </w:rPr>
        <w:lastRenderedPageBreak/>
        <w:t>纵。对。有请诸国使臣。在下魏国使臣，在下赵国使臣，在下韩国使臣，在下燕国使臣。</w:t>
      </w:r>
    </w:p>
    <w:p w14:paraId="60097C4D" w14:textId="77777777" w:rsidR="00E87C95" w:rsidRDefault="00000000">
      <w:pPr>
        <w:spacing w:after="0" w:line="579" w:lineRule="exact"/>
        <w:ind w:firstLine="640"/>
        <w:rPr>
          <w:lang w:eastAsia="zh-CN"/>
        </w:rPr>
      </w:pPr>
      <w:r>
        <w:rPr>
          <w:rFonts w:ascii="仿宋" w:eastAsia="仿宋" w:hAnsi="仿宋"/>
          <w:sz w:val="32"/>
          <w:lang w:eastAsia="zh-CN"/>
        </w:rPr>
        <w:t>略与楚国联合抗军。感谢祖国信任。此次罚钱。</w:t>
      </w:r>
      <w:proofErr w:type="gramStart"/>
      <w:r>
        <w:rPr>
          <w:rFonts w:ascii="仿宋" w:eastAsia="仿宋" w:hAnsi="仿宋"/>
          <w:sz w:val="32"/>
          <w:lang w:eastAsia="zh-CN"/>
        </w:rPr>
        <w:t>且我拒而</w:t>
      </w:r>
      <w:proofErr w:type="gramEnd"/>
      <w:r>
        <w:rPr>
          <w:rFonts w:ascii="仿宋" w:eastAsia="仿宋" w:hAnsi="仿宋"/>
          <w:sz w:val="32"/>
          <w:lang w:eastAsia="zh-CN"/>
        </w:rPr>
        <w:t>不前。我楚国愿与诸国合</w:t>
      </w:r>
      <w:proofErr w:type="gramStart"/>
      <w:r>
        <w:rPr>
          <w:rFonts w:ascii="仿宋" w:eastAsia="仿宋" w:hAnsi="仿宋"/>
          <w:sz w:val="32"/>
          <w:lang w:eastAsia="zh-CN"/>
        </w:rPr>
        <w:t>纵</w:t>
      </w:r>
      <w:proofErr w:type="gramEnd"/>
      <w:r>
        <w:rPr>
          <w:rFonts w:ascii="仿宋" w:eastAsia="仿宋" w:hAnsi="仿宋"/>
          <w:sz w:val="32"/>
          <w:lang w:eastAsia="zh-CN"/>
        </w:rPr>
        <w:t>抗秦。诸国合</w:t>
      </w:r>
      <w:proofErr w:type="gramStart"/>
      <w:r>
        <w:rPr>
          <w:rFonts w:ascii="仿宋" w:eastAsia="仿宋" w:hAnsi="仿宋"/>
          <w:sz w:val="32"/>
          <w:lang w:eastAsia="zh-CN"/>
        </w:rPr>
        <w:t>弈</w:t>
      </w:r>
      <w:proofErr w:type="gramEnd"/>
      <w:r>
        <w:rPr>
          <w:rFonts w:ascii="仿宋" w:eastAsia="仿宋" w:hAnsi="仿宋"/>
          <w:sz w:val="32"/>
          <w:lang w:eastAsia="zh-CN"/>
        </w:rPr>
        <w:t>结成合纵联盟。放大王为合纵之长，陈导拜见纵长。即日起。合纵联盟。共同罚钱。共党威武。重要规模。共党威武。重掌挥舞。</w:t>
      </w:r>
    </w:p>
    <w:p w14:paraId="66F27DD2" w14:textId="77777777" w:rsidR="00E87C95" w:rsidRDefault="00000000">
      <w:pPr>
        <w:spacing w:after="0" w:line="579" w:lineRule="exact"/>
        <w:ind w:firstLine="640"/>
        <w:rPr>
          <w:lang w:eastAsia="zh-CN"/>
        </w:rPr>
      </w:pPr>
      <w:r>
        <w:rPr>
          <w:rFonts w:ascii="仿宋" w:eastAsia="仿宋" w:hAnsi="仿宋"/>
          <w:sz w:val="32"/>
          <w:lang w:eastAsia="zh-CN"/>
        </w:rPr>
        <w:t>这此合纵容。楚国在诸侯当中的威望达到了顶峰。我好像都看见。您和楚怀王心里的橘树都开花了。那时。我也觉得橘树开了花就一定会结果。现在想来。我真是太年轻了。联盟大军打到函谷关，秦人出关死战，联军损兵折将。这时候，魏国和楚国。却向秦国求和，于是五国纷纷退兵。</w:t>
      </w:r>
    </w:p>
    <w:p w14:paraId="7FD1D80C" w14:textId="77777777" w:rsidR="00E87C95" w:rsidRDefault="00000000">
      <w:pPr>
        <w:spacing w:after="0" w:line="579" w:lineRule="exact"/>
        <w:ind w:firstLine="640"/>
        <w:rPr>
          <w:lang w:eastAsia="zh-CN"/>
        </w:rPr>
      </w:pPr>
      <w:r>
        <w:rPr>
          <w:rFonts w:ascii="仿宋" w:eastAsia="仿宋" w:hAnsi="仿宋"/>
          <w:sz w:val="32"/>
          <w:lang w:eastAsia="zh-CN"/>
        </w:rPr>
        <w:t>轰轰烈烈的合纵联盟就这样瓦解了，作为合纵之长，楚国在诸国面前威仪谨慎。又面临来自秦国的压力，于是就不得不</w:t>
      </w:r>
      <w:proofErr w:type="gramStart"/>
      <w:r>
        <w:rPr>
          <w:rFonts w:ascii="仿宋" w:eastAsia="仿宋" w:hAnsi="仿宋"/>
          <w:sz w:val="32"/>
          <w:lang w:eastAsia="zh-CN"/>
        </w:rPr>
        <w:t>与</w:t>
      </w:r>
      <w:proofErr w:type="gramEnd"/>
      <w:r>
        <w:rPr>
          <w:rFonts w:ascii="仿宋" w:eastAsia="仿宋" w:hAnsi="仿宋"/>
          <w:sz w:val="32"/>
          <w:lang w:eastAsia="zh-CN"/>
        </w:rPr>
        <w:t>。齐国联盟，而楚国国内的贵族又不愿意接受更多的改革，在内外交困中。大王的态度。变了。</w:t>
      </w:r>
      <w:proofErr w:type="gramStart"/>
      <w:r>
        <w:rPr>
          <w:rFonts w:ascii="仿宋" w:eastAsia="仿宋" w:hAnsi="仿宋"/>
          <w:sz w:val="32"/>
          <w:lang w:eastAsia="zh-CN"/>
        </w:rPr>
        <w:t>大王大王大王</w:t>
      </w:r>
      <w:proofErr w:type="gramEnd"/>
      <w:r>
        <w:rPr>
          <w:rFonts w:ascii="仿宋" w:eastAsia="仿宋" w:hAnsi="仿宋"/>
          <w:sz w:val="32"/>
          <w:lang w:eastAsia="zh-CN"/>
        </w:rPr>
        <w:t>燕王</w:t>
      </w:r>
      <w:proofErr w:type="gramStart"/>
      <w:r>
        <w:rPr>
          <w:rFonts w:ascii="仿宋" w:eastAsia="仿宋" w:hAnsi="仿宋"/>
          <w:sz w:val="32"/>
          <w:lang w:eastAsia="zh-CN"/>
        </w:rPr>
        <w:t>哙</w:t>
      </w:r>
      <w:proofErr w:type="gramEnd"/>
      <w:r>
        <w:rPr>
          <w:rFonts w:ascii="仿宋" w:eastAsia="仿宋" w:hAnsi="仿宋"/>
          <w:sz w:val="32"/>
          <w:lang w:eastAsia="zh-CN"/>
        </w:rPr>
        <w:t>。让齐王杀死了。啊，当真千真万确。燕王快让相国子之代姓王权推行改革，</w:t>
      </w:r>
    </w:p>
    <w:p w14:paraId="305A40BE" w14:textId="77777777" w:rsidR="00E87C95" w:rsidRDefault="00000000">
      <w:pPr>
        <w:spacing w:after="0" w:line="579" w:lineRule="exact"/>
        <w:ind w:firstLine="640"/>
        <w:rPr>
          <w:lang w:eastAsia="zh-CN"/>
        </w:rPr>
      </w:pPr>
      <w:proofErr w:type="gramStart"/>
      <w:r>
        <w:rPr>
          <w:rFonts w:ascii="仿宋" w:eastAsia="仿宋" w:hAnsi="仿宋"/>
          <w:sz w:val="32"/>
          <w:lang w:eastAsia="zh-CN"/>
        </w:rPr>
        <w:t>却昭之</w:t>
      </w:r>
      <w:proofErr w:type="gramEnd"/>
      <w:r>
        <w:rPr>
          <w:rFonts w:ascii="仿宋" w:eastAsia="仿宋" w:hAnsi="仿宋"/>
          <w:sz w:val="32"/>
          <w:lang w:eastAsia="zh-CN"/>
        </w:rPr>
        <w:t>大乱。齐宣王趁机发兵，攻破了燕国。大王啊。我出国。不可不胜。你是说。我推行的改革。让那些贵族们也产生了不满。大王英明。贵族确有不满。但不是对大王，是对屈原。对屈原不满，对大王让屈原制定新法，</w:t>
      </w:r>
    </w:p>
    <w:p w14:paraId="11728095" w14:textId="77777777" w:rsidR="00E87C95" w:rsidRDefault="00000000">
      <w:pPr>
        <w:spacing w:after="0" w:line="579" w:lineRule="exact"/>
        <w:ind w:firstLine="640"/>
        <w:rPr>
          <w:lang w:eastAsia="zh-CN"/>
        </w:rPr>
      </w:pPr>
      <w:r>
        <w:rPr>
          <w:rFonts w:ascii="仿宋" w:eastAsia="仿宋" w:hAnsi="仿宋"/>
          <w:sz w:val="32"/>
          <w:lang w:eastAsia="zh-CN"/>
        </w:rPr>
        <w:lastRenderedPageBreak/>
        <w:t>他逢人便讲啊，除了我，没有人能够起草得了。哎，这不，明明和大王争功吗？嗯，而且。他在推行新法的过程中，遇到贵族有意见，他又把责任推给了大王。像这种揽工推过，必然招致大家的不满呐！大王啊！如果贵族因为怨恨屈原。</w:t>
      </w:r>
    </w:p>
    <w:p w14:paraId="70BB9983" w14:textId="77777777" w:rsidR="00E87C95" w:rsidRDefault="00000000">
      <w:pPr>
        <w:spacing w:after="0" w:line="579" w:lineRule="exact"/>
        <w:ind w:firstLine="640"/>
        <w:rPr>
          <w:lang w:eastAsia="zh-CN"/>
        </w:rPr>
      </w:pPr>
      <w:r>
        <w:rPr>
          <w:rFonts w:ascii="仿宋" w:eastAsia="仿宋" w:hAnsi="仿宋"/>
          <w:sz w:val="32"/>
          <w:lang w:eastAsia="zh-CN"/>
        </w:rPr>
        <w:t>转而怨恨大王。那我楚国威仪呀。上官大夫以为应当如何。当下局势对内屈原昭之贵族不满，应当疏远屈原，团结共富。对外齐国灭了燕国，</w:t>
      </w:r>
      <w:proofErr w:type="gramStart"/>
      <w:r>
        <w:rPr>
          <w:rFonts w:ascii="仿宋" w:eastAsia="仿宋" w:hAnsi="仿宋"/>
          <w:sz w:val="32"/>
          <w:lang w:eastAsia="zh-CN"/>
        </w:rPr>
        <w:t>朝知诸侯</w:t>
      </w:r>
      <w:proofErr w:type="gramEnd"/>
      <w:r>
        <w:rPr>
          <w:rFonts w:ascii="仿宋" w:eastAsia="仿宋" w:hAnsi="仿宋"/>
          <w:sz w:val="32"/>
          <w:lang w:eastAsia="zh-CN"/>
        </w:rPr>
        <w:t>不满，不能再与齐国联盟，而应该。教好秦国。那就。大王，那就叫屈原不要做总督了。还做他的三</w:t>
      </w:r>
      <w:proofErr w:type="gramStart"/>
      <w:r>
        <w:rPr>
          <w:rFonts w:ascii="仿宋" w:eastAsia="仿宋" w:hAnsi="仿宋"/>
          <w:sz w:val="32"/>
          <w:lang w:eastAsia="zh-CN"/>
        </w:rPr>
        <w:t>闾</w:t>
      </w:r>
      <w:proofErr w:type="gramEnd"/>
      <w:r>
        <w:rPr>
          <w:rFonts w:ascii="仿宋" w:eastAsia="仿宋" w:hAnsi="仿宋"/>
          <w:sz w:val="32"/>
          <w:lang w:eastAsia="zh-CN"/>
        </w:rPr>
        <w:t>大夫吗？</w:t>
      </w:r>
    </w:p>
    <w:p w14:paraId="67FD1812" w14:textId="77777777" w:rsidR="00E87C95" w:rsidRDefault="00000000">
      <w:pPr>
        <w:spacing w:after="0" w:line="579" w:lineRule="exact"/>
        <w:ind w:firstLine="640"/>
        <w:rPr>
          <w:lang w:eastAsia="zh-CN"/>
        </w:rPr>
      </w:pPr>
      <w:r>
        <w:rPr>
          <w:rFonts w:ascii="仿宋" w:eastAsia="仿宋" w:hAnsi="仿宋"/>
          <w:sz w:val="32"/>
          <w:lang w:eastAsia="zh-CN"/>
        </w:rPr>
        <w:t>大王英明啊。听闻我被罢免左徒之职，秦国看见了。</w:t>
      </w:r>
      <w:proofErr w:type="gramStart"/>
      <w:r>
        <w:rPr>
          <w:rFonts w:ascii="仿宋" w:eastAsia="仿宋" w:hAnsi="仿宋"/>
          <w:sz w:val="32"/>
          <w:lang w:eastAsia="zh-CN"/>
        </w:rPr>
        <w:t>离间习楚联盟</w:t>
      </w:r>
      <w:proofErr w:type="gramEnd"/>
      <w:r>
        <w:rPr>
          <w:rFonts w:ascii="仿宋" w:eastAsia="仿宋" w:hAnsi="仿宋"/>
          <w:sz w:val="32"/>
          <w:lang w:eastAsia="zh-CN"/>
        </w:rPr>
        <w:t>的机会，于是派张仪出使楚国。他是战国时期一个著名的纵横家，善于谋略，巧舌如簧。他在出使楚国期间，撒了一个在历史上很著名的弥天大谎。张仪向大王承诺。秦国愿意归还600里商</w:t>
      </w:r>
      <w:proofErr w:type="gramStart"/>
      <w:r>
        <w:rPr>
          <w:rFonts w:ascii="仿宋" w:eastAsia="仿宋" w:hAnsi="仿宋"/>
          <w:sz w:val="32"/>
          <w:lang w:eastAsia="zh-CN"/>
        </w:rPr>
        <w:t>於</w:t>
      </w:r>
      <w:proofErr w:type="gramEnd"/>
      <w:r>
        <w:rPr>
          <w:rFonts w:ascii="仿宋" w:eastAsia="仿宋" w:hAnsi="仿宋"/>
          <w:sz w:val="32"/>
          <w:lang w:eastAsia="zh-CN"/>
        </w:rPr>
        <w:t>之地，与我楚国交好，你要知道。收回600里商</w:t>
      </w:r>
      <w:proofErr w:type="gramStart"/>
      <w:r>
        <w:rPr>
          <w:rFonts w:ascii="仿宋" w:eastAsia="仿宋" w:hAnsi="仿宋"/>
          <w:sz w:val="32"/>
          <w:lang w:eastAsia="zh-CN"/>
        </w:rPr>
        <w:t>於</w:t>
      </w:r>
      <w:proofErr w:type="gramEnd"/>
      <w:r>
        <w:rPr>
          <w:rFonts w:ascii="仿宋" w:eastAsia="仿宋" w:hAnsi="仿宋"/>
          <w:sz w:val="32"/>
          <w:lang w:eastAsia="zh-CN"/>
        </w:rPr>
        <w:t>之地是几代楚王的梦想。</w:t>
      </w:r>
    </w:p>
    <w:p w14:paraId="73915083" w14:textId="77777777" w:rsidR="00E87C95" w:rsidRDefault="00000000">
      <w:pPr>
        <w:spacing w:after="0" w:line="579" w:lineRule="exact"/>
        <w:ind w:firstLine="640"/>
        <w:rPr>
          <w:lang w:eastAsia="zh-CN"/>
        </w:rPr>
      </w:pPr>
      <w:r>
        <w:rPr>
          <w:rFonts w:ascii="仿宋" w:eastAsia="仿宋" w:hAnsi="仿宋"/>
          <w:sz w:val="32"/>
          <w:lang w:eastAsia="zh-CN"/>
        </w:rPr>
        <w:t>他知道楚国无法抵抗这个诱惑。恭喜大佬收回商</w:t>
      </w:r>
      <w:proofErr w:type="gramStart"/>
      <w:r>
        <w:rPr>
          <w:rFonts w:ascii="仿宋" w:eastAsia="仿宋" w:hAnsi="仿宋"/>
          <w:sz w:val="32"/>
          <w:lang w:eastAsia="zh-CN"/>
        </w:rPr>
        <w:t>於</w:t>
      </w:r>
      <w:proofErr w:type="gramEnd"/>
      <w:r>
        <w:rPr>
          <w:rFonts w:ascii="仿宋" w:eastAsia="仿宋" w:hAnsi="仿宋"/>
          <w:sz w:val="32"/>
          <w:lang w:eastAsia="zh-CN"/>
        </w:rPr>
        <w:t>之地。这可是我。楚国大喜之事。恭喜恭喜。张仪大夫是我楚国的功臣，诸位。要感谢张仪大夫，谢张仪大夫，大王不可。大王不可呀，不可大王。大王。你万万不可接受他的条件。屈原，</w:t>
      </w:r>
    </w:p>
    <w:p w14:paraId="28CAB9F6" w14:textId="77777777" w:rsidR="00E87C95" w:rsidRDefault="00000000">
      <w:pPr>
        <w:spacing w:after="0" w:line="579" w:lineRule="exact"/>
        <w:ind w:firstLine="640"/>
        <w:rPr>
          <w:lang w:eastAsia="zh-CN"/>
        </w:rPr>
      </w:pPr>
      <w:r>
        <w:rPr>
          <w:rFonts w:ascii="仿宋" w:eastAsia="仿宋" w:hAnsi="仿宋"/>
          <w:sz w:val="32"/>
          <w:lang w:eastAsia="zh-CN"/>
        </w:rPr>
        <w:t>你失礼了。大王。张仪，你为什么要用这种办法来坑害我？楚国。陈</w:t>
      </w:r>
      <w:proofErr w:type="gramStart"/>
      <w:r>
        <w:rPr>
          <w:rFonts w:ascii="仿宋" w:eastAsia="仿宋" w:hAnsi="仿宋"/>
          <w:sz w:val="32"/>
          <w:lang w:eastAsia="zh-CN"/>
        </w:rPr>
        <w:t>轸</w:t>
      </w:r>
      <w:proofErr w:type="gramEnd"/>
      <w:r>
        <w:rPr>
          <w:rFonts w:ascii="仿宋" w:eastAsia="仿宋" w:hAnsi="仿宋"/>
          <w:sz w:val="32"/>
          <w:lang w:eastAsia="zh-CN"/>
        </w:rPr>
        <w:t>，你哭什么？我为楚国哭，我为大王哭啊。</w:t>
      </w:r>
      <w:r>
        <w:rPr>
          <w:rFonts w:ascii="仿宋" w:eastAsia="仿宋" w:hAnsi="仿宋"/>
          <w:sz w:val="32"/>
          <w:lang w:eastAsia="zh-CN"/>
        </w:rPr>
        <w:lastRenderedPageBreak/>
        <w:t>陈</w:t>
      </w:r>
      <w:proofErr w:type="gramStart"/>
      <w:r>
        <w:rPr>
          <w:rFonts w:ascii="仿宋" w:eastAsia="仿宋" w:hAnsi="仿宋"/>
          <w:sz w:val="32"/>
          <w:lang w:eastAsia="zh-CN"/>
        </w:rPr>
        <w:t>轸</w:t>
      </w:r>
      <w:proofErr w:type="gramEnd"/>
      <w:r>
        <w:rPr>
          <w:rFonts w:ascii="仿宋" w:eastAsia="仿宋" w:hAnsi="仿宋"/>
          <w:sz w:val="32"/>
          <w:lang w:eastAsia="zh-CN"/>
        </w:rPr>
        <w:t>，你这</w:t>
      </w:r>
      <w:proofErr w:type="gramStart"/>
      <w:r>
        <w:rPr>
          <w:rFonts w:ascii="仿宋" w:eastAsia="仿宋" w:hAnsi="仿宋"/>
          <w:sz w:val="32"/>
          <w:lang w:eastAsia="zh-CN"/>
        </w:rPr>
        <w:t>是在咒大王</w:t>
      </w:r>
      <w:proofErr w:type="gramEnd"/>
      <w:r>
        <w:rPr>
          <w:rFonts w:ascii="仿宋" w:eastAsia="仿宋" w:hAnsi="仿宋"/>
          <w:sz w:val="32"/>
          <w:lang w:eastAsia="zh-CN"/>
        </w:rPr>
        <w:t>吗？屈原陈</w:t>
      </w:r>
      <w:proofErr w:type="gramStart"/>
      <w:r>
        <w:rPr>
          <w:rFonts w:ascii="仿宋" w:eastAsia="仿宋" w:hAnsi="仿宋"/>
          <w:sz w:val="32"/>
          <w:lang w:eastAsia="zh-CN"/>
        </w:rPr>
        <w:t>轸</w:t>
      </w:r>
      <w:proofErr w:type="gramEnd"/>
      <w:r>
        <w:rPr>
          <w:rFonts w:ascii="仿宋" w:eastAsia="仿宋" w:hAnsi="仿宋"/>
          <w:sz w:val="32"/>
          <w:lang w:eastAsia="zh-CN"/>
        </w:rPr>
        <w:t>，你们闹什么？大王的祖父，我宣王为商</w:t>
      </w:r>
      <w:proofErr w:type="gramStart"/>
      <w:r>
        <w:rPr>
          <w:rFonts w:ascii="仿宋" w:eastAsia="仿宋" w:hAnsi="仿宋"/>
          <w:sz w:val="32"/>
          <w:lang w:eastAsia="zh-CN"/>
        </w:rPr>
        <w:t>於</w:t>
      </w:r>
      <w:proofErr w:type="gramEnd"/>
      <w:r>
        <w:rPr>
          <w:rFonts w:ascii="仿宋" w:eastAsia="仿宋" w:hAnsi="仿宋"/>
          <w:sz w:val="32"/>
          <w:lang w:eastAsia="zh-CN"/>
        </w:rPr>
        <w:t>之地，</w:t>
      </w:r>
    </w:p>
    <w:p w14:paraId="044CDC53" w14:textId="77777777" w:rsidR="00E87C95" w:rsidRDefault="00000000">
      <w:pPr>
        <w:spacing w:after="0" w:line="579" w:lineRule="exact"/>
        <w:ind w:firstLine="640"/>
        <w:rPr>
          <w:lang w:eastAsia="zh-CN"/>
        </w:rPr>
      </w:pPr>
      <w:r>
        <w:rPr>
          <w:rFonts w:ascii="仿宋" w:eastAsia="仿宋" w:hAnsi="仿宋"/>
          <w:sz w:val="32"/>
          <w:lang w:eastAsia="zh-CN"/>
        </w:rPr>
        <w:t>郁郁而亡。大王的父王，我魏王为商</w:t>
      </w:r>
      <w:proofErr w:type="gramStart"/>
      <w:r>
        <w:rPr>
          <w:rFonts w:ascii="仿宋" w:eastAsia="仿宋" w:hAnsi="仿宋"/>
          <w:sz w:val="32"/>
          <w:lang w:eastAsia="zh-CN"/>
        </w:rPr>
        <w:t>於</w:t>
      </w:r>
      <w:proofErr w:type="gramEnd"/>
      <w:r>
        <w:rPr>
          <w:rFonts w:ascii="仿宋" w:eastAsia="仿宋" w:hAnsi="仿宋"/>
          <w:sz w:val="32"/>
          <w:lang w:eastAsia="zh-CN"/>
        </w:rPr>
        <w:t>之地，更名为商。今我楚国与齐国联盟张仪，用几代楚王心心念念的商</w:t>
      </w:r>
      <w:proofErr w:type="gramStart"/>
      <w:r>
        <w:rPr>
          <w:rFonts w:ascii="仿宋" w:eastAsia="仿宋" w:hAnsi="仿宋"/>
          <w:sz w:val="32"/>
          <w:lang w:eastAsia="zh-CN"/>
        </w:rPr>
        <w:t>於</w:t>
      </w:r>
      <w:proofErr w:type="gramEnd"/>
      <w:r>
        <w:rPr>
          <w:rFonts w:ascii="仿宋" w:eastAsia="仿宋" w:hAnsi="仿宋"/>
          <w:sz w:val="32"/>
          <w:lang w:eastAsia="zh-CN"/>
        </w:rPr>
        <w:t>之地做诱饵，妄图。骗我楚国与齐国，断交大王，你不能轻信他呀！张仪，你以为楚国上上下下就没有人清醒了吗？亲人，你这是说大王崩溃吗？你出口</w:t>
      </w:r>
      <w:proofErr w:type="gramStart"/>
      <w:r>
        <w:rPr>
          <w:rFonts w:ascii="仿宋" w:eastAsia="仿宋" w:hAnsi="仿宋"/>
          <w:sz w:val="32"/>
          <w:lang w:eastAsia="zh-CN"/>
        </w:rPr>
        <w:t>出口</w:t>
      </w:r>
      <w:proofErr w:type="gramEnd"/>
      <w:r>
        <w:rPr>
          <w:rFonts w:ascii="仿宋" w:eastAsia="仿宋" w:hAnsi="仿宋"/>
          <w:sz w:val="32"/>
          <w:lang w:eastAsia="zh-CN"/>
        </w:rPr>
        <w:t>。</w:t>
      </w:r>
    </w:p>
    <w:p w14:paraId="13AD1A59" w14:textId="77777777" w:rsidR="00E87C95" w:rsidRDefault="00000000">
      <w:pPr>
        <w:spacing w:after="0" w:line="579" w:lineRule="exact"/>
        <w:ind w:firstLine="640"/>
        <w:rPr>
          <w:lang w:eastAsia="zh-CN"/>
        </w:rPr>
      </w:pPr>
      <w:r>
        <w:rPr>
          <w:rFonts w:ascii="仿宋" w:eastAsia="仿宋" w:hAnsi="仿宋"/>
          <w:sz w:val="32"/>
          <w:lang w:eastAsia="zh-CN"/>
        </w:rPr>
        <w:t>大王秦国归还我600里商</w:t>
      </w:r>
      <w:proofErr w:type="gramStart"/>
      <w:r>
        <w:rPr>
          <w:rFonts w:ascii="仿宋" w:eastAsia="仿宋" w:hAnsi="仿宋"/>
          <w:sz w:val="32"/>
          <w:lang w:eastAsia="zh-CN"/>
        </w:rPr>
        <w:t>於</w:t>
      </w:r>
      <w:proofErr w:type="gramEnd"/>
      <w:r>
        <w:rPr>
          <w:rFonts w:ascii="仿宋" w:eastAsia="仿宋" w:hAnsi="仿宋"/>
          <w:sz w:val="32"/>
          <w:lang w:eastAsia="zh-CN"/>
        </w:rPr>
        <w:t>之地。我不应该收回吧。收复商</w:t>
      </w:r>
      <w:proofErr w:type="gramStart"/>
      <w:r>
        <w:rPr>
          <w:rFonts w:ascii="仿宋" w:eastAsia="仿宋" w:hAnsi="仿宋"/>
          <w:sz w:val="32"/>
          <w:lang w:eastAsia="zh-CN"/>
        </w:rPr>
        <w:t>於</w:t>
      </w:r>
      <w:proofErr w:type="gramEnd"/>
      <w:r>
        <w:rPr>
          <w:rFonts w:ascii="仿宋" w:eastAsia="仿宋" w:hAnsi="仿宋"/>
          <w:sz w:val="32"/>
          <w:lang w:eastAsia="zh-CN"/>
        </w:rPr>
        <w:t>之地，要廉</w:t>
      </w:r>
      <w:proofErr w:type="gramStart"/>
      <w:r>
        <w:rPr>
          <w:rFonts w:ascii="仿宋" w:eastAsia="仿宋" w:hAnsi="仿宋"/>
          <w:sz w:val="32"/>
          <w:lang w:eastAsia="zh-CN"/>
        </w:rPr>
        <w:t>齐罚秦</w:t>
      </w:r>
      <w:proofErr w:type="gramEnd"/>
      <w:r>
        <w:rPr>
          <w:rFonts w:ascii="仿宋" w:eastAsia="仿宋" w:hAnsi="仿宋"/>
          <w:sz w:val="32"/>
          <w:lang w:eastAsia="zh-CN"/>
        </w:rPr>
        <w:t>大王，万万不可相信他的谎言呐。大王，我秦国对楚国情真意切，我张</w:t>
      </w:r>
      <w:proofErr w:type="gramStart"/>
      <w:r>
        <w:rPr>
          <w:rFonts w:ascii="仿宋" w:eastAsia="仿宋" w:hAnsi="仿宋"/>
          <w:sz w:val="32"/>
          <w:lang w:eastAsia="zh-CN"/>
        </w:rPr>
        <w:t>爷愿意</w:t>
      </w:r>
      <w:proofErr w:type="gramEnd"/>
      <w:r>
        <w:rPr>
          <w:rFonts w:ascii="仿宋" w:eastAsia="仿宋" w:hAnsi="仿宋"/>
          <w:sz w:val="32"/>
          <w:lang w:eastAsia="zh-CN"/>
        </w:rPr>
        <w:t>身家性命担保，只要大王与齐国断交。我秦国会立刻将600里商</w:t>
      </w:r>
      <w:proofErr w:type="gramStart"/>
      <w:r>
        <w:rPr>
          <w:rFonts w:ascii="仿宋" w:eastAsia="仿宋" w:hAnsi="仿宋"/>
          <w:sz w:val="32"/>
          <w:lang w:eastAsia="zh-CN"/>
        </w:rPr>
        <w:t>於</w:t>
      </w:r>
      <w:proofErr w:type="gramEnd"/>
      <w:r>
        <w:rPr>
          <w:rFonts w:ascii="仿宋" w:eastAsia="仿宋" w:hAnsi="仿宋"/>
          <w:sz w:val="32"/>
          <w:lang w:eastAsia="zh-CN"/>
        </w:rPr>
        <w:t>之地双手奉上张仪，你</w:t>
      </w:r>
      <w:proofErr w:type="gramStart"/>
      <w:r>
        <w:rPr>
          <w:rFonts w:ascii="仿宋" w:eastAsia="仿宋" w:hAnsi="仿宋"/>
          <w:sz w:val="32"/>
          <w:lang w:eastAsia="zh-CN"/>
        </w:rPr>
        <w:t>你</w:t>
      </w:r>
      <w:proofErr w:type="gramEnd"/>
      <w:r>
        <w:rPr>
          <w:rFonts w:ascii="仿宋" w:eastAsia="仿宋" w:hAnsi="仿宋"/>
          <w:sz w:val="32"/>
          <w:lang w:eastAsia="zh-CN"/>
        </w:rPr>
        <w:t>这个奸贼，你为什么要这样对待我？楚国。屈原，你要害我秦楚两国开战了？</w:t>
      </w:r>
    </w:p>
    <w:p w14:paraId="72D872AA" w14:textId="77777777" w:rsidR="00E87C95" w:rsidRDefault="00000000">
      <w:pPr>
        <w:spacing w:after="0" w:line="579" w:lineRule="exact"/>
        <w:ind w:firstLine="640"/>
        <w:rPr>
          <w:lang w:eastAsia="zh-CN"/>
        </w:rPr>
      </w:pPr>
      <w:r>
        <w:rPr>
          <w:rFonts w:ascii="仿宋" w:eastAsia="仿宋" w:hAnsi="仿宋"/>
          <w:sz w:val="32"/>
          <w:lang w:eastAsia="zh-CN"/>
        </w:rPr>
        <w:t>上官大夫，我问你，你到底收了张仪什么好处？你要帮着张仪来坑害楚国？我问你，齐国给了你什么好处，你为什么阻挠大王收复商</w:t>
      </w:r>
      <w:proofErr w:type="gramStart"/>
      <w:r>
        <w:rPr>
          <w:rFonts w:ascii="仿宋" w:eastAsia="仿宋" w:hAnsi="仿宋"/>
          <w:sz w:val="32"/>
          <w:lang w:eastAsia="zh-CN"/>
        </w:rPr>
        <w:t>於</w:t>
      </w:r>
      <w:proofErr w:type="gramEnd"/>
      <w:r>
        <w:rPr>
          <w:rFonts w:ascii="仿宋" w:eastAsia="仿宋" w:hAnsi="仿宋"/>
          <w:sz w:val="32"/>
          <w:lang w:eastAsia="zh-CN"/>
        </w:rPr>
        <w:t>之地？胡说出口。大王。去听我的一句劝。这真是秦国的一个陷阱啊，够了。屈原。你要还认我这个大王。就不要再说了。</w:t>
      </w:r>
    </w:p>
    <w:p w14:paraId="74B3D5A5" w14:textId="77777777" w:rsidR="00E87C95" w:rsidRDefault="00000000">
      <w:pPr>
        <w:spacing w:after="0" w:line="579" w:lineRule="exact"/>
        <w:ind w:firstLine="640"/>
        <w:rPr>
          <w:lang w:eastAsia="zh-CN"/>
        </w:rPr>
      </w:pPr>
      <w:r>
        <w:rPr>
          <w:rFonts w:ascii="仿宋" w:eastAsia="仿宋" w:hAnsi="仿宋"/>
          <w:sz w:val="32"/>
          <w:lang w:eastAsia="zh-CN"/>
        </w:rPr>
        <w:t>我没能劝阻大王。有愧于。先祖。有愧于国家呀。啊。呵呵</w:t>
      </w:r>
      <w:proofErr w:type="gramStart"/>
      <w:r>
        <w:rPr>
          <w:rFonts w:ascii="仿宋" w:eastAsia="仿宋" w:hAnsi="仿宋"/>
          <w:sz w:val="32"/>
          <w:lang w:eastAsia="zh-CN"/>
        </w:rPr>
        <w:t>呵</w:t>
      </w:r>
      <w:proofErr w:type="gramEnd"/>
      <w:r>
        <w:rPr>
          <w:rFonts w:ascii="仿宋" w:eastAsia="仿宋" w:hAnsi="仿宋"/>
          <w:sz w:val="32"/>
          <w:lang w:eastAsia="zh-CN"/>
        </w:rPr>
        <w:t>。呵呵。举世皆浊。我独清。众人皆醉。我独行。啊哈哈</w:t>
      </w:r>
      <w:proofErr w:type="gramStart"/>
      <w:r>
        <w:rPr>
          <w:rFonts w:ascii="仿宋" w:eastAsia="仿宋" w:hAnsi="仿宋"/>
          <w:sz w:val="32"/>
          <w:lang w:eastAsia="zh-CN"/>
        </w:rPr>
        <w:t>哈</w:t>
      </w:r>
      <w:proofErr w:type="gramEnd"/>
      <w:r>
        <w:rPr>
          <w:rFonts w:ascii="仿宋" w:eastAsia="仿宋" w:hAnsi="仿宋"/>
          <w:sz w:val="32"/>
          <w:lang w:eastAsia="zh-CN"/>
        </w:rPr>
        <w:t>。啊。哈哈</w:t>
      </w:r>
      <w:proofErr w:type="gramStart"/>
      <w:r>
        <w:rPr>
          <w:rFonts w:ascii="仿宋" w:eastAsia="仿宋" w:hAnsi="仿宋"/>
          <w:sz w:val="32"/>
          <w:lang w:eastAsia="zh-CN"/>
        </w:rPr>
        <w:t>哈</w:t>
      </w:r>
      <w:proofErr w:type="gramEnd"/>
      <w:r>
        <w:rPr>
          <w:rFonts w:ascii="仿宋" w:eastAsia="仿宋" w:hAnsi="仿宋"/>
          <w:sz w:val="32"/>
          <w:lang w:eastAsia="zh-CN"/>
        </w:rPr>
        <w:t>。据后世史书的记载，</w:t>
      </w:r>
    </w:p>
    <w:p w14:paraId="32181EBE" w14:textId="77777777" w:rsidR="00E87C95" w:rsidRDefault="00000000">
      <w:pPr>
        <w:spacing w:after="0" w:line="579" w:lineRule="exact"/>
        <w:ind w:firstLine="640"/>
        <w:rPr>
          <w:lang w:eastAsia="zh-CN"/>
        </w:rPr>
      </w:pPr>
      <w:r>
        <w:rPr>
          <w:rFonts w:ascii="仿宋" w:eastAsia="仿宋" w:hAnsi="仿宋"/>
          <w:sz w:val="32"/>
          <w:lang w:eastAsia="zh-CN"/>
        </w:rPr>
        <w:lastRenderedPageBreak/>
        <w:t>这个张仪果然是撒了一个弥天大谎，说好的600里山坞之地，最后变成了六里地。可想而知，楚怀王的暴怒，所以紧接着楚怀王发动了丹阳之战，蓝田之战。可惜啊，无数的楚国将士。捐躯茫茫荒野。汉中各郡县都被夺走，韩魏两国趁机南下攻击楚国。楚国四面受敌，有亡国的危险。我主动请英出使齐国，</w:t>
      </w:r>
    </w:p>
    <w:p w14:paraId="626025FB" w14:textId="77777777" w:rsidR="00E87C95" w:rsidRDefault="00000000">
      <w:pPr>
        <w:spacing w:after="0" w:line="579" w:lineRule="exact"/>
        <w:ind w:firstLine="640"/>
        <w:rPr>
          <w:lang w:eastAsia="zh-CN"/>
        </w:rPr>
      </w:pPr>
      <w:r>
        <w:rPr>
          <w:rFonts w:ascii="仿宋" w:eastAsia="仿宋" w:hAnsi="仿宋"/>
          <w:sz w:val="32"/>
          <w:lang w:eastAsia="zh-CN"/>
        </w:rPr>
        <w:t>终于使得齐楚两国再次和好与再次。联盟，但是秦国还是担心，一旦齐楚联盟，必将共同发起。所以秦国又提出说把汉中一半儿的土地赠与楚国，向楚国求和。结果您还没从齐国回楚国。楚怀王又一次听信天下。坦言放弃了和齐国的和好，倒向秦国。我满怀希望的回到楚国。后来。却被流放到汉北。我们得。</w:t>
      </w:r>
    </w:p>
    <w:p w14:paraId="1D9DE88D" w14:textId="77777777" w:rsidR="00E87C95" w:rsidRDefault="00000000">
      <w:pPr>
        <w:spacing w:after="0" w:line="579" w:lineRule="exact"/>
        <w:ind w:firstLine="640"/>
        <w:rPr>
          <w:lang w:eastAsia="zh-CN"/>
        </w:rPr>
      </w:pPr>
      <w:r>
        <w:rPr>
          <w:rFonts w:ascii="仿宋" w:eastAsia="仿宋" w:hAnsi="仿宋"/>
          <w:sz w:val="32"/>
          <w:lang w:eastAsia="zh-CN"/>
        </w:rPr>
        <w:t>汉</w:t>
      </w:r>
      <w:proofErr w:type="gramStart"/>
      <w:r>
        <w:rPr>
          <w:rFonts w:ascii="仿宋" w:eastAsia="仿宋" w:hAnsi="仿宋"/>
          <w:sz w:val="32"/>
          <w:lang w:eastAsia="zh-CN"/>
        </w:rPr>
        <w:t>北这里</w:t>
      </w:r>
      <w:proofErr w:type="gramEnd"/>
      <w:r>
        <w:rPr>
          <w:rFonts w:ascii="仿宋" w:eastAsia="仿宋" w:hAnsi="仿宋"/>
          <w:sz w:val="32"/>
          <w:lang w:eastAsia="zh-CN"/>
        </w:rPr>
        <w:t>是我成长的地方。所以我们得。我心中的菊林。被战火吞噬。我热爱的芳草被冰车践踏。我的楚国变成了这个样子。我们得。老人家。这些百姓是要去哪儿啊？逃。那年。为什么没走啊？走。我身在这。我的祖上家人。</w:t>
      </w:r>
    </w:p>
    <w:p w14:paraId="4DEF1EF2" w14:textId="77777777" w:rsidR="00E87C95" w:rsidRDefault="00000000">
      <w:pPr>
        <w:spacing w:after="0" w:line="579" w:lineRule="exact"/>
        <w:ind w:firstLine="640"/>
        <w:rPr>
          <w:lang w:eastAsia="zh-CN"/>
        </w:rPr>
      </w:pPr>
      <w:r>
        <w:rPr>
          <w:rFonts w:ascii="仿宋" w:eastAsia="仿宋" w:hAnsi="仿宋"/>
          <w:sz w:val="32"/>
          <w:lang w:eastAsia="zh-CN"/>
        </w:rPr>
        <w:t>都埋在这里。我就是死，我也得死在这块土地上。陪着她。只是。等到我死的时候。不知道谁来把我埋走。老人家居然会对百姓啊。屈原。你就是那个被刘凤的三</w:t>
      </w:r>
      <w:proofErr w:type="gramStart"/>
      <w:r>
        <w:rPr>
          <w:rFonts w:ascii="仿宋" w:eastAsia="仿宋" w:hAnsi="仿宋"/>
          <w:sz w:val="32"/>
          <w:lang w:eastAsia="zh-CN"/>
        </w:rPr>
        <w:t>闾</w:t>
      </w:r>
      <w:proofErr w:type="gramEnd"/>
      <w:r>
        <w:rPr>
          <w:rFonts w:ascii="仿宋" w:eastAsia="仿宋" w:hAnsi="仿宋"/>
          <w:sz w:val="32"/>
          <w:lang w:eastAsia="zh-CN"/>
        </w:rPr>
        <w:t>大夫。正是晚辈。停车你要让楚国强大。你做到了。没有做到。你们这些人。</w:t>
      </w:r>
    </w:p>
    <w:p w14:paraId="69830CD1" w14:textId="77777777" w:rsidR="00E87C95" w:rsidRDefault="00000000">
      <w:pPr>
        <w:spacing w:after="0" w:line="579" w:lineRule="exact"/>
        <w:ind w:firstLine="640"/>
        <w:rPr>
          <w:lang w:eastAsia="zh-CN"/>
        </w:rPr>
      </w:pPr>
      <w:r>
        <w:rPr>
          <w:rFonts w:ascii="仿宋" w:eastAsia="仿宋" w:hAnsi="仿宋"/>
          <w:sz w:val="32"/>
          <w:lang w:eastAsia="zh-CN"/>
        </w:rPr>
        <w:lastRenderedPageBreak/>
        <w:t>为何不能保护好百姓呢？老人家。老人家。老人家。</w:t>
      </w:r>
      <w:proofErr w:type="gramStart"/>
      <w:r>
        <w:rPr>
          <w:rFonts w:ascii="仿宋" w:eastAsia="仿宋" w:hAnsi="仿宋"/>
          <w:sz w:val="32"/>
          <w:lang w:eastAsia="zh-CN"/>
        </w:rPr>
        <w:t>长太</w:t>
      </w:r>
      <w:proofErr w:type="gramEnd"/>
      <w:r>
        <w:rPr>
          <w:rFonts w:ascii="仿宋" w:eastAsia="仿宋" w:hAnsi="仿宋"/>
          <w:sz w:val="32"/>
          <w:lang w:eastAsia="zh-CN"/>
        </w:rPr>
        <w:t>息。以掩</w:t>
      </w:r>
      <w:proofErr w:type="gramStart"/>
      <w:r>
        <w:rPr>
          <w:rFonts w:ascii="仿宋" w:eastAsia="仿宋" w:hAnsi="仿宋"/>
          <w:sz w:val="32"/>
          <w:lang w:eastAsia="zh-CN"/>
        </w:rPr>
        <w:t>涕</w:t>
      </w:r>
      <w:proofErr w:type="gramEnd"/>
      <w:r>
        <w:rPr>
          <w:rFonts w:ascii="仿宋" w:eastAsia="仿宋" w:hAnsi="仿宋"/>
          <w:sz w:val="32"/>
          <w:lang w:eastAsia="zh-CN"/>
        </w:rPr>
        <w:t>兮。</w:t>
      </w:r>
      <w:proofErr w:type="gramStart"/>
      <w:r>
        <w:rPr>
          <w:rFonts w:ascii="仿宋" w:eastAsia="仿宋" w:hAnsi="仿宋"/>
          <w:sz w:val="32"/>
          <w:lang w:eastAsia="zh-CN"/>
        </w:rPr>
        <w:t>哀</w:t>
      </w:r>
      <w:proofErr w:type="gramEnd"/>
      <w:r>
        <w:rPr>
          <w:rFonts w:ascii="仿宋" w:eastAsia="仿宋" w:hAnsi="仿宋"/>
          <w:sz w:val="32"/>
          <w:lang w:eastAsia="zh-CN"/>
        </w:rPr>
        <w:t>民生之多</w:t>
      </w:r>
      <w:proofErr w:type="gramStart"/>
      <w:r>
        <w:rPr>
          <w:rFonts w:ascii="仿宋" w:eastAsia="仿宋" w:hAnsi="仿宋"/>
          <w:sz w:val="32"/>
          <w:lang w:eastAsia="zh-CN"/>
        </w:rPr>
        <w:t>艰</w:t>
      </w:r>
      <w:proofErr w:type="gramEnd"/>
      <w:r>
        <w:rPr>
          <w:rFonts w:ascii="仿宋" w:eastAsia="仿宋" w:hAnsi="仿宋"/>
          <w:sz w:val="32"/>
          <w:lang w:eastAsia="zh-CN"/>
        </w:rPr>
        <w:t>。啊啊啊。啊，你们是哪里来的士兵啊？我们是守卫前线的士兵。大人从何处来啊？</w:t>
      </w:r>
      <w:proofErr w:type="gramStart"/>
      <w:r>
        <w:rPr>
          <w:rFonts w:ascii="仿宋" w:eastAsia="仿宋" w:hAnsi="仿宋"/>
          <w:sz w:val="32"/>
          <w:lang w:eastAsia="zh-CN"/>
        </w:rPr>
        <w:t>郢</w:t>
      </w:r>
      <w:proofErr w:type="gramEnd"/>
      <w:r>
        <w:rPr>
          <w:rFonts w:ascii="仿宋" w:eastAsia="仿宋" w:hAnsi="仿宋"/>
          <w:sz w:val="32"/>
          <w:lang w:eastAsia="zh-CN"/>
        </w:rPr>
        <w:t>都。可是带来好消息。屈原惭愧啊。</w:t>
      </w:r>
    </w:p>
    <w:p w14:paraId="638FA523" w14:textId="77777777" w:rsidR="00E87C95" w:rsidRDefault="00000000">
      <w:pPr>
        <w:spacing w:after="0" w:line="579" w:lineRule="exact"/>
        <w:ind w:firstLine="640"/>
        <w:rPr>
          <w:lang w:eastAsia="zh-CN"/>
        </w:rPr>
      </w:pPr>
      <w:r>
        <w:rPr>
          <w:rFonts w:ascii="仿宋" w:eastAsia="仿宋" w:hAnsi="仿宋"/>
          <w:sz w:val="32"/>
          <w:lang w:eastAsia="zh-CN"/>
        </w:rPr>
        <w:t>屈原。是坐过左徒的屈原大人吗？正是鄙人。我们不是秦国修好吗？为何秦却来打我们？对呀，大人。你们为什么不与齐国联盟啊？我无地自容。有愧将士们。请大人放心。我们不会后退一步。事与家国。共尊王。前方的将士们作战时。</w:t>
      </w:r>
    </w:p>
    <w:p w14:paraId="18BF092F" w14:textId="77777777" w:rsidR="00E87C95" w:rsidRDefault="00000000">
      <w:pPr>
        <w:spacing w:after="0" w:line="579" w:lineRule="exact"/>
        <w:ind w:firstLine="640"/>
        <w:rPr>
          <w:lang w:eastAsia="zh-CN"/>
        </w:rPr>
      </w:pPr>
      <w:r>
        <w:rPr>
          <w:rFonts w:ascii="仿宋" w:eastAsia="仿宋" w:hAnsi="仿宋"/>
          <w:sz w:val="32"/>
          <w:lang w:eastAsia="zh-CN"/>
        </w:rPr>
        <w:t>还高唱着您写的《橘颂》。</w:t>
      </w:r>
      <w:proofErr w:type="gramStart"/>
      <w:r>
        <w:rPr>
          <w:rFonts w:ascii="仿宋" w:eastAsia="仿宋" w:hAnsi="仿宋"/>
          <w:sz w:val="32"/>
          <w:lang w:eastAsia="zh-CN"/>
        </w:rPr>
        <w:t>后皇嘉树</w:t>
      </w:r>
      <w:proofErr w:type="gramEnd"/>
      <w:r>
        <w:rPr>
          <w:rFonts w:ascii="仿宋" w:eastAsia="仿宋" w:hAnsi="仿宋"/>
          <w:sz w:val="32"/>
          <w:lang w:eastAsia="zh-CN"/>
        </w:rPr>
        <w:t>。</w:t>
      </w:r>
      <w:proofErr w:type="gramStart"/>
      <w:r>
        <w:rPr>
          <w:rFonts w:ascii="仿宋" w:eastAsia="仿宋" w:hAnsi="仿宋"/>
          <w:sz w:val="32"/>
          <w:lang w:eastAsia="zh-CN"/>
        </w:rPr>
        <w:t>橘</w:t>
      </w:r>
      <w:proofErr w:type="gramEnd"/>
      <w:r>
        <w:rPr>
          <w:rFonts w:ascii="仿宋" w:eastAsia="仿宋" w:hAnsi="仿宋"/>
          <w:sz w:val="32"/>
          <w:lang w:eastAsia="zh-CN"/>
        </w:rPr>
        <w:t>来服兮。寿命不坚。生南国兮。深固难</w:t>
      </w:r>
      <w:proofErr w:type="gramStart"/>
      <w:r>
        <w:rPr>
          <w:rFonts w:ascii="仿宋" w:eastAsia="仿宋" w:hAnsi="仿宋"/>
          <w:sz w:val="32"/>
          <w:lang w:eastAsia="zh-CN"/>
        </w:rPr>
        <w:t>徙</w:t>
      </w:r>
      <w:proofErr w:type="gramEnd"/>
      <w:r>
        <w:rPr>
          <w:rFonts w:ascii="仿宋" w:eastAsia="仿宋" w:hAnsi="仿宋"/>
          <w:sz w:val="32"/>
          <w:lang w:eastAsia="zh-CN"/>
        </w:rPr>
        <w:t>。凤凰家族。</w:t>
      </w:r>
      <w:proofErr w:type="gramStart"/>
      <w:r>
        <w:rPr>
          <w:rFonts w:ascii="仿宋" w:eastAsia="仿宋" w:hAnsi="仿宋"/>
          <w:sz w:val="32"/>
          <w:lang w:eastAsia="zh-CN"/>
        </w:rPr>
        <w:t>橘</w:t>
      </w:r>
      <w:proofErr w:type="gramEnd"/>
      <w:r>
        <w:rPr>
          <w:rFonts w:ascii="仿宋" w:eastAsia="仿宋" w:hAnsi="仿宋"/>
          <w:sz w:val="32"/>
          <w:lang w:eastAsia="zh-CN"/>
        </w:rPr>
        <w:t>来服兮受命不迁，生南国兮。</w:t>
      </w:r>
      <w:proofErr w:type="gramStart"/>
      <w:r>
        <w:rPr>
          <w:rFonts w:ascii="仿宋" w:eastAsia="仿宋" w:hAnsi="仿宋"/>
          <w:sz w:val="32"/>
          <w:lang w:eastAsia="zh-CN"/>
        </w:rPr>
        <w:t>更壹志兮</w:t>
      </w:r>
      <w:proofErr w:type="gramEnd"/>
      <w:r>
        <w:rPr>
          <w:rFonts w:ascii="仿宋" w:eastAsia="仿宋" w:hAnsi="仿宋"/>
          <w:sz w:val="32"/>
          <w:lang w:eastAsia="zh-CN"/>
        </w:rPr>
        <w:t>。</w:t>
      </w:r>
      <w:proofErr w:type="gramStart"/>
      <w:r>
        <w:rPr>
          <w:rFonts w:ascii="仿宋" w:eastAsia="仿宋" w:hAnsi="仿宋"/>
          <w:sz w:val="32"/>
          <w:lang w:eastAsia="zh-CN"/>
        </w:rPr>
        <w:t>后皇嘉树</w:t>
      </w:r>
      <w:proofErr w:type="gramEnd"/>
      <w:r>
        <w:rPr>
          <w:rFonts w:ascii="仿宋" w:eastAsia="仿宋" w:hAnsi="仿宋"/>
          <w:sz w:val="32"/>
          <w:lang w:eastAsia="zh-CN"/>
        </w:rPr>
        <w:t>。</w:t>
      </w:r>
      <w:proofErr w:type="gramStart"/>
      <w:r>
        <w:rPr>
          <w:rFonts w:ascii="仿宋" w:eastAsia="仿宋" w:hAnsi="仿宋"/>
          <w:sz w:val="32"/>
          <w:lang w:eastAsia="zh-CN"/>
        </w:rPr>
        <w:t>伏羲昼立不坚</w:t>
      </w:r>
      <w:proofErr w:type="gramEnd"/>
      <w:r>
        <w:rPr>
          <w:rFonts w:ascii="仿宋" w:eastAsia="仿宋" w:hAnsi="仿宋"/>
          <w:sz w:val="32"/>
          <w:lang w:eastAsia="zh-CN"/>
        </w:rPr>
        <w:t>，</w:t>
      </w:r>
      <w:proofErr w:type="gramStart"/>
      <w:r>
        <w:rPr>
          <w:rFonts w:ascii="仿宋" w:eastAsia="仿宋" w:hAnsi="仿宋"/>
          <w:sz w:val="32"/>
          <w:lang w:eastAsia="zh-CN"/>
        </w:rPr>
        <w:t>尊难所系</w:t>
      </w:r>
      <w:proofErr w:type="gramEnd"/>
      <w:r>
        <w:rPr>
          <w:rFonts w:ascii="仿宋" w:eastAsia="仿宋" w:hAnsi="仿宋"/>
          <w:sz w:val="32"/>
          <w:lang w:eastAsia="zh-CN"/>
        </w:rPr>
        <w:t>，身故来兮。先生被流放汉北，</w:t>
      </w:r>
    </w:p>
    <w:p w14:paraId="73CFFEE7" w14:textId="77777777" w:rsidR="00E87C95" w:rsidRDefault="00000000">
      <w:pPr>
        <w:spacing w:after="0" w:line="579" w:lineRule="exact"/>
        <w:ind w:firstLine="640"/>
        <w:rPr>
          <w:lang w:eastAsia="zh-CN"/>
        </w:rPr>
      </w:pPr>
      <w:r>
        <w:rPr>
          <w:rFonts w:ascii="仿宋" w:eastAsia="仿宋" w:hAnsi="仿宋"/>
          <w:sz w:val="32"/>
          <w:lang w:eastAsia="zh-CN"/>
        </w:rPr>
        <w:t>经历了太多的磨难和彷徨。楚国遭遇的苦难。铭刻在我的心中。后来秦王要求楚怀王赴秦会盟。迫于秦国的压力。楚怀王不得不去。是啊。可他就是这么一去。就再也没能回来。</w:t>
      </w:r>
      <w:proofErr w:type="gramStart"/>
      <w:r>
        <w:rPr>
          <w:rFonts w:ascii="仿宋" w:eastAsia="仿宋" w:hAnsi="仿宋"/>
          <w:sz w:val="32"/>
          <w:lang w:eastAsia="zh-CN"/>
        </w:rPr>
        <w:t>自幼时</w:t>
      </w:r>
      <w:proofErr w:type="gramEnd"/>
      <w:r>
        <w:rPr>
          <w:rFonts w:ascii="仿宋" w:eastAsia="仿宋" w:hAnsi="仿宋"/>
          <w:sz w:val="32"/>
          <w:lang w:eastAsia="zh-CN"/>
        </w:rPr>
        <w:t>他就是我的朋友。他和我一样。也最爱吃橘子。这橘子不错，甜吗？我还没吃呢。</w:t>
      </w:r>
    </w:p>
    <w:p w14:paraId="0D72D1EB" w14:textId="77777777" w:rsidR="00E87C95" w:rsidRDefault="00000000">
      <w:pPr>
        <w:spacing w:after="0" w:line="579" w:lineRule="exact"/>
        <w:ind w:firstLine="640"/>
        <w:rPr>
          <w:lang w:eastAsia="zh-CN"/>
        </w:rPr>
      </w:pPr>
      <w:r>
        <w:rPr>
          <w:rFonts w:ascii="仿宋" w:eastAsia="仿宋" w:hAnsi="仿宋"/>
          <w:sz w:val="32"/>
          <w:lang w:eastAsia="zh-CN"/>
        </w:rPr>
        <w:t>嗯，给人。来一个。我看你手里那个更甜。我们。换换换。哈哈</w:t>
      </w:r>
      <w:proofErr w:type="gramStart"/>
      <w:r>
        <w:rPr>
          <w:rFonts w:ascii="仿宋" w:eastAsia="仿宋" w:hAnsi="仿宋"/>
          <w:sz w:val="32"/>
          <w:lang w:eastAsia="zh-CN"/>
        </w:rPr>
        <w:t>哈</w:t>
      </w:r>
      <w:proofErr w:type="gramEnd"/>
      <w:r>
        <w:rPr>
          <w:rFonts w:ascii="仿宋" w:eastAsia="仿宋" w:hAnsi="仿宋"/>
          <w:sz w:val="32"/>
          <w:lang w:eastAsia="zh-CN"/>
        </w:rPr>
        <w:t>。我怀疑你的比我的还厉害。那就交换换换。哈哈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。今天。我很久没吃到这么甜的橘子了。多吃点。每次吃橘子。</w:t>
      </w:r>
    </w:p>
    <w:p w14:paraId="08EBCA5D" w14:textId="77777777" w:rsidR="00E87C95" w:rsidRDefault="00000000">
      <w:pPr>
        <w:spacing w:after="0" w:line="579" w:lineRule="exact"/>
        <w:ind w:firstLine="640"/>
        <w:rPr>
          <w:lang w:eastAsia="zh-CN"/>
        </w:rPr>
      </w:pPr>
      <w:r>
        <w:rPr>
          <w:rFonts w:ascii="仿宋" w:eastAsia="仿宋" w:hAnsi="仿宋"/>
          <w:sz w:val="32"/>
          <w:lang w:eastAsia="zh-CN"/>
        </w:rPr>
        <w:lastRenderedPageBreak/>
        <w:t>我都会想起我们小时候。我刚见面的时候。有这么高吗？</w:t>
      </w:r>
      <w:proofErr w:type="gramStart"/>
      <w:r>
        <w:rPr>
          <w:rFonts w:ascii="仿宋" w:eastAsia="仿宋" w:hAnsi="仿宋"/>
          <w:sz w:val="32"/>
          <w:lang w:eastAsia="zh-CN"/>
        </w:rPr>
        <w:t>这么高这么高</w:t>
      </w:r>
      <w:proofErr w:type="gramEnd"/>
      <w:r>
        <w:rPr>
          <w:rFonts w:ascii="仿宋" w:eastAsia="仿宋" w:hAnsi="仿宋"/>
          <w:sz w:val="32"/>
          <w:lang w:eastAsia="zh-CN"/>
        </w:rPr>
        <w:t>？这么高，这么高。我的我的橘子，我的。屈原，把你的橘子给我。你的肯定比我的甜。你看你。头发都白了，你也白了。当年。</w:t>
      </w:r>
    </w:p>
    <w:p w14:paraId="58BF08C8" w14:textId="77777777" w:rsidR="00E87C95" w:rsidRDefault="00000000">
      <w:pPr>
        <w:spacing w:after="0" w:line="579" w:lineRule="exact"/>
        <w:ind w:firstLine="640"/>
        <w:rPr>
          <w:lang w:eastAsia="zh-CN"/>
        </w:rPr>
      </w:pPr>
      <w:r>
        <w:rPr>
          <w:rFonts w:ascii="仿宋" w:eastAsia="仿宋" w:hAnsi="仿宋"/>
          <w:sz w:val="32"/>
          <w:lang w:eastAsia="zh-CN"/>
        </w:rPr>
        <w:t>把你从汉代召回来。本想和你。一起强大楚国。没想到。到最后。还是离开楚国，到秦国为盟？我劝你别去，你为什么就不能听我的话？举生难国。我。深谷难洗。啊。我此生最大的遗憾。是到最后。</w:t>
      </w:r>
    </w:p>
    <w:p w14:paraId="33C0C6EF" w14:textId="77777777" w:rsidR="00E87C95" w:rsidRDefault="00000000">
      <w:pPr>
        <w:spacing w:after="0" w:line="579" w:lineRule="exact"/>
        <w:ind w:firstLine="640"/>
        <w:rPr>
          <w:lang w:eastAsia="zh-CN"/>
        </w:rPr>
      </w:pPr>
      <w:r>
        <w:rPr>
          <w:rFonts w:ascii="仿宋" w:eastAsia="仿宋" w:hAnsi="仿宋"/>
          <w:sz w:val="32"/>
          <w:lang w:eastAsia="zh-CN"/>
        </w:rPr>
        <w:t>没有回到我出国的土地。我最大的遗憾。是没能劝你留在楚国。每次吃橘子。我都会想起你写的《橘颂》。</w:t>
      </w:r>
      <w:proofErr w:type="gramStart"/>
      <w:r>
        <w:rPr>
          <w:rFonts w:ascii="仿宋" w:eastAsia="仿宋" w:hAnsi="仿宋"/>
          <w:sz w:val="32"/>
          <w:lang w:eastAsia="zh-CN"/>
        </w:rPr>
        <w:t>后皇嘉树</w:t>
      </w:r>
      <w:proofErr w:type="gramEnd"/>
      <w:r>
        <w:rPr>
          <w:rFonts w:ascii="仿宋" w:eastAsia="仿宋" w:hAnsi="仿宋"/>
          <w:sz w:val="32"/>
          <w:lang w:eastAsia="zh-CN"/>
        </w:rPr>
        <w:t>。</w:t>
      </w:r>
      <w:proofErr w:type="gramStart"/>
      <w:r>
        <w:rPr>
          <w:rFonts w:ascii="仿宋" w:eastAsia="仿宋" w:hAnsi="仿宋"/>
          <w:sz w:val="32"/>
          <w:lang w:eastAsia="zh-CN"/>
        </w:rPr>
        <w:t>橘</w:t>
      </w:r>
      <w:proofErr w:type="gramEnd"/>
      <w:r>
        <w:rPr>
          <w:rFonts w:ascii="仿宋" w:eastAsia="仿宋" w:hAnsi="仿宋"/>
          <w:sz w:val="32"/>
          <w:lang w:eastAsia="zh-CN"/>
        </w:rPr>
        <w:t>来服兮。受命不</w:t>
      </w:r>
      <w:proofErr w:type="gramStart"/>
      <w:r>
        <w:rPr>
          <w:rFonts w:ascii="仿宋" w:eastAsia="仿宋" w:hAnsi="仿宋"/>
          <w:sz w:val="32"/>
          <w:lang w:eastAsia="zh-CN"/>
        </w:rPr>
        <w:t>艰</w:t>
      </w:r>
      <w:proofErr w:type="gramEnd"/>
      <w:r>
        <w:rPr>
          <w:rFonts w:ascii="仿宋" w:eastAsia="仿宋" w:hAnsi="仿宋"/>
          <w:sz w:val="32"/>
          <w:lang w:eastAsia="zh-CN"/>
        </w:rPr>
        <w:t>。生南国兮。</w:t>
      </w:r>
      <w:proofErr w:type="gramStart"/>
      <w:r>
        <w:rPr>
          <w:rFonts w:ascii="仿宋" w:eastAsia="仿宋" w:hAnsi="仿宋"/>
          <w:sz w:val="32"/>
          <w:lang w:eastAsia="zh-CN"/>
        </w:rPr>
        <w:t>深故难</w:t>
      </w:r>
      <w:proofErr w:type="gramEnd"/>
      <w:r>
        <w:rPr>
          <w:rFonts w:ascii="仿宋" w:eastAsia="仿宋" w:hAnsi="仿宋"/>
          <w:sz w:val="32"/>
          <w:lang w:eastAsia="zh-CN"/>
        </w:rPr>
        <w:t>新。</w:t>
      </w:r>
      <w:proofErr w:type="gramStart"/>
      <w:r>
        <w:rPr>
          <w:rFonts w:ascii="仿宋" w:eastAsia="仿宋" w:hAnsi="仿宋"/>
          <w:sz w:val="32"/>
          <w:lang w:eastAsia="zh-CN"/>
        </w:rPr>
        <w:t>更壹志兮</w:t>
      </w:r>
      <w:proofErr w:type="gramEnd"/>
      <w:r>
        <w:rPr>
          <w:rFonts w:ascii="仿宋" w:eastAsia="仿宋" w:hAnsi="仿宋"/>
          <w:sz w:val="32"/>
          <w:lang w:eastAsia="zh-CN"/>
        </w:rPr>
        <w:t>。走了。我拿走一个橘子。不用送我。啊。</w:t>
      </w:r>
    </w:p>
    <w:p w14:paraId="059C9658" w14:textId="77777777" w:rsidR="00E87C95" w:rsidRDefault="00000000">
      <w:pPr>
        <w:spacing w:after="0" w:line="579" w:lineRule="exact"/>
        <w:ind w:firstLine="640"/>
        <w:rPr>
          <w:lang w:eastAsia="zh-CN"/>
        </w:rPr>
      </w:pPr>
      <w:r>
        <w:rPr>
          <w:rFonts w:ascii="仿宋" w:eastAsia="仿宋" w:hAnsi="仿宋"/>
          <w:sz w:val="32"/>
          <w:lang w:eastAsia="zh-CN"/>
        </w:rPr>
        <w:t>你多吃一点。你怎么可能不理我？怎么不理你？想吃橘子就不能开除，反正我这辈子不会开除。我也不会开车。我要说我要把双无之地分给我。种橘子，我的头这样就是吃不完的橘子了。我这也很甜。肯定是套房的钱。</w:t>
      </w:r>
      <w:proofErr w:type="gramStart"/>
      <w:r>
        <w:rPr>
          <w:rFonts w:ascii="仿宋" w:eastAsia="仿宋" w:hAnsi="仿宋"/>
          <w:sz w:val="32"/>
          <w:lang w:eastAsia="zh-CN"/>
        </w:rPr>
        <w:t>更壹志兮</w:t>
      </w:r>
      <w:proofErr w:type="gramEnd"/>
      <w:r>
        <w:rPr>
          <w:rFonts w:ascii="仿宋" w:eastAsia="仿宋" w:hAnsi="仿宋"/>
          <w:sz w:val="32"/>
          <w:lang w:eastAsia="zh-CN"/>
        </w:rPr>
        <w:t>。你长得。难以迁移志向是那么的。所以我们得。</w:t>
      </w:r>
    </w:p>
    <w:p w14:paraId="63406770" w14:textId="77777777" w:rsidR="00E87C95" w:rsidRDefault="00000000">
      <w:pPr>
        <w:spacing w:after="0" w:line="579" w:lineRule="exact"/>
        <w:ind w:firstLine="640"/>
        <w:rPr>
          <w:lang w:eastAsia="zh-CN"/>
        </w:rPr>
      </w:pPr>
      <w:r>
        <w:rPr>
          <w:rFonts w:ascii="仿宋" w:eastAsia="仿宋" w:hAnsi="仿宋"/>
          <w:sz w:val="32"/>
          <w:lang w:eastAsia="zh-CN"/>
        </w:rPr>
        <w:t>刚才的这段戏剧看的我是热泪盈眶的，包括我看到几位老师，还有我们现场的观众也都在擦眼泪，我相信大家也注意到了橘子这个意象。贯穿了刚才这段戏剧的始终，我刚才看的特别感动，这个橘子</w:t>
      </w:r>
      <w:proofErr w:type="gramStart"/>
      <w:r>
        <w:rPr>
          <w:rFonts w:ascii="仿宋" w:eastAsia="仿宋" w:hAnsi="仿宋"/>
          <w:sz w:val="32"/>
          <w:lang w:eastAsia="zh-CN"/>
        </w:rPr>
        <w:t>最</w:t>
      </w:r>
      <w:proofErr w:type="gramEnd"/>
      <w:r>
        <w:rPr>
          <w:rFonts w:ascii="仿宋" w:eastAsia="仿宋" w:hAnsi="仿宋"/>
          <w:sz w:val="32"/>
          <w:lang w:eastAsia="zh-CN"/>
        </w:rPr>
        <w:t>核心的意向不只是她和楚怀王共同成长经历的一个见证。而且他是屈原对那片土地，对那片</w:t>
      </w:r>
      <w:r>
        <w:rPr>
          <w:rFonts w:ascii="仿宋" w:eastAsia="仿宋" w:hAnsi="仿宋"/>
          <w:sz w:val="32"/>
          <w:lang w:eastAsia="zh-CN"/>
        </w:rPr>
        <w:lastRenderedPageBreak/>
        <w:t>土地上人民的一种情感的隐喻，而且也是他最。自身的一种期许没错，《橘颂》是我们古代最早的一首咏物诗，它是开创了咏物言志的。诗歌的先河《橘颂》应该是屈原早期的作品，那么《离骚》就是屈原作品的灵魂诗篇全篇。</w:t>
      </w:r>
    </w:p>
    <w:p w14:paraId="38CD19BE" w14:textId="77777777" w:rsidR="00E87C95" w:rsidRDefault="00000000">
      <w:pPr>
        <w:spacing w:after="0" w:line="579" w:lineRule="exact"/>
        <w:ind w:firstLine="640"/>
        <w:rPr>
          <w:lang w:eastAsia="zh-CN"/>
        </w:rPr>
      </w:pPr>
      <w:r>
        <w:rPr>
          <w:rFonts w:ascii="仿宋" w:eastAsia="仿宋" w:hAnsi="仿宋"/>
          <w:sz w:val="32"/>
          <w:lang w:eastAsia="zh-CN"/>
        </w:rPr>
        <w:t>370多句，近2500字，这篇诗歌呢，可以分为三大部分，上半部分。使其人自叙生平第二部分呢，求教先贤去寻找自己理想的。对象最后尾声部分发出了他的呼唤，希望通过《离骚》的这个篇章，我们能够更加真切的领悟到屈原这种情怀。我们继续往下看戏剧。先生的一篇《橘颂》。讲的人热泪盈眶，您让我们明白。做人应当志存高洁。</w:t>
      </w:r>
    </w:p>
    <w:p w14:paraId="2F6150A3" w14:textId="77777777" w:rsidR="00E87C95" w:rsidRDefault="00000000">
      <w:pPr>
        <w:spacing w:after="0" w:line="579" w:lineRule="exact"/>
        <w:ind w:firstLine="640"/>
        <w:rPr>
          <w:lang w:eastAsia="zh-CN"/>
        </w:rPr>
      </w:pPr>
      <w:proofErr w:type="gramStart"/>
      <w:r>
        <w:rPr>
          <w:rFonts w:ascii="仿宋" w:eastAsia="仿宋" w:hAnsi="仿宋"/>
          <w:sz w:val="32"/>
          <w:lang w:eastAsia="zh-CN"/>
        </w:rPr>
        <w:t>热爱家</w:t>
      </w:r>
      <w:proofErr w:type="gramEnd"/>
      <w:r>
        <w:rPr>
          <w:rFonts w:ascii="仿宋" w:eastAsia="仿宋" w:hAnsi="仿宋"/>
          <w:sz w:val="32"/>
          <w:lang w:eastAsia="zh-CN"/>
        </w:rPr>
        <w:t>国。谢谢先生。在《楚辞》当中。还有先生的另一篇名作。《离骚》你也读过《离骚》。《离骚》的开篇第一句。</w:t>
      </w:r>
      <w:proofErr w:type="gramStart"/>
      <w:r>
        <w:rPr>
          <w:rFonts w:ascii="仿宋" w:eastAsia="仿宋" w:hAnsi="仿宋"/>
          <w:sz w:val="32"/>
          <w:lang w:eastAsia="zh-CN"/>
        </w:rPr>
        <w:t>帝</w:t>
      </w:r>
      <w:proofErr w:type="gramEnd"/>
      <w:r>
        <w:rPr>
          <w:rFonts w:ascii="仿宋" w:eastAsia="仿宋" w:hAnsi="仿宋"/>
          <w:sz w:val="32"/>
          <w:lang w:eastAsia="zh-CN"/>
        </w:rPr>
        <w:t>高阳之苗裔兮。</w:t>
      </w:r>
      <w:proofErr w:type="gramStart"/>
      <w:r>
        <w:rPr>
          <w:rFonts w:ascii="仿宋" w:eastAsia="仿宋" w:hAnsi="仿宋"/>
          <w:sz w:val="32"/>
          <w:lang w:eastAsia="zh-CN"/>
        </w:rPr>
        <w:t>朕黄考曰</w:t>
      </w:r>
      <w:proofErr w:type="gramEnd"/>
      <w:r>
        <w:rPr>
          <w:rFonts w:ascii="仿宋" w:eastAsia="仿宋" w:hAnsi="仿宋"/>
          <w:sz w:val="32"/>
          <w:lang w:eastAsia="zh-CN"/>
        </w:rPr>
        <w:t>伯庸。我是古帝高阳氏的子孙。先不做。我庸。父亲。父亲。父亲。父亲。</w:t>
      </w:r>
    </w:p>
    <w:p w14:paraId="435F430C" w14:textId="77777777" w:rsidR="00E87C95" w:rsidRDefault="00000000">
      <w:pPr>
        <w:spacing w:after="0" w:line="579" w:lineRule="exact"/>
        <w:ind w:firstLine="640"/>
        <w:rPr>
          <w:lang w:eastAsia="zh-CN"/>
        </w:rPr>
      </w:pPr>
      <w:r>
        <w:rPr>
          <w:rFonts w:ascii="仿宋" w:eastAsia="仿宋" w:hAnsi="仿宋"/>
          <w:sz w:val="32"/>
          <w:lang w:eastAsia="zh-CN"/>
        </w:rPr>
        <w:t>我们是楚国王族的后人。你是在庚寅日那天降生的。那是一个美好的春天，父亲给我取了美好的名字。我为你取了名。叫正则。愿你守正。而重法度。我为你取了个字。叫凌君。愿你良善。而公平我不断加强自己的修养，志存高洁，满怀忠诚。高洁忠诚的人。</w:t>
      </w:r>
    </w:p>
    <w:p w14:paraId="389C084A" w14:textId="77777777" w:rsidR="00E87C95" w:rsidRDefault="00000000">
      <w:pPr>
        <w:spacing w:after="0" w:line="579" w:lineRule="exact"/>
        <w:ind w:firstLine="640"/>
        <w:rPr>
          <w:lang w:eastAsia="zh-CN"/>
        </w:rPr>
      </w:pPr>
      <w:r>
        <w:rPr>
          <w:rFonts w:ascii="仿宋" w:eastAsia="仿宋" w:hAnsi="仿宋"/>
          <w:sz w:val="32"/>
          <w:lang w:eastAsia="zh-CN"/>
        </w:rPr>
        <w:t>要为国家奉献自己。请父亲教我。成。其</w:t>
      </w:r>
      <w:proofErr w:type="gramStart"/>
      <w:r>
        <w:rPr>
          <w:rFonts w:ascii="仿宋" w:eastAsia="仿宋" w:hAnsi="仿宋"/>
          <w:sz w:val="32"/>
          <w:lang w:eastAsia="zh-CN"/>
        </w:rPr>
        <w:t>记池城兮</w:t>
      </w:r>
      <w:proofErr w:type="gramEnd"/>
      <w:r>
        <w:rPr>
          <w:rFonts w:ascii="仿宋" w:eastAsia="仿宋" w:hAnsi="仿宋"/>
          <w:sz w:val="32"/>
          <w:lang w:eastAsia="zh-CN"/>
        </w:rPr>
        <w:t>。</w:t>
      </w:r>
      <w:proofErr w:type="gramStart"/>
      <w:r>
        <w:rPr>
          <w:rFonts w:ascii="仿宋" w:eastAsia="仿宋" w:hAnsi="仿宋"/>
          <w:sz w:val="32"/>
          <w:lang w:eastAsia="zh-CN"/>
        </w:rPr>
        <w:t>来吾蹈</w:t>
      </w:r>
      <w:proofErr w:type="gramEnd"/>
      <w:r>
        <w:rPr>
          <w:rFonts w:ascii="仿宋" w:eastAsia="仿宋" w:hAnsi="仿宋"/>
          <w:sz w:val="32"/>
          <w:lang w:eastAsia="zh-CN"/>
        </w:rPr>
        <w:t>，</w:t>
      </w:r>
      <w:proofErr w:type="gramStart"/>
      <w:r>
        <w:rPr>
          <w:rFonts w:ascii="仿宋" w:eastAsia="仿宋" w:hAnsi="仿宋"/>
          <w:sz w:val="32"/>
          <w:lang w:eastAsia="zh-CN"/>
        </w:rPr>
        <w:t>服先路</w:t>
      </w:r>
      <w:proofErr w:type="gramEnd"/>
      <w:r>
        <w:rPr>
          <w:rFonts w:ascii="仿宋" w:eastAsia="仿宋" w:hAnsi="仿宋"/>
          <w:sz w:val="32"/>
          <w:lang w:eastAsia="zh-CN"/>
        </w:rPr>
        <w:t>。您是说乘上千里马？纵横赤城，您在前面引</w:t>
      </w:r>
      <w:r>
        <w:rPr>
          <w:rFonts w:ascii="仿宋" w:eastAsia="仿宋" w:hAnsi="仿宋"/>
          <w:sz w:val="32"/>
          <w:lang w:eastAsia="zh-CN"/>
        </w:rPr>
        <w:lastRenderedPageBreak/>
        <w:t>导开路，我跟随您的脚步。比尧，舜之耿介兮。既尊道。而得路。唐尧一顺，</w:t>
      </w:r>
    </w:p>
    <w:p w14:paraId="54F6CC0F" w14:textId="77777777" w:rsidR="00E87C95" w:rsidRDefault="00000000">
      <w:pPr>
        <w:spacing w:after="0" w:line="579" w:lineRule="exact"/>
        <w:ind w:firstLine="640"/>
        <w:rPr>
          <w:lang w:eastAsia="zh-CN"/>
        </w:rPr>
      </w:pPr>
      <w:r>
        <w:rPr>
          <w:rFonts w:ascii="仿宋" w:eastAsia="仿宋" w:hAnsi="仿宋"/>
          <w:sz w:val="32"/>
          <w:lang w:eastAsia="zh-CN"/>
        </w:rPr>
        <w:t>光明正直。他们沿着正道，踏上坦途。是啊，像古代的圣贤。学习呀。谢父亲。先生在《离骚》中。提到了我华夏民族诸多先贤。我是把心中的理想和愿望。说给上古的先贤们听。屈原拜见虞舜。我哀民生之多</w:t>
      </w:r>
      <w:proofErr w:type="gramStart"/>
      <w:r>
        <w:rPr>
          <w:rFonts w:ascii="仿宋" w:eastAsia="仿宋" w:hAnsi="仿宋"/>
          <w:sz w:val="32"/>
          <w:lang w:eastAsia="zh-CN"/>
        </w:rPr>
        <w:t>艰</w:t>
      </w:r>
      <w:proofErr w:type="gramEnd"/>
      <w:r>
        <w:rPr>
          <w:rFonts w:ascii="仿宋" w:eastAsia="仿宋" w:hAnsi="仿宋"/>
          <w:sz w:val="32"/>
          <w:lang w:eastAsia="zh-CN"/>
        </w:rPr>
        <w:t>，想向先贤求教天下大道。治理天下之道。</w:t>
      </w:r>
    </w:p>
    <w:p w14:paraId="1AFF38BD" w14:textId="77777777" w:rsidR="00E87C95" w:rsidRDefault="00000000">
      <w:pPr>
        <w:spacing w:after="0" w:line="579" w:lineRule="exact"/>
        <w:ind w:firstLine="640"/>
        <w:rPr>
          <w:lang w:eastAsia="zh-CN"/>
        </w:rPr>
      </w:pPr>
      <w:r>
        <w:rPr>
          <w:rFonts w:ascii="仿宋" w:eastAsia="仿宋" w:hAnsi="仿宋"/>
          <w:sz w:val="32"/>
          <w:lang w:eastAsia="zh-CN"/>
        </w:rPr>
        <w:t>应该任用贤能，您所用贤臣不胜枚举。</w:t>
      </w:r>
      <w:proofErr w:type="gramStart"/>
      <w:r>
        <w:rPr>
          <w:rFonts w:ascii="仿宋" w:eastAsia="仿宋" w:hAnsi="仿宋"/>
          <w:sz w:val="32"/>
          <w:lang w:eastAsia="zh-CN"/>
        </w:rPr>
        <w:t>皋陶担任</w:t>
      </w:r>
      <w:proofErr w:type="gramEnd"/>
      <w:r>
        <w:rPr>
          <w:rFonts w:ascii="仿宋" w:eastAsia="仿宋" w:hAnsi="仿宋"/>
          <w:sz w:val="32"/>
          <w:lang w:eastAsia="zh-CN"/>
        </w:rPr>
        <w:t>大理伯益。主持礼仪义，主管山泽气，主管农业。尤其是大禹。他的功劳最大吧。对于天下有大功者。方</w:t>
      </w:r>
      <w:proofErr w:type="gramStart"/>
      <w:r>
        <w:rPr>
          <w:rFonts w:ascii="仿宋" w:eastAsia="仿宋" w:hAnsi="仿宋"/>
          <w:sz w:val="32"/>
          <w:lang w:eastAsia="zh-CN"/>
        </w:rPr>
        <w:t>能承叙天下</w:t>
      </w:r>
      <w:proofErr w:type="gramEnd"/>
      <w:r>
        <w:rPr>
          <w:rFonts w:ascii="仿宋" w:eastAsia="仿宋" w:hAnsi="仿宋"/>
          <w:sz w:val="32"/>
          <w:lang w:eastAsia="zh-CN"/>
        </w:rPr>
        <w:t>大道。感佩大禹。屈原拜见大禹。我为黎明苍生劈，九山通</w:t>
      </w:r>
      <w:proofErr w:type="gramStart"/>
      <w:r>
        <w:rPr>
          <w:rFonts w:ascii="仿宋" w:eastAsia="仿宋" w:hAnsi="仿宋"/>
          <w:sz w:val="32"/>
          <w:lang w:eastAsia="zh-CN"/>
        </w:rPr>
        <w:t>九泽决九</w:t>
      </w:r>
      <w:proofErr w:type="gramEnd"/>
      <w:r>
        <w:rPr>
          <w:rFonts w:ascii="仿宋" w:eastAsia="仿宋" w:hAnsi="仿宋"/>
          <w:sz w:val="32"/>
          <w:lang w:eastAsia="zh-CN"/>
        </w:rPr>
        <w:t>合定。九州。</w:t>
      </w:r>
    </w:p>
    <w:p w14:paraId="4C30639B" w14:textId="77777777" w:rsidR="00E87C95" w:rsidRDefault="00000000">
      <w:pPr>
        <w:spacing w:after="0" w:line="579" w:lineRule="exact"/>
        <w:ind w:firstLine="640"/>
        <w:rPr>
          <w:lang w:eastAsia="zh-CN"/>
        </w:rPr>
      </w:pPr>
      <w:r>
        <w:rPr>
          <w:rFonts w:ascii="仿宋" w:eastAsia="仿宋" w:hAnsi="仿宋"/>
          <w:sz w:val="32"/>
          <w:lang w:eastAsia="zh-CN"/>
        </w:rPr>
        <w:t>为黎明造福，是我理解的天下大道。谢谢您。您的话。让我想起了商汤。屈原拜见商汤天道之德。急于禽兽。君王之德，集于夷宁。上天的好生之德。就连飞禽走兽，都应被爱惜君王的德行，应</w:t>
      </w:r>
      <w:proofErr w:type="gramStart"/>
      <w:r>
        <w:rPr>
          <w:rFonts w:ascii="仿宋" w:eastAsia="仿宋" w:hAnsi="仿宋"/>
          <w:sz w:val="32"/>
          <w:lang w:eastAsia="zh-CN"/>
        </w:rPr>
        <w:t>惠及每</w:t>
      </w:r>
      <w:proofErr w:type="gramEnd"/>
      <w:r>
        <w:rPr>
          <w:rFonts w:ascii="仿宋" w:eastAsia="仿宋" w:hAnsi="仿宋"/>
          <w:sz w:val="32"/>
          <w:lang w:eastAsia="zh-CN"/>
        </w:rPr>
        <w:t>一位百姓才是啊。能做到这些的人，方能成续天下大道。</w:t>
      </w:r>
    </w:p>
    <w:p w14:paraId="776A0CF1" w14:textId="77777777" w:rsidR="00E87C95" w:rsidRDefault="00000000">
      <w:pPr>
        <w:spacing w:after="0" w:line="579" w:lineRule="exact"/>
        <w:ind w:firstLine="640"/>
        <w:rPr>
          <w:lang w:eastAsia="zh-CN"/>
        </w:rPr>
      </w:pPr>
      <w:r>
        <w:rPr>
          <w:rFonts w:ascii="仿宋" w:eastAsia="仿宋" w:hAnsi="仿宋"/>
          <w:sz w:val="32"/>
          <w:lang w:eastAsia="zh-CN"/>
        </w:rPr>
        <w:t>听您说的这话。我想起了周文王。屈原拜见周文王。昔日</w:t>
      </w:r>
      <w:proofErr w:type="gramStart"/>
      <w:r>
        <w:rPr>
          <w:rFonts w:ascii="仿宋" w:eastAsia="仿宋" w:hAnsi="仿宋"/>
          <w:sz w:val="32"/>
          <w:lang w:eastAsia="zh-CN"/>
        </w:rPr>
        <w:t>您求困</w:t>
      </w:r>
      <w:proofErr w:type="gramEnd"/>
      <w:r>
        <w:rPr>
          <w:rFonts w:ascii="仿宋" w:eastAsia="仿宋" w:hAnsi="仿宋"/>
          <w:sz w:val="32"/>
          <w:lang w:eastAsia="zh-CN"/>
        </w:rPr>
        <w:t>有礼。炊烟天下大道。可屈原想知道何为天下大道。上天对一切都公正无私。见有德之人，便给予扶持。天下唯有德者。皆知。谢文王。谢诸位先贤。我会铭记诸位先贤的话，并把它们写下来，</w:t>
      </w:r>
    </w:p>
    <w:p w14:paraId="3A7F7F60" w14:textId="77777777" w:rsidR="00E87C95" w:rsidRDefault="00000000">
      <w:pPr>
        <w:spacing w:after="0" w:line="579" w:lineRule="exact"/>
        <w:ind w:firstLine="640"/>
        <w:rPr>
          <w:lang w:eastAsia="zh-CN"/>
        </w:rPr>
      </w:pPr>
      <w:r>
        <w:rPr>
          <w:rFonts w:ascii="仿宋" w:eastAsia="仿宋" w:hAnsi="仿宋"/>
          <w:sz w:val="32"/>
          <w:lang w:eastAsia="zh-CN"/>
        </w:rPr>
        <w:lastRenderedPageBreak/>
        <w:t>让后人都知道夫为圣者以</w:t>
      </w:r>
      <w:proofErr w:type="gramStart"/>
      <w:r>
        <w:rPr>
          <w:rFonts w:ascii="仿宋" w:eastAsia="仿宋" w:hAnsi="仿宋"/>
          <w:sz w:val="32"/>
          <w:lang w:eastAsia="zh-CN"/>
        </w:rPr>
        <w:t>貌形兮</w:t>
      </w:r>
      <w:proofErr w:type="gramEnd"/>
      <w:r>
        <w:rPr>
          <w:rFonts w:ascii="仿宋" w:eastAsia="仿宋" w:hAnsi="仿宋"/>
          <w:sz w:val="32"/>
          <w:lang w:eastAsia="zh-CN"/>
        </w:rPr>
        <w:t>。</w:t>
      </w:r>
      <w:proofErr w:type="gramStart"/>
      <w:r>
        <w:rPr>
          <w:rFonts w:ascii="仿宋" w:eastAsia="仿宋" w:hAnsi="仿宋"/>
          <w:sz w:val="32"/>
          <w:lang w:eastAsia="zh-CN"/>
        </w:rPr>
        <w:t>苟</w:t>
      </w:r>
      <w:proofErr w:type="gramEnd"/>
      <w:r>
        <w:rPr>
          <w:rFonts w:ascii="仿宋" w:eastAsia="仿宋" w:hAnsi="仿宋"/>
          <w:sz w:val="32"/>
          <w:lang w:eastAsia="zh-CN"/>
        </w:rPr>
        <w:t>得用，此下土。只有。德行高尚。才能治理天下的土地。按照心中所愿去追寻大道吧。亦余心之所善兮。虽九死，其犹未悔。追寻大道的路。总是艰难而漫长的。路漫漫其修远兮，吾将上下而求索。路漫漫。</w:t>
      </w:r>
    </w:p>
    <w:p w14:paraId="4846493C" w14:textId="77777777" w:rsidR="00E87C95" w:rsidRDefault="00000000">
      <w:pPr>
        <w:spacing w:after="0" w:line="579" w:lineRule="exact"/>
        <w:ind w:firstLine="640"/>
        <w:rPr>
          <w:lang w:eastAsia="zh-CN"/>
        </w:rPr>
      </w:pPr>
      <w:r>
        <w:rPr>
          <w:rFonts w:ascii="仿宋" w:eastAsia="仿宋" w:hAnsi="仿宋"/>
          <w:sz w:val="32"/>
          <w:lang w:eastAsia="zh-CN"/>
        </w:rPr>
        <w:t>其修远兮。吾将上下而求索。路漫漫。其修远兮，吾将上下。而</w:t>
      </w:r>
      <w:proofErr w:type="gramStart"/>
      <w:r>
        <w:rPr>
          <w:rFonts w:ascii="仿宋" w:eastAsia="仿宋" w:hAnsi="仿宋"/>
          <w:sz w:val="32"/>
          <w:lang w:eastAsia="zh-CN"/>
        </w:rPr>
        <w:t>求索路</w:t>
      </w:r>
      <w:proofErr w:type="gramEnd"/>
      <w:r>
        <w:rPr>
          <w:rFonts w:ascii="仿宋" w:eastAsia="仿宋" w:hAnsi="仿宋"/>
          <w:sz w:val="32"/>
          <w:lang w:eastAsia="zh-CN"/>
        </w:rPr>
        <w:t>漫漫。其修远兮，吾将上下。除了求问先贤。您在《离骚》当中。还上天入地。见了很多人。您的这篇《离骚》啊，文采之华丽，想象之丰富，</w:t>
      </w:r>
    </w:p>
    <w:p w14:paraId="4B7467F3" w14:textId="77777777" w:rsidR="00E87C95" w:rsidRDefault="00000000">
      <w:pPr>
        <w:spacing w:after="0" w:line="579" w:lineRule="exact"/>
        <w:ind w:firstLine="640"/>
        <w:rPr>
          <w:lang w:eastAsia="zh-CN"/>
        </w:rPr>
      </w:pPr>
      <w:r>
        <w:rPr>
          <w:rFonts w:ascii="仿宋" w:eastAsia="仿宋" w:hAnsi="仿宋"/>
          <w:sz w:val="32"/>
          <w:lang w:eastAsia="zh-CN"/>
        </w:rPr>
        <w:t>情感之真挚。</w:t>
      </w:r>
      <w:proofErr w:type="gramStart"/>
      <w:r>
        <w:rPr>
          <w:rFonts w:ascii="仿宋" w:eastAsia="仿宋" w:hAnsi="仿宋"/>
          <w:sz w:val="32"/>
          <w:lang w:eastAsia="zh-CN"/>
        </w:rPr>
        <w:t>灿</w:t>
      </w:r>
      <w:proofErr w:type="gramEnd"/>
      <w:r>
        <w:rPr>
          <w:rFonts w:ascii="仿宋" w:eastAsia="仿宋" w:hAnsi="仿宋"/>
          <w:sz w:val="32"/>
          <w:lang w:eastAsia="zh-CN"/>
        </w:rPr>
        <w:t>硕古今，叹为观止。成为了《楚辞》当中最具盛名的代表之作。堪称浪漫主义诗歌的典范。</w:t>
      </w:r>
      <w:proofErr w:type="gramStart"/>
      <w:r>
        <w:rPr>
          <w:rFonts w:ascii="仿宋" w:eastAsia="仿宋" w:hAnsi="仿宋"/>
          <w:sz w:val="32"/>
          <w:lang w:eastAsia="zh-CN"/>
        </w:rPr>
        <w:t>过欲了</w:t>
      </w:r>
      <w:proofErr w:type="gramEnd"/>
      <w:r>
        <w:rPr>
          <w:rFonts w:ascii="仿宋" w:eastAsia="仿宋" w:hAnsi="仿宋"/>
          <w:sz w:val="32"/>
          <w:lang w:eastAsia="zh-CN"/>
        </w:rPr>
        <w:t>。但是。您在《离骚》的最后这样写道。即墨足于为美正西。吾将从彭咸之所居。我们在后世。每每读到此处。总会潸然泪下。咸大夫。横弦。</w:t>
      </w:r>
    </w:p>
    <w:p w14:paraId="4BC4B75C" w14:textId="77777777" w:rsidR="00E87C95" w:rsidRDefault="00000000">
      <w:pPr>
        <w:spacing w:after="0" w:line="579" w:lineRule="exact"/>
        <w:ind w:firstLine="640"/>
        <w:rPr>
          <w:lang w:eastAsia="zh-CN"/>
        </w:rPr>
      </w:pPr>
      <w:r>
        <w:rPr>
          <w:rFonts w:ascii="仿宋" w:eastAsia="仿宋" w:hAnsi="仿宋"/>
          <w:sz w:val="32"/>
          <w:lang w:eastAsia="zh-CN"/>
        </w:rPr>
        <w:t>是我人生的楷模，我对他。是十分的倾慕。我可以。用生命去追随。亲人。</w:t>
      </w:r>
      <w:proofErr w:type="gramStart"/>
      <w:r>
        <w:rPr>
          <w:rFonts w:ascii="仿宋" w:eastAsia="仿宋" w:hAnsi="仿宋"/>
          <w:sz w:val="32"/>
          <w:lang w:eastAsia="zh-CN"/>
        </w:rPr>
        <w:t>鹏行大步</w:t>
      </w:r>
      <w:proofErr w:type="gramEnd"/>
      <w:r>
        <w:rPr>
          <w:rFonts w:ascii="仿宋" w:eastAsia="仿宋" w:hAnsi="仿宋"/>
          <w:sz w:val="32"/>
          <w:lang w:eastAsia="zh-CN"/>
        </w:rPr>
        <w:t>。</w:t>
      </w:r>
      <w:proofErr w:type="gramStart"/>
      <w:r>
        <w:rPr>
          <w:rFonts w:ascii="仿宋" w:eastAsia="仿宋" w:hAnsi="仿宋"/>
          <w:sz w:val="32"/>
          <w:lang w:eastAsia="zh-CN"/>
        </w:rPr>
        <w:t>鹏行大夫</w:t>
      </w:r>
      <w:proofErr w:type="gramEnd"/>
      <w:r>
        <w:rPr>
          <w:rFonts w:ascii="仿宋" w:eastAsia="仿宋" w:hAnsi="仿宋"/>
          <w:sz w:val="32"/>
          <w:lang w:eastAsia="zh-CN"/>
        </w:rPr>
        <w:t>。奉贤大夫。这是你。后世出大福。屈原拜见彭咸大夫。这么多年来。我多次在梦中。见到您呐。</w:t>
      </w:r>
    </w:p>
    <w:p w14:paraId="54BB1558" w14:textId="77777777" w:rsidR="00E87C95" w:rsidRDefault="00000000">
      <w:pPr>
        <w:spacing w:after="0" w:line="579" w:lineRule="exact"/>
        <w:ind w:firstLine="640"/>
        <w:rPr>
          <w:lang w:eastAsia="zh-CN"/>
        </w:rPr>
      </w:pPr>
      <w:r>
        <w:rPr>
          <w:rFonts w:ascii="仿宋" w:eastAsia="仿宋" w:hAnsi="仿宋"/>
          <w:sz w:val="32"/>
          <w:lang w:eastAsia="zh-CN"/>
        </w:rPr>
        <w:t>我以忠言劝诫君王，而他不能采纳。我因此被放逐来到这里。我想请教您。一定要坚持高洁。哪怕是落到。这样被放逐的下场吗？举世皆浊我独清，众人皆醉我独醒。怎么能</w:t>
      </w:r>
      <w:r>
        <w:rPr>
          <w:rFonts w:ascii="仿宋" w:eastAsia="仿宋" w:hAnsi="仿宋"/>
          <w:sz w:val="32"/>
          <w:lang w:eastAsia="zh-CN"/>
        </w:rPr>
        <w:lastRenderedPageBreak/>
        <w:t>因世间泛起浊流，就同流合污呢？心目者，必弹冠。心欲者。地震</w:t>
      </w:r>
      <w:proofErr w:type="gramStart"/>
      <w:r>
        <w:rPr>
          <w:rFonts w:ascii="仿宋" w:eastAsia="仿宋" w:hAnsi="仿宋"/>
          <w:sz w:val="32"/>
          <w:lang w:eastAsia="zh-CN"/>
        </w:rPr>
        <w:t>一</w:t>
      </w:r>
      <w:proofErr w:type="gramEnd"/>
      <w:r>
        <w:rPr>
          <w:rFonts w:ascii="仿宋" w:eastAsia="仿宋" w:hAnsi="仿宋"/>
          <w:sz w:val="32"/>
          <w:lang w:eastAsia="zh-CN"/>
        </w:rPr>
        <w:t>。</w:t>
      </w:r>
    </w:p>
    <w:p w14:paraId="282EB167" w14:textId="77777777" w:rsidR="00E87C95" w:rsidRDefault="00000000">
      <w:pPr>
        <w:spacing w:after="0" w:line="579" w:lineRule="exact"/>
        <w:ind w:firstLine="640"/>
        <w:rPr>
          <w:lang w:eastAsia="zh-CN"/>
        </w:rPr>
      </w:pPr>
      <w:r>
        <w:rPr>
          <w:rFonts w:ascii="仿宋" w:eastAsia="仿宋" w:hAnsi="仿宋"/>
          <w:sz w:val="32"/>
          <w:lang w:eastAsia="zh-CN"/>
        </w:rPr>
        <w:t>对不能让洁白的身体。被尘埃沾染。我宁可。跳进江流。葬身鱼腹。亦余心之所善兮。虽九死，其犹未悔。称奇迹，</w:t>
      </w:r>
      <w:proofErr w:type="gramStart"/>
      <w:r>
        <w:rPr>
          <w:rFonts w:ascii="仿宋" w:eastAsia="仿宋" w:hAnsi="仿宋"/>
          <w:sz w:val="32"/>
          <w:lang w:eastAsia="zh-CN"/>
        </w:rPr>
        <w:t>以驰逞心</w:t>
      </w:r>
      <w:proofErr w:type="gramEnd"/>
      <w:r>
        <w:rPr>
          <w:rFonts w:ascii="仿宋" w:eastAsia="仿宋" w:hAnsi="仿宋"/>
          <w:sz w:val="32"/>
          <w:lang w:eastAsia="zh-CN"/>
        </w:rPr>
        <w:t>。莱芜岛服务。仙路。彭咸大夫。若我不能实现。</w:t>
      </w:r>
    </w:p>
    <w:p w14:paraId="22588D7E" w14:textId="77777777" w:rsidR="00E87C95" w:rsidRDefault="00000000">
      <w:pPr>
        <w:spacing w:after="0" w:line="579" w:lineRule="exact"/>
        <w:ind w:firstLine="640"/>
        <w:rPr>
          <w:lang w:eastAsia="zh-CN"/>
        </w:rPr>
      </w:pPr>
      <w:proofErr w:type="spellStart"/>
      <w:r>
        <w:rPr>
          <w:rFonts w:ascii="仿宋" w:eastAsia="仿宋" w:hAnsi="仿宋"/>
          <w:sz w:val="32"/>
        </w:rPr>
        <w:t>愿望和理想。我愿意生命</w:t>
      </w:r>
      <w:proofErr w:type="spellEnd"/>
      <w:r>
        <w:rPr>
          <w:rFonts w:ascii="仿宋" w:eastAsia="仿宋" w:hAnsi="仿宋"/>
          <w:sz w:val="32"/>
        </w:rPr>
        <w:t>。</w:t>
      </w:r>
      <w:r>
        <w:rPr>
          <w:rFonts w:ascii="仿宋" w:eastAsia="仿宋" w:hAnsi="仿宋"/>
          <w:sz w:val="32"/>
          <w:lang w:eastAsia="zh-CN"/>
        </w:rPr>
        <w:t>追随您的步伐。先生。当年。《离骚》我写完了。最后一行。放下笔。我就。放下了，生死了。所以您在《天问》里一连发出了170多个气势恢宏的提问。尚书更古之初，直至楚国当下。追问宇宙本源，</w:t>
      </w:r>
    </w:p>
    <w:p w14:paraId="3A38E2C8" w14:textId="77777777" w:rsidR="00E87C95" w:rsidRDefault="00000000">
      <w:pPr>
        <w:spacing w:after="0" w:line="579" w:lineRule="exact"/>
        <w:ind w:firstLine="640"/>
        <w:rPr>
          <w:lang w:eastAsia="zh-CN"/>
        </w:rPr>
      </w:pPr>
      <w:r>
        <w:rPr>
          <w:rFonts w:ascii="仿宋" w:eastAsia="仿宋" w:hAnsi="仿宋"/>
          <w:sz w:val="32"/>
          <w:lang w:eastAsia="zh-CN"/>
        </w:rPr>
        <w:t>自然天道。您对天道的</w:t>
      </w:r>
      <w:proofErr w:type="gramStart"/>
      <w:r>
        <w:rPr>
          <w:rFonts w:ascii="仿宋" w:eastAsia="仿宋" w:hAnsi="仿宋"/>
          <w:sz w:val="32"/>
          <w:lang w:eastAsia="zh-CN"/>
        </w:rPr>
        <w:t>瘟</w:t>
      </w:r>
      <w:proofErr w:type="gramEnd"/>
      <w:r>
        <w:rPr>
          <w:rFonts w:ascii="仿宋" w:eastAsia="仿宋" w:hAnsi="仿宋"/>
          <w:sz w:val="32"/>
          <w:lang w:eastAsia="zh-CN"/>
        </w:rPr>
        <w:t>问。是生命的更高追求。我是问了很多的问题。可有些问题在我的心里。也没有答案。敢于发问的勇气。勇于求索的精神。有时候。比答案更珍贵。先生。遇一知己。难得呀。先生。你想不想随我到后世？</w:t>
      </w:r>
    </w:p>
    <w:p w14:paraId="3360DB7D" w14:textId="77777777" w:rsidR="00E87C95" w:rsidRDefault="00000000">
      <w:pPr>
        <w:spacing w:after="0" w:line="579" w:lineRule="exact"/>
        <w:ind w:firstLine="640"/>
        <w:rPr>
          <w:lang w:eastAsia="zh-CN"/>
        </w:rPr>
      </w:pPr>
      <w:r>
        <w:rPr>
          <w:rFonts w:ascii="仿宋" w:eastAsia="仿宋" w:hAnsi="仿宋"/>
          <w:sz w:val="32"/>
          <w:lang w:eastAsia="zh-CN"/>
        </w:rPr>
        <w:t>去看一看《楚辞》的流传。带路。请。历经几度寒暑。《楚辞》终于编订完成了。此为何人。先生生活在这个时代，后世称为战国。200多年后，西汉文学家刘向搜集了您和弟子宋玉等人的作品。</w:t>
      </w:r>
      <w:proofErr w:type="gramStart"/>
      <w:r>
        <w:rPr>
          <w:rFonts w:ascii="仿宋" w:eastAsia="仿宋" w:hAnsi="仿宋"/>
          <w:sz w:val="32"/>
          <w:lang w:eastAsia="zh-CN"/>
        </w:rPr>
        <w:t>边定《楚辞》</w:t>
      </w:r>
      <w:proofErr w:type="gramEnd"/>
      <w:r>
        <w:rPr>
          <w:rFonts w:ascii="仿宋" w:eastAsia="仿宋" w:hAnsi="仿宋"/>
          <w:sz w:val="32"/>
          <w:lang w:eastAsia="zh-CN"/>
        </w:rPr>
        <w:t>。在刘向手中。《楚辞》首度成书。啊，用心了。</w:t>
      </w:r>
    </w:p>
    <w:p w14:paraId="25D1132B" w14:textId="77777777" w:rsidR="00E87C95" w:rsidRDefault="00000000">
      <w:pPr>
        <w:spacing w:after="0" w:line="579" w:lineRule="exact"/>
        <w:ind w:firstLine="640"/>
        <w:rPr>
          <w:lang w:eastAsia="zh-CN"/>
        </w:rPr>
      </w:pPr>
      <w:r>
        <w:rPr>
          <w:rFonts w:ascii="仿宋" w:eastAsia="仿宋" w:hAnsi="仿宋"/>
          <w:sz w:val="32"/>
          <w:lang w:eastAsia="zh-CN"/>
        </w:rPr>
        <w:t>屈平辞赋悬日月。楚王</w:t>
      </w:r>
      <w:proofErr w:type="gramStart"/>
      <w:r>
        <w:rPr>
          <w:rFonts w:ascii="仿宋" w:eastAsia="仿宋" w:hAnsi="仿宋"/>
          <w:sz w:val="32"/>
          <w:lang w:eastAsia="zh-CN"/>
        </w:rPr>
        <w:t>台谢空</w:t>
      </w:r>
      <w:proofErr w:type="gramEnd"/>
      <w:r>
        <w:rPr>
          <w:rFonts w:ascii="仿宋" w:eastAsia="仿宋" w:hAnsi="仿宋"/>
          <w:sz w:val="32"/>
          <w:lang w:eastAsia="zh-CN"/>
        </w:rPr>
        <w:t>山丘。兴酣落笔摇五岳。诗成笑傲凌沧洲。此人是谁？此人名叫李白。在丁之后，900多年华夏大地出现了一个经济文化极度繁盛的大一统时代，成为唐朝。唐诗是中国文学的另一座高峰。而李白是唐代诗</w:t>
      </w:r>
      <w:r>
        <w:rPr>
          <w:rFonts w:ascii="仿宋" w:eastAsia="仿宋" w:hAnsi="仿宋"/>
          <w:sz w:val="32"/>
          <w:lang w:eastAsia="zh-CN"/>
        </w:rPr>
        <w:lastRenderedPageBreak/>
        <w:t>人当中最负盛名的代表人物之一，他极为敬仰您的飘逸文风。也承袭了您的浪漫风格。</w:t>
      </w:r>
    </w:p>
    <w:p w14:paraId="60D91A68" w14:textId="77777777" w:rsidR="00E87C95" w:rsidRDefault="00000000">
      <w:pPr>
        <w:spacing w:after="0" w:line="579" w:lineRule="exact"/>
        <w:ind w:firstLine="640"/>
        <w:rPr>
          <w:lang w:eastAsia="zh-CN"/>
        </w:rPr>
      </w:pPr>
      <w:r>
        <w:rPr>
          <w:rFonts w:ascii="仿宋" w:eastAsia="仿宋" w:hAnsi="仿宋"/>
          <w:sz w:val="32"/>
          <w:lang w:eastAsia="zh-CN"/>
        </w:rPr>
        <w:t>后世称之诗仙。此人诗情</w:t>
      </w:r>
      <w:proofErr w:type="gramStart"/>
      <w:r>
        <w:rPr>
          <w:rFonts w:ascii="仿宋" w:eastAsia="仿宋" w:hAnsi="仿宋"/>
          <w:sz w:val="32"/>
          <w:lang w:eastAsia="zh-CN"/>
        </w:rPr>
        <w:t>瘟</w:t>
      </w:r>
      <w:proofErr w:type="gramEnd"/>
      <w:r>
        <w:rPr>
          <w:rFonts w:ascii="仿宋" w:eastAsia="仿宋" w:hAnsi="仿宋"/>
          <w:sz w:val="32"/>
          <w:lang w:eastAsia="zh-CN"/>
        </w:rPr>
        <w:t>畅。是有仙人的风骨。屈原的《天问》。</w:t>
      </w:r>
      <w:proofErr w:type="gramStart"/>
      <w:r>
        <w:rPr>
          <w:rFonts w:ascii="仿宋" w:eastAsia="仿宋" w:hAnsi="仿宋"/>
          <w:sz w:val="32"/>
          <w:lang w:eastAsia="zh-CN"/>
        </w:rPr>
        <w:t>欺定了</w:t>
      </w:r>
      <w:proofErr w:type="gramEnd"/>
      <w:r>
        <w:rPr>
          <w:rFonts w:ascii="仿宋" w:eastAsia="仿宋" w:hAnsi="仿宋"/>
          <w:sz w:val="32"/>
          <w:lang w:eastAsia="zh-CN"/>
        </w:rPr>
        <w:t>中国人。对宇宙的想象。追问。杀君此人是谁？这是在我生活的这个时代，一位著名的天文学家叫南仁东。他主持建造了中国天眼。这是世界上最大的单口径射电望远镜。它能搜集到来自宇宙当中极其微弱的脉冲星信号。是目前地球上最灵敏的望远镜。地球。</w:t>
      </w:r>
    </w:p>
    <w:p w14:paraId="03D6F40E" w14:textId="77777777" w:rsidR="00E87C95" w:rsidRDefault="00000000">
      <w:pPr>
        <w:spacing w:after="0" w:line="579" w:lineRule="exact"/>
        <w:ind w:firstLine="640"/>
        <w:rPr>
          <w:lang w:eastAsia="zh-CN"/>
        </w:rPr>
      </w:pPr>
      <w:r>
        <w:rPr>
          <w:rFonts w:ascii="仿宋" w:eastAsia="仿宋" w:hAnsi="仿宋"/>
          <w:sz w:val="32"/>
          <w:lang w:eastAsia="zh-CN"/>
        </w:rPr>
        <w:t>我们后世啊，发现我们生活的这个地方其实也是一颗星星，它不过是广袤宇宙当中。</w:t>
      </w:r>
      <w:proofErr w:type="gramStart"/>
      <w:r>
        <w:rPr>
          <w:rFonts w:ascii="仿宋" w:eastAsia="仿宋" w:hAnsi="仿宋"/>
          <w:sz w:val="32"/>
          <w:lang w:eastAsia="zh-CN"/>
        </w:rPr>
        <w:t>亿万烈心之一</w:t>
      </w:r>
      <w:proofErr w:type="gramEnd"/>
      <w:r>
        <w:rPr>
          <w:rFonts w:ascii="仿宋" w:eastAsia="仿宋" w:hAnsi="仿宋"/>
          <w:sz w:val="32"/>
          <w:lang w:eastAsia="zh-CN"/>
        </w:rPr>
        <w:t>。叫地球。三二一</w:t>
      </w:r>
      <w:proofErr w:type="gramStart"/>
      <w:r>
        <w:rPr>
          <w:rFonts w:ascii="仿宋" w:eastAsia="仿宋" w:hAnsi="仿宋"/>
          <w:sz w:val="32"/>
          <w:lang w:eastAsia="zh-CN"/>
        </w:rPr>
        <w:t>点火点火</w:t>
      </w:r>
      <w:proofErr w:type="gramEnd"/>
      <w:r>
        <w:rPr>
          <w:rFonts w:ascii="仿宋" w:eastAsia="仿宋" w:hAnsi="仿宋"/>
          <w:sz w:val="32"/>
          <w:lang w:eastAsia="zh-CN"/>
        </w:rPr>
        <w:t>起立。七零</w:t>
      </w:r>
      <w:proofErr w:type="gramStart"/>
      <w:r>
        <w:rPr>
          <w:rFonts w:ascii="仿宋" w:eastAsia="仿宋" w:hAnsi="仿宋"/>
          <w:sz w:val="32"/>
          <w:lang w:eastAsia="zh-CN"/>
        </w:rPr>
        <w:t>幺</w:t>
      </w:r>
      <w:proofErr w:type="gramEnd"/>
      <w:r>
        <w:rPr>
          <w:rFonts w:ascii="仿宋" w:eastAsia="仿宋" w:hAnsi="仿宋"/>
          <w:sz w:val="32"/>
          <w:lang w:eastAsia="zh-CN"/>
        </w:rPr>
        <w:t>两时四</w:t>
      </w:r>
      <w:proofErr w:type="gramStart"/>
      <w:r>
        <w:rPr>
          <w:rFonts w:ascii="仿宋" w:eastAsia="仿宋" w:hAnsi="仿宋"/>
          <w:sz w:val="32"/>
          <w:lang w:eastAsia="zh-CN"/>
        </w:rPr>
        <w:t>幺分幺</w:t>
      </w:r>
      <w:proofErr w:type="gramEnd"/>
      <w:r>
        <w:rPr>
          <w:rFonts w:ascii="仿宋" w:eastAsia="仿宋" w:hAnsi="仿宋"/>
          <w:sz w:val="32"/>
          <w:lang w:eastAsia="zh-CN"/>
        </w:rPr>
        <w:t>五秒二零二零年7月23号中午12时41分，中国首个火星探测器。《天问》一号发射升空。这为何物？这是用您的诗篇《天问》命名的中国自主研发的火星探测器。《天问》一号。二零二零年7月23日，发射成功以后，它历经了将近一年的太空飞行，</w:t>
      </w:r>
    </w:p>
    <w:p w14:paraId="685D829E" w14:textId="77777777" w:rsidR="00E87C95" w:rsidRDefault="00000000">
      <w:pPr>
        <w:spacing w:after="0" w:line="579" w:lineRule="exact"/>
        <w:ind w:firstLine="640"/>
        <w:rPr>
          <w:lang w:eastAsia="zh-CN"/>
        </w:rPr>
      </w:pPr>
      <w:r>
        <w:rPr>
          <w:rFonts w:ascii="仿宋" w:eastAsia="仿宋" w:hAnsi="仿宋"/>
          <w:sz w:val="32"/>
          <w:lang w:eastAsia="zh-CN"/>
        </w:rPr>
        <w:t>飞到了火星。火星探测器</w:t>
      </w:r>
      <w:proofErr w:type="gramStart"/>
      <w:r>
        <w:rPr>
          <w:rFonts w:ascii="仿宋" w:eastAsia="仿宋" w:hAnsi="仿宋"/>
          <w:sz w:val="32"/>
          <w:lang w:eastAsia="zh-CN"/>
        </w:rPr>
        <w:t>祝融号</w:t>
      </w:r>
      <w:proofErr w:type="gramEnd"/>
      <w:r>
        <w:rPr>
          <w:rFonts w:ascii="仿宋" w:eastAsia="仿宋" w:hAnsi="仿宋"/>
          <w:sz w:val="32"/>
          <w:lang w:eastAsia="zh-CN"/>
        </w:rPr>
        <w:t>降落在火星表面，为我们传来了照片。火星就是古人说的荧惑。这就是荧惑。正是祝融。是我的先祖啊。</w:t>
      </w:r>
      <w:proofErr w:type="gramStart"/>
      <w:r>
        <w:rPr>
          <w:rFonts w:ascii="仿宋" w:eastAsia="仿宋" w:hAnsi="仿宋"/>
          <w:sz w:val="32"/>
          <w:lang w:eastAsia="zh-CN"/>
        </w:rPr>
        <w:t>洒君知道</w:t>
      </w:r>
      <w:proofErr w:type="gramEnd"/>
      <w:r>
        <w:rPr>
          <w:rFonts w:ascii="仿宋" w:eastAsia="仿宋" w:hAnsi="仿宋"/>
          <w:sz w:val="32"/>
          <w:lang w:eastAsia="zh-CN"/>
        </w:rPr>
        <w:t>这些。我很激动。不过先生，您别着急。稍后您要看到的事情，可能会让您。更激动请。五四。</w:t>
      </w:r>
    </w:p>
    <w:p w14:paraId="6668D6D1" w14:textId="77777777" w:rsidR="00E87C95" w:rsidRDefault="00000000">
      <w:pPr>
        <w:spacing w:after="0" w:line="579" w:lineRule="exact"/>
        <w:ind w:firstLine="640"/>
        <w:rPr>
          <w:lang w:eastAsia="zh-CN"/>
        </w:rPr>
      </w:pPr>
      <w:r>
        <w:rPr>
          <w:rFonts w:ascii="仿宋" w:eastAsia="仿宋" w:hAnsi="仿宋"/>
          <w:sz w:val="32"/>
          <w:lang w:eastAsia="zh-CN"/>
        </w:rPr>
        <w:t>二一停五。你看。由酒泉卫星发射中心，北京火车站22分钟三幺九零九三八。神舟12号载人飞船进入预定轨道发射</w:t>
      </w:r>
      <w:r>
        <w:rPr>
          <w:rFonts w:ascii="仿宋" w:eastAsia="仿宋" w:hAnsi="仿宋"/>
          <w:sz w:val="32"/>
          <w:lang w:eastAsia="zh-CN"/>
        </w:rPr>
        <w:lastRenderedPageBreak/>
        <w:t>取得圆满成功。神舟12号。载人飞船。神州两个字的寓意是，神奇的天河之洲，当然也是华夏神州的谐音。中国的载人飞船以此命名。在这个时代，中国人的脚步可以走出地球，进入广</w:t>
      </w:r>
      <w:proofErr w:type="gramStart"/>
      <w:r>
        <w:rPr>
          <w:rFonts w:ascii="仿宋" w:eastAsia="仿宋" w:hAnsi="仿宋"/>
          <w:sz w:val="32"/>
          <w:lang w:eastAsia="zh-CN"/>
        </w:rPr>
        <w:t>蔑</w:t>
      </w:r>
      <w:proofErr w:type="gramEnd"/>
      <w:r>
        <w:rPr>
          <w:rFonts w:ascii="仿宋" w:eastAsia="仿宋" w:hAnsi="仿宋"/>
          <w:sz w:val="32"/>
          <w:lang w:eastAsia="zh-CN"/>
        </w:rPr>
        <w:t>的太空了。了不起啊。</w:t>
      </w:r>
    </w:p>
    <w:p w14:paraId="5F05ED96" w14:textId="77777777" w:rsidR="00E87C95" w:rsidRDefault="00000000">
      <w:pPr>
        <w:spacing w:after="0" w:line="579" w:lineRule="exact"/>
        <w:ind w:firstLine="640"/>
        <w:rPr>
          <w:lang w:eastAsia="zh-CN"/>
        </w:rPr>
      </w:pPr>
      <w:r>
        <w:rPr>
          <w:rFonts w:ascii="仿宋" w:eastAsia="仿宋" w:hAnsi="仿宋"/>
          <w:sz w:val="32"/>
          <w:lang w:eastAsia="zh-CN"/>
        </w:rPr>
        <w:t>了不起呀。下午15时54分，神舟12号载人飞船与天和核心</w:t>
      </w:r>
      <w:proofErr w:type="gramStart"/>
      <w:r>
        <w:rPr>
          <w:rFonts w:ascii="仿宋" w:eastAsia="仿宋" w:hAnsi="仿宋"/>
          <w:sz w:val="32"/>
          <w:lang w:eastAsia="zh-CN"/>
        </w:rPr>
        <w:t>舱完成</w:t>
      </w:r>
      <w:proofErr w:type="gramEnd"/>
      <w:r>
        <w:rPr>
          <w:rFonts w:ascii="仿宋" w:eastAsia="仿宋" w:hAnsi="仿宋"/>
          <w:sz w:val="32"/>
          <w:lang w:eastAsia="zh-CN"/>
        </w:rPr>
        <w:t>自主快速交会对接。聂海胜刘</w:t>
      </w:r>
      <w:proofErr w:type="gramStart"/>
      <w:r>
        <w:rPr>
          <w:rFonts w:ascii="仿宋" w:eastAsia="仿宋" w:hAnsi="仿宋"/>
          <w:sz w:val="32"/>
          <w:lang w:eastAsia="zh-CN"/>
        </w:rPr>
        <w:t>伯明汤洪波</w:t>
      </w:r>
      <w:proofErr w:type="gramEnd"/>
      <w:r>
        <w:rPr>
          <w:rFonts w:ascii="仿宋" w:eastAsia="仿宋" w:hAnsi="仿宋"/>
          <w:sz w:val="32"/>
          <w:lang w:eastAsia="zh-CN"/>
        </w:rPr>
        <w:t>三名航天员顺利的进驻天和核心舱。丰富的爱心</w:t>
      </w:r>
      <w:proofErr w:type="gramStart"/>
      <w:r>
        <w:rPr>
          <w:rFonts w:ascii="仿宋" w:eastAsia="仿宋" w:hAnsi="仿宋"/>
          <w:sz w:val="32"/>
          <w:lang w:eastAsia="zh-CN"/>
        </w:rPr>
        <w:t>家园天</w:t>
      </w:r>
      <w:proofErr w:type="gramEnd"/>
      <w:r>
        <w:rPr>
          <w:rFonts w:ascii="仿宋" w:eastAsia="仿宋" w:hAnsi="仿宋"/>
          <w:sz w:val="32"/>
          <w:lang w:eastAsia="zh-CN"/>
        </w:rPr>
        <w:t>和核心舱。感谢全国人民的支持。感谢广大科技工作者的辛勤付出。教练。这是飞上天的人。我们叫他们航天员。路漫漫。其修远兮吾将上下而求索。我看到了最浪漫的事。我把诗。写在竹简上。</w:t>
      </w:r>
    </w:p>
    <w:p w14:paraId="01786F49" w14:textId="77777777" w:rsidR="00E87C95" w:rsidRDefault="00000000">
      <w:pPr>
        <w:spacing w:after="0" w:line="579" w:lineRule="exact"/>
        <w:ind w:firstLine="640"/>
        <w:rPr>
          <w:lang w:eastAsia="zh-CN"/>
        </w:rPr>
      </w:pPr>
      <w:r>
        <w:rPr>
          <w:rFonts w:ascii="仿宋" w:eastAsia="仿宋" w:hAnsi="仿宋"/>
          <w:sz w:val="32"/>
          <w:lang w:eastAsia="zh-CN"/>
        </w:rPr>
        <w:t>他们把诗写在宇宙中。我是你。2000多年了。先生的诗篇。激励和启迪了一代</w:t>
      </w:r>
      <w:proofErr w:type="gramStart"/>
      <w:r>
        <w:rPr>
          <w:rFonts w:ascii="仿宋" w:eastAsia="仿宋" w:hAnsi="仿宋"/>
          <w:sz w:val="32"/>
          <w:lang w:eastAsia="zh-CN"/>
        </w:rPr>
        <w:t>代</w:t>
      </w:r>
      <w:proofErr w:type="gramEnd"/>
      <w:r>
        <w:rPr>
          <w:rFonts w:ascii="仿宋" w:eastAsia="仿宋" w:hAnsi="仿宋"/>
          <w:sz w:val="32"/>
          <w:lang w:eastAsia="zh-CN"/>
        </w:rPr>
        <w:t>中国人的求索精神。我们相信。只要求所不惜。我们的脚步还能走得更远。小君，感谢你带我看了这些。先生，我们要感谢您。给后世留下不朽诗篇。路漫漫其修远兮，吾将上下而求索。</w:t>
      </w:r>
    </w:p>
    <w:p w14:paraId="0451E431" w14:textId="77777777" w:rsidR="00E87C95" w:rsidRDefault="00000000">
      <w:pPr>
        <w:spacing w:after="0" w:line="579" w:lineRule="exact"/>
        <w:ind w:firstLine="640"/>
        <w:rPr>
          <w:lang w:eastAsia="zh-CN"/>
        </w:rPr>
      </w:pPr>
      <w:r>
        <w:rPr>
          <w:rFonts w:ascii="仿宋" w:eastAsia="仿宋" w:hAnsi="仿宋"/>
          <w:sz w:val="32"/>
          <w:lang w:eastAsia="zh-CN"/>
        </w:rPr>
        <w:t>路漫漫其修远兮。吾将上下而求索。搜索哈哈</w:t>
      </w:r>
      <w:proofErr w:type="gramStart"/>
      <w:r>
        <w:rPr>
          <w:rFonts w:ascii="仿宋" w:eastAsia="仿宋" w:hAnsi="仿宋"/>
          <w:sz w:val="32"/>
          <w:lang w:eastAsia="zh-CN"/>
        </w:rPr>
        <w:t>哈</w:t>
      </w:r>
      <w:proofErr w:type="gramEnd"/>
      <w:r>
        <w:rPr>
          <w:rFonts w:ascii="仿宋" w:eastAsia="仿宋" w:hAnsi="仿宋"/>
          <w:sz w:val="32"/>
          <w:lang w:eastAsia="zh-CN"/>
        </w:rPr>
        <w:t>。撒军先生。当我们看到中国航天员聂海胜，刘伯明，汤洪波他们三个在太空中。心情实难平复啊，2000年前是仰望求索，而如今中国航天探星揽月逐梦空间站。我们一直都是非常坚定的走在向太空前进的长征上，这个佳宁说的是啊呃，尤其最后。当那个路漫漫其修远兮，吾将上下而求索中。</w:t>
      </w:r>
    </w:p>
    <w:p w14:paraId="54ABE6C5" w14:textId="77777777" w:rsidR="00E87C95" w:rsidRDefault="00000000">
      <w:pPr>
        <w:spacing w:after="0" w:line="579" w:lineRule="exact"/>
        <w:ind w:firstLine="640"/>
        <w:rPr>
          <w:lang w:eastAsia="zh-CN"/>
        </w:rPr>
      </w:pPr>
      <w:r>
        <w:rPr>
          <w:rFonts w:ascii="仿宋" w:eastAsia="仿宋" w:hAnsi="仿宋"/>
          <w:sz w:val="32"/>
          <w:lang w:eastAsia="zh-CN"/>
        </w:rPr>
        <w:lastRenderedPageBreak/>
        <w:t>这个声音回荡在寰宇之间的时候，他内心无比激动。一方面觉得先生之风山高水长，另一方面又充满着一种强烈的民族自豪感。啊，中国天眼《天问》一号</w:t>
      </w:r>
      <w:proofErr w:type="gramStart"/>
      <w:r>
        <w:rPr>
          <w:rFonts w:ascii="仿宋" w:eastAsia="仿宋" w:hAnsi="仿宋"/>
          <w:sz w:val="32"/>
          <w:lang w:eastAsia="zh-CN"/>
        </w:rPr>
        <w:t>祝融号神</w:t>
      </w:r>
      <w:proofErr w:type="gramEnd"/>
      <w:r>
        <w:rPr>
          <w:rFonts w:ascii="仿宋" w:eastAsia="仿宋" w:hAnsi="仿宋"/>
          <w:sz w:val="32"/>
          <w:lang w:eastAsia="zh-CN"/>
        </w:rPr>
        <w:t>舟12号，这种追求真理，勇于探索的精神正在被一代</w:t>
      </w:r>
      <w:proofErr w:type="gramStart"/>
      <w:r>
        <w:rPr>
          <w:rFonts w:ascii="仿宋" w:eastAsia="仿宋" w:hAnsi="仿宋"/>
          <w:sz w:val="32"/>
          <w:lang w:eastAsia="zh-CN"/>
        </w:rPr>
        <w:t>代</w:t>
      </w:r>
      <w:proofErr w:type="gramEnd"/>
      <w:r>
        <w:rPr>
          <w:rFonts w:ascii="仿宋" w:eastAsia="仿宋" w:hAnsi="仿宋"/>
          <w:sz w:val="32"/>
          <w:lang w:eastAsia="zh-CN"/>
        </w:rPr>
        <w:t>的。中国人传承和敬识。一直以来，我们阅读《天问》《离骚》，我们看到屈原主张建设一个以民为本的统一的法治国家。这是屈原穷尽其一生，想要去求索的美好蓝图。我们要用民本思想指引实践，</w:t>
      </w:r>
    </w:p>
    <w:p w14:paraId="61C0F707" w14:textId="77777777" w:rsidR="00E87C95" w:rsidRDefault="00000000">
      <w:pPr>
        <w:spacing w:after="0" w:line="579" w:lineRule="exact"/>
        <w:ind w:firstLine="640"/>
        <w:rPr>
          <w:lang w:eastAsia="zh-CN"/>
        </w:rPr>
      </w:pPr>
      <w:r>
        <w:rPr>
          <w:rFonts w:ascii="仿宋" w:eastAsia="仿宋" w:hAnsi="仿宋"/>
          <w:sz w:val="32"/>
          <w:lang w:eastAsia="zh-CN"/>
        </w:rPr>
        <w:t>让求索精神。创造价值。屈原和《楚辞》在中国这块大地上2000多年来传播影响。深广同时，他又走向了世界。从。唐朝开始，《楚辞》就走出了国门，亚洲是日本，韩国，越南。欧洲是意大利，德国，英国，法国，</w:t>
      </w:r>
    </w:p>
    <w:p w14:paraId="42D1B1DE" w14:textId="77777777" w:rsidR="00E87C95" w:rsidRDefault="00000000">
      <w:pPr>
        <w:spacing w:after="0" w:line="579" w:lineRule="exact"/>
        <w:ind w:firstLine="640"/>
        <w:rPr>
          <w:lang w:eastAsia="zh-CN"/>
        </w:rPr>
      </w:pPr>
      <w:r>
        <w:rPr>
          <w:rFonts w:ascii="仿宋" w:eastAsia="仿宋" w:hAnsi="仿宋"/>
          <w:sz w:val="32"/>
          <w:lang w:eastAsia="zh-CN"/>
        </w:rPr>
        <w:t>俄罗斯，北美是美国。这些国家都传播了《楚辞》。处置走向世界，这是我们中国传统文化在世界传播的表现。时隔2000多年，为什么今天我们仍然深深感慨于屈原初心未改的家国情怀？和一心为民的美政之思呢？那就是因为它凝结了中国人数千年来对。爱国情怀那种浓烈的情感与最深厚的寄托啊，今天我们品读《楚辞》是在探寻古人精神和当下需求的一个连接点。去体悟生殖于中华民族文化基因之中的爱国情感。此</w:t>
      </w:r>
      <w:proofErr w:type="gramStart"/>
      <w:r>
        <w:rPr>
          <w:rFonts w:ascii="仿宋" w:eastAsia="仿宋" w:hAnsi="仿宋"/>
          <w:sz w:val="32"/>
          <w:lang w:eastAsia="zh-CN"/>
        </w:rPr>
        <w:t>之</w:t>
      </w:r>
      <w:proofErr w:type="gramEnd"/>
      <w:r>
        <w:rPr>
          <w:rFonts w:ascii="仿宋" w:eastAsia="仿宋" w:hAnsi="仿宋"/>
          <w:sz w:val="32"/>
          <w:lang w:eastAsia="zh-CN"/>
        </w:rPr>
        <w:t>谓。树中华民族之源，流辟中华文脉之芯片。</w:t>
      </w:r>
    </w:p>
    <w:p w14:paraId="01A161D3" w14:textId="77777777" w:rsidR="00E87C95" w:rsidRDefault="00000000">
      <w:pPr>
        <w:spacing w:after="0" w:line="579" w:lineRule="exact"/>
        <w:ind w:firstLine="640"/>
        <w:rPr>
          <w:lang w:eastAsia="zh-CN"/>
        </w:rPr>
      </w:pPr>
      <w:r>
        <w:rPr>
          <w:rFonts w:ascii="仿宋" w:eastAsia="仿宋" w:hAnsi="仿宋"/>
          <w:sz w:val="32"/>
          <w:lang w:eastAsia="zh-CN"/>
        </w:rPr>
        <w:t>路漫漫其修远兮，吾将上下而求索。《楚辞》不仅为我们留下了在世界文学史上熠熠生辉的文学瑰宝。更是将屈原</w:t>
      </w:r>
      <w:r>
        <w:rPr>
          <w:rFonts w:ascii="仿宋" w:eastAsia="仿宋" w:hAnsi="仿宋"/>
          <w:sz w:val="32"/>
          <w:lang w:eastAsia="zh-CN"/>
        </w:rPr>
        <w:lastRenderedPageBreak/>
        <w:t>勇于探索的思想精髓和情牵百姓的这些家国情怀镌刻在了华夏文明。绵延不断的血脉之中，让我们在《楚辞》的品读中塑中华民族精神之源，</w:t>
      </w:r>
      <w:proofErr w:type="gramStart"/>
      <w:r>
        <w:rPr>
          <w:rFonts w:ascii="仿宋" w:eastAsia="仿宋" w:hAnsi="仿宋"/>
          <w:sz w:val="32"/>
          <w:lang w:eastAsia="zh-CN"/>
        </w:rPr>
        <w:t>流辟与时</w:t>
      </w:r>
      <w:proofErr w:type="gramEnd"/>
      <w:r>
        <w:rPr>
          <w:rFonts w:ascii="仿宋" w:eastAsia="仿宋" w:hAnsi="仿宋"/>
          <w:sz w:val="32"/>
          <w:lang w:eastAsia="zh-CN"/>
        </w:rPr>
        <w:t>俱进之路径。再次感谢三位读书人与我们一同品读《楚辞》，我是王佳宁，下一本典籍我们再会。每天鲜活多一点，本节目由更多鲜活营养的光明乳业独家冠名播出。光明乳业乐在新鲜。中国味鲁花香典籍里的中国，由中国民族品牌的骄子鲁花特约播出。</w:t>
      </w:r>
    </w:p>
    <w:p w14:paraId="27329CC4" w14:textId="77777777" w:rsidR="00E87C95" w:rsidRDefault="00000000">
      <w:pPr>
        <w:spacing w:after="0" w:line="579" w:lineRule="exact"/>
        <w:ind w:firstLine="640"/>
        <w:rPr>
          <w:lang w:eastAsia="zh-CN"/>
        </w:rPr>
      </w:pPr>
      <w:r>
        <w:rPr>
          <w:rFonts w:ascii="仿宋" w:eastAsia="仿宋" w:hAnsi="仿宋"/>
          <w:sz w:val="32"/>
          <w:lang w:eastAsia="zh-CN"/>
        </w:rPr>
        <w:t>鲁花荣获国家科技进步奖。植物补益，读书有底气，感谢云南白药集团气血康口服液对本节目的赞助播出。扫描屏幕上方二维码，下载央视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观看典籍里的中国完整视频专享幕后精彩内容。每天鲜活多一点，本节目由更多鲜活营养的光明乳业独家冠名播出。光明乳业乐在新鲜。中国味鲁花香典籍里的中国，由中国民族品牌的骄子鲁花特约播出。鲁花荣获国家科技进步奖。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观看典籍里的中国完整视频专享幕后精彩内容。我是当代读书人王佳宁。我是古代读书人，</w:t>
      </w:r>
    </w:p>
    <w:p w14:paraId="5BB4DF1F" w14:textId="77777777" w:rsidR="00E87C95" w:rsidRDefault="00000000">
      <w:pPr>
        <w:spacing w:after="0" w:line="579" w:lineRule="exact"/>
        <w:ind w:firstLine="640"/>
        <w:rPr>
          <w:lang w:eastAsia="zh-CN"/>
        </w:rPr>
      </w:pPr>
      <w:r>
        <w:rPr>
          <w:rFonts w:ascii="仿宋" w:eastAsia="仿宋" w:hAnsi="仿宋"/>
          <w:sz w:val="32"/>
          <w:lang w:eastAsia="zh-CN"/>
        </w:rPr>
        <w:t>屈原。一部典籍，两人独独来。有点意思。</w:t>
      </w:r>
      <w:proofErr w:type="gramStart"/>
      <w:r>
        <w:rPr>
          <w:rFonts w:ascii="仿宋" w:eastAsia="仿宋" w:hAnsi="仿宋"/>
          <w:sz w:val="32"/>
          <w:lang w:eastAsia="zh-CN"/>
        </w:rPr>
        <w:t>后皇嘉树橘</w:t>
      </w:r>
      <w:proofErr w:type="gramEnd"/>
      <w:r>
        <w:rPr>
          <w:rFonts w:ascii="仿宋" w:eastAsia="仿宋" w:hAnsi="仿宋"/>
          <w:sz w:val="32"/>
          <w:lang w:eastAsia="zh-CN"/>
        </w:rPr>
        <w:t>来服兮，受命不迁生南国兮。皇天厚土，孕育佳美之树啊，</w:t>
      </w:r>
      <w:proofErr w:type="gramStart"/>
      <w:r>
        <w:rPr>
          <w:rFonts w:ascii="仿宋" w:eastAsia="仿宋" w:hAnsi="仿宋"/>
          <w:sz w:val="32"/>
          <w:lang w:eastAsia="zh-CN"/>
        </w:rPr>
        <w:t>菊树生来</w:t>
      </w:r>
      <w:proofErr w:type="gramEnd"/>
      <w:r>
        <w:rPr>
          <w:rFonts w:ascii="仿宋" w:eastAsia="仿宋" w:hAnsi="仿宋"/>
          <w:sz w:val="32"/>
          <w:lang w:eastAsia="zh-CN"/>
        </w:rPr>
        <w:t>就适应这一方水土，并收天命。不离故土永，</w:t>
      </w:r>
      <w:proofErr w:type="gramStart"/>
      <w:r>
        <w:rPr>
          <w:rFonts w:ascii="仿宋" w:eastAsia="仿宋" w:hAnsi="仿宋"/>
          <w:sz w:val="32"/>
          <w:lang w:eastAsia="zh-CN"/>
        </w:rPr>
        <w:t>世</w:t>
      </w:r>
      <w:proofErr w:type="gramEnd"/>
      <w:r>
        <w:rPr>
          <w:rFonts w:ascii="仿宋" w:eastAsia="仿宋" w:hAnsi="仿宋"/>
          <w:sz w:val="32"/>
          <w:lang w:eastAsia="zh-CN"/>
        </w:rPr>
        <w:t>生在南方的楚国。你读的是我的菊宋。是的，先生。</w:t>
      </w:r>
    </w:p>
    <w:p w14:paraId="44E09E63" w14:textId="77777777" w:rsidR="00E87C95" w:rsidRDefault="00000000">
      <w:pPr>
        <w:spacing w:after="0" w:line="579" w:lineRule="exact"/>
        <w:ind w:firstLine="640"/>
        <w:rPr>
          <w:lang w:eastAsia="zh-CN"/>
        </w:rPr>
      </w:pPr>
      <w:proofErr w:type="gramStart"/>
      <w:r>
        <w:rPr>
          <w:rFonts w:ascii="仿宋" w:eastAsia="仿宋" w:hAnsi="仿宋"/>
          <w:sz w:val="32"/>
          <w:lang w:eastAsia="zh-CN"/>
        </w:rPr>
        <w:t>独先生</w:t>
      </w:r>
      <w:proofErr w:type="gramEnd"/>
      <w:r>
        <w:rPr>
          <w:rFonts w:ascii="仿宋" w:eastAsia="仿宋" w:hAnsi="仿宋"/>
          <w:sz w:val="32"/>
          <w:lang w:eastAsia="zh-CN"/>
        </w:rPr>
        <w:t>的《橘颂》让我明白了人应当志存高洁，</w:t>
      </w:r>
      <w:proofErr w:type="gramStart"/>
      <w:r>
        <w:rPr>
          <w:rFonts w:ascii="仿宋" w:eastAsia="仿宋" w:hAnsi="仿宋"/>
          <w:sz w:val="32"/>
          <w:lang w:eastAsia="zh-CN"/>
        </w:rPr>
        <w:t>热爱家</w:t>
      </w:r>
      <w:proofErr w:type="gramEnd"/>
      <w:r>
        <w:rPr>
          <w:rFonts w:ascii="仿宋" w:eastAsia="仿宋" w:hAnsi="仿宋"/>
          <w:sz w:val="32"/>
          <w:lang w:eastAsia="zh-CN"/>
        </w:rPr>
        <w:t>国。您的《橘颂》同《离骚》《天问》《九歌》等共同汇成</w:t>
      </w:r>
      <w:r>
        <w:rPr>
          <w:rFonts w:ascii="仿宋" w:eastAsia="仿宋" w:hAnsi="仿宋"/>
          <w:sz w:val="32"/>
          <w:lang w:eastAsia="zh-CN"/>
        </w:rPr>
        <w:lastRenderedPageBreak/>
        <w:t>了《楚辞》。在后世，《楚辞》被奉为典籍，过誉啦。路漫漫其修远兮，吾将上下而求索。你还读过我的《离骚》，当然先生的《离骚》堪称浪漫主义诗歌的典范。当我读到路漫漫其修远兮，吾将上下而求索。领悟了先生不惜求索的精神。独</w:t>
      </w:r>
      <w:proofErr w:type="gramStart"/>
      <w:r>
        <w:rPr>
          <w:rFonts w:ascii="仿宋" w:eastAsia="仿宋" w:hAnsi="仿宋"/>
          <w:sz w:val="32"/>
          <w:lang w:eastAsia="zh-CN"/>
        </w:rPr>
        <w:t>长太</w:t>
      </w:r>
      <w:proofErr w:type="gramEnd"/>
      <w:r>
        <w:rPr>
          <w:rFonts w:ascii="仿宋" w:eastAsia="仿宋" w:hAnsi="仿宋"/>
          <w:sz w:val="32"/>
          <w:lang w:eastAsia="zh-CN"/>
        </w:rPr>
        <w:t>息以掩</w:t>
      </w:r>
      <w:proofErr w:type="gramStart"/>
      <w:r>
        <w:rPr>
          <w:rFonts w:ascii="仿宋" w:eastAsia="仿宋" w:hAnsi="仿宋"/>
          <w:sz w:val="32"/>
          <w:lang w:eastAsia="zh-CN"/>
        </w:rPr>
        <w:t>涕</w:t>
      </w:r>
      <w:proofErr w:type="gramEnd"/>
      <w:r>
        <w:rPr>
          <w:rFonts w:ascii="仿宋" w:eastAsia="仿宋" w:hAnsi="仿宋"/>
          <w:sz w:val="32"/>
          <w:lang w:eastAsia="zh-CN"/>
        </w:rPr>
        <w:t>兮，哀民生之多</w:t>
      </w:r>
      <w:proofErr w:type="gramStart"/>
      <w:r>
        <w:rPr>
          <w:rFonts w:ascii="仿宋" w:eastAsia="仿宋" w:hAnsi="仿宋"/>
          <w:sz w:val="32"/>
          <w:lang w:eastAsia="zh-CN"/>
        </w:rPr>
        <w:t>艰</w:t>
      </w:r>
      <w:proofErr w:type="gramEnd"/>
      <w:r>
        <w:rPr>
          <w:rFonts w:ascii="仿宋" w:eastAsia="仿宋" w:hAnsi="仿宋"/>
          <w:sz w:val="32"/>
          <w:lang w:eastAsia="zh-CN"/>
        </w:rPr>
        <w:t>。</w:t>
      </w:r>
    </w:p>
    <w:p w14:paraId="78291055" w14:textId="77777777" w:rsidR="00E87C95" w:rsidRDefault="00000000">
      <w:pPr>
        <w:spacing w:after="0" w:line="579" w:lineRule="exact"/>
        <w:ind w:firstLine="640"/>
        <w:rPr>
          <w:lang w:eastAsia="zh-CN"/>
        </w:rPr>
      </w:pPr>
      <w:r>
        <w:rPr>
          <w:rFonts w:ascii="仿宋" w:eastAsia="仿宋" w:hAnsi="仿宋"/>
          <w:sz w:val="32"/>
          <w:lang w:eastAsia="zh-CN"/>
        </w:rPr>
        <w:t>知先生忧心，民生疾苦。那时我身遭放逐。</w:t>
      </w:r>
      <w:proofErr w:type="gramStart"/>
      <w:r>
        <w:rPr>
          <w:rFonts w:ascii="仿宋" w:eastAsia="仿宋" w:hAnsi="仿宋"/>
          <w:sz w:val="32"/>
          <w:lang w:eastAsia="zh-CN"/>
        </w:rPr>
        <w:t>感慨家</w:t>
      </w:r>
      <w:proofErr w:type="gramEnd"/>
      <w:r>
        <w:rPr>
          <w:rFonts w:ascii="仿宋" w:eastAsia="仿宋" w:hAnsi="仿宋"/>
          <w:sz w:val="32"/>
          <w:lang w:eastAsia="zh-CN"/>
        </w:rPr>
        <w:t>国身世，追思前代兴亡。有感于心呐。</w:t>
      </w:r>
      <w:proofErr w:type="gramStart"/>
      <w:r>
        <w:rPr>
          <w:rFonts w:ascii="仿宋" w:eastAsia="仿宋" w:hAnsi="仿宋"/>
          <w:sz w:val="32"/>
          <w:lang w:eastAsia="zh-CN"/>
        </w:rPr>
        <w:t>独道</w:t>
      </w:r>
      <w:proofErr w:type="gramEnd"/>
      <w:r>
        <w:rPr>
          <w:rFonts w:ascii="仿宋" w:eastAsia="仿宋" w:hAnsi="仿宋"/>
          <w:sz w:val="32"/>
          <w:lang w:eastAsia="zh-CN"/>
        </w:rPr>
        <w:t>先生在《离骚》结尾处写道，</w:t>
      </w:r>
      <w:proofErr w:type="gramStart"/>
      <w:r>
        <w:rPr>
          <w:rFonts w:ascii="仿宋" w:eastAsia="仿宋" w:hAnsi="仿宋"/>
          <w:sz w:val="32"/>
          <w:lang w:eastAsia="zh-CN"/>
        </w:rPr>
        <w:t>既莫足与</w:t>
      </w:r>
      <w:proofErr w:type="gramEnd"/>
      <w:r>
        <w:rPr>
          <w:rFonts w:ascii="仿宋" w:eastAsia="仿宋" w:hAnsi="仿宋"/>
          <w:sz w:val="32"/>
          <w:lang w:eastAsia="zh-CN"/>
        </w:rPr>
        <w:t>为美，</w:t>
      </w:r>
      <w:proofErr w:type="gramStart"/>
      <w:r>
        <w:rPr>
          <w:rFonts w:ascii="仿宋" w:eastAsia="仿宋" w:hAnsi="仿宋"/>
          <w:sz w:val="32"/>
          <w:lang w:eastAsia="zh-CN"/>
        </w:rPr>
        <w:t>正息吾将</w:t>
      </w:r>
      <w:proofErr w:type="gramEnd"/>
      <w:r>
        <w:rPr>
          <w:rFonts w:ascii="仿宋" w:eastAsia="仿宋" w:hAnsi="仿宋"/>
          <w:sz w:val="32"/>
          <w:lang w:eastAsia="zh-CN"/>
        </w:rPr>
        <w:t>从彭咸之所居。我们后世每每读到这里，都会黯然泪下。先大夫彭咸。是我人生的楷模。他忠言劝谏，反被放逐，</w:t>
      </w:r>
    </w:p>
    <w:p w14:paraId="5A647AF3" w14:textId="77777777" w:rsidR="00E87C95" w:rsidRDefault="00000000">
      <w:pPr>
        <w:spacing w:after="0" w:line="579" w:lineRule="exact"/>
        <w:ind w:firstLine="640"/>
        <w:rPr>
          <w:lang w:eastAsia="zh-CN"/>
        </w:rPr>
      </w:pPr>
      <w:r>
        <w:rPr>
          <w:rFonts w:ascii="仿宋" w:eastAsia="仿宋" w:hAnsi="仿宋"/>
          <w:sz w:val="32"/>
          <w:lang w:eastAsia="zh-CN"/>
        </w:rPr>
        <w:t>最后因理想无法实现。跳入江流，葬身鱼腹。我如无法实现理想，将用生命追随它的步伐。当年《离骚》写完最后一行。放下笔。我早已放下了自己的生死。白天光明，夜晚黑暗，是谁安排了这一切？明明暗暗为是何为？我提出了关于宇宙的疑问，是的，您在《天问》中发出了170多个气势恢宏的提问。</w:t>
      </w:r>
    </w:p>
    <w:p w14:paraId="5BCD8FAC" w14:textId="77777777" w:rsidR="00E87C95" w:rsidRDefault="00000000">
      <w:pPr>
        <w:spacing w:after="0" w:line="579" w:lineRule="exact"/>
        <w:ind w:firstLine="640"/>
        <w:rPr>
          <w:lang w:eastAsia="zh-CN"/>
        </w:rPr>
      </w:pPr>
      <w:r>
        <w:rPr>
          <w:rFonts w:ascii="仿宋" w:eastAsia="仿宋" w:hAnsi="仿宋"/>
          <w:sz w:val="32"/>
          <w:lang w:eastAsia="zh-CN"/>
        </w:rPr>
        <w:t>上溯更古之初，直至楚国，当下追问宇宙本源，自然天道，您对天道的</w:t>
      </w:r>
      <w:proofErr w:type="gramStart"/>
      <w:r>
        <w:rPr>
          <w:rFonts w:ascii="仿宋" w:eastAsia="仿宋" w:hAnsi="仿宋"/>
          <w:sz w:val="32"/>
          <w:lang w:eastAsia="zh-CN"/>
        </w:rPr>
        <w:t>瘟</w:t>
      </w:r>
      <w:proofErr w:type="gramEnd"/>
      <w:r>
        <w:rPr>
          <w:rFonts w:ascii="仿宋" w:eastAsia="仿宋" w:hAnsi="仿宋"/>
          <w:sz w:val="32"/>
          <w:lang w:eastAsia="zh-CN"/>
        </w:rPr>
        <w:t>问？是生命的更高追求。您敢于提问的勇气和勇于求索的这种精神，对家国坚贞不移的热爱。已经以诗章的方式种在了后世人的心中，开花结果也影响了一代又一代的中国人。镌刻进了华夏文明绵延不绝的血脉之中。感</w:t>
      </w:r>
      <w:r>
        <w:rPr>
          <w:rFonts w:ascii="仿宋" w:eastAsia="仿宋" w:hAnsi="仿宋"/>
          <w:sz w:val="32"/>
          <w:lang w:eastAsia="zh-CN"/>
        </w:rPr>
        <w:lastRenderedPageBreak/>
        <w:t>谢你让我知道这些。多谢先生带我识读《楚辞》，同为中国读书人。不客气。</w:t>
      </w:r>
    </w:p>
    <w:p w14:paraId="780D99B0" w14:textId="77777777" w:rsidR="00E87C95" w:rsidRDefault="00000000">
      <w:pPr>
        <w:rPr>
          <w:lang w:eastAsia="zh-CN"/>
        </w:rPr>
      </w:pPr>
      <w:r>
        <w:rPr>
          <w:lang w:eastAsia="zh-CN"/>
        </w:rPr>
        <w:br w:type="page"/>
      </w:r>
    </w:p>
    <w:p w14:paraId="3CCDFDD5" w14:textId="77777777" w:rsidR="00E87C95" w:rsidRDefault="00000000">
      <w:pPr>
        <w:spacing w:after="0" w:line="579" w:lineRule="exact"/>
        <w:jc w:val="center"/>
        <w:rPr>
          <w:lang w:eastAsia="zh-CN"/>
        </w:rPr>
      </w:pPr>
      <w:r>
        <w:rPr>
          <w:rFonts w:ascii="方正小标宋简体" w:eastAsia="方正小标宋简体" w:hAnsi="方正小标宋简体"/>
          <w:sz w:val="44"/>
          <w:lang w:eastAsia="zh-CN"/>
        </w:rPr>
        <w:lastRenderedPageBreak/>
        <w:t>第08集 《徐霞客游记》</w:t>
      </w:r>
    </w:p>
    <w:p w14:paraId="458FA8D3" w14:textId="77777777" w:rsidR="00E87C95" w:rsidRDefault="00000000">
      <w:pPr>
        <w:spacing w:after="0" w:line="579" w:lineRule="exact"/>
        <w:ind w:firstLine="640"/>
        <w:rPr>
          <w:lang w:eastAsia="zh-CN"/>
        </w:rPr>
      </w:pPr>
      <w:r>
        <w:rPr>
          <w:rFonts w:ascii="仿宋" w:eastAsia="仿宋" w:hAnsi="仿宋"/>
          <w:sz w:val="32"/>
          <w:lang w:eastAsia="zh-CN"/>
        </w:rPr>
        <w:t>今天在典籍里的中国，让我们一起识读《徐霞客游记》。我徐氏一宗男儿，可以不取功名，但不可不立志。当朝碧海而</w:t>
      </w:r>
      <w:proofErr w:type="gramStart"/>
      <w:r>
        <w:rPr>
          <w:rFonts w:ascii="仿宋" w:eastAsia="仿宋" w:hAnsi="仿宋"/>
          <w:sz w:val="32"/>
          <w:lang w:eastAsia="zh-CN"/>
        </w:rPr>
        <w:t>暮</w:t>
      </w:r>
      <w:proofErr w:type="gramEnd"/>
      <w:r>
        <w:rPr>
          <w:rFonts w:ascii="仿宋" w:eastAsia="仿宋" w:hAnsi="仿宋"/>
          <w:sz w:val="32"/>
          <w:lang w:eastAsia="zh-CN"/>
        </w:rPr>
        <w:t>苍梧。让我行万里路，而心中留芳。朝碧海而</w:t>
      </w:r>
      <w:proofErr w:type="gramStart"/>
      <w:r>
        <w:rPr>
          <w:rFonts w:ascii="仿宋" w:eastAsia="仿宋" w:hAnsi="仿宋"/>
          <w:sz w:val="32"/>
          <w:lang w:eastAsia="zh-CN"/>
        </w:rPr>
        <w:t>暮</w:t>
      </w:r>
      <w:proofErr w:type="gramEnd"/>
      <w:r>
        <w:rPr>
          <w:rFonts w:ascii="仿宋" w:eastAsia="仿宋" w:hAnsi="仿宋"/>
          <w:sz w:val="32"/>
          <w:lang w:eastAsia="zh-CN"/>
        </w:rPr>
        <w:t>苍梧。去吧，母亲想你了。母亲，儿子看到了。到了长江的正源，看到了。一九七六年8月25日。中国青海省。</w:t>
      </w:r>
    </w:p>
    <w:p w14:paraId="334C7554" w14:textId="77777777" w:rsidR="00E87C95" w:rsidRDefault="00000000">
      <w:pPr>
        <w:spacing w:after="0" w:line="579" w:lineRule="exact"/>
        <w:ind w:firstLine="640"/>
        <w:rPr>
          <w:lang w:eastAsia="zh-CN"/>
        </w:rPr>
      </w:pPr>
      <w:r>
        <w:rPr>
          <w:rFonts w:ascii="仿宋" w:eastAsia="仿宋" w:hAnsi="仿宋"/>
          <w:sz w:val="32"/>
          <w:lang w:eastAsia="zh-CN"/>
        </w:rPr>
        <w:t>唐古拉山脉。找到了。我们终于找到长江的源头了，找到了。这就是我们母亲河的源头。唐古拉山脉，姜根迪如冰川。长江溯源。是中国历代地理学家的梦想。300多年前，明代地理学家徐霞客就不远万里寻找长江的源头。我们探寻长江的源头。跋涉2000多里。风餐露宿近两月，徐霞客当年。</w:t>
      </w:r>
    </w:p>
    <w:p w14:paraId="173DE6B8" w14:textId="77777777" w:rsidR="00E87C95" w:rsidRDefault="00000000">
      <w:pPr>
        <w:spacing w:after="0" w:line="579" w:lineRule="exact"/>
        <w:ind w:firstLine="640"/>
        <w:rPr>
          <w:lang w:eastAsia="zh-CN"/>
        </w:rPr>
      </w:pPr>
      <w:r>
        <w:rPr>
          <w:rFonts w:ascii="仿宋" w:eastAsia="仿宋" w:hAnsi="仿宋"/>
          <w:sz w:val="32"/>
          <w:lang w:eastAsia="zh-CN"/>
        </w:rPr>
        <w:t>一定比我们更艰难。一六三八年。明朝崇祯11年。金沙江元谋断。先生。先生此树，便是金沙江。西行万里，走了两年。我们终于到了。溯源长江。我认为金沙江。才是长江的正源。先生，长江的源头不是岷江吗？</w:t>
      </w:r>
    </w:p>
    <w:p w14:paraId="3CC8D418" w14:textId="77777777" w:rsidR="00E87C95" w:rsidRDefault="00000000">
      <w:pPr>
        <w:spacing w:after="0" w:line="579" w:lineRule="exact"/>
        <w:ind w:firstLine="640"/>
        <w:rPr>
          <w:lang w:eastAsia="zh-CN"/>
        </w:rPr>
      </w:pPr>
      <w:r>
        <w:rPr>
          <w:rFonts w:ascii="仿宋" w:eastAsia="仿宋" w:hAnsi="仿宋"/>
          <w:sz w:val="32"/>
          <w:lang w:eastAsia="zh-CN"/>
        </w:rPr>
        <w:t>那是因为尚书禹公里记载</w:t>
      </w:r>
      <w:proofErr w:type="gramStart"/>
      <w:r>
        <w:rPr>
          <w:rFonts w:ascii="仿宋" w:eastAsia="仿宋" w:hAnsi="仿宋"/>
          <w:sz w:val="32"/>
          <w:lang w:eastAsia="zh-CN"/>
        </w:rPr>
        <w:t>岷山倒江的</w:t>
      </w:r>
      <w:proofErr w:type="gramEnd"/>
      <w:r>
        <w:rPr>
          <w:rFonts w:ascii="仿宋" w:eastAsia="仿宋" w:hAnsi="仿宋"/>
          <w:sz w:val="32"/>
          <w:lang w:eastAsia="zh-CN"/>
        </w:rPr>
        <w:t>说法，后人误以为长江的源头是岷江。先生</w:t>
      </w:r>
      <w:proofErr w:type="gramStart"/>
      <w:r>
        <w:rPr>
          <w:rFonts w:ascii="仿宋" w:eastAsia="仿宋" w:hAnsi="仿宋"/>
          <w:sz w:val="32"/>
          <w:lang w:eastAsia="zh-CN"/>
        </w:rPr>
        <w:t>先生</w:t>
      </w:r>
      <w:proofErr w:type="gramEnd"/>
      <w:r>
        <w:rPr>
          <w:rFonts w:ascii="仿宋" w:eastAsia="仿宋" w:hAnsi="仿宋"/>
          <w:sz w:val="32"/>
          <w:lang w:eastAsia="zh-CN"/>
        </w:rPr>
        <w:t>，小心先生。几千年来，以讹传讹，无人纠正。先生，那您是想纠正这个讹误吗？对，我要看清地形地貌。把它记下来来。徐霞客先生啊，敢于纠正前人的讹误。他经过实地考察。</w:t>
      </w:r>
    </w:p>
    <w:p w14:paraId="7F7D7FD8" w14:textId="77777777" w:rsidR="00E87C95" w:rsidRDefault="00000000">
      <w:pPr>
        <w:spacing w:after="0" w:line="579" w:lineRule="exact"/>
        <w:ind w:firstLine="640"/>
        <w:rPr>
          <w:lang w:eastAsia="zh-CN"/>
        </w:rPr>
      </w:pPr>
      <w:r>
        <w:rPr>
          <w:rFonts w:ascii="仿宋" w:eastAsia="仿宋" w:hAnsi="仿宋"/>
          <w:sz w:val="32"/>
          <w:lang w:eastAsia="zh-CN"/>
        </w:rPr>
        <w:t>在《溯江纪源》中。将金沙江论定为长江的正源。真了不起呀。300多年前。他没有现代地理学的测绘手段，</w:t>
      </w:r>
      <w:proofErr w:type="gramStart"/>
      <w:r>
        <w:rPr>
          <w:rFonts w:ascii="仿宋" w:eastAsia="仿宋" w:hAnsi="仿宋"/>
          <w:sz w:val="32"/>
          <w:lang w:eastAsia="zh-CN"/>
        </w:rPr>
        <w:t>凭双脚</w:t>
      </w:r>
      <w:r>
        <w:rPr>
          <w:rFonts w:ascii="仿宋" w:eastAsia="仿宋" w:hAnsi="仿宋"/>
          <w:sz w:val="32"/>
          <w:lang w:eastAsia="zh-CN"/>
        </w:rPr>
        <w:lastRenderedPageBreak/>
        <w:t>行</w:t>
      </w:r>
      <w:proofErr w:type="gramEnd"/>
      <w:r>
        <w:rPr>
          <w:rFonts w:ascii="仿宋" w:eastAsia="仿宋" w:hAnsi="仿宋"/>
          <w:sz w:val="32"/>
          <w:lang w:eastAsia="zh-CN"/>
        </w:rPr>
        <w:t>走，双眼观测就做出了正确的判断。徐霞客先生突破了我国古典地理学的束缚。使我国地理学进入到近代地理学的新阶段。这在中国地理学史上具有重大意义。我幼时就有追溯长江源头的梦想，追根溯源，我们只是走出了第一步。我们还要继续走下去。来先生，</w:t>
      </w:r>
    </w:p>
    <w:p w14:paraId="0C9E8D97" w14:textId="77777777" w:rsidR="00E87C95" w:rsidRDefault="00000000">
      <w:pPr>
        <w:spacing w:after="0" w:line="579" w:lineRule="exact"/>
        <w:ind w:firstLine="640"/>
        <w:rPr>
          <w:lang w:eastAsia="zh-CN"/>
        </w:rPr>
      </w:pPr>
      <w:r>
        <w:rPr>
          <w:rFonts w:ascii="仿宋" w:eastAsia="仿宋" w:hAnsi="仿宋"/>
          <w:sz w:val="32"/>
          <w:lang w:eastAsia="zh-CN"/>
        </w:rPr>
        <w:t>小心</w:t>
      </w:r>
      <w:proofErr w:type="gramStart"/>
      <w:r>
        <w:rPr>
          <w:rFonts w:ascii="仿宋" w:eastAsia="仿宋" w:hAnsi="仿宋"/>
          <w:sz w:val="32"/>
          <w:lang w:eastAsia="zh-CN"/>
        </w:rPr>
        <w:t>小心</w:t>
      </w:r>
      <w:proofErr w:type="gramEnd"/>
      <w:r>
        <w:rPr>
          <w:rFonts w:ascii="仿宋" w:eastAsia="仿宋" w:hAnsi="仿宋"/>
          <w:sz w:val="32"/>
          <w:lang w:eastAsia="zh-CN"/>
        </w:rPr>
        <w:t>。先生，先生，先生。先生，你的脚都这样了，不能再走。这点伤痛算得了什么？历代先贤开辟家园。正所谓。高山如父，江河如母。追根溯源是我们后代子孙应尽的本分。我们要沿着。先人的脚步。</w:t>
      </w:r>
    </w:p>
    <w:p w14:paraId="39AA80BE" w14:textId="77777777" w:rsidR="00E87C95" w:rsidRDefault="00000000">
      <w:pPr>
        <w:spacing w:after="0" w:line="579" w:lineRule="exact"/>
        <w:ind w:firstLine="640"/>
        <w:rPr>
          <w:lang w:eastAsia="zh-CN"/>
        </w:rPr>
      </w:pPr>
      <w:r>
        <w:rPr>
          <w:rFonts w:ascii="仿宋" w:eastAsia="仿宋" w:hAnsi="仿宋"/>
          <w:sz w:val="32"/>
          <w:lang w:eastAsia="zh-CN"/>
        </w:rPr>
        <w:t>向前一步。你再向前一步。哈哈</w:t>
      </w:r>
      <w:proofErr w:type="gramStart"/>
      <w:r>
        <w:rPr>
          <w:rFonts w:ascii="仿宋" w:eastAsia="仿宋" w:hAnsi="仿宋"/>
          <w:sz w:val="32"/>
          <w:lang w:eastAsia="zh-CN"/>
        </w:rPr>
        <w:t>哈</w:t>
      </w:r>
      <w:proofErr w:type="gramEnd"/>
      <w:r>
        <w:rPr>
          <w:rFonts w:ascii="仿宋" w:eastAsia="仿宋" w:hAnsi="仿宋"/>
          <w:sz w:val="32"/>
          <w:lang w:eastAsia="zh-CN"/>
        </w:rPr>
        <w:t>。</w:t>
      </w:r>
      <w:proofErr w:type="gramStart"/>
      <w:r>
        <w:rPr>
          <w:rFonts w:ascii="仿宋" w:eastAsia="仿宋" w:hAnsi="仿宋"/>
          <w:sz w:val="32"/>
          <w:lang w:eastAsia="zh-CN"/>
        </w:rPr>
        <w:t>诶</w:t>
      </w:r>
      <w:proofErr w:type="gramEnd"/>
      <w:r>
        <w:rPr>
          <w:rFonts w:ascii="仿宋" w:eastAsia="仿宋" w:hAnsi="仿宋"/>
          <w:sz w:val="32"/>
          <w:lang w:eastAsia="zh-CN"/>
        </w:rPr>
        <w:t>，这腿好像不疼了。哈哈</w:t>
      </w:r>
      <w:proofErr w:type="gramStart"/>
      <w:r>
        <w:rPr>
          <w:rFonts w:ascii="仿宋" w:eastAsia="仿宋" w:hAnsi="仿宋"/>
          <w:sz w:val="32"/>
          <w:lang w:eastAsia="zh-CN"/>
        </w:rPr>
        <w:t>哈</w:t>
      </w:r>
      <w:proofErr w:type="gramEnd"/>
      <w:r>
        <w:rPr>
          <w:rFonts w:ascii="仿宋" w:eastAsia="仿宋" w:hAnsi="仿宋"/>
          <w:sz w:val="32"/>
          <w:lang w:eastAsia="zh-CN"/>
        </w:rPr>
        <w:t>。啊。啊，你脚都肿了。没事，探寻长江的源头。是中国历代地理学家的梦想。我们在前人的足迹上更进一步。完成溯愿。从今天开始，</w:t>
      </w:r>
    </w:p>
    <w:p w14:paraId="5D19DD47" w14:textId="77777777" w:rsidR="00E87C95" w:rsidRDefault="00000000">
      <w:pPr>
        <w:spacing w:after="0" w:line="579" w:lineRule="exact"/>
        <w:ind w:firstLine="640"/>
        <w:rPr>
          <w:lang w:eastAsia="zh-CN"/>
        </w:rPr>
      </w:pPr>
      <w:r>
        <w:rPr>
          <w:rFonts w:ascii="仿宋" w:eastAsia="仿宋" w:hAnsi="仿宋"/>
          <w:sz w:val="32"/>
          <w:lang w:eastAsia="zh-CN"/>
        </w:rPr>
        <w:t>母亲河长江的长度确定为6300公里。超越密西西比河成为世界第三大河流。来</w:t>
      </w:r>
      <w:proofErr w:type="gramStart"/>
      <w:r>
        <w:rPr>
          <w:rFonts w:ascii="仿宋" w:eastAsia="仿宋" w:hAnsi="仿宋"/>
          <w:sz w:val="32"/>
          <w:lang w:eastAsia="zh-CN"/>
        </w:rPr>
        <w:t>咱们贡饮长江</w:t>
      </w:r>
      <w:proofErr w:type="gramEnd"/>
      <w:r>
        <w:rPr>
          <w:rFonts w:ascii="仿宋" w:eastAsia="仿宋" w:hAnsi="仿宋"/>
          <w:sz w:val="32"/>
          <w:lang w:eastAsia="zh-CN"/>
        </w:rPr>
        <w:t>源头的水。庆祝一下，来来。哈哈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。我真想。喝一口。长江源头的水。4000多年前。黄帝、大禹等先贤，劈山通道，</w:t>
      </w:r>
    </w:p>
    <w:p w14:paraId="444AC7FB" w14:textId="77777777" w:rsidR="00E87C95" w:rsidRDefault="00000000">
      <w:pPr>
        <w:spacing w:after="0" w:line="579" w:lineRule="exact"/>
        <w:ind w:firstLine="640"/>
        <w:rPr>
          <w:lang w:eastAsia="zh-CN"/>
        </w:rPr>
      </w:pPr>
      <w:r>
        <w:rPr>
          <w:rFonts w:ascii="仿宋" w:eastAsia="仿宋" w:hAnsi="仿宋"/>
          <w:sz w:val="32"/>
          <w:lang w:eastAsia="zh-CN"/>
        </w:rPr>
        <w:t>治理江河，分定地域，用实践为中国古典地理学奠基。300多年前。明代地理学家徐霞客承前启后，为近代地理学开拓创新。此后，一代又一代地理学家继往开来。中国地理学逐步演进成现代地理学。今天在典籍里的中国，就让我们一</w:t>
      </w:r>
      <w:r>
        <w:rPr>
          <w:rFonts w:ascii="仿宋" w:eastAsia="仿宋" w:hAnsi="仿宋"/>
          <w:sz w:val="32"/>
          <w:lang w:eastAsia="zh-CN"/>
        </w:rPr>
        <w:lastRenderedPageBreak/>
        <w:t>起识读中国近代地理学奠基之作。《徐霞客游记》。打开典籍，品读中国，欢迎走进典籍里的中国。我是王佳宁。</w:t>
      </w:r>
    </w:p>
    <w:p w14:paraId="03E6C433" w14:textId="77777777" w:rsidR="00E87C95" w:rsidRDefault="00000000">
      <w:pPr>
        <w:spacing w:after="0" w:line="579" w:lineRule="exact"/>
        <w:ind w:firstLine="640"/>
        <w:rPr>
          <w:lang w:eastAsia="zh-CN"/>
        </w:rPr>
      </w:pPr>
      <w:r>
        <w:rPr>
          <w:rFonts w:ascii="仿宋" w:eastAsia="仿宋" w:hAnsi="仿宋"/>
          <w:sz w:val="32"/>
          <w:lang w:eastAsia="zh-CN"/>
        </w:rPr>
        <w:t>读万卷书，行万里路。千古奇人徐霞客，历经30余年的行走与自然为伍，以实证为言。铸成现存60余万字的《徐霞客游记》，在这部被誉为千古奇文的典籍中。徐霞客以足为适，丈量岷山大川，以笔带心，记录下对祖国山河永恒的热爱。今天就让我们与三位读书人一同品读《徐霞客游记》。每天鲜活多一点，本节目由更多鲜活营养的光明乳业独家冠名播出。光明乳业乐在新鲜。</w:t>
      </w:r>
    </w:p>
    <w:p w14:paraId="47018E1A" w14:textId="77777777" w:rsidR="00E87C95" w:rsidRDefault="00000000">
      <w:pPr>
        <w:spacing w:after="0" w:line="579" w:lineRule="exact"/>
        <w:ind w:firstLine="640"/>
        <w:rPr>
          <w:lang w:eastAsia="zh-CN"/>
        </w:rPr>
      </w:pPr>
      <w:r>
        <w:rPr>
          <w:rFonts w:ascii="仿宋" w:eastAsia="仿宋" w:hAnsi="仿宋"/>
          <w:sz w:val="32"/>
          <w:lang w:eastAsia="zh-CN"/>
        </w:rPr>
        <w:t>中国味鲁花香典籍里的中国，由中国民族品牌的骄子鲁花特约播出。鲁花荣获国家科技进步奖。植物补益，读书有底气，感谢云南白药集团气血康口服液对本节目的赞助播出。扫描屏幕上方二维码，下载央视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APP观看典籍里的中国完整视频专享幕后精彩内容。老师们好！欢迎各位！刚才我们在开场戏剧当中，也看到徐霞客是纠正了世人误解岷江为长江源头的这个说法，而且更正长江的正源为金沙江。所以《徐霞客游记》其实是徐霞客本人亲身经历实践所著，也是真</w:t>
      </w:r>
      <w:proofErr w:type="gramStart"/>
      <w:r>
        <w:rPr>
          <w:rFonts w:ascii="仿宋" w:eastAsia="仿宋" w:hAnsi="仿宋"/>
          <w:sz w:val="32"/>
          <w:lang w:eastAsia="zh-CN"/>
        </w:rPr>
        <w:t>真正</w:t>
      </w:r>
      <w:proofErr w:type="gramEnd"/>
      <w:r>
        <w:rPr>
          <w:rFonts w:ascii="仿宋" w:eastAsia="仿宋" w:hAnsi="仿宋"/>
          <w:sz w:val="32"/>
          <w:lang w:eastAsia="zh-CN"/>
        </w:rPr>
        <w:t>正的推动了中国地理学的发展。没错儿，</w:t>
      </w:r>
    </w:p>
    <w:p w14:paraId="21B5506B" w14:textId="77777777" w:rsidR="00E87C95" w:rsidRDefault="00000000">
      <w:pPr>
        <w:spacing w:after="0" w:line="579" w:lineRule="exact"/>
        <w:ind w:firstLine="640"/>
        <w:rPr>
          <w:lang w:eastAsia="zh-CN"/>
        </w:rPr>
      </w:pPr>
      <w:proofErr w:type="gramStart"/>
      <w:r>
        <w:rPr>
          <w:rFonts w:ascii="仿宋" w:eastAsia="仿宋" w:hAnsi="仿宋"/>
          <w:sz w:val="32"/>
          <w:lang w:eastAsia="zh-CN"/>
        </w:rPr>
        <w:t>民山倒浆这个</w:t>
      </w:r>
      <w:proofErr w:type="gramEnd"/>
      <w:r>
        <w:rPr>
          <w:rFonts w:ascii="仿宋" w:eastAsia="仿宋" w:hAnsi="仿宋"/>
          <w:sz w:val="32"/>
          <w:lang w:eastAsia="zh-CN"/>
        </w:rPr>
        <w:t>说法呢，出自于尚书与贡篇，就是大禹啊，</w:t>
      </w:r>
      <w:proofErr w:type="gramStart"/>
      <w:r>
        <w:rPr>
          <w:rFonts w:ascii="仿宋" w:eastAsia="仿宋" w:hAnsi="仿宋"/>
          <w:sz w:val="32"/>
          <w:lang w:eastAsia="zh-CN"/>
        </w:rPr>
        <w:t>到民山去</w:t>
      </w:r>
      <w:proofErr w:type="gramEnd"/>
      <w:r>
        <w:rPr>
          <w:rFonts w:ascii="仿宋" w:eastAsia="仿宋" w:hAnsi="仿宋"/>
          <w:sz w:val="32"/>
          <w:lang w:eastAsia="zh-CN"/>
        </w:rPr>
        <w:t>。去疏导长江，那后人就误解了呃，说岷山呢，就是长江的源头。但是徐霞客通过自己切身的踏查，确定了金沙江才是长江的正源，这一下子就纠正了我们地理学的一个</w:t>
      </w:r>
      <w:r>
        <w:rPr>
          <w:rFonts w:ascii="仿宋" w:eastAsia="仿宋" w:hAnsi="仿宋"/>
          <w:sz w:val="32"/>
          <w:lang w:eastAsia="zh-CN"/>
        </w:rPr>
        <w:lastRenderedPageBreak/>
        <w:t>大误会。徐霞客一生走入山水，考察江河源流，不断的纠正。</w:t>
      </w:r>
      <w:proofErr w:type="gramStart"/>
      <w:r>
        <w:rPr>
          <w:rFonts w:ascii="仿宋" w:eastAsia="仿宋" w:hAnsi="仿宋"/>
          <w:sz w:val="32"/>
          <w:lang w:eastAsia="zh-CN"/>
        </w:rPr>
        <w:t>救治书</w:t>
      </w:r>
      <w:proofErr w:type="gramEnd"/>
      <w:r>
        <w:rPr>
          <w:rFonts w:ascii="仿宋" w:eastAsia="仿宋" w:hAnsi="仿宋"/>
          <w:sz w:val="32"/>
          <w:lang w:eastAsia="zh-CN"/>
        </w:rPr>
        <w:t>当中的很多错误，</w:t>
      </w:r>
    </w:p>
    <w:p w14:paraId="43DACB99" w14:textId="77777777" w:rsidR="00E87C95" w:rsidRDefault="00000000">
      <w:pPr>
        <w:spacing w:after="0" w:line="579" w:lineRule="exact"/>
        <w:ind w:firstLine="640"/>
        <w:rPr>
          <w:lang w:eastAsia="zh-CN"/>
        </w:rPr>
      </w:pPr>
      <w:r>
        <w:rPr>
          <w:rFonts w:ascii="仿宋" w:eastAsia="仿宋" w:hAnsi="仿宋"/>
          <w:sz w:val="32"/>
          <w:lang w:eastAsia="zh-CN"/>
        </w:rPr>
        <w:t>他在</w:t>
      </w:r>
      <w:proofErr w:type="gramStart"/>
      <w:r>
        <w:rPr>
          <w:rFonts w:ascii="仿宋" w:eastAsia="仿宋" w:hAnsi="仿宋"/>
          <w:sz w:val="32"/>
          <w:lang w:eastAsia="zh-CN"/>
        </w:rPr>
        <w:t>肃</w:t>
      </w:r>
      <w:proofErr w:type="gramEnd"/>
      <w:r>
        <w:rPr>
          <w:rFonts w:ascii="仿宋" w:eastAsia="仿宋" w:hAnsi="仿宋"/>
          <w:sz w:val="32"/>
          <w:lang w:eastAsia="zh-CN"/>
        </w:rPr>
        <w:t>江巨岩那一篇有这么几句话。故不叹江源，不知其大于合，不</w:t>
      </w:r>
      <w:proofErr w:type="gramStart"/>
      <w:r>
        <w:rPr>
          <w:rFonts w:ascii="仿宋" w:eastAsia="仿宋" w:hAnsi="仿宋"/>
          <w:sz w:val="32"/>
          <w:lang w:eastAsia="zh-CN"/>
        </w:rPr>
        <w:t>以合相提</w:t>
      </w:r>
      <w:proofErr w:type="gramEnd"/>
      <w:r>
        <w:rPr>
          <w:rFonts w:ascii="仿宋" w:eastAsia="仿宋" w:hAnsi="仿宋"/>
          <w:sz w:val="32"/>
          <w:lang w:eastAsia="zh-CN"/>
        </w:rPr>
        <w:t>而论，不知其言之也。找到了长江的源头，在一定意义上就找到了滋养我们中华文明的最主要的源头之一。徐霞客，他曾经说过这样的一句话，这也是写在了他的墓志铭上，丈夫当朝碧海而</w:t>
      </w:r>
      <w:proofErr w:type="gramStart"/>
      <w:r>
        <w:rPr>
          <w:rFonts w:ascii="仿宋" w:eastAsia="仿宋" w:hAnsi="仿宋"/>
          <w:sz w:val="32"/>
          <w:lang w:eastAsia="zh-CN"/>
        </w:rPr>
        <w:t>暮</w:t>
      </w:r>
      <w:proofErr w:type="gramEnd"/>
      <w:r>
        <w:rPr>
          <w:rFonts w:ascii="仿宋" w:eastAsia="仿宋" w:hAnsi="仿宋"/>
          <w:sz w:val="32"/>
          <w:lang w:eastAsia="zh-CN"/>
        </w:rPr>
        <w:t>苍梧，这也是他这一生矢志不渝去寻访大江南北的一个真实的写照。没错，唐朝的吕洞宾，他的一句诗啊，</w:t>
      </w:r>
    </w:p>
    <w:p w14:paraId="3BC1854C" w14:textId="77777777" w:rsidR="00E87C95" w:rsidRDefault="00000000">
      <w:pPr>
        <w:spacing w:after="0" w:line="579" w:lineRule="exact"/>
        <w:ind w:firstLine="640"/>
        <w:rPr>
          <w:lang w:eastAsia="zh-CN"/>
        </w:rPr>
      </w:pPr>
      <w:proofErr w:type="gramStart"/>
      <w:r>
        <w:rPr>
          <w:rFonts w:ascii="仿宋" w:eastAsia="仿宋" w:hAnsi="仿宋"/>
          <w:sz w:val="32"/>
          <w:lang w:eastAsia="zh-CN"/>
        </w:rPr>
        <w:t>说朝游北海暮</w:t>
      </w:r>
      <w:proofErr w:type="gramEnd"/>
      <w:r>
        <w:rPr>
          <w:rFonts w:ascii="仿宋" w:eastAsia="仿宋" w:hAnsi="仿宋"/>
          <w:sz w:val="32"/>
          <w:lang w:eastAsia="zh-CN"/>
        </w:rPr>
        <w:t>苍梧啊，说我早晨在海，晚上就在山，到徐霞客这儿。他把这句话落到实处了，他的好朋友曾经给他写诗说，他呀，是寻山如访友。远游如置身，说巡山就</w:t>
      </w:r>
      <w:proofErr w:type="gramStart"/>
      <w:r>
        <w:rPr>
          <w:rFonts w:ascii="仿宋" w:eastAsia="仿宋" w:hAnsi="仿宋"/>
          <w:sz w:val="32"/>
          <w:lang w:eastAsia="zh-CN"/>
        </w:rPr>
        <w:t>像访问</w:t>
      </w:r>
      <w:proofErr w:type="gramEnd"/>
      <w:r>
        <w:rPr>
          <w:rFonts w:ascii="仿宋" w:eastAsia="仿宋" w:hAnsi="仿宋"/>
          <w:sz w:val="32"/>
          <w:lang w:eastAsia="zh-CN"/>
        </w:rPr>
        <w:t>好朋友那么开心。他是有一份热爱在里头的。才有真正的</w:t>
      </w:r>
      <w:proofErr w:type="gramStart"/>
      <w:r>
        <w:rPr>
          <w:rFonts w:ascii="仿宋" w:eastAsia="仿宋" w:hAnsi="仿宋"/>
          <w:sz w:val="32"/>
          <w:lang w:eastAsia="zh-CN"/>
        </w:rPr>
        <w:t>朝避海</w:t>
      </w:r>
      <w:proofErr w:type="gramEnd"/>
      <w:r>
        <w:rPr>
          <w:rFonts w:ascii="仿宋" w:eastAsia="仿宋" w:hAnsi="仿宋"/>
          <w:sz w:val="32"/>
          <w:lang w:eastAsia="zh-CN"/>
        </w:rPr>
        <w:t>而牧草。是的，我们在游记中能够处处感受到他对自然山川的这种热爱，比如说对破坏自然环境的行为。</w:t>
      </w:r>
    </w:p>
    <w:p w14:paraId="0A2390DA" w14:textId="77777777" w:rsidR="00E87C95" w:rsidRDefault="00000000">
      <w:pPr>
        <w:spacing w:after="0" w:line="579" w:lineRule="exact"/>
        <w:ind w:firstLine="640"/>
        <w:rPr>
          <w:lang w:eastAsia="zh-CN"/>
        </w:rPr>
      </w:pPr>
      <w:r>
        <w:rPr>
          <w:rFonts w:ascii="仿宋" w:eastAsia="仿宋" w:hAnsi="仿宋"/>
          <w:sz w:val="32"/>
          <w:lang w:eastAsia="zh-CN"/>
        </w:rPr>
        <w:t>它是要记载有的地方滥砍滥伐，造成这种铜山秃岭他都非常痛心不已，那么相反呢，对于一些比如植树造林。恢复生态，营造美好的自然环境的这种行为，他大加赞赏。这种思想，这种感情，特别能打动人。那说回到这部典籍上游，天台山日记正式开启了《徐霞客游记》当中的第一个板块。主要记述的是他去探访岷山大川的经历，他的游记有一些由于战乱等等一些原因。善意了，</w:t>
      </w:r>
    </w:p>
    <w:p w14:paraId="11789F50" w14:textId="77777777" w:rsidR="00E87C95" w:rsidRDefault="00000000">
      <w:pPr>
        <w:spacing w:after="0" w:line="579" w:lineRule="exact"/>
        <w:ind w:firstLine="640"/>
        <w:rPr>
          <w:lang w:eastAsia="zh-CN"/>
        </w:rPr>
      </w:pPr>
      <w:r>
        <w:rPr>
          <w:rFonts w:ascii="仿宋" w:eastAsia="仿宋" w:hAnsi="仿宋"/>
          <w:sz w:val="32"/>
          <w:lang w:eastAsia="zh-CN"/>
        </w:rPr>
        <w:lastRenderedPageBreak/>
        <w:t>我们现在读到的这60</w:t>
      </w:r>
      <w:proofErr w:type="gramStart"/>
      <w:r>
        <w:rPr>
          <w:rFonts w:ascii="仿宋" w:eastAsia="仿宋" w:hAnsi="仿宋"/>
          <w:sz w:val="32"/>
          <w:lang w:eastAsia="zh-CN"/>
        </w:rPr>
        <w:t>几万</w:t>
      </w:r>
      <w:proofErr w:type="gramEnd"/>
      <w:r>
        <w:rPr>
          <w:rFonts w:ascii="仿宋" w:eastAsia="仿宋" w:hAnsi="仿宋"/>
          <w:sz w:val="32"/>
          <w:lang w:eastAsia="zh-CN"/>
        </w:rPr>
        <w:t>字，实际上是分作两个板块。这跟徐霞客一生的人生轨迹相联系的第一个板块，就是他在青壮年时期这么20多年的时间当中。问其于岷山大川过程当中撰写的一共是17篇，占整部《徐霞客游记》的大约。四分之一。由岷山大川这一部分入选到中学语文课本儿里的篇目可是特别多，你比方说由雁荡山日记。游天台山日记等等，他这个游记呢，是有文学含量的，他写这个雁荡山玉女峰。叫做顶有春花，</w:t>
      </w:r>
      <w:proofErr w:type="gramStart"/>
      <w:r>
        <w:rPr>
          <w:rFonts w:ascii="仿宋" w:eastAsia="仿宋" w:hAnsi="仿宋"/>
          <w:sz w:val="32"/>
          <w:lang w:eastAsia="zh-CN"/>
        </w:rPr>
        <w:t>宛然插髻说</w:t>
      </w:r>
      <w:proofErr w:type="gramEnd"/>
      <w:r>
        <w:rPr>
          <w:rFonts w:ascii="仿宋" w:eastAsia="仿宋" w:hAnsi="仿宋"/>
          <w:sz w:val="32"/>
          <w:lang w:eastAsia="zh-CN"/>
        </w:rPr>
        <w:t>，</w:t>
      </w:r>
    </w:p>
    <w:p w14:paraId="5B8488AB" w14:textId="77777777" w:rsidR="00E87C95" w:rsidRDefault="00000000">
      <w:pPr>
        <w:spacing w:after="0" w:line="579" w:lineRule="exact"/>
        <w:ind w:firstLine="640"/>
        <w:rPr>
          <w:lang w:eastAsia="zh-CN"/>
        </w:rPr>
      </w:pPr>
      <w:r>
        <w:rPr>
          <w:rFonts w:ascii="仿宋" w:eastAsia="仿宋" w:hAnsi="仿宋"/>
          <w:sz w:val="32"/>
          <w:lang w:eastAsia="zh-CN"/>
        </w:rPr>
        <w:t>这个</w:t>
      </w:r>
      <w:proofErr w:type="gramStart"/>
      <w:r>
        <w:rPr>
          <w:rFonts w:ascii="仿宋" w:eastAsia="仿宋" w:hAnsi="仿宋"/>
          <w:sz w:val="32"/>
          <w:lang w:eastAsia="zh-CN"/>
        </w:rPr>
        <w:t>玉女峰像一个</w:t>
      </w:r>
      <w:proofErr w:type="gramEnd"/>
      <w:r>
        <w:rPr>
          <w:rFonts w:ascii="仿宋" w:eastAsia="仿宋" w:hAnsi="仿宋"/>
          <w:sz w:val="32"/>
          <w:lang w:eastAsia="zh-CN"/>
        </w:rPr>
        <w:t>玉女呀，那上面开的花像什么哎，像给它插的那花季。你想想看，这是多么栩栩如生，多么动人的描述啊。第二个大的板块呢，是徐霞客晚年的万里峡，这22篇占整部《徐霞客游记》的大约。四分之三西南万里遐征，就是以一种扫描的方式，对它所到各地的地质地貌。风俗，人情等等。进行了详细的。</w:t>
      </w:r>
    </w:p>
    <w:p w14:paraId="067BE257" w14:textId="77777777" w:rsidR="00E87C95" w:rsidRDefault="00000000">
      <w:pPr>
        <w:spacing w:after="0" w:line="579" w:lineRule="exact"/>
        <w:ind w:firstLine="640"/>
        <w:rPr>
          <w:lang w:eastAsia="zh-CN"/>
        </w:rPr>
      </w:pPr>
      <w:r>
        <w:rPr>
          <w:rFonts w:ascii="仿宋" w:eastAsia="仿宋" w:hAnsi="仿宋"/>
          <w:sz w:val="32"/>
          <w:lang w:eastAsia="zh-CN"/>
        </w:rPr>
        <w:t>丰富的，而且是准确的描述和记载，尤其是徐霞客对。中国南方西南地区广大的岩溶地貌的这种考察和技术比欧洲早了130多年。这个可是了不起。我们知道这段经历是他人生当中旅程时间最长，成果也最为丰富的一次。徐霞客晚年的西南万里遐征，这个实际上是他的一个宿愿。他已经都过了50岁，从家乡出发，一直到云南。西南</w:t>
      </w:r>
      <w:proofErr w:type="gramStart"/>
      <w:r>
        <w:rPr>
          <w:rFonts w:ascii="仿宋" w:eastAsia="仿宋" w:hAnsi="仿宋"/>
          <w:sz w:val="32"/>
          <w:lang w:eastAsia="zh-CN"/>
        </w:rPr>
        <w:t>万里遐征让他</w:t>
      </w:r>
      <w:proofErr w:type="gramEnd"/>
      <w:r>
        <w:rPr>
          <w:rFonts w:ascii="仿宋" w:eastAsia="仿宋" w:hAnsi="仿宋"/>
          <w:sz w:val="32"/>
          <w:lang w:eastAsia="zh-CN"/>
        </w:rPr>
        <w:t>攀上了他一生事业的高峰，也攀上了当时地理学的顶峰。这个万里遐征啊，</w:t>
      </w:r>
    </w:p>
    <w:p w14:paraId="59A6CB64" w14:textId="77777777" w:rsidR="00E87C95" w:rsidRDefault="00000000">
      <w:pPr>
        <w:spacing w:after="0" w:line="579" w:lineRule="exact"/>
        <w:ind w:firstLine="640"/>
        <w:rPr>
          <w:lang w:eastAsia="zh-CN"/>
        </w:rPr>
      </w:pPr>
      <w:r>
        <w:rPr>
          <w:rFonts w:ascii="仿宋" w:eastAsia="仿宋" w:hAnsi="仿宋"/>
          <w:sz w:val="32"/>
          <w:lang w:eastAsia="zh-CN"/>
        </w:rPr>
        <w:lastRenderedPageBreak/>
        <w:t>其实也是一次非常悲壮的旅程，他自己呢，身患重病，两个腿都废了。好多人都跟他讲啊，说你回家吧，不要再走下去了，这时候徐霞客拿出一把铁锨。然后说何处</w:t>
      </w:r>
      <w:proofErr w:type="gramStart"/>
      <w:r>
        <w:rPr>
          <w:rFonts w:ascii="仿宋" w:eastAsia="仿宋" w:hAnsi="仿宋"/>
          <w:sz w:val="32"/>
          <w:lang w:eastAsia="zh-CN"/>
        </w:rPr>
        <w:t>不可埋吾骨</w:t>
      </w:r>
      <w:proofErr w:type="gramEnd"/>
      <w:r>
        <w:rPr>
          <w:rFonts w:ascii="仿宋" w:eastAsia="仿宋" w:hAnsi="仿宋"/>
          <w:sz w:val="32"/>
          <w:lang w:eastAsia="zh-CN"/>
        </w:rPr>
        <w:t>也。哪个地方不能埋下我这把老骨头啊？哎，就是因为有这样的一个。大志向才有，我们现在看到的这个地理名著。</w:t>
      </w:r>
    </w:p>
    <w:p w14:paraId="6ED5A679" w14:textId="77777777" w:rsidR="00E87C95" w:rsidRDefault="00000000">
      <w:pPr>
        <w:spacing w:after="0" w:line="579" w:lineRule="exact"/>
        <w:ind w:firstLine="640"/>
        <w:rPr>
          <w:lang w:eastAsia="zh-CN"/>
        </w:rPr>
      </w:pPr>
      <w:r>
        <w:rPr>
          <w:rFonts w:ascii="仿宋" w:eastAsia="仿宋" w:hAnsi="仿宋"/>
          <w:sz w:val="32"/>
          <w:lang w:eastAsia="zh-CN"/>
        </w:rPr>
        <w:t>《徐霞客游记》。那接下来就让我们到主创人员们的</w:t>
      </w:r>
      <w:proofErr w:type="gramStart"/>
      <w:r>
        <w:rPr>
          <w:rFonts w:ascii="仿宋" w:eastAsia="仿宋" w:hAnsi="仿宋"/>
          <w:sz w:val="32"/>
          <w:lang w:eastAsia="zh-CN"/>
        </w:rPr>
        <w:t>点读会上</w:t>
      </w:r>
      <w:proofErr w:type="gramEnd"/>
      <w:r>
        <w:rPr>
          <w:rFonts w:ascii="仿宋" w:eastAsia="仿宋" w:hAnsi="仿宋"/>
          <w:sz w:val="32"/>
          <w:lang w:eastAsia="zh-CN"/>
        </w:rPr>
        <w:t>看看大家是如何识读《徐霞客游记》的。大家好，欢迎来到典籍里的中国</w:t>
      </w:r>
      <w:proofErr w:type="gramStart"/>
      <w:r>
        <w:rPr>
          <w:rFonts w:ascii="仿宋" w:eastAsia="仿宋" w:hAnsi="仿宋"/>
          <w:sz w:val="32"/>
          <w:lang w:eastAsia="zh-CN"/>
        </w:rPr>
        <w:t>点读会</w:t>
      </w:r>
      <w:proofErr w:type="gramEnd"/>
      <w:r>
        <w:rPr>
          <w:rFonts w:ascii="仿宋" w:eastAsia="仿宋" w:hAnsi="仿宋"/>
          <w:sz w:val="32"/>
          <w:lang w:eastAsia="zh-CN"/>
        </w:rPr>
        <w:t>，我是中国国家画剧院院长田庆新。也是节目的艺术总监。今天我们将要品读的是《徐霞客游记》，欢迎各位请大家先做一个自我介绍。我是演员贾一平，我在这部戏剧里扮演徐霞客。我是演员奚美娟，在这个戏里面扮演徐霞客的母亲。我是演员郭昊伦，在这个戏剧里面扮演徐霞客的挚友季梦良，我是剪辑里的中国节目组的总编剧。</w:t>
      </w:r>
    </w:p>
    <w:p w14:paraId="1560666C" w14:textId="77777777" w:rsidR="00E87C95" w:rsidRDefault="00000000">
      <w:pPr>
        <w:spacing w:after="0" w:line="579" w:lineRule="exact"/>
        <w:ind w:firstLine="640"/>
        <w:rPr>
          <w:lang w:eastAsia="zh-CN"/>
        </w:rPr>
      </w:pPr>
      <w:r>
        <w:rPr>
          <w:rFonts w:ascii="仿宋" w:eastAsia="仿宋" w:hAnsi="仿宋"/>
          <w:sz w:val="32"/>
          <w:lang w:eastAsia="zh-CN"/>
        </w:rPr>
        <w:t>张坤鹏，谢谢大家。读万卷书，行万里路。我想请贾一平老师谈一下心目中的徐霞客是怎样的一个形象就好像。徐霞客的诗中所写的</w:t>
      </w:r>
      <w:proofErr w:type="gramStart"/>
      <w:r>
        <w:rPr>
          <w:rFonts w:ascii="仿宋" w:eastAsia="仿宋" w:hAnsi="仿宋"/>
          <w:sz w:val="32"/>
          <w:lang w:eastAsia="zh-CN"/>
        </w:rPr>
        <w:t>我欲道奇</w:t>
      </w:r>
      <w:proofErr w:type="gramEnd"/>
      <w:r>
        <w:rPr>
          <w:rFonts w:ascii="仿宋" w:eastAsia="仿宋" w:hAnsi="仿宋"/>
          <w:sz w:val="32"/>
          <w:lang w:eastAsia="zh-CN"/>
        </w:rPr>
        <w:t>与龙背风</w:t>
      </w:r>
      <w:proofErr w:type="gramStart"/>
      <w:r>
        <w:rPr>
          <w:rFonts w:ascii="仿宋" w:eastAsia="仿宋" w:hAnsi="仿宋"/>
          <w:sz w:val="32"/>
          <w:lang w:eastAsia="zh-CN"/>
        </w:rPr>
        <w:t>颠</w:t>
      </w:r>
      <w:proofErr w:type="gramEnd"/>
      <w:r>
        <w:rPr>
          <w:rFonts w:ascii="仿宋" w:eastAsia="仿宋" w:hAnsi="仿宋"/>
          <w:sz w:val="32"/>
          <w:lang w:eastAsia="zh-CN"/>
        </w:rPr>
        <w:t>群鹤共翩翩，大家都得看他这本书。然后来了解世界，他应该是一个旅游家，探险家，科学家。徐霞客探寻长江源头的过程，其实是代表了所有的中华儿女的寻根溯源。基于这个为主线，总导演带领我们一起拟定出了高山如父，</w:t>
      </w:r>
    </w:p>
    <w:p w14:paraId="2E45F774" w14:textId="77777777" w:rsidR="00E87C95" w:rsidRDefault="00000000">
      <w:pPr>
        <w:spacing w:after="0" w:line="579" w:lineRule="exact"/>
        <w:ind w:firstLine="640"/>
        <w:rPr>
          <w:lang w:eastAsia="zh-CN"/>
        </w:rPr>
      </w:pPr>
      <w:r>
        <w:rPr>
          <w:rFonts w:ascii="仿宋" w:eastAsia="仿宋" w:hAnsi="仿宋"/>
          <w:sz w:val="32"/>
          <w:lang w:eastAsia="zh-CN"/>
        </w:rPr>
        <w:lastRenderedPageBreak/>
        <w:t>江河如母的创作路线，展现了徐霞客。边走边记得壮丽的一生。在剧本中，我们有一句台词可以表达徐霞客的高远志向。我们请贾一平老师朗诵一下。丈夫当朝碧海而</w:t>
      </w:r>
      <w:proofErr w:type="gramStart"/>
      <w:r>
        <w:rPr>
          <w:rFonts w:ascii="仿宋" w:eastAsia="仿宋" w:hAnsi="仿宋"/>
          <w:sz w:val="32"/>
          <w:lang w:eastAsia="zh-CN"/>
        </w:rPr>
        <w:t>暮</w:t>
      </w:r>
      <w:proofErr w:type="gramEnd"/>
      <w:r>
        <w:rPr>
          <w:rFonts w:ascii="仿宋" w:eastAsia="仿宋" w:hAnsi="仿宋"/>
          <w:sz w:val="32"/>
          <w:lang w:eastAsia="zh-CN"/>
        </w:rPr>
        <w:t>苍梧。</w:t>
      </w:r>
      <w:proofErr w:type="gramStart"/>
      <w:r>
        <w:rPr>
          <w:rFonts w:ascii="仿宋" w:eastAsia="仿宋" w:hAnsi="仿宋"/>
          <w:sz w:val="32"/>
          <w:lang w:eastAsia="zh-CN"/>
        </w:rPr>
        <w:t>丈夫荡招碧海</w:t>
      </w:r>
      <w:proofErr w:type="gramEnd"/>
      <w:r>
        <w:rPr>
          <w:rFonts w:ascii="仿宋" w:eastAsia="仿宋" w:hAnsi="仿宋"/>
          <w:sz w:val="32"/>
          <w:lang w:eastAsia="zh-CN"/>
        </w:rPr>
        <w:t>。而木苍梧。丈夫荡舟碧海。而</w:t>
      </w:r>
      <w:proofErr w:type="gramStart"/>
      <w:r>
        <w:rPr>
          <w:rFonts w:ascii="仿宋" w:eastAsia="仿宋" w:hAnsi="仿宋"/>
          <w:sz w:val="32"/>
          <w:lang w:eastAsia="zh-CN"/>
        </w:rPr>
        <w:t>暮</w:t>
      </w:r>
      <w:proofErr w:type="gramEnd"/>
      <w:r>
        <w:rPr>
          <w:rFonts w:ascii="仿宋" w:eastAsia="仿宋" w:hAnsi="仿宋"/>
          <w:sz w:val="32"/>
          <w:lang w:eastAsia="zh-CN"/>
        </w:rPr>
        <w:t>苍梧。谢谢宝儿啊。徐霞客之所以完成了他的《徐霞客游记》，他背后一个。很重要的力量就是她的母亲，</w:t>
      </w:r>
    </w:p>
    <w:p w14:paraId="4D32FC26" w14:textId="77777777" w:rsidR="00E87C95" w:rsidRDefault="00000000">
      <w:pPr>
        <w:spacing w:after="0" w:line="579" w:lineRule="exact"/>
        <w:ind w:firstLine="640"/>
        <w:rPr>
          <w:lang w:eastAsia="zh-CN"/>
        </w:rPr>
      </w:pPr>
      <w:r>
        <w:rPr>
          <w:rFonts w:ascii="仿宋" w:eastAsia="仿宋" w:hAnsi="仿宋"/>
          <w:sz w:val="32"/>
          <w:lang w:eastAsia="zh-CN"/>
        </w:rPr>
        <w:t>她是一个非常非常。智慧的中国传统女性。先生多保重，有劳大夫了。先生请。哦，这是药方，随我去抓药好。先生侠客兄，病情如何呀哎？徐霞客先生，双足俱废，已病入膏肓。我只能尽人事，剩下的。</w:t>
      </w:r>
    </w:p>
    <w:p w14:paraId="380023EF" w14:textId="77777777" w:rsidR="00E87C95" w:rsidRDefault="00000000">
      <w:pPr>
        <w:spacing w:after="0" w:line="579" w:lineRule="exact"/>
        <w:ind w:firstLine="640"/>
        <w:rPr>
          <w:lang w:eastAsia="zh-CN"/>
        </w:rPr>
      </w:pPr>
      <w:r>
        <w:rPr>
          <w:rFonts w:ascii="仿宋" w:eastAsia="仿宋" w:hAnsi="仿宋"/>
          <w:sz w:val="32"/>
          <w:lang w:eastAsia="zh-CN"/>
        </w:rPr>
        <w:t>听天命吧。季先生父亲一直盼着您来。你是长子。要坚强些啊。公元一六四一年。明朝崇祯14年。也是徐霞客生命的最后一年。这位中国近代地理学的奠基人，一生踏遍华夏高山大川。但晚年却患上了严重的足迹。双脚俱飞。然而，此时的他担心的并不是自己的身体，而是自己的游记尚未成书。他把书稿托付给自己多年的好友季梦良之后。</w:t>
      </w:r>
    </w:p>
    <w:p w14:paraId="786F5167" w14:textId="77777777" w:rsidR="00E87C95" w:rsidRDefault="00000000">
      <w:pPr>
        <w:spacing w:after="0" w:line="579" w:lineRule="exact"/>
        <w:ind w:firstLine="640"/>
        <w:rPr>
          <w:lang w:eastAsia="zh-CN"/>
        </w:rPr>
      </w:pPr>
      <w:r>
        <w:rPr>
          <w:rFonts w:ascii="仿宋" w:eastAsia="仿宋" w:hAnsi="仿宋"/>
          <w:sz w:val="32"/>
          <w:lang w:eastAsia="zh-CN"/>
        </w:rPr>
        <w:t>于当年三月。在家中。离开人世先生教诲的是。我随大夫去抓药。好，去吧。唉。来人。来人。小港兄哎呀，何明兄。你这让你见笑了。饿了。你说我这双脚啊。踏遍五岳，</w:t>
      </w:r>
    </w:p>
    <w:p w14:paraId="6192C47E" w14:textId="77777777" w:rsidR="00E87C95" w:rsidRDefault="00000000">
      <w:pPr>
        <w:spacing w:after="0" w:line="579" w:lineRule="exact"/>
        <w:ind w:firstLine="640"/>
        <w:rPr>
          <w:lang w:eastAsia="zh-CN"/>
        </w:rPr>
      </w:pPr>
      <w:r>
        <w:rPr>
          <w:rFonts w:ascii="仿宋" w:eastAsia="仿宋" w:hAnsi="仿宋"/>
          <w:sz w:val="32"/>
          <w:lang w:eastAsia="zh-CN"/>
        </w:rPr>
        <w:t>游历九州。溯源长江。现在居然近在</w:t>
      </w:r>
      <w:proofErr w:type="gramStart"/>
      <w:r>
        <w:rPr>
          <w:rFonts w:ascii="仿宋" w:eastAsia="仿宋" w:hAnsi="仿宋"/>
          <w:sz w:val="32"/>
          <w:lang w:eastAsia="zh-CN"/>
        </w:rPr>
        <w:t>沼</w:t>
      </w:r>
      <w:proofErr w:type="gramEnd"/>
      <w:r>
        <w:rPr>
          <w:rFonts w:ascii="仿宋" w:eastAsia="仿宋" w:hAnsi="仿宋"/>
          <w:sz w:val="32"/>
          <w:lang w:eastAsia="zh-CN"/>
        </w:rPr>
        <w:t>尺的书稿都捡不起来。你说。我该怎么把这些书搞？整理成书啊。呵。我帮</w:t>
      </w:r>
      <w:r>
        <w:rPr>
          <w:rFonts w:ascii="仿宋" w:eastAsia="仿宋" w:hAnsi="仿宋"/>
          <w:sz w:val="32"/>
          <w:lang w:eastAsia="zh-CN"/>
        </w:rPr>
        <w:lastRenderedPageBreak/>
        <w:t>你。我帮你整理。不是你自己。丝马难追。好。先生。慢点。先生，</w:t>
      </w:r>
    </w:p>
    <w:p w14:paraId="5688FB26" w14:textId="77777777" w:rsidR="00E87C95" w:rsidRDefault="00000000">
      <w:pPr>
        <w:spacing w:after="0" w:line="579" w:lineRule="exact"/>
        <w:ind w:firstLine="640"/>
        <w:rPr>
          <w:lang w:eastAsia="zh-CN"/>
        </w:rPr>
      </w:pPr>
      <w:r>
        <w:rPr>
          <w:rFonts w:ascii="仿宋" w:eastAsia="仿宋" w:hAnsi="仿宋"/>
          <w:sz w:val="32"/>
          <w:lang w:eastAsia="zh-CN"/>
        </w:rPr>
        <w:t>稍等。谢谢。敢问这位是？晚辈撒贝宁见过侠客先生。哦，会明先生，幸会</w:t>
      </w:r>
      <w:proofErr w:type="gramStart"/>
      <w:r>
        <w:rPr>
          <w:rFonts w:ascii="仿宋" w:eastAsia="仿宋" w:hAnsi="仿宋"/>
          <w:sz w:val="32"/>
          <w:lang w:eastAsia="zh-CN"/>
        </w:rPr>
        <w:t>幸会</w:t>
      </w:r>
      <w:proofErr w:type="gramEnd"/>
      <w:r>
        <w:rPr>
          <w:rFonts w:ascii="仿宋" w:eastAsia="仿宋" w:hAnsi="仿宋"/>
          <w:sz w:val="32"/>
          <w:lang w:eastAsia="zh-CN"/>
        </w:rPr>
        <w:t>，我是来自300多年之后的一个读书人。读了先生的游记。特来拜访。你说你读过我这些书稿，不是书稿，是您的游记。您的这部游记是由会明先生整理编撰而成。在后世，</w:t>
      </w:r>
    </w:p>
    <w:p w14:paraId="6017D7CA" w14:textId="77777777" w:rsidR="00E87C95" w:rsidRDefault="00000000">
      <w:pPr>
        <w:spacing w:after="0" w:line="579" w:lineRule="exact"/>
        <w:ind w:firstLine="640"/>
        <w:rPr>
          <w:lang w:eastAsia="zh-CN"/>
        </w:rPr>
      </w:pPr>
      <w:r>
        <w:rPr>
          <w:rFonts w:ascii="仿宋" w:eastAsia="仿宋" w:hAnsi="仿宋"/>
          <w:sz w:val="32"/>
          <w:lang w:eastAsia="zh-CN"/>
        </w:rPr>
        <w:t>又几经修订书名为。《徐霞客游记》。300多年后，在我生活的那个时代，被列为典籍。您的这部书在后世被称为中国古代地学百科全书，也是中国近代地理学的奠基之作。你。真的是从300年以后来的。先生若是不信。您可以看看这个。我特地从300多年之后给您带来，这是我们后世读书的一种方式，叫电子书。书华夏数千年文明流传下来的那些汗牛充栋，</w:t>
      </w:r>
    </w:p>
    <w:p w14:paraId="0DBE4B4F" w14:textId="77777777" w:rsidR="00E87C95" w:rsidRDefault="00000000">
      <w:pPr>
        <w:spacing w:after="0" w:line="579" w:lineRule="exact"/>
        <w:ind w:firstLine="640"/>
        <w:rPr>
          <w:lang w:eastAsia="zh-CN"/>
        </w:rPr>
      </w:pPr>
      <w:r>
        <w:rPr>
          <w:rFonts w:ascii="仿宋" w:eastAsia="仿宋" w:hAnsi="仿宋"/>
          <w:sz w:val="32"/>
          <w:lang w:eastAsia="zh-CN"/>
        </w:rPr>
        <w:t>浩如烟海的典籍都能放在这里。就这小小的一页，您可以这样翻译。你看。哦。嗯。您现在看的这是电子版，后世所知最早的成熟版本。是由会明先生亲自手书的有劳混泥鳅了。嗨。还要谢谢洒君，让我们看到这些哪里？侠客兄啊。放心。整理这些书稿，</w:t>
      </w:r>
    </w:p>
    <w:p w14:paraId="585BD0E4" w14:textId="77777777" w:rsidR="00E87C95" w:rsidRDefault="00000000">
      <w:pPr>
        <w:spacing w:after="0" w:line="579" w:lineRule="exact"/>
        <w:ind w:firstLine="640"/>
        <w:rPr>
          <w:lang w:eastAsia="zh-CN"/>
        </w:rPr>
      </w:pPr>
      <w:r>
        <w:rPr>
          <w:rFonts w:ascii="仿宋" w:eastAsia="仿宋" w:hAnsi="仿宋"/>
          <w:sz w:val="32"/>
          <w:lang w:eastAsia="zh-CN"/>
        </w:rPr>
        <w:t>就是我季梦良下半生。最重要的事情。你先与</w:t>
      </w:r>
      <w:proofErr w:type="gramStart"/>
      <w:r>
        <w:rPr>
          <w:rFonts w:ascii="仿宋" w:eastAsia="仿宋" w:hAnsi="仿宋"/>
          <w:sz w:val="32"/>
          <w:lang w:eastAsia="zh-CN"/>
        </w:rPr>
        <w:t>萨</w:t>
      </w:r>
      <w:proofErr w:type="gramEnd"/>
      <w:r>
        <w:rPr>
          <w:rFonts w:ascii="仿宋" w:eastAsia="仿宋" w:hAnsi="仿宋"/>
          <w:sz w:val="32"/>
          <w:lang w:eastAsia="zh-CN"/>
        </w:rPr>
        <w:t>军详谈。我就去我的书香界好不好？为民先生起码。坐，谢谢先生。呵呵。我在云南生病。失去双腿。虽不远千里。我还是回到</w:t>
      </w:r>
      <w:r>
        <w:rPr>
          <w:rFonts w:ascii="仿宋" w:eastAsia="仿宋" w:hAnsi="仿宋"/>
          <w:sz w:val="32"/>
          <w:lang w:eastAsia="zh-CN"/>
        </w:rPr>
        <w:lastRenderedPageBreak/>
        <w:t>了老家江阴。为的就是回到生我养我的地方。现在我知道。我的生命。</w:t>
      </w:r>
    </w:p>
    <w:p w14:paraId="5569A7B3" w14:textId="77777777" w:rsidR="00E87C95" w:rsidRDefault="00000000">
      <w:pPr>
        <w:spacing w:after="0" w:line="579" w:lineRule="exact"/>
        <w:ind w:firstLine="640"/>
        <w:rPr>
          <w:lang w:eastAsia="zh-CN"/>
        </w:rPr>
      </w:pPr>
      <w:r>
        <w:rPr>
          <w:rFonts w:ascii="仿宋" w:eastAsia="仿宋" w:hAnsi="仿宋"/>
          <w:sz w:val="32"/>
          <w:lang w:eastAsia="zh-CN"/>
        </w:rPr>
        <w:t>将去何方，我就放心了。放心啦。哎呀</w:t>
      </w:r>
      <w:proofErr w:type="gramStart"/>
      <w:r>
        <w:rPr>
          <w:rFonts w:ascii="仿宋" w:eastAsia="仿宋" w:hAnsi="仿宋"/>
          <w:sz w:val="32"/>
          <w:lang w:eastAsia="zh-CN"/>
        </w:rPr>
        <w:t>哎呀</w:t>
      </w:r>
      <w:proofErr w:type="gramEnd"/>
      <w:r>
        <w:rPr>
          <w:rFonts w:ascii="仿宋" w:eastAsia="仿宋" w:hAnsi="仿宋"/>
          <w:sz w:val="32"/>
          <w:lang w:eastAsia="zh-CN"/>
        </w:rPr>
        <w:t>。没事</w:t>
      </w:r>
      <w:proofErr w:type="gramStart"/>
      <w:r>
        <w:rPr>
          <w:rFonts w:ascii="仿宋" w:eastAsia="仿宋" w:hAnsi="仿宋"/>
          <w:sz w:val="32"/>
          <w:lang w:eastAsia="zh-CN"/>
        </w:rPr>
        <w:t>没事</w:t>
      </w:r>
      <w:proofErr w:type="gramEnd"/>
      <w:r>
        <w:rPr>
          <w:rFonts w:ascii="仿宋" w:eastAsia="仿宋" w:hAnsi="仿宋"/>
          <w:sz w:val="32"/>
          <w:lang w:eastAsia="zh-CN"/>
        </w:rPr>
        <w:t>，书稿没错，这个不怕水。先生曾经探寻长江正源。这一壮举。在后世传媒佳话。正如先生所说。故不探江源，不知其大于河。不与何相提而论，不知其源之远。</w:t>
      </w:r>
    </w:p>
    <w:p w14:paraId="515354F2" w14:textId="77777777" w:rsidR="00E87C95" w:rsidRDefault="00000000">
      <w:pPr>
        <w:spacing w:after="0" w:line="579" w:lineRule="exact"/>
        <w:ind w:firstLine="640"/>
        <w:rPr>
          <w:lang w:eastAsia="zh-CN"/>
        </w:rPr>
      </w:pPr>
      <w:r>
        <w:rPr>
          <w:rFonts w:ascii="仿宋" w:eastAsia="仿宋" w:hAnsi="仿宋"/>
          <w:sz w:val="32"/>
          <w:lang w:eastAsia="zh-CN"/>
        </w:rPr>
        <w:t>这是我在。《溯江纪源》里写的。先生还曾经说过。丈夫当朝碧海而</w:t>
      </w:r>
      <w:proofErr w:type="gramStart"/>
      <w:r>
        <w:rPr>
          <w:rFonts w:ascii="仿宋" w:eastAsia="仿宋" w:hAnsi="仿宋"/>
          <w:sz w:val="32"/>
          <w:lang w:eastAsia="zh-CN"/>
        </w:rPr>
        <w:t>暮</w:t>
      </w:r>
      <w:proofErr w:type="gramEnd"/>
      <w:r>
        <w:rPr>
          <w:rFonts w:ascii="仿宋" w:eastAsia="仿宋" w:hAnsi="仿宋"/>
          <w:sz w:val="32"/>
          <w:lang w:eastAsia="zh-CN"/>
        </w:rPr>
        <w:t>苍梧。啊，您的这番气概。在后世，让无数人钦佩。是啊，华夏山水。养育了我们一代又一代的黎明。正所谓。高山如父，江河如母。你们怎能？</w:t>
      </w:r>
    </w:p>
    <w:p w14:paraId="04EE965E" w14:textId="77777777" w:rsidR="00E87C95" w:rsidRDefault="00000000">
      <w:pPr>
        <w:spacing w:after="0" w:line="579" w:lineRule="exact"/>
        <w:ind w:firstLine="640"/>
        <w:rPr>
          <w:lang w:eastAsia="zh-CN"/>
        </w:rPr>
      </w:pPr>
      <w:r>
        <w:rPr>
          <w:rFonts w:ascii="仿宋" w:eastAsia="仿宋" w:hAnsi="仿宋"/>
          <w:sz w:val="32"/>
          <w:lang w:eastAsia="zh-CN"/>
        </w:rPr>
        <w:t>我们怎能</w:t>
      </w:r>
      <w:proofErr w:type="gramStart"/>
      <w:r>
        <w:rPr>
          <w:rFonts w:ascii="仿宋" w:eastAsia="仿宋" w:hAnsi="仿宋"/>
          <w:sz w:val="32"/>
          <w:lang w:eastAsia="zh-CN"/>
        </w:rPr>
        <w:t>不</w:t>
      </w:r>
      <w:proofErr w:type="gramEnd"/>
      <w:r>
        <w:rPr>
          <w:rFonts w:ascii="仿宋" w:eastAsia="仿宋" w:hAnsi="仿宋"/>
          <w:sz w:val="32"/>
          <w:lang w:eastAsia="zh-CN"/>
        </w:rPr>
        <w:t>由衷的热爱？其家不在。四×3乘以。没人求其家不？薄又软。最受凉冬天暖。公主啊，不要乱跑啊。小少爷，你别把夫人织的布给扯乱了，这些</w:t>
      </w:r>
      <w:proofErr w:type="gramStart"/>
      <w:r>
        <w:rPr>
          <w:rFonts w:ascii="仿宋" w:eastAsia="仿宋" w:hAnsi="仿宋"/>
          <w:sz w:val="32"/>
          <w:lang w:eastAsia="zh-CN"/>
        </w:rPr>
        <w:t>布可是</w:t>
      </w:r>
      <w:proofErr w:type="gramEnd"/>
      <w:r>
        <w:rPr>
          <w:rFonts w:ascii="仿宋" w:eastAsia="仿宋" w:hAnsi="仿宋"/>
          <w:sz w:val="32"/>
          <w:lang w:eastAsia="zh-CN"/>
        </w:rPr>
        <w:t>被客商预定了，娘亲，你织的布。长江那么长，不要乱跑。</w:t>
      </w:r>
    </w:p>
    <w:p w14:paraId="500B4E71" w14:textId="77777777" w:rsidR="00E87C95" w:rsidRDefault="00000000">
      <w:pPr>
        <w:spacing w:after="0" w:line="579" w:lineRule="exact"/>
        <w:ind w:firstLine="640"/>
        <w:rPr>
          <w:lang w:eastAsia="zh-CN"/>
        </w:rPr>
      </w:pPr>
      <w:r>
        <w:rPr>
          <w:rFonts w:ascii="仿宋" w:eastAsia="仿宋" w:hAnsi="仿宋"/>
          <w:sz w:val="32"/>
          <w:lang w:eastAsia="zh-CN"/>
        </w:rPr>
        <w:t>来来来，哎呦呦</w:t>
      </w:r>
      <w:proofErr w:type="gramStart"/>
      <w:r>
        <w:rPr>
          <w:rFonts w:ascii="仿宋" w:eastAsia="仿宋" w:hAnsi="仿宋"/>
          <w:sz w:val="32"/>
          <w:lang w:eastAsia="zh-CN"/>
        </w:rPr>
        <w:t>呦</w:t>
      </w:r>
      <w:proofErr w:type="gramEnd"/>
      <w:r>
        <w:rPr>
          <w:rFonts w:ascii="仿宋" w:eastAsia="仿宋" w:hAnsi="仿宋"/>
          <w:sz w:val="32"/>
          <w:lang w:eastAsia="zh-CN"/>
        </w:rPr>
        <w:t>，淘气。</w:t>
      </w:r>
      <w:proofErr w:type="gramStart"/>
      <w:r>
        <w:rPr>
          <w:rFonts w:ascii="仿宋" w:eastAsia="仿宋" w:hAnsi="仿宋"/>
          <w:sz w:val="32"/>
          <w:lang w:eastAsia="zh-CN"/>
        </w:rPr>
        <w:t>弘祖过来</w:t>
      </w:r>
      <w:proofErr w:type="gramEnd"/>
      <w:r>
        <w:rPr>
          <w:rFonts w:ascii="仿宋" w:eastAsia="仿宋" w:hAnsi="仿宋"/>
          <w:sz w:val="32"/>
          <w:lang w:eastAsia="zh-CN"/>
        </w:rPr>
        <w:t>。我跟你说呀。那个长江啊，比我们江阴城里所有的布加起来还要长的多啊。那它有这么长吗？当然啦，它从哪里来？从岷山来呀？</w:t>
      </w:r>
      <w:proofErr w:type="gramStart"/>
      <w:r>
        <w:rPr>
          <w:rFonts w:ascii="仿宋" w:eastAsia="仿宋" w:hAnsi="仿宋"/>
          <w:sz w:val="32"/>
          <w:lang w:eastAsia="zh-CN"/>
        </w:rPr>
        <w:t>岷山岷山</w:t>
      </w:r>
      <w:proofErr w:type="gramEnd"/>
      <w:r>
        <w:rPr>
          <w:rFonts w:ascii="仿宋" w:eastAsia="仿宋" w:hAnsi="仿宋"/>
          <w:sz w:val="32"/>
          <w:lang w:eastAsia="zh-CN"/>
        </w:rPr>
        <w:t>远吗？岷山是它的源头，远得很，呵呵</w:t>
      </w:r>
      <w:proofErr w:type="gramStart"/>
      <w:r>
        <w:rPr>
          <w:rFonts w:ascii="仿宋" w:eastAsia="仿宋" w:hAnsi="仿宋"/>
          <w:sz w:val="32"/>
          <w:lang w:eastAsia="zh-CN"/>
        </w:rPr>
        <w:t>呵</w:t>
      </w:r>
      <w:proofErr w:type="gramEnd"/>
      <w:r>
        <w:rPr>
          <w:rFonts w:ascii="仿宋" w:eastAsia="仿宋" w:hAnsi="仿宋"/>
          <w:sz w:val="32"/>
          <w:lang w:eastAsia="zh-CN"/>
        </w:rPr>
        <w:t>。</w:t>
      </w:r>
    </w:p>
    <w:p w14:paraId="5CCD2B07" w14:textId="77777777" w:rsidR="00E87C95" w:rsidRDefault="00000000">
      <w:pPr>
        <w:spacing w:after="0" w:line="579" w:lineRule="exact"/>
        <w:ind w:firstLine="640"/>
        <w:rPr>
          <w:lang w:eastAsia="zh-CN"/>
        </w:rPr>
      </w:pPr>
      <w:r>
        <w:rPr>
          <w:rFonts w:ascii="仿宋" w:eastAsia="仿宋" w:hAnsi="仿宋"/>
          <w:sz w:val="32"/>
          <w:lang w:eastAsia="zh-CN"/>
        </w:rPr>
        <w:t>母亲是怎么知道的？古书里写着呢，那我长大了，一定要去岷山看看。是吗？好好</w:t>
      </w:r>
      <w:proofErr w:type="gramStart"/>
      <w:r>
        <w:rPr>
          <w:rFonts w:ascii="仿宋" w:eastAsia="仿宋" w:hAnsi="仿宋"/>
          <w:sz w:val="32"/>
          <w:lang w:eastAsia="zh-CN"/>
        </w:rPr>
        <w:t>好</w:t>
      </w:r>
      <w:proofErr w:type="gramEnd"/>
      <w:r>
        <w:rPr>
          <w:rFonts w:ascii="仿宋" w:eastAsia="仿宋" w:hAnsi="仿宋"/>
          <w:sz w:val="32"/>
          <w:lang w:eastAsia="zh-CN"/>
        </w:rPr>
        <w:t>，那我们</w:t>
      </w:r>
      <w:proofErr w:type="gramStart"/>
      <w:r>
        <w:rPr>
          <w:rFonts w:ascii="仿宋" w:eastAsia="仿宋" w:hAnsi="仿宋"/>
          <w:sz w:val="32"/>
          <w:lang w:eastAsia="zh-CN"/>
        </w:rPr>
        <w:t>弘祖啊</w:t>
      </w:r>
      <w:proofErr w:type="gramEnd"/>
      <w:r>
        <w:rPr>
          <w:rFonts w:ascii="仿宋" w:eastAsia="仿宋" w:hAnsi="仿宋"/>
          <w:sz w:val="32"/>
          <w:lang w:eastAsia="zh-CN"/>
        </w:rPr>
        <w:t>，将来到岷山去看看，回来以后就告诉娘亲好不好？没问题，包子。去玩吧。哎</w:t>
      </w:r>
      <w:proofErr w:type="gramStart"/>
      <w:r>
        <w:rPr>
          <w:rFonts w:ascii="仿宋" w:eastAsia="仿宋" w:hAnsi="仿宋"/>
          <w:sz w:val="32"/>
          <w:lang w:eastAsia="zh-CN"/>
        </w:rPr>
        <w:t>呦</w:t>
      </w:r>
      <w:proofErr w:type="gramEnd"/>
      <w:r>
        <w:rPr>
          <w:rFonts w:ascii="仿宋" w:eastAsia="仿宋" w:hAnsi="仿宋"/>
          <w:sz w:val="32"/>
          <w:lang w:eastAsia="zh-CN"/>
        </w:rPr>
        <w:t>。徐家布。又薄又软。</w:t>
      </w:r>
    </w:p>
    <w:p w14:paraId="45F88D8D" w14:textId="77777777" w:rsidR="00E87C95" w:rsidRDefault="00000000">
      <w:pPr>
        <w:spacing w:after="0" w:line="579" w:lineRule="exact"/>
        <w:ind w:firstLine="640"/>
        <w:rPr>
          <w:lang w:eastAsia="zh-CN"/>
        </w:rPr>
      </w:pPr>
      <w:r>
        <w:rPr>
          <w:rFonts w:ascii="仿宋" w:eastAsia="仿宋" w:hAnsi="仿宋"/>
          <w:sz w:val="32"/>
          <w:lang w:eastAsia="zh-CN"/>
        </w:rPr>
        <w:lastRenderedPageBreak/>
        <w:t>夏天透凉，冬天暖。父亲，我童子是落地。丢了徐家的脸。</w:t>
      </w:r>
      <w:proofErr w:type="gramStart"/>
      <w:r>
        <w:rPr>
          <w:rFonts w:ascii="仿宋" w:eastAsia="仿宋" w:hAnsi="仿宋"/>
          <w:sz w:val="32"/>
          <w:lang w:eastAsia="zh-CN"/>
        </w:rPr>
        <w:t>弘祖啊</w:t>
      </w:r>
      <w:proofErr w:type="gramEnd"/>
      <w:r>
        <w:rPr>
          <w:rFonts w:ascii="仿宋" w:eastAsia="仿宋" w:hAnsi="仿宋"/>
          <w:sz w:val="32"/>
          <w:lang w:eastAsia="zh-CN"/>
        </w:rPr>
        <w:t>。你的高祖父和唐伯虎同科会试，却遭人诬陷，双双被割去。公民</w:t>
      </w:r>
      <w:proofErr w:type="gramStart"/>
      <w:r>
        <w:rPr>
          <w:rFonts w:ascii="仿宋" w:eastAsia="仿宋" w:hAnsi="仿宋"/>
          <w:sz w:val="32"/>
          <w:lang w:eastAsia="zh-CN"/>
        </w:rPr>
        <w:t>削除市</w:t>
      </w:r>
      <w:proofErr w:type="gramEnd"/>
      <w:r>
        <w:rPr>
          <w:rFonts w:ascii="仿宋" w:eastAsia="仿宋" w:hAnsi="仿宋"/>
          <w:sz w:val="32"/>
          <w:lang w:eastAsia="zh-CN"/>
        </w:rPr>
        <w:t>籍。他留下祖训。我徐氏一宗男儿。可以不取功名。但不可不立志。父亲，</w:t>
      </w:r>
    </w:p>
    <w:p w14:paraId="6B5B242D" w14:textId="77777777" w:rsidR="00E87C95" w:rsidRDefault="00000000">
      <w:pPr>
        <w:spacing w:after="0" w:line="579" w:lineRule="exact"/>
        <w:ind w:firstLine="640"/>
        <w:rPr>
          <w:lang w:eastAsia="zh-CN"/>
        </w:rPr>
      </w:pPr>
      <w:r>
        <w:rPr>
          <w:rFonts w:ascii="仿宋" w:eastAsia="仿宋" w:hAnsi="仿宋"/>
          <w:sz w:val="32"/>
          <w:lang w:eastAsia="zh-CN"/>
        </w:rPr>
        <w:t>我有我自己的志向，我很佩服。栗道，元先生，我想要做他这样的人。郦道元先生引经据典为水经作注，研究的就是地理之学。这门学问源自上古先贤，由圣人实践开篇。哪些先贤。第一位当属我们的祖先。皇帝。我。一生奔波。劈山通道。</w:t>
      </w:r>
    </w:p>
    <w:p w14:paraId="2287B6E7" w14:textId="77777777" w:rsidR="00E87C95" w:rsidRDefault="00000000">
      <w:pPr>
        <w:spacing w:after="0" w:line="579" w:lineRule="exact"/>
        <w:ind w:firstLine="640"/>
        <w:rPr>
          <w:lang w:eastAsia="zh-CN"/>
        </w:rPr>
      </w:pPr>
      <w:r>
        <w:rPr>
          <w:rFonts w:ascii="仿宋" w:eastAsia="仿宋" w:hAnsi="仿宋"/>
          <w:sz w:val="32"/>
          <w:lang w:eastAsia="zh-CN"/>
        </w:rPr>
        <w:t>东到东海，西到崆峒。</w:t>
      </w:r>
      <w:proofErr w:type="gramStart"/>
      <w:r>
        <w:rPr>
          <w:rFonts w:ascii="仿宋" w:eastAsia="仿宋" w:hAnsi="仿宋"/>
          <w:sz w:val="32"/>
          <w:lang w:eastAsia="zh-CN"/>
        </w:rPr>
        <w:t>南过长江</w:t>
      </w:r>
      <w:proofErr w:type="gramEnd"/>
      <w:r>
        <w:rPr>
          <w:rFonts w:ascii="仿宋" w:eastAsia="仿宋" w:hAnsi="仿宋"/>
          <w:sz w:val="32"/>
          <w:lang w:eastAsia="zh-CN"/>
        </w:rPr>
        <w:t>，北到釜山，与诸侯</w:t>
      </w:r>
      <w:proofErr w:type="gramStart"/>
      <w:r>
        <w:rPr>
          <w:rFonts w:ascii="仿宋" w:eastAsia="仿宋" w:hAnsi="仿宋"/>
          <w:sz w:val="32"/>
          <w:lang w:eastAsia="zh-CN"/>
        </w:rPr>
        <w:t>合验符契</w:t>
      </w:r>
      <w:proofErr w:type="gramEnd"/>
      <w:r>
        <w:rPr>
          <w:rFonts w:ascii="仿宋" w:eastAsia="仿宋" w:hAnsi="仿宋"/>
          <w:sz w:val="32"/>
          <w:lang w:eastAsia="zh-CN"/>
        </w:rPr>
        <w:t>。在涿鹿山脚下。建起都城。皇帝一生行走于山水，未尝宁</w:t>
      </w:r>
      <w:proofErr w:type="gramStart"/>
      <w:r>
        <w:rPr>
          <w:rFonts w:ascii="仿宋" w:eastAsia="仿宋" w:hAnsi="仿宋"/>
          <w:sz w:val="32"/>
          <w:lang w:eastAsia="zh-CN"/>
        </w:rPr>
        <w:t>居弘祖啊</w:t>
      </w:r>
      <w:proofErr w:type="gramEnd"/>
      <w:r>
        <w:rPr>
          <w:rFonts w:ascii="仿宋" w:eastAsia="仿宋" w:hAnsi="仿宋"/>
          <w:sz w:val="32"/>
          <w:lang w:eastAsia="zh-CN"/>
        </w:rPr>
        <w:t>。圣贤的功业就是建于山水之间。将功业建于山水之间，这话听着就霸气。父亲还告诉我，不止皇帝。还有先贤大禹，</w:t>
      </w:r>
    </w:p>
    <w:p w14:paraId="4B808CC4" w14:textId="77777777" w:rsidR="00E87C95" w:rsidRDefault="00000000">
      <w:pPr>
        <w:spacing w:after="0" w:line="579" w:lineRule="exact"/>
        <w:ind w:firstLine="640"/>
        <w:rPr>
          <w:lang w:eastAsia="zh-CN"/>
        </w:rPr>
      </w:pPr>
      <w:r>
        <w:rPr>
          <w:rFonts w:ascii="仿宋" w:eastAsia="仿宋" w:hAnsi="仿宋"/>
          <w:sz w:val="32"/>
          <w:lang w:eastAsia="zh-CN"/>
        </w:rPr>
        <w:t>也是将功业建于山水之间。尚书以贡记载，禹敷土，随</w:t>
      </w:r>
      <w:proofErr w:type="gramStart"/>
      <w:r>
        <w:rPr>
          <w:rFonts w:ascii="仿宋" w:eastAsia="仿宋" w:hAnsi="仿宋"/>
          <w:sz w:val="32"/>
          <w:lang w:eastAsia="zh-CN"/>
        </w:rPr>
        <w:t>山刊木</w:t>
      </w:r>
      <w:proofErr w:type="gramEnd"/>
      <w:r>
        <w:rPr>
          <w:rFonts w:ascii="仿宋" w:eastAsia="仿宋" w:hAnsi="仿宋"/>
          <w:sz w:val="32"/>
          <w:lang w:eastAsia="zh-CN"/>
        </w:rPr>
        <w:t>，奠高山大川。我划分了土地的界域。顺着山势行走时。砍伐树作为路标。以高山大河奠定界域。九州一统。四方的土地可以居住了。四海的道路畅通无阻。界定地域治理山河。这就是大禹的功业与气概。我等后世子孙，因学先贤，</w:t>
      </w:r>
    </w:p>
    <w:p w14:paraId="1DA514AC" w14:textId="77777777" w:rsidR="00E87C95" w:rsidRDefault="00000000">
      <w:pPr>
        <w:spacing w:after="0" w:line="579" w:lineRule="exact"/>
        <w:ind w:firstLine="640"/>
        <w:rPr>
          <w:lang w:eastAsia="zh-CN"/>
        </w:rPr>
      </w:pPr>
      <w:r>
        <w:rPr>
          <w:rFonts w:ascii="仿宋" w:eastAsia="仿宋" w:hAnsi="仿宋"/>
          <w:sz w:val="32"/>
          <w:lang w:eastAsia="zh-CN"/>
        </w:rPr>
        <w:t>热爱山河。历道，元先生对山河就很热爱。</w:t>
      </w:r>
      <w:proofErr w:type="gramStart"/>
      <w:r>
        <w:rPr>
          <w:rFonts w:ascii="仿宋" w:eastAsia="仿宋" w:hAnsi="仿宋"/>
          <w:sz w:val="32"/>
          <w:lang w:eastAsia="zh-CN"/>
        </w:rPr>
        <w:t>弘祖啊</w:t>
      </w:r>
      <w:proofErr w:type="gramEnd"/>
      <w:r>
        <w:rPr>
          <w:rFonts w:ascii="仿宋" w:eastAsia="仿宋" w:hAnsi="仿宋"/>
          <w:sz w:val="32"/>
          <w:lang w:eastAsia="zh-CN"/>
        </w:rPr>
        <w:t>。郦道元先生学识渊博，</w:t>
      </w:r>
      <w:proofErr w:type="gramStart"/>
      <w:r>
        <w:rPr>
          <w:rFonts w:ascii="仿宋" w:eastAsia="仿宋" w:hAnsi="仿宋"/>
          <w:sz w:val="32"/>
          <w:lang w:eastAsia="zh-CN"/>
        </w:rPr>
        <w:t>水晶珠理引用</w:t>
      </w:r>
      <w:proofErr w:type="gramEnd"/>
      <w:r>
        <w:rPr>
          <w:rFonts w:ascii="仿宋" w:eastAsia="仿宋" w:hAnsi="仿宋"/>
          <w:sz w:val="32"/>
          <w:lang w:eastAsia="zh-CN"/>
        </w:rPr>
        <w:t>过尚书山海经史记。汉书地理志等典籍史料有400多种呢。我年少时就立志。要为水</w:t>
      </w:r>
      <w:r>
        <w:rPr>
          <w:rFonts w:ascii="仿宋" w:eastAsia="仿宋" w:hAnsi="仿宋"/>
          <w:sz w:val="32"/>
          <w:lang w:eastAsia="zh-CN"/>
        </w:rPr>
        <w:lastRenderedPageBreak/>
        <w:t>晶做主。成年后。我跋涉郊野。寻访古迹。追溯河流的源泉。将自己的见闻记录下来。做水晶柱。</w:t>
      </w:r>
    </w:p>
    <w:p w14:paraId="6116B950" w14:textId="77777777" w:rsidR="00E87C95" w:rsidRDefault="00000000">
      <w:pPr>
        <w:spacing w:after="0" w:line="579" w:lineRule="exact"/>
        <w:ind w:firstLine="640"/>
        <w:rPr>
          <w:lang w:eastAsia="zh-CN"/>
        </w:rPr>
      </w:pPr>
      <w:r>
        <w:rPr>
          <w:rFonts w:ascii="仿宋" w:eastAsia="仿宋" w:hAnsi="仿宋"/>
          <w:sz w:val="32"/>
          <w:lang w:eastAsia="zh-CN"/>
        </w:rPr>
        <w:t>不行，我要去郦道元先生，今生必定要踏遍三山五岳，寻访江河。从头钻研地理之学，成一家之言。丈夫当朝碧海而</w:t>
      </w:r>
      <w:proofErr w:type="gramStart"/>
      <w:r>
        <w:rPr>
          <w:rFonts w:ascii="仿宋" w:eastAsia="仿宋" w:hAnsi="仿宋"/>
          <w:sz w:val="32"/>
          <w:lang w:eastAsia="zh-CN"/>
        </w:rPr>
        <w:t>暮</w:t>
      </w:r>
      <w:proofErr w:type="gramEnd"/>
      <w:r>
        <w:rPr>
          <w:rFonts w:ascii="仿宋" w:eastAsia="仿宋" w:hAnsi="仿宋"/>
          <w:sz w:val="32"/>
          <w:lang w:eastAsia="zh-CN"/>
        </w:rPr>
        <w:t>苍梧。丈夫当朝碧海而</w:t>
      </w:r>
      <w:proofErr w:type="gramStart"/>
      <w:r>
        <w:rPr>
          <w:rFonts w:ascii="仿宋" w:eastAsia="仿宋" w:hAnsi="仿宋"/>
          <w:sz w:val="32"/>
          <w:lang w:eastAsia="zh-CN"/>
        </w:rPr>
        <w:t>暮</w:t>
      </w:r>
      <w:proofErr w:type="gramEnd"/>
      <w:r>
        <w:rPr>
          <w:rFonts w:ascii="仿宋" w:eastAsia="仿宋" w:hAnsi="仿宋"/>
          <w:sz w:val="32"/>
          <w:lang w:eastAsia="zh-CN"/>
        </w:rPr>
        <w:t>苍梧。同祖。有志气呀。父亲激励我，兆年立志教。我读万卷书，还要行万里路。游历山水。</w:t>
      </w:r>
    </w:p>
    <w:p w14:paraId="3FD0200F" w14:textId="77777777" w:rsidR="00E87C95" w:rsidRDefault="00000000">
      <w:pPr>
        <w:spacing w:after="0" w:line="579" w:lineRule="exact"/>
        <w:ind w:firstLine="640"/>
        <w:rPr>
          <w:lang w:eastAsia="zh-CN"/>
        </w:rPr>
      </w:pPr>
      <w:r>
        <w:rPr>
          <w:rFonts w:ascii="仿宋" w:eastAsia="仿宋" w:hAnsi="仿宋"/>
          <w:sz w:val="32"/>
          <w:lang w:eastAsia="zh-CN"/>
        </w:rPr>
        <w:t>在我生活的这个时代，年轻人也有这样一句话。叫世界那么大，我想去看看这句话说的好啊，我喜欢。在后世。所有。喜欢踏遍祖国岷山大川的人。这些人对您都极为仰慕。我真想和父亲。一直游历山水。可惜啊。干什么？你们看什么？站住来人啊，</w:t>
      </w:r>
    </w:p>
    <w:p w14:paraId="2E6AABCD" w14:textId="77777777" w:rsidR="00E87C95" w:rsidRDefault="00000000">
      <w:pPr>
        <w:spacing w:after="0" w:line="579" w:lineRule="exact"/>
        <w:ind w:firstLine="640"/>
        <w:rPr>
          <w:lang w:eastAsia="zh-CN"/>
        </w:rPr>
      </w:pPr>
      <w:r>
        <w:rPr>
          <w:rFonts w:ascii="仿宋" w:eastAsia="仿宋" w:hAnsi="仿宋"/>
          <w:sz w:val="32"/>
          <w:lang w:eastAsia="zh-CN"/>
        </w:rPr>
        <w:t>抓贼啊。站住，把东西给我。走了走了。兄弟们。快来人来，快来人来。这朋友，这朋友。少爷</w:t>
      </w:r>
      <w:proofErr w:type="gramStart"/>
      <w:r>
        <w:rPr>
          <w:rFonts w:ascii="仿宋" w:eastAsia="仿宋" w:hAnsi="仿宋"/>
          <w:sz w:val="32"/>
          <w:lang w:eastAsia="zh-CN"/>
        </w:rPr>
        <w:t>少爷</w:t>
      </w:r>
      <w:proofErr w:type="gramEnd"/>
      <w:r>
        <w:rPr>
          <w:rFonts w:ascii="仿宋" w:eastAsia="仿宋" w:hAnsi="仿宋"/>
          <w:sz w:val="32"/>
          <w:lang w:eastAsia="zh-CN"/>
        </w:rPr>
        <w:t>，快看看姥爷，姥爷受伤了。君，你怎么让夫君扶？说起来。</w:t>
      </w:r>
    </w:p>
    <w:p w14:paraId="4D4DB4D5" w14:textId="77777777" w:rsidR="00E87C95" w:rsidRDefault="00000000">
      <w:pPr>
        <w:spacing w:after="0" w:line="579" w:lineRule="exact"/>
        <w:ind w:firstLine="640"/>
        <w:rPr>
          <w:lang w:eastAsia="zh-CN"/>
        </w:rPr>
      </w:pPr>
      <w:r>
        <w:rPr>
          <w:rFonts w:ascii="仿宋" w:eastAsia="仿宋" w:hAnsi="仿宋"/>
          <w:sz w:val="32"/>
          <w:lang w:eastAsia="zh-CN"/>
        </w:rPr>
        <w:t>父亲，你怎么了儿啊？快去</w:t>
      </w:r>
      <w:proofErr w:type="gramStart"/>
      <w:r>
        <w:rPr>
          <w:rFonts w:ascii="仿宋" w:eastAsia="仿宋" w:hAnsi="仿宋"/>
          <w:sz w:val="32"/>
          <w:lang w:eastAsia="zh-CN"/>
        </w:rPr>
        <w:t>快快叫</w:t>
      </w:r>
      <w:proofErr w:type="gramEnd"/>
      <w:r>
        <w:rPr>
          <w:rFonts w:ascii="仿宋" w:eastAsia="仿宋" w:hAnsi="仿宋"/>
          <w:sz w:val="32"/>
          <w:lang w:eastAsia="zh-CN"/>
        </w:rPr>
        <w:t>大夫，叫大夫，叫大夫。小大夫，父亲，你醒醒吧，父亲。张大夫，快找大夫醒醒父亲。你快醒醒啊，夫君。父亲受伤后，从此便一病不起。</w:t>
      </w:r>
    </w:p>
    <w:p w14:paraId="391F35A8" w14:textId="77777777" w:rsidR="00E87C95" w:rsidRDefault="00000000">
      <w:pPr>
        <w:spacing w:after="0" w:line="579" w:lineRule="exact"/>
        <w:ind w:firstLine="640"/>
        <w:rPr>
          <w:lang w:eastAsia="zh-CN"/>
        </w:rPr>
      </w:pPr>
      <w:r>
        <w:rPr>
          <w:rFonts w:ascii="仿宋" w:eastAsia="仿宋" w:hAnsi="仿宋"/>
          <w:sz w:val="32"/>
          <w:lang w:eastAsia="zh-CN"/>
        </w:rPr>
        <w:t>没多久就去世了。不瞒您说。在历史记载当中。您现在生活的这个时代。是明朝末年。连年的旱涝蝗灾，内忧外患接踵而至，社会动荡。为父守孝三年，我每日沉浸在悲痛之中。每当想起父亲对我的疼爱和教诲。我便泪流不止。后来</w:t>
      </w:r>
      <w:r>
        <w:rPr>
          <w:rFonts w:ascii="仿宋" w:eastAsia="仿宋" w:hAnsi="仿宋"/>
          <w:sz w:val="32"/>
          <w:lang w:eastAsia="zh-CN"/>
        </w:rPr>
        <w:lastRenderedPageBreak/>
        <w:t>是您的母亲引导</w:t>
      </w:r>
      <w:proofErr w:type="gramStart"/>
      <w:r>
        <w:rPr>
          <w:rFonts w:ascii="仿宋" w:eastAsia="仿宋" w:hAnsi="仿宋"/>
          <w:sz w:val="32"/>
          <w:lang w:eastAsia="zh-CN"/>
        </w:rPr>
        <w:t>您走出</w:t>
      </w:r>
      <w:proofErr w:type="gramEnd"/>
      <w:r>
        <w:rPr>
          <w:rFonts w:ascii="仿宋" w:eastAsia="仿宋" w:hAnsi="仿宋"/>
          <w:sz w:val="32"/>
          <w:lang w:eastAsia="zh-CN"/>
        </w:rPr>
        <w:t>了悲痛，她</w:t>
      </w:r>
      <w:proofErr w:type="gramStart"/>
      <w:r>
        <w:rPr>
          <w:rFonts w:ascii="仿宋" w:eastAsia="仿宋" w:hAnsi="仿宋"/>
          <w:sz w:val="32"/>
          <w:lang w:eastAsia="zh-CN"/>
        </w:rPr>
        <w:t>鼓励您</w:t>
      </w:r>
      <w:proofErr w:type="gramEnd"/>
      <w:r>
        <w:rPr>
          <w:rFonts w:ascii="仿宋" w:eastAsia="仿宋" w:hAnsi="仿宋"/>
          <w:sz w:val="32"/>
          <w:lang w:eastAsia="zh-CN"/>
        </w:rPr>
        <w:t>出游。实现了在父亲面前许下的心愿。</w:t>
      </w:r>
    </w:p>
    <w:p w14:paraId="7D5A458B" w14:textId="77777777" w:rsidR="00E87C95" w:rsidRDefault="00000000">
      <w:pPr>
        <w:spacing w:after="0" w:line="579" w:lineRule="exact"/>
        <w:ind w:firstLine="640"/>
        <w:rPr>
          <w:lang w:eastAsia="zh-CN"/>
        </w:rPr>
      </w:pPr>
      <w:r>
        <w:rPr>
          <w:rFonts w:ascii="仿宋" w:eastAsia="仿宋" w:hAnsi="仿宋"/>
          <w:sz w:val="32"/>
          <w:lang w:eastAsia="zh-CN"/>
        </w:rPr>
        <w:t>父爱如山。让我</w:t>
      </w:r>
      <w:proofErr w:type="gramStart"/>
      <w:r>
        <w:rPr>
          <w:rFonts w:ascii="仿宋" w:eastAsia="仿宋" w:hAnsi="仿宋"/>
          <w:sz w:val="32"/>
          <w:lang w:eastAsia="zh-CN"/>
        </w:rPr>
        <w:t>朝避海而暮</w:t>
      </w:r>
      <w:proofErr w:type="gramEnd"/>
      <w:r>
        <w:rPr>
          <w:rFonts w:ascii="仿宋" w:eastAsia="仿宋" w:hAnsi="仿宋"/>
          <w:sz w:val="32"/>
          <w:lang w:eastAsia="zh-CN"/>
        </w:rPr>
        <w:t>苍梧。母爱如何。让我行万里路，而心中有根。我是一路走一路记。我最开心的时候。就是回到家把我这一路的见闻讲给母亲听。母亲，母亲，儿子回来了。红</w:t>
      </w:r>
      <w:proofErr w:type="gramStart"/>
      <w:r>
        <w:rPr>
          <w:rFonts w:ascii="仿宋" w:eastAsia="仿宋" w:hAnsi="仿宋"/>
          <w:sz w:val="32"/>
          <w:lang w:eastAsia="zh-CN"/>
        </w:rPr>
        <w:t>猪回来</w:t>
      </w:r>
      <w:proofErr w:type="gramEnd"/>
      <w:r>
        <w:rPr>
          <w:rFonts w:ascii="仿宋" w:eastAsia="仿宋" w:hAnsi="仿宋"/>
          <w:sz w:val="32"/>
          <w:lang w:eastAsia="zh-CN"/>
        </w:rPr>
        <w:t>了，母亲哎呀，我儿回来了。母亲老夫人。</w:t>
      </w:r>
    </w:p>
    <w:p w14:paraId="0B2AEBB2" w14:textId="77777777" w:rsidR="00E87C95" w:rsidRDefault="00000000">
      <w:pPr>
        <w:spacing w:after="0" w:line="579" w:lineRule="exact"/>
        <w:ind w:firstLine="640"/>
        <w:rPr>
          <w:lang w:eastAsia="zh-CN"/>
        </w:rPr>
      </w:pPr>
      <w:r>
        <w:rPr>
          <w:rFonts w:ascii="仿宋" w:eastAsia="仿宋" w:hAnsi="仿宋"/>
          <w:sz w:val="32"/>
          <w:lang w:eastAsia="zh-CN"/>
        </w:rPr>
        <w:t>我儿子回来了，让我看看你儿子。有你回来了。</w:t>
      </w:r>
      <w:proofErr w:type="gramStart"/>
      <w:r>
        <w:rPr>
          <w:rFonts w:ascii="仿宋" w:eastAsia="仿宋" w:hAnsi="仿宋"/>
          <w:sz w:val="32"/>
          <w:lang w:eastAsia="zh-CN"/>
        </w:rPr>
        <w:t>瘦啦呵呵呵</w:t>
      </w:r>
      <w:proofErr w:type="gramEnd"/>
      <w:r>
        <w:rPr>
          <w:rFonts w:ascii="仿宋" w:eastAsia="仿宋" w:hAnsi="仿宋"/>
          <w:sz w:val="32"/>
          <w:lang w:eastAsia="zh-CN"/>
        </w:rPr>
        <w:t>，快起来</w:t>
      </w:r>
      <w:proofErr w:type="gramStart"/>
      <w:r>
        <w:rPr>
          <w:rFonts w:ascii="仿宋" w:eastAsia="仿宋" w:hAnsi="仿宋"/>
          <w:sz w:val="32"/>
          <w:lang w:eastAsia="zh-CN"/>
        </w:rPr>
        <w:t>起来</w:t>
      </w:r>
      <w:proofErr w:type="gramEnd"/>
      <w:r>
        <w:rPr>
          <w:rFonts w:ascii="仿宋" w:eastAsia="仿宋" w:hAnsi="仿宋"/>
          <w:sz w:val="32"/>
          <w:lang w:eastAsia="zh-CN"/>
        </w:rPr>
        <w:t>。还黑了，路上渴了吧？快喝茶，请您坐啊，母亲天天都盼着你回来呢。谁说的，我可没想他。我知道您是怕说想我呀，我今后不想出门了。慢点喝，</w:t>
      </w:r>
    </w:p>
    <w:p w14:paraId="08A0CB6F" w14:textId="77777777" w:rsidR="00E87C95" w:rsidRDefault="00000000">
      <w:pPr>
        <w:spacing w:after="0" w:line="579" w:lineRule="exact"/>
        <w:ind w:firstLine="640"/>
        <w:rPr>
          <w:lang w:eastAsia="zh-CN"/>
        </w:rPr>
      </w:pPr>
      <w:r>
        <w:rPr>
          <w:rFonts w:ascii="仿宋" w:eastAsia="仿宋" w:hAnsi="仿宋"/>
          <w:sz w:val="32"/>
          <w:lang w:eastAsia="zh-CN"/>
        </w:rPr>
        <w:t>慢点喝。嗯，快跟我说说这回出去呀，都走了什么地方啊？娘，我去过的地方啊，我都以日记的形式给。记下来了。母亲，您过目。先生说，这些日记是给老妇人的礼物，哎呀，这可是最好的礼物了。你快看看游天台山日记。</w:t>
      </w:r>
    </w:p>
    <w:p w14:paraId="1BA9048B" w14:textId="77777777" w:rsidR="00E87C95" w:rsidRDefault="00000000">
      <w:pPr>
        <w:spacing w:after="0" w:line="579" w:lineRule="exact"/>
        <w:ind w:firstLine="640"/>
        <w:rPr>
          <w:lang w:eastAsia="zh-CN"/>
        </w:rPr>
      </w:pPr>
      <w:r>
        <w:rPr>
          <w:rFonts w:ascii="仿宋" w:eastAsia="仿宋" w:hAnsi="仿宋"/>
          <w:sz w:val="32"/>
          <w:lang w:eastAsia="zh-CN"/>
        </w:rPr>
        <w:t>云散日朗，人意山光，俱有喜态。30里是梁黄山，闻此地於菟</w:t>
      </w:r>
      <w:proofErr w:type="gramStart"/>
      <w:r>
        <w:rPr>
          <w:rFonts w:ascii="仿宋" w:eastAsia="仿宋" w:hAnsi="仿宋"/>
          <w:sz w:val="32"/>
          <w:lang w:eastAsia="zh-CN"/>
        </w:rPr>
        <w:t>家道月伤</w:t>
      </w:r>
      <w:proofErr w:type="gramEnd"/>
      <w:r>
        <w:rPr>
          <w:rFonts w:ascii="仿宋" w:eastAsia="仿宋" w:hAnsi="仿宋"/>
          <w:sz w:val="32"/>
          <w:lang w:eastAsia="zh-CN"/>
        </w:rPr>
        <w:t>数十人。於菟。这是老虎。快来人呐，老虎杀人啦。老虎在哪？老虎在哪？老虎在哪？乡亲们，这武汉越闹越凶啊。近这个月，老虎已经伤了数十人，那咱们得赶紧想个对策呀是啊。</w:t>
      </w:r>
    </w:p>
    <w:p w14:paraId="3E200A35" w14:textId="77777777" w:rsidR="00E87C95" w:rsidRDefault="00000000">
      <w:pPr>
        <w:spacing w:after="0" w:line="579" w:lineRule="exact"/>
        <w:ind w:firstLine="640"/>
        <w:rPr>
          <w:lang w:eastAsia="zh-CN"/>
        </w:rPr>
      </w:pPr>
      <w:r>
        <w:rPr>
          <w:rFonts w:ascii="仿宋" w:eastAsia="仿宋" w:hAnsi="仿宋"/>
          <w:sz w:val="32"/>
          <w:lang w:eastAsia="zh-CN"/>
        </w:rPr>
        <w:t>老虎伤人时，多隐藏在道路两旁的草丛里。依我说，咱们就应该将这草木全都给他砍去，对砍去草木，让老虎无处</w:t>
      </w:r>
      <w:r>
        <w:rPr>
          <w:rFonts w:ascii="仿宋" w:eastAsia="仿宋" w:hAnsi="仿宋"/>
          <w:sz w:val="32"/>
          <w:lang w:eastAsia="zh-CN"/>
        </w:rPr>
        <w:lastRenderedPageBreak/>
        <w:t>可逃。各家各户都出壮丁，带上工具，咱们</w:t>
      </w:r>
      <w:proofErr w:type="gramStart"/>
      <w:r>
        <w:rPr>
          <w:rFonts w:ascii="仿宋" w:eastAsia="仿宋" w:hAnsi="仿宋"/>
          <w:sz w:val="32"/>
          <w:lang w:eastAsia="zh-CN"/>
        </w:rPr>
        <w:t>砍草砍草</w:t>
      </w:r>
      <w:proofErr w:type="gramEnd"/>
      <w:r>
        <w:rPr>
          <w:rFonts w:ascii="仿宋" w:eastAsia="仿宋" w:hAnsi="仿宋"/>
          <w:sz w:val="32"/>
          <w:lang w:eastAsia="zh-CN"/>
        </w:rPr>
        <w:t>去。儿啊，你遇到老虎了吗？儿子自然会小心了。当天天色已晚，又听闻老虎伤人，儿子就地住下了。</w:t>
      </w:r>
    </w:p>
    <w:p w14:paraId="6E34788E" w14:textId="77777777" w:rsidR="00E87C95" w:rsidRDefault="00000000">
      <w:pPr>
        <w:spacing w:after="0" w:line="579" w:lineRule="exact"/>
        <w:ind w:firstLine="640"/>
        <w:rPr>
          <w:lang w:eastAsia="zh-CN"/>
        </w:rPr>
      </w:pPr>
      <w:proofErr w:type="spellStart"/>
      <w:r>
        <w:rPr>
          <w:rFonts w:ascii="仿宋" w:eastAsia="仿宋" w:hAnsi="仿宋"/>
          <w:sz w:val="32"/>
        </w:rPr>
        <w:t>哎呦，先生啊，可有大智慧了，哈哈</w:t>
      </w:r>
      <w:proofErr w:type="spellEnd"/>
      <w:r>
        <w:rPr>
          <w:rFonts w:ascii="仿宋" w:eastAsia="仿宋" w:hAnsi="仿宋"/>
          <w:sz w:val="32"/>
        </w:rPr>
        <w:t>。</w:t>
      </w:r>
      <w:r>
        <w:rPr>
          <w:rFonts w:ascii="仿宋" w:eastAsia="仿宋" w:hAnsi="仿宋"/>
          <w:sz w:val="32"/>
          <w:lang w:eastAsia="zh-CN"/>
        </w:rPr>
        <w:t>吓死个人呐，就在夜里。我们看到了。繁星漫天。先生连觉都没睡，看了一夜的星星。我关心直指天明，一轮朝阳徐徐升起。只见金光万丈山，谷间繁花烂漫。哎呀，</w:t>
      </w:r>
    </w:p>
    <w:p w14:paraId="6E01CF9A" w14:textId="77777777" w:rsidR="00E87C95" w:rsidRDefault="00000000">
      <w:pPr>
        <w:spacing w:after="0" w:line="579" w:lineRule="exact"/>
        <w:ind w:firstLine="640"/>
        <w:rPr>
          <w:lang w:eastAsia="zh-CN"/>
        </w:rPr>
      </w:pPr>
      <w:r>
        <w:rPr>
          <w:rFonts w:ascii="仿宋" w:eastAsia="仿宋" w:hAnsi="仿宋"/>
          <w:sz w:val="32"/>
          <w:lang w:eastAsia="zh-CN"/>
        </w:rPr>
        <w:t>如此说来，那天台山的景色。盛为壮美是啊是啊。哎呀。听你这么一说啊，为娘真想也去走一走，我也想带着母亲一同去啊。啊，这一篇是你游黄山的日记。母亲，您能想象得到黄山春天的样子吗？那还用说吗？肯定是万物萌发呀。母亲，您错了，</w:t>
      </w:r>
    </w:p>
    <w:p w14:paraId="56863610" w14:textId="77777777" w:rsidR="00E87C95" w:rsidRDefault="00000000">
      <w:pPr>
        <w:spacing w:after="0" w:line="579" w:lineRule="exact"/>
        <w:ind w:firstLine="640"/>
        <w:rPr>
          <w:lang w:eastAsia="zh-CN"/>
        </w:rPr>
      </w:pPr>
      <w:r>
        <w:rPr>
          <w:rFonts w:ascii="仿宋" w:eastAsia="仿宋" w:hAnsi="仿宋"/>
          <w:sz w:val="32"/>
          <w:lang w:eastAsia="zh-CN"/>
        </w:rPr>
        <w:t>是漫山大雪，</w:t>
      </w:r>
      <w:proofErr w:type="gramStart"/>
      <w:r>
        <w:rPr>
          <w:rFonts w:ascii="仿宋" w:eastAsia="仿宋" w:hAnsi="仿宋"/>
          <w:sz w:val="32"/>
          <w:lang w:eastAsia="zh-CN"/>
        </w:rPr>
        <w:t>雪足有</w:t>
      </w:r>
      <w:proofErr w:type="gramEnd"/>
      <w:r>
        <w:rPr>
          <w:rFonts w:ascii="仿宋" w:eastAsia="仿宋" w:hAnsi="仿宋"/>
          <w:sz w:val="32"/>
          <w:lang w:eastAsia="zh-CN"/>
        </w:rPr>
        <w:t>一尺多高呢？呵气成雾啊啊！那你出去的时候。捉的是春日的一种，没有冻坏吧？寒冷彻骨，寒冷彻骨。哎</w:t>
      </w:r>
      <w:proofErr w:type="gramStart"/>
      <w:r>
        <w:rPr>
          <w:rFonts w:ascii="仿宋" w:eastAsia="仿宋" w:hAnsi="仿宋"/>
          <w:sz w:val="32"/>
          <w:lang w:eastAsia="zh-CN"/>
        </w:rPr>
        <w:t>呦</w:t>
      </w:r>
      <w:proofErr w:type="gramEnd"/>
      <w:r>
        <w:rPr>
          <w:rFonts w:ascii="仿宋" w:eastAsia="仿宋" w:hAnsi="仿宋"/>
          <w:sz w:val="32"/>
          <w:lang w:eastAsia="zh-CN"/>
        </w:rPr>
        <w:t>。大哥。能不能卖件厚衣裳给我们？我是砍柴的樵夫，又不是卖衣服的，哎哎，大哥，</w:t>
      </w:r>
    </w:p>
    <w:p w14:paraId="75D4EC09" w14:textId="77777777" w:rsidR="00E87C95" w:rsidRDefault="00000000">
      <w:pPr>
        <w:spacing w:after="0" w:line="579" w:lineRule="exact"/>
        <w:ind w:firstLine="640"/>
        <w:rPr>
          <w:lang w:eastAsia="zh-CN"/>
        </w:rPr>
      </w:pPr>
      <w:r>
        <w:rPr>
          <w:rFonts w:ascii="仿宋" w:eastAsia="仿宋" w:hAnsi="仿宋"/>
          <w:sz w:val="32"/>
          <w:lang w:eastAsia="zh-CN"/>
        </w:rPr>
        <w:t>这位大哥，这位大哥，我家先生是好人啊哎。这是干什么？男儿膝下有黄金，至于吗？咱们走，先生开始。可是你冷啊。等一下你都冻成这样了。这个给你。谢谢大哥，请问两位这是准备去哪啊？啊，我们想去莲花峰啊。</w:t>
      </w:r>
    </w:p>
    <w:p w14:paraId="04700883" w14:textId="77777777" w:rsidR="00E87C95" w:rsidRDefault="00000000">
      <w:pPr>
        <w:spacing w:after="0" w:line="579" w:lineRule="exact"/>
        <w:ind w:firstLine="640"/>
        <w:rPr>
          <w:lang w:eastAsia="zh-CN"/>
        </w:rPr>
      </w:pPr>
      <w:r>
        <w:rPr>
          <w:rFonts w:ascii="仿宋" w:eastAsia="仿宋" w:hAnsi="仿宋"/>
          <w:sz w:val="32"/>
          <w:lang w:eastAsia="zh-CN"/>
        </w:rPr>
        <w:t>往这边便是莲花峰。谢谢大哥，谢谢啊。当时世人都以为天都峰是黄山的最高峰，但您去实地看完之后，您的结论</w:t>
      </w:r>
      <w:r>
        <w:rPr>
          <w:rFonts w:ascii="仿宋" w:eastAsia="仿宋" w:hAnsi="仿宋"/>
          <w:sz w:val="32"/>
          <w:lang w:eastAsia="zh-CN"/>
        </w:rPr>
        <w:lastRenderedPageBreak/>
        <w:t>是？莲花峰是最高峰，那后世可有什么定论？我们在后世用最精准的科学手段进行了测量。您猜怎么着？</w:t>
      </w:r>
      <w:proofErr w:type="gramStart"/>
      <w:r>
        <w:rPr>
          <w:rFonts w:ascii="仿宋" w:eastAsia="仿宋" w:hAnsi="仿宋"/>
          <w:sz w:val="32"/>
          <w:lang w:eastAsia="zh-CN"/>
        </w:rPr>
        <w:t>莲花峰比天</w:t>
      </w:r>
      <w:proofErr w:type="gramEnd"/>
      <w:r>
        <w:rPr>
          <w:rFonts w:ascii="仿宋" w:eastAsia="仿宋" w:hAnsi="仿宋"/>
          <w:sz w:val="32"/>
          <w:lang w:eastAsia="zh-CN"/>
        </w:rPr>
        <w:t>都峰高出了五十四点八米。16丈多。太好了，看来我的判断是对的。娘亲，</w:t>
      </w:r>
    </w:p>
    <w:p w14:paraId="59034B27" w14:textId="77777777" w:rsidR="00E87C95" w:rsidRDefault="00000000">
      <w:pPr>
        <w:spacing w:after="0" w:line="579" w:lineRule="exact"/>
        <w:ind w:firstLine="640"/>
        <w:rPr>
          <w:lang w:eastAsia="zh-CN"/>
        </w:rPr>
      </w:pPr>
      <w:r>
        <w:rPr>
          <w:rFonts w:ascii="仿宋" w:eastAsia="仿宋" w:hAnsi="仿宋"/>
          <w:sz w:val="32"/>
          <w:lang w:eastAsia="zh-CN"/>
        </w:rPr>
        <w:t>娘亲。孙儿儿子啊，快叫爹爹。嘿</w:t>
      </w:r>
      <w:proofErr w:type="gramStart"/>
      <w:r>
        <w:rPr>
          <w:rFonts w:ascii="仿宋" w:eastAsia="仿宋" w:hAnsi="仿宋"/>
          <w:sz w:val="32"/>
          <w:lang w:eastAsia="zh-CN"/>
        </w:rPr>
        <w:t>呦</w:t>
      </w:r>
      <w:proofErr w:type="gramEnd"/>
      <w:r>
        <w:rPr>
          <w:rFonts w:ascii="仿宋" w:eastAsia="仿宋" w:hAnsi="仿宋"/>
          <w:sz w:val="32"/>
          <w:lang w:eastAsia="zh-CN"/>
        </w:rPr>
        <w:t>，长这么大了啊。想不想爹爹啊嗯？姐姐，您去哪了？姐姐去哪了呀？也得告诉你啊，也得去了庐山。那是雾色霏霏如雨，我在云雾中攀登了五里路啊。行至半路，突然听闻雷声大作。</w:t>
      </w:r>
    </w:p>
    <w:p w14:paraId="6E66EE88" w14:textId="77777777" w:rsidR="00E87C95" w:rsidRDefault="00000000">
      <w:pPr>
        <w:spacing w:after="0" w:line="579" w:lineRule="exact"/>
        <w:ind w:firstLine="640"/>
        <w:rPr>
          <w:lang w:eastAsia="zh-CN"/>
        </w:rPr>
      </w:pPr>
      <w:r>
        <w:rPr>
          <w:rFonts w:ascii="仿宋" w:eastAsia="仿宋" w:hAnsi="仿宋"/>
          <w:sz w:val="32"/>
          <w:lang w:eastAsia="zh-CN"/>
        </w:rPr>
        <w:t>雷声。这是要下雨吗？不是下雨。这是水声。儿子见到了。庐山瀑布。飞流直下三千尺。疑是银河落九天。谁在吟我的诗啊？你</w:t>
      </w:r>
      <w:proofErr w:type="gramStart"/>
      <w:r>
        <w:rPr>
          <w:rFonts w:ascii="仿宋" w:eastAsia="仿宋" w:hAnsi="仿宋"/>
          <w:sz w:val="32"/>
          <w:lang w:eastAsia="zh-CN"/>
        </w:rPr>
        <w:t>的诗这可是</w:t>
      </w:r>
      <w:proofErr w:type="gramEnd"/>
      <w:r>
        <w:rPr>
          <w:rFonts w:ascii="仿宋" w:eastAsia="仿宋" w:hAnsi="仿宋"/>
          <w:sz w:val="32"/>
          <w:lang w:eastAsia="zh-CN"/>
        </w:rPr>
        <w:t>。后世小子徐</w:t>
      </w:r>
      <w:proofErr w:type="gramStart"/>
      <w:r>
        <w:rPr>
          <w:rFonts w:ascii="仿宋" w:eastAsia="仿宋" w:hAnsi="仿宋"/>
          <w:sz w:val="32"/>
          <w:lang w:eastAsia="zh-CN"/>
        </w:rPr>
        <w:t>弘祖拜见哲</w:t>
      </w:r>
      <w:proofErr w:type="gramEnd"/>
      <w:r>
        <w:rPr>
          <w:rFonts w:ascii="仿宋" w:eastAsia="仿宋" w:hAnsi="仿宋"/>
          <w:sz w:val="32"/>
          <w:lang w:eastAsia="zh-CN"/>
        </w:rPr>
        <w:t>仙人。李太白先生。你是何人？为何来这儿啊？晚辈自幼立志。</w:t>
      </w:r>
    </w:p>
    <w:p w14:paraId="7DD9CFAA" w14:textId="77777777" w:rsidR="00E87C95" w:rsidRDefault="00000000">
      <w:pPr>
        <w:spacing w:after="0" w:line="579" w:lineRule="exact"/>
        <w:ind w:firstLine="640"/>
        <w:rPr>
          <w:lang w:eastAsia="zh-CN"/>
        </w:rPr>
      </w:pPr>
      <w:r>
        <w:rPr>
          <w:rFonts w:ascii="仿宋" w:eastAsia="仿宋" w:hAnsi="仿宋"/>
          <w:sz w:val="32"/>
          <w:lang w:eastAsia="zh-CN"/>
        </w:rPr>
        <w:t>丈夫当朝碧海而</w:t>
      </w:r>
      <w:proofErr w:type="gramStart"/>
      <w:r>
        <w:rPr>
          <w:rFonts w:ascii="仿宋" w:eastAsia="仿宋" w:hAnsi="仿宋"/>
          <w:sz w:val="32"/>
          <w:lang w:eastAsia="zh-CN"/>
        </w:rPr>
        <w:t>暮</w:t>
      </w:r>
      <w:proofErr w:type="gramEnd"/>
      <w:r>
        <w:rPr>
          <w:rFonts w:ascii="仿宋" w:eastAsia="仿宋" w:hAnsi="仿宋"/>
          <w:sz w:val="32"/>
          <w:lang w:eastAsia="zh-CN"/>
        </w:rPr>
        <w:t>，苍梧以寻访岷山大川，记载地里风物为工业丈夫。</w:t>
      </w:r>
      <w:proofErr w:type="gramStart"/>
      <w:r>
        <w:rPr>
          <w:rFonts w:ascii="仿宋" w:eastAsia="仿宋" w:hAnsi="仿宋"/>
          <w:sz w:val="32"/>
          <w:lang w:eastAsia="zh-CN"/>
        </w:rPr>
        <w:t>朝避海而暮</w:t>
      </w:r>
      <w:proofErr w:type="gramEnd"/>
      <w:r>
        <w:rPr>
          <w:rFonts w:ascii="仿宋" w:eastAsia="仿宋" w:hAnsi="仿宋"/>
          <w:sz w:val="32"/>
          <w:lang w:eastAsia="zh-CN"/>
        </w:rPr>
        <w:t>苍梧。哈哈</w:t>
      </w:r>
      <w:proofErr w:type="gramStart"/>
      <w:r>
        <w:rPr>
          <w:rFonts w:ascii="仿宋" w:eastAsia="仿宋" w:hAnsi="仿宋"/>
          <w:sz w:val="32"/>
          <w:lang w:eastAsia="zh-CN"/>
        </w:rPr>
        <w:t>哈</w:t>
      </w:r>
      <w:proofErr w:type="gramEnd"/>
      <w:r>
        <w:rPr>
          <w:rFonts w:ascii="仿宋" w:eastAsia="仿宋" w:hAnsi="仿宋"/>
          <w:sz w:val="32"/>
          <w:lang w:eastAsia="zh-CN"/>
        </w:rPr>
        <w:t>，丈夫当朝碧海而</w:t>
      </w:r>
      <w:proofErr w:type="gramStart"/>
      <w:r>
        <w:rPr>
          <w:rFonts w:ascii="仿宋" w:eastAsia="仿宋" w:hAnsi="仿宋"/>
          <w:sz w:val="32"/>
          <w:lang w:eastAsia="zh-CN"/>
        </w:rPr>
        <w:t>暮</w:t>
      </w:r>
      <w:proofErr w:type="gramEnd"/>
      <w:r>
        <w:rPr>
          <w:rFonts w:ascii="仿宋" w:eastAsia="仿宋" w:hAnsi="仿宋"/>
          <w:sz w:val="32"/>
          <w:lang w:eastAsia="zh-CN"/>
        </w:rPr>
        <w:t>苍梧。这句话我喜欢。谢李太白先生。哈哈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。母亲最喜欢我的游记。回到家里，我给母亲念我的游记，母亲高兴的跟小孩一样。山水皆有情。</w:t>
      </w:r>
    </w:p>
    <w:p w14:paraId="28009B21" w14:textId="77777777" w:rsidR="00E87C95" w:rsidRDefault="00000000">
      <w:pPr>
        <w:spacing w:after="0" w:line="579" w:lineRule="exact"/>
        <w:ind w:firstLine="640"/>
        <w:rPr>
          <w:lang w:eastAsia="zh-CN"/>
        </w:rPr>
      </w:pPr>
      <w:r>
        <w:rPr>
          <w:rFonts w:ascii="仿宋" w:eastAsia="仿宋" w:hAnsi="仿宋"/>
          <w:sz w:val="32"/>
          <w:lang w:eastAsia="zh-CN"/>
        </w:rPr>
        <w:t>您的每一篇游记其实都凝聚着您和母亲的天伦之乐。是啊，因为游记我还结识了不少新朋友。不好意思。恭喜恭喜，恭喜恭喜。走，我。中国。哎</w:t>
      </w:r>
      <w:proofErr w:type="gramStart"/>
      <w:r>
        <w:rPr>
          <w:rFonts w:ascii="仿宋" w:eastAsia="仿宋" w:hAnsi="仿宋"/>
          <w:sz w:val="32"/>
          <w:lang w:eastAsia="zh-CN"/>
        </w:rPr>
        <w:t>呦</w:t>
      </w:r>
      <w:proofErr w:type="gramEnd"/>
      <w:r>
        <w:rPr>
          <w:rFonts w:ascii="仿宋" w:eastAsia="仿宋" w:hAnsi="仿宋"/>
          <w:sz w:val="32"/>
          <w:lang w:eastAsia="zh-CN"/>
        </w:rPr>
        <w:t>，这回是孙儿许起恭贺祖母80寿辰，祝您福如东海，寿比南山，你真孝顺，真是乖呀！</w:t>
      </w:r>
    </w:p>
    <w:p w14:paraId="3A4C09E5" w14:textId="77777777" w:rsidR="00E87C95" w:rsidRDefault="00000000">
      <w:pPr>
        <w:spacing w:after="0" w:line="579" w:lineRule="exact"/>
        <w:ind w:firstLine="640"/>
        <w:rPr>
          <w:lang w:eastAsia="zh-CN"/>
        </w:rPr>
      </w:pPr>
      <w:r>
        <w:rPr>
          <w:rFonts w:ascii="仿宋" w:eastAsia="仿宋" w:hAnsi="仿宋"/>
          <w:sz w:val="32"/>
          <w:lang w:eastAsia="zh-CN"/>
        </w:rPr>
        <w:lastRenderedPageBreak/>
        <w:t>孙儿快过来。</w:t>
      </w:r>
      <w:proofErr w:type="gramStart"/>
      <w:r>
        <w:rPr>
          <w:rFonts w:ascii="仿宋" w:eastAsia="仿宋" w:hAnsi="仿宋"/>
          <w:sz w:val="32"/>
          <w:lang w:eastAsia="zh-CN"/>
        </w:rPr>
        <w:t>弘</w:t>
      </w:r>
      <w:proofErr w:type="gramEnd"/>
      <w:r>
        <w:rPr>
          <w:rFonts w:ascii="仿宋" w:eastAsia="仿宋" w:hAnsi="仿宋"/>
          <w:sz w:val="32"/>
          <w:lang w:eastAsia="zh-CN"/>
        </w:rPr>
        <w:t>祖弘祖叔叔伯伯给你母亲拜寿来了。嘿嘿，真好啊，恭贺三嫂80大寿，恭喜感谢感谢。快坐坐。今日徐老夫人寿辰翰林院修撰文震孟先生为徐老夫人贺寿。送来祝寿诗文。哎</w:t>
      </w:r>
      <w:proofErr w:type="gramStart"/>
      <w:r>
        <w:rPr>
          <w:rFonts w:ascii="仿宋" w:eastAsia="仿宋" w:hAnsi="仿宋"/>
          <w:sz w:val="32"/>
          <w:lang w:eastAsia="zh-CN"/>
        </w:rPr>
        <w:t>呦</w:t>
      </w:r>
      <w:proofErr w:type="gramEnd"/>
      <w:r>
        <w:rPr>
          <w:rFonts w:ascii="仿宋" w:eastAsia="仿宋" w:hAnsi="仿宋"/>
          <w:sz w:val="32"/>
          <w:lang w:eastAsia="zh-CN"/>
        </w:rPr>
        <w:t>，文君孟大人，那可是天启壬戌科状元呀，这状元的诗文千金难买呀。是啊，都察院高攀龙都御史为徐老夫人贺寿送来。</w:t>
      </w:r>
    </w:p>
    <w:p w14:paraId="122465EB" w14:textId="77777777" w:rsidR="00E87C95" w:rsidRDefault="00000000">
      <w:pPr>
        <w:spacing w:after="0" w:line="579" w:lineRule="exact"/>
        <w:ind w:firstLine="640"/>
        <w:rPr>
          <w:lang w:eastAsia="zh-CN"/>
        </w:rPr>
      </w:pPr>
      <w:r>
        <w:rPr>
          <w:rFonts w:ascii="仿宋" w:eastAsia="仿宋" w:hAnsi="仿宋"/>
          <w:sz w:val="32"/>
          <w:lang w:eastAsia="zh-CN"/>
        </w:rPr>
        <w:t>书法调平。哦哎</w:t>
      </w:r>
      <w:proofErr w:type="gramStart"/>
      <w:r>
        <w:rPr>
          <w:rFonts w:ascii="仿宋" w:eastAsia="仿宋" w:hAnsi="仿宋"/>
          <w:sz w:val="32"/>
          <w:lang w:eastAsia="zh-CN"/>
        </w:rPr>
        <w:t>呦</w:t>
      </w:r>
      <w:proofErr w:type="gramEnd"/>
      <w:r>
        <w:rPr>
          <w:rFonts w:ascii="仿宋" w:eastAsia="仿宋" w:hAnsi="仿宋"/>
          <w:sz w:val="32"/>
          <w:lang w:eastAsia="zh-CN"/>
        </w:rPr>
        <w:t>，那可谓是文坛领袖了是啊哎，他的字可太难得了难得啊，真是蓬</w:t>
      </w:r>
      <w:proofErr w:type="gramStart"/>
      <w:r>
        <w:rPr>
          <w:rFonts w:ascii="仿宋" w:eastAsia="仿宋" w:hAnsi="仿宋"/>
          <w:sz w:val="32"/>
          <w:lang w:eastAsia="zh-CN"/>
        </w:rPr>
        <w:t>荜</w:t>
      </w:r>
      <w:proofErr w:type="gramEnd"/>
      <w:r>
        <w:rPr>
          <w:rFonts w:ascii="仿宋" w:eastAsia="仿宋" w:hAnsi="仿宋"/>
          <w:sz w:val="32"/>
          <w:lang w:eastAsia="zh-CN"/>
        </w:rPr>
        <w:t>生辉蓬</w:t>
      </w:r>
      <w:proofErr w:type="gramStart"/>
      <w:r>
        <w:rPr>
          <w:rFonts w:ascii="仿宋" w:eastAsia="仿宋" w:hAnsi="仿宋"/>
          <w:sz w:val="32"/>
          <w:lang w:eastAsia="zh-CN"/>
        </w:rPr>
        <w:t>荜</w:t>
      </w:r>
      <w:proofErr w:type="gramEnd"/>
      <w:r>
        <w:rPr>
          <w:rFonts w:ascii="仿宋" w:eastAsia="仿宋" w:hAnsi="仿宋"/>
          <w:sz w:val="32"/>
          <w:lang w:eastAsia="zh-CN"/>
        </w:rPr>
        <w:t>生辉啦。冯祖啊，我家是普通人家，你怎么会认识这么多文坛名人呢？母亲，这几位先生正是孩儿的文友。徐老夫人，这些年侠客先生的游记在文坛声名鹊起啊。望燕山珠峰，芙蓉</w:t>
      </w:r>
      <w:proofErr w:type="gramStart"/>
      <w:r>
        <w:rPr>
          <w:rFonts w:ascii="仿宋" w:eastAsia="仿宋" w:hAnsi="仿宋"/>
          <w:sz w:val="32"/>
          <w:lang w:eastAsia="zh-CN"/>
        </w:rPr>
        <w:t>擦天片</w:t>
      </w:r>
      <w:proofErr w:type="gramEnd"/>
      <w:r>
        <w:rPr>
          <w:rFonts w:ascii="仿宋" w:eastAsia="仿宋" w:hAnsi="仿宋"/>
          <w:sz w:val="32"/>
          <w:lang w:eastAsia="zh-CN"/>
        </w:rPr>
        <w:t>。片扑人梅雨，</w:t>
      </w:r>
    </w:p>
    <w:p w14:paraId="1966A60A" w14:textId="77777777" w:rsidR="00E87C95" w:rsidRDefault="00000000">
      <w:pPr>
        <w:spacing w:after="0" w:line="579" w:lineRule="exact"/>
        <w:ind w:firstLine="640"/>
        <w:rPr>
          <w:lang w:eastAsia="zh-CN"/>
        </w:rPr>
      </w:pPr>
      <w:r>
        <w:rPr>
          <w:rFonts w:ascii="仿宋" w:eastAsia="仿宋" w:hAnsi="仿宋"/>
          <w:sz w:val="32"/>
          <w:lang w:eastAsia="zh-CN"/>
        </w:rPr>
        <w:t>仿佛置身于山脚之下。瞻仰那雁荡山，尽显</w:t>
      </w:r>
      <w:proofErr w:type="gramStart"/>
      <w:r>
        <w:rPr>
          <w:rFonts w:ascii="仿宋" w:eastAsia="仿宋" w:hAnsi="仿宋"/>
          <w:sz w:val="32"/>
          <w:lang w:eastAsia="zh-CN"/>
        </w:rPr>
        <w:t>翘</w:t>
      </w:r>
      <w:proofErr w:type="gramEnd"/>
      <w:r>
        <w:rPr>
          <w:rFonts w:ascii="仿宋" w:eastAsia="仿宋" w:hAnsi="仿宋"/>
          <w:sz w:val="32"/>
          <w:lang w:eastAsia="zh-CN"/>
        </w:rPr>
        <w:t>拔之势啊。老夫人，老夫人，您看这是我抄的，有武夷山的日记，上下皆绝壁</w:t>
      </w:r>
      <w:proofErr w:type="gramStart"/>
      <w:r>
        <w:rPr>
          <w:rFonts w:ascii="仿宋" w:eastAsia="仿宋" w:hAnsi="仿宋"/>
          <w:sz w:val="32"/>
          <w:lang w:eastAsia="zh-CN"/>
        </w:rPr>
        <w:t>碧仙横傲</w:t>
      </w:r>
      <w:proofErr w:type="gramEnd"/>
      <w:r>
        <w:rPr>
          <w:rFonts w:ascii="仿宋" w:eastAsia="仿宋" w:hAnsi="仿宋"/>
          <w:sz w:val="32"/>
          <w:lang w:eastAsia="zh-CN"/>
        </w:rPr>
        <w:t>，仅一线须浮生蛇形，</w:t>
      </w:r>
      <w:proofErr w:type="gramStart"/>
      <w:r>
        <w:rPr>
          <w:rFonts w:ascii="仿宋" w:eastAsia="仿宋" w:hAnsi="仿宋"/>
          <w:sz w:val="32"/>
          <w:lang w:eastAsia="zh-CN"/>
        </w:rPr>
        <w:t>盘臂而度乃</w:t>
      </w:r>
      <w:proofErr w:type="gramEnd"/>
      <w:r>
        <w:rPr>
          <w:rFonts w:ascii="仿宋" w:eastAsia="仿宋" w:hAnsi="仿宋"/>
          <w:sz w:val="32"/>
          <w:lang w:eastAsia="zh-CN"/>
        </w:rPr>
        <w:t>可入。如同身临其境啊，</w:t>
      </w:r>
      <w:proofErr w:type="gramStart"/>
      <w:r>
        <w:rPr>
          <w:rFonts w:ascii="仿宋" w:eastAsia="仿宋" w:hAnsi="仿宋"/>
          <w:sz w:val="32"/>
          <w:lang w:eastAsia="zh-CN"/>
        </w:rPr>
        <w:t>侠客兄心写</w:t>
      </w:r>
      <w:proofErr w:type="gramEnd"/>
      <w:r>
        <w:rPr>
          <w:rFonts w:ascii="仿宋" w:eastAsia="仿宋" w:hAnsi="仿宋"/>
          <w:sz w:val="32"/>
          <w:lang w:eastAsia="zh-CN"/>
        </w:rPr>
        <w:t>的游太行。河山的日记，你们没有看过吧？我是第一个抄的上</w:t>
      </w:r>
      <w:proofErr w:type="gramStart"/>
      <w:r>
        <w:rPr>
          <w:rFonts w:ascii="仿宋" w:eastAsia="仿宋" w:hAnsi="仿宋"/>
          <w:sz w:val="32"/>
          <w:lang w:eastAsia="zh-CN"/>
        </w:rPr>
        <w:t>群抬罐旗旁榔</w:t>
      </w:r>
      <w:proofErr w:type="gramEnd"/>
      <w:r>
        <w:rPr>
          <w:rFonts w:ascii="仿宋" w:eastAsia="仿宋" w:hAnsi="仿宋"/>
          <w:sz w:val="32"/>
          <w:lang w:eastAsia="zh-CN"/>
        </w:rPr>
        <w:t>梅树株。</w:t>
      </w:r>
    </w:p>
    <w:p w14:paraId="11FC93EB" w14:textId="77777777" w:rsidR="00E87C95" w:rsidRDefault="00000000">
      <w:pPr>
        <w:spacing w:after="0" w:line="579" w:lineRule="exact"/>
        <w:ind w:firstLine="640"/>
        <w:rPr>
          <w:lang w:eastAsia="zh-CN"/>
        </w:rPr>
      </w:pPr>
      <w:r>
        <w:rPr>
          <w:rFonts w:ascii="仿宋" w:eastAsia="仿宋" w:hAnsi="仿宋"/>
          <w:sz w:val="32"/>
          <w:lang w:eastAsia="zh-CN"/>
        </w:rPr>
        <w:t>大街核爆花色，</w:t>
      </w:r>
      <w:proofErr w:type="gramStart"/>
      <w:r>
        <w:rPr>
          <w:rFonts w:ascii="仿宋" w:eastAsia="仿宋" w:hAnsi="仿宋"/>
          <w:sz w:val="32"/>
          <w:lang w:eastAsia="zh-CN"/>
        </w:rPr>
        <w:t>浮空映山</w:t>
      </w:r>
      <w:proofErr w:type="gramEnd"/>
      <w:r>
        <w:rPr>
          <w:rFonts w:ascii="仿宋" w:eastAsia="仿宋" w:hAnsi="仿宋"/>
          <w:sz w:val="32"/>
          <w:lang w:eastAsia="zh-CN"/>
        </w:rPr>
        <w:t>绚烂。年纪武当山上的</w:t>
      </w:r>
      <w:proofErr w:type="gramStart"/>
      <w:r>
        <w:rPr>
          <w:rFonts w:ascii="仿宋" w:eastAsia="仿宋" w:hAnsi="仿宋"/>
          <w:sz w:val="32"/>
          <w:lang w:eastAsia="zh-CN"/>
        </w:rPr>
        <w:t>榔</w:t>
      </w:r>
      <w:proofErr w:type="gramEnd"/>
      <w:r>
        <w:rPr>
          <w:rFonts w:ascii="仿宋" w:eastAsia="仿宋" w:hAnsi="仿宋"/>
          <w:sz w:val="32"/>
          <w:lang w:eastAsia="zh-CN"/>
        </w:rPr>
        <w:t>梅树。那可都是神速啊，今日孩儿送给母亲的寿礼，正是这武当山上的。</w:t>
      </w:r>
      <w:proofErr w:type="gramStart"/>
      <w:r>
        <w:rPr>
          <w:rFonts w:ascii="仿宋" w:eastAsia="仿宋" w:hAnsi="仿宋"/>
          <w:sz w:val="32"/>
          <w:lang w:eastAsia="zh-CN"/>
        </w:rPr>
        <w:t>榔</w:t>
      </w:r>
      <w:proofErr w:type="gramEnd"/>
      <w:r>
        <w:rPr>
          <w:rFonts w:ascii="仿宋" w:eastAsia="仿宋" w:hAnsi="仿宋"/>
          <w:sz w:val="32"/>
          <w:lang w:eastAsia="zh-CN"/>
        </w:rPr>
        <w:t>梅鲜果哎</w:t>
      </w:r>
      <w:proofErr w:type="gramStart"/>
      <w:r>
        <w:rPr>
          <w:rFonts w:ascii="仿宋" w:eastAsia="仿宋" w:hAnsi="仿宋"/>
          <w:sz w:val="32"/>
          <w:lang w:eastAsia="zh-CN"/>
        </w:rPr>
        <w:t>呦</w:t>
      </w:r>
      <w:proofErr w:type="gramEnd"/>
      <w:r>
        <w:rPr>
          <w:rFonts w:ascii="仿宋" w:eastAsia="仿宋" w:hAnsi="仿宋"/>
          <w:sz w:val="32"/>
          <w:lang w:eastAsia="zh-CN"/>
        </w:rPr>
        <w:t>，这</w:t>
      </w:r>
      <w:proofErr w:type="gramStart"/>
      <w:r>
        <w:rPr>
          <w:rFonts w:ascii="仿宋" w:eastAsia="仿宋" w:hAnsi="仿宋"/>
          <w:sz w:val="32"/>
          <w:lang w:eastAsia="zh-CN"/>
        </w:rPr>
        <w:t>榔</w:t>
      </w:r>
      <w:proofErr w:type="gramEnd"/>
      <w:r>
        <w:rPr>
          <w:rFonts w:ascii="仿宋" w:eastAsia="仿宋" w:hAnsi="仿宋"/>
          <w:sz w:val="32"/>
          <w:lang w:eastAsia="zh-CN"/>
        </w:rPr>
        <w:t>梅鲜果难得一见呐，难得一见啊，我还是第一次见哎</w:t>
      </w:r>
      <w:proofErr w:type="gramStart"/>
      <w:r>
        <w:rPr>
          <w:rFonts w:ascii="仿宋" w:eastAsia="仿宋" w:hAnsi="仿宋"/>
          <w:sz w:val="32"/>
          <w:lang w:eastAsia="zh-CN"/>
        </w:rPr>
        <w:t>呦</w:t>
      </w:r>
      <w:proofErr w:type="gramEnd"/>
      <w:r>
        <w:rPr>
          <w:rFonts w:ascii="仿宋" w:eastAsia="仿宋" w:hAnsi="仿宋"/>
          <w:sz w:val="32"/>
          <w:lang w:eastAsia="zh-CN"/>
        </w:rPr>
        <w:t>，送母亲。福如东海，寿比南山。好啊，我也有心啦，</w:t>
      </w:r>
    </w:p>
    <w:p w14:paraId="21C36063" w14:textId="77777777" w:rsidR="00E87C95" w:rsidRDefault="00000000">
      <w:pPr>
        <w:spacing w:after="0" w:line="579" w:lineRule="exact"/>
        <w:ind w:firstLine="640"/>
        <w:rPr>
          <w:lang w:eastAsia="zh-CN"/>
        </w:rPr>
      </w:pPr>
      <w:r>
        <w:rPr>
          <w:rFonts w:ascii="仿宋" w:eastAsia="仿宋" w:hAnsi="仿宋"/>
          <w:sz w:val="32"/>
          <w:lang w:eastAsia="zh-CN"/>
        </w:rPr>
        <w:lastRenderedPageBreak/>
        <w:t>祝福老夫人福如东海。寿比南山，感谢感谢，快坐坐。每当提起</w:t>
      </w:r>
      <w:proofErr w:type="gramStart"/>
      <w:r>
        <w:rPr>
          <w:rFonts w:ascii="仿宋" w:eastAsia="仿宋" w:hAnsi="仿宋"/>
          <w:sz w:val="32"/>
          <w:lang w:eastAsia="zh-CN"/>
        </w:rPr>
        <w:t>榔</w:t>
      </w:r>
      <w:proofErr w:type="gramEnd"/>
      <w:r>
        <w:rPr>
          <w:rFonts w:ascii="仿宋" w:eastAsia="仿宋" w:hAnsi="仿宋"/>
          <w:sz w:val="32"/>
          <w:lang w:eastAsia="zh-CN"/>
        </w:rPr>
        <w:t>梅。我便非常的思念母亲。为母亲庆贺80寿辰的第二年。母亲。便离开了我。来慢点。徐家布赛丝绸江阴城里人人穷徐家布保佑家庭。口粮冬天暖暖走，哥带你玩儿去。别跑，别跑。</w:t>
      </w:r>
    </w:p>
    <w:p w14:paraId="5F556A6A" w14:textId="77777777" w:rsidR="00E87C95" w:rsidRDefault="00000000">
      <w:pPr>
        <w:spacing w:after="0" w:line="579" w:lineRule="exact"/>
        <w:ind w:firstLine="640"/>
        <w:rPr>
          <w:lang w:eastAsia="zh-CN"/>
        </w:rPr>
      </w:pPr>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。徐家布。赛丝绸。江阴城里。人人求。徐家布。赛丝绸。江阴城里。人人穷。江阴城里人人求其家不。薄又软。夏天透凉，冬天暖。娘亲制</w:t>
      </w:r>
      <w:proofErr w:type="gramStart"/>
      <w:r>
        <w:rPr>
          <w:rFonts w:ascii="仿宋" w:eastAsia="仿宋" w:hAnsi="仿宋"/>
          <w:sz w:val="32"/>
          <w:lang w:eastAsia="zh-CN"/>
        </w:rPr>
        <w:t>的布最有名</w:t>
      </w:r>
      <w:proofErr w:type="gramEnd"/>
      <w:r>
        <w:rPr>
          <w:rFonts w:ascii="仿宋" w:eastAsia="仿宋" w:hAnsi="仿宋"/>
          <w:sz w:val="32"/>
          <w:lang w:eastAsia="zh-CN"/>
        </w:rPr>
        <w:t>了。哎</w:t>
      </w:r>
      <w:proofErr w:type="gramStart"/>
      <w:r>
        <w:rPr>
          <w:rFonts w:ascii="仿宋" w:eastAsia="仿宋" w:hAnsi="仿宋"/>
          <w:sz w:val="32"/>
          <w:lang w:eastAsia="zh-CN"/>
        </w:rPr>
        <w:t>呦</w:t>
      </w:r>
      <w:proofErr w:type="gramEnd"/>
      <w:r>
        <w:rPr>
          <w:rFonts w:ascii="仿宋" w:eastAsia="仿宋" w:hAnsi="仿宋"/>
          <w:sz w:val="32"/>
          <w:lang w:eastAsia="zh-CN"/>
        </w:rPr>
        <w:t>。</w:t>
      </w:r>
    </w:p>
    <w:p w14:paraId="6AE0440A" w14:textId="77777777" w:rsidR="00E87C95" w:rsidRDefault="00000000">
      <w:pPr>
        <w:spacing w:after="0" w:line="579" w:lineRule="exact"/>
        <w:ind w:firstLine="640"/>
        <w:rPr>
          <w:lang w:eastAsia="zh-CN"/>
        </w:rPr>
      </w:pPr>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。徐家布。薄又软。夏天透凉，冬天暖。母亲。孔子还记得小时候教你的儿歌吗？记得当然记得。还记得母亲说。要去岷山看看。让我回来告诉您，长江的源头是什么样子？父母在，不远游。现在。</w:t>
      </w:r>
    </w:p>
    <w:p w14:paraId="389F242D" w14:textId="77777777" w:rsidR="00E87C95" w:rsidRDefault="00000000">
      <w:pPr>
        <w:spacing w:after="0" w:line="579" w:lineRule="exact"/>
        <w:ind w:firstLine="640"/>
        <w:rPr>
          <w:lang w:eastAsia="zh-CN"/>
        </w:rPr>
      </w:pPr>
      <w:r>
        <w:rPr>
          <w:rFonts w:ascii="仿宋" w:eastAsia="仿宋" w:hAnsi="仿宋"/>
          <w:sz w:val="32"/>
          <w:lang w:eastAsia="zh-CN"/>
        </w:rPr>
        <w:t>你可没有牵绊了。</w:t>
      </w:r>
      <w:proofErr w:type="gramStart"/>
      <w:r>
        <w:rPr>
          <w:rFonts w:ascii="仿宋" w:eastAsia="仿宋" w:hAnsi="仿宋"/>
          <w:sz w:val="32"/>
          <w:lang w:eastAsia="zh-CN"/>
        </w:rPr>
        <w:t>朝避海</w:t>
      </w:r>
      <w:proofErr w:type="gramEnd"/>
      <w:r>
        <w:rPr>
          <w:rFonts w:ascii="仿宋" w:eastAsia="仿宋" w:hAnsi="仿宋"/>
          <w:sz w:val="32"/>
          <w:lang w:eastAsia="zh-CN"/>
        </w:rPr>
        <w:t>。而木苍梧。去吧。母亲。想你了。刚才在戏剧中，徐霞客说，母亲，我想你了。徐母也舍不得儿子伸出手想要抚摸她的脸庞，但却摸不到这个细节，</w:t>
      </w:r>
      <w:proofErr w:type="gramStart"/>
      <w:r>
        <w:rPr>
          <w:rFonts w:ascii="仿宋" w:eastAsia="仿宋" w:hAnsi="仿宋"/>
          <w:sz w:val="32"/>
          <w:lang w:eastAsia="zh-CN"/>
        </w:rPr>
        <w:t>其实看</w:t>
      </w:r>
      <w:proofErr w:type="gramEnd"/>
      <w:r>
        <w:rPr>
          <w:rFonts w:ascii="仿宋" w:eastAsia="仿宋" w:hAnsi="仿宋"/>
          <w:sz w:val="32"/>
          <w:lang w:eastAsia="zh-CN"/>
        </w:rPr>
        <w:t>了很让大家动容。不论是徐霞客的出游，还是游记，</w:t>
      </w:r>
    </w:p>
    <w:p w14:paraId="4C3BA598" w14:textId="77777777" w:rsidR="00E87C95" w:rsidRDefault="00000000">
      <w:pPr>
        <w:spacing w:after="0" w:line="579" w:lineRule="exact"/>
        <w:ind w:firstLine="640"/>
        <w:rPr>
          <w:lang w:eastAsia="zh-CN"/>
        </w:rPr>
      </w:pPr>
      <w:r>
        <w:rPr>
          <w:rFonts w:ascii="仿宋" w:eastAsia="仿宋" w:hAnsi="仿宋"/>
          <w:sz w:val="32"/>
          <w:lang w:eastAsia="zh-CN"/>
        </w:rPr>
        <w:t>都与母亲是息息相关的。确实是古人说侠客之奇，儒</w:t>
      </w:r>
      <w:proofErr w:type="gramStart"/>
      <w:r>
        <w:rPr>
          <w:rFonts w:ascii="仿宋" w:eastAsia="仿宋" w:hAnsi="仿宋"/>
          <w:sz w:val="32"/>
          <w:lang w:eastAsia="zh-CN"/>
        </w:rPr>
        <w:t>人称之儒人</w:t>
      </w:r>
      <w:proofErr w:type="gramEnd"/>
      <w:r>
        <w:rPr>
          <w:rFonts w:ascii="仿宋" w:eastAsia="仿宋" w:hAnsi="仿宋"/>
          <w:sz w:val="32"/>
          <w:lang w:eastAsia="zh-CN"/>
        </w:rPr>
        <w:t>是谁？就是他的母亲王</w:t>
      </w:r>
      <w:proofErr w:type="gramStart"/>
      <w:r>
        <w:rPr>
          <w:rFonts w:ascii="仿宋" w:eastAsia="仿宋" w:hAnsi="仿宋"/>
          <w:sz w:val="32"/>
          <w:lang w:eastAsia="zh-CN"/>
        </w:rPr>
        <w:t>孺</w:t>
      </w:r>
      <w:proofErr w:type="gramEnd"/>
      <w:r>
        <w:rPr>
          <w:rFonts w:ascii="仿宋" w:eastAsia="仿宋" w:hAnsi="仿宋"/>
          <w:sz w:val="32"/>
          <w:lang w:eastAsia="zh-CN"/>
        </w:rPr>
        <w:t>人。在徐霞客小的时候，她妈妈就跟她讲说这个丈夫啊，要志在四海，如果就守在家里，那是篱笆围起来的小鸡，那是。马鞍束缚住的小马哎，那是没有出息的，后来到他22岁的时候，他母亲亲手给他志愿攸关。要让他完成他的理想。</w:t>
      </w:r>
    </w:p>
    <w:p w14:paraId="274C8A7E" w14:textId="77777777" w:rsidR="00E87C95" w:rsidRDefault="00000000">
      <w:pPr>
        <w:spacing w:after="0" w:line="579" w:lineRule="exact"/>
        <w:ind w:firstLine="640"/>
        <w:rPr>
          <w:lang w:eastAsia="zh-CN"/>
        </w:rPr>
      </w:pPr>
      <w:r>
        <w:rPr>
          <w:rFonts w:ascii="仿宋" w:eastAsia="仿宋" w:hAnsi="仿宋"/>
          <w:sz w:val="32"/>
          <w:lang w:eastAsia="zh-CN"/>
        </w:rPr>
        <w:lastRenderedPageBreak/>
        <w:t>为了表明对他的称职，他母亲80岁了，还专门跟徐霞客一道到山水里边去。当时，徐霞客母亲说的一段话。话</w:t>
      </w:r>
      <w:proofErr w:type="gramStart"/>
      <w:r>
        <w:rPr>
          <w:rFonts w:ascii="仿宋" w:eastAsia="仿宋" w:hAnsi="仿宋"/>
          <w:sz w:val="32"/>
          <w:lang w:eastAsia="zh-CN"/>
        </w:rPr>
        <w:t>无上善</w:t>
      </w:r>
      <w:proofErr w:type="gramEnd"/>
      <w:r>
        <w:rPr>
          <w:rFonts w:ascii="仿宋" w:eastAsia="仿宋" w:hAnsi="仿宋"/>
          <w:sz w:val="32"/>
          <w:lang w:eastAsia="zh-CN"/>
        </w:rPr>
        <w:t>饭，今以身先知。什么意思呢？你看饭量很好，那饭量好就表明身体还好，所以你不用担心母子俩就游了。宜兴周边的一些景观，这是一段佳话。母亲走了之后，徐霞客就开启了他在人生最后阶段的那一次万里遐征。</w:t>
      </w:r>
    </w:p>
    <w:p w14:paraId="3E69C82F" w14:textId="77777777" w:rsidR="00E87C95" w:rsidRDefault="00000000">
      <w:pPr>
        <w:spacing w:after="0" w:line="579" w:lineRule="exact"/>
        <w:ind w:firstLine="640"/>
        <w:rPr>
          <w:lang w:eastAsia="zh-CN"/>
        </w:rPr>
      </w:pPr>
      <w:r>
        <w:rPr>
          <w:rFonts w:ascii="仿宋" w:eastAsia="仿宋" w:hAnsi="仿宋"/>
          <w:sz w:val="32"/>
          <w:lang w:eastAsia="zh-CN"/>
        </w:rPr>
        <w:t>我们继续往下看。朝碧海而</w:t>
      </w:r>
      <w:proofErr w:type="gramStart"/>
      <w:r>
        <w:rPr>
          <w:rFonts w:ascii="仿宋" w:eastAsia="仿宋" w:hAnsi="仿宋"/>
          <w:sz w:val="32"/>
          <w:lang w:eastAsia="zh-CN"/>
        </w:rPr>
        <w:t>暮</w:t>
      </w:r>
      <w:proofErr w:type="gramEnd"/>
      <w:r>
        <w:rPr>
          <w:rFonts w:ascii="仿宋" w:eastAsia="仿宋" w:hAnsi="仿宋"/>
          <w:sz w:val="32"/>
          <w:lang w:eastAsia="zh-CN"/>
        </w:rPr>
        <w:t>苍梧。因为母亲守孝三年之后。又重新出发了。是啊，这路越走越长。游记是越写越多。在我51岁的时候。我决定了，开始我人生最长的一次游历。哦。这双龙洞如此奇美。徐安，你看。从上面下垂的石头，</w:t>
      </w:r>
    </w:p>
    <w:p w14:paraId="7B3186B1" w14:textId="77777777" w:rsidR="00E87C95" w:rsidRDefault="00000000">
      <w:pPr>
        <w:spacing w:after="0" w:line="579" w:lineRule="exact"/>
        <w:ind w:firstLine="640"/>
        <w:rPr>
          <w:lang w:eastAsia="zh-CN"/>
        </w:rPr>
      </w:pPr>
      <w:r>
        <w:rPr>
          <w:rFonts w:ascii="仿宋" w:eastAsia="仿宋" w:hAnsi="仿宋"/>
          <w:sz w:val="32"/>
          <w:lang w:eastAsia="zh-CN"/>
        </w:rPr>
        <w:t>我把它称作石乳。从地面凸起的叫石笋。我把它记下来。双龙洞耻辱，下垂色润形。</w:t>
      </w:r>
      <w:proofErr w:type="gramStart"/>
      <w:r>
        <w:rPr>
          <w:rFonts w:ascii="仿宋" w:eastAsia="仿宋" w:hAnsi="仿宋"/>
          <w:sz w:val="32"/>
          <w:lang w:eastAsia="zh-CN"/>
        </w:rPr>
        <w:t>幻若穷筑宝状</w:t>
      </w:r>
      <w:proofErr w:type="gramEnd"/>
      <w:r>
        <w:rPr>
          <w:rFonts w:ascii="仿宋" w:eastAsia="仿宋" w:hAnsi="仿宋"/>
          <w:sz w:val="32"/>
          <w:lang w:eastAsia="zh-CN"/>
        </w:rPr>
        <w:t>。横列洞中。先生，你写快点啊，此地不宜久留，为什么？山民说，这洞里有龙。九龙。呵呵。</w:t>
      </w:r>
    </w:p>
    <w:p w14:paraId="3609296A" w14:textId="77777777" w:rsidR="00E87C95" w:rsidRDefault="00000000">
      <w:pPr>
        <w:spacing w:after="0" w:line="579" w:lineRule="exact"/>
        <w:ind w:firstLine="640"/>
        <w:rPr>
          <w:lang w:eastAsia="zh-CN"/>
        </w:rPr>
      </w:pPr>
      <w:r>
        <w:rPr>
          <w:rFonts w:ascii="仿宋" w:eastAsia="仿宋" w:hAnsi="仿宋"/>
          <w:sz w:val="32"/>
          <w:lang w:eastAsia="zh-CN"/>
        </w:rPr>
        <w:t>我看啊。龙恐怕就没有。不过有可能。有剧本。我最怕蛇了。我就知道你要扔它。你这灯笼一灭啊。这蛇可就出来了。你要小心脚底下哦。我好像踩到什么东西了。软软的巨蟒。你踩到我的脚。对不起先生。你看看，因为这洞口啊，</w:t>
      </w:r>
    </w:p>
    <w:p w14:paraId="18869DC1" w14:textId="77777777" w:rsidR="00E87C95" w:rsidRDefault="00000000">
      <w:pPr>
        <w:spacing w:after="0" w:line="579" w:lineRule="exact"/>
        <w:ind w:firstLine="640"/>
        <w:rPr>
          <w:lang w:eastAsia="zh-CN"/>
        </w:rPr>
      </w:pPr>
      <w:r>
        <w:rPr>
          <w:rFonts w:ascii="仿宋" w:eastAsia="仿宋" w:hAnsi="仿宋"/>
          <w:sz w:val="32"/>
          <w:lang w:eastAsia="zh-CN"/>
        </w:rPr>
        <w:t>有两根下垂的石钟乳形似巨龙，所以叫做双龙洞。行了，把行李拿着，咱们走。哦，对，不管有没有剧吧？我们也不</w:t>
      </w:r>
      <w:r>
        <w:rPr>
          <w:rFonts w:ascii="仿宋" w:eastAsia="仿宋" w:hAnsi="仿宋"/>
          <w:sz w:val="32"/>
          <w:lang w:eastAsia="zh-CN"/>
        </w:rPr>
        <w:lastRenderedPageBreak/>
        <w:t>能再。先生，先生。先生等等我先生。先生</w:t>
      </w:r>
      <w:proofErr w:type="gramStart"/>
      <w:r>
        <w:rPr>
          <w:rFonts w:ascii="仿宋" w:eastAsia="仿宋" w:hAnsi="仿宋"/>
          <w:sz w:val="32"/>
          <w:lang w:eastAsia="zh-CN"/>
        </w:rPr>
        <w:t>先生着</w:t>
      </w:r>
      <w:proofErr w:type="gramEnd"/>
      <w:r>
        <w:rPr>
          <w:rFonts w:ascii="仿宋" w:eastAsia="仿宋" w:hAnsi="仿宋"/>
          <w:sz w:val="32"/>
          <w:lang w:eastAsia="zh-CN"/>
        </w:rPr>
        <w:t>了快。快来搞搞我。啊啊，</w:t>
      </w:r>
    </w:p>
    <w:p w14:paraId="7F5EAB35" w14:textId="77777777" w:rsidR="00E87C95" w:rsidRDefault="00000000">
      <w:pPr>
        <w:spacing w:after="0" w:line="579" w:lineRule="exact"/>
        <w:ind w:firstLine="640"/>
        <w:rPr>
          <w:lang w:eastAsia="zh-CN"/>
        </w:rPr>
      </w:pPr>
      <w:r>
        <w:rPr>
          <w:rFonts w:ascii="仿宋" w:eastAsia="仿宋" w:hAnsi="仿宋"/>
          <w:sz w:val="32"/>
          <w:lang w:eastAsia="zh-CN"/>
        </w:rPr>
        <w:t>暖和多了。先生，你的脚怎么样了？昨日脚伤发作疼痛难忍。哎，今日不知怎么回事儿，</w:t>
      </w:r>
      <w:proofErr w:type="gramStart"/>
      <w:r>
        <w:rPr>
          <w:rFonts w:ascii="仿宋" w:eastAsia="仿宋" w:hAnsi="仿宋"/>
          <w:sz w:val="32"/>
          <w:lang w:eastAsia="zh-CN"/>
        </w:rPr>
        <w:t>走着走着</w:t>
      </w:r>
      <w:proofErr w:type="gramEnd"/>
      <w:r>
        <w:rPr>
          <w:rFonts w:ascii="仿宋" w:eastAsia="仿宋" w:hAnsi="仿宋"/>
          <w:sz w:val="32"/>
          <w:lang w:eastAsia="zh-CN"/>
        </w:rPr>
        <w:t>疼痛减轻了，我就佩服您这双脚。我是</w:t>
      </w:r>
      <w:proofErr w:type="gramStart"/>
      <w:r>
        <w:rPr>
          <w:rFonts w:ascii="仿宋" w:eastAsia="仿宋" w:hAnsi="仿宋"/>
          <w:sz w:val="32"/>
          <w:lang w:eastAsia="zh-CN"/>
        </w:rPr>
        <w:t>走不过</w:t>
      </w:r>
      <w:proofErr w:type="gramEnd"/>
      <w:r>
        <w:rPr>
          <w:rFonts w:ascii="仿宋" w:eastAsia="仿宋" w:hAnsi="仿宋"/>
          <w:sz w:val="32"/>
          <w:lang w:eastAsia="zh-CN"/>
        </w:rPr>
        <w:t>你的。请问。这一路你受苦了。不哭，让先生。几率在悬崖</w:t>
      </w:r>
      <w:proofErr w:type="gramStart"/>
      <w:r>
        <w:rPr>
          <w:rFonts w:ascii="仿宋" w:eastAsia="仿宋" w:hAnsi="仿宋"/>
          <w:sz w:val="32"/>
          <w:lang w:eastAsia="zh-CN"/>
        </w:rPr>
        <w:t>之上垂索而</w:t>
      </w:r>
      <w:proofErr w:type="gramEnd"/>
      <w:r>
        <w:rPr>
          <w:rFonts w:ascii="仿宋" w:eastAsia="仿宋" w:hAnsi="仿宋"/>
          <w:sz w:val="32"/>
          <w:lang w:eastAsia="zh-CN"/>
        </w:rPr>
        <w:t>下，我都担心死了。</w:t>
      </w:r>
    </w:p>
    <w:p w14:paraId="6DDB1600" w14:textId="77777777" w:rsidR="00E87C95" w:rsidRDefault="00000000">
      <w:pPr>
        <w:spacing w:after="0" w:line="579" w:lineRule="exact"/>
        <w:ind w:firstLine="640"/>
        <w:rPr>
          <w:lang w:eastAsia="zh-CN"/>
        </w:rPr>
      </w:pPr>
      <w:r>
        <w:rPr>
          <w:rFonts w:ascii="仿宋" w:eastAsia="仿宋" w:hAnsi="仿宋"/>
          <w:sz w:val="32"/>
          <w:lang w:eastAsia="zh-CN"/>
        </w:rPr>
        <w:t>有什么好担心的？我这脚疼的时候爬山也不是第一次了。这也就您。能够</w:t>
      </w:r>
      <w:proofErr w:type="gramStart"/>
      <w:r>
        <w:rPr>
          <w:rFonts w:ascii="仿宋" w:eastAsia="仿宋" w:hAnsi="仿宋"/>
          <w:sz w:val="32"/>
          <w:lang w:eastAsia="zh-CN"/>
        </w:rPr>
        <w:t>舍命去</w:t>
      </w:r>
      <w:proofErr w:type="gramEnd"/>
      <w:r>
        <w:rPr>
          <w:rFonts w:ascii="仿宋" w:eastAsia="仿宋" w:hAnsi="仿宋"/>
          <w:sz w:val="32"/>
          <w:lang w:eastAsia="zh-CN"/>
        </w:rPr>
        <w:t>攀山看水。才能写出这么好的游记。你不提醒我，差点忘了。把笔墨拿来。挂石头崖。</w:t>
      </w:r>
      <w:proofErr w:type="gramStart"/>
      <w:r>
        <w:rPr>
          <w:rFonts w:ascii="仿宋" w:eastAsia="仿宋" w:hAnsi="仿宋"/>
          <w:sz w:val="32"/>
          <w:lang w:eastAsia="zh-CN"/>
        </w:rPr>
        <w:t>悬蹬道柯</w:t>
      </w:r>
      <w:proofErr w:type="gramEnd"/>
      <w:r>
        <w:rPr>
          <w:rFonts w:ascii="仿宋" w:eastAsia="仿宋" w:hAnsi="仿宋"/>
          <w:sz w:val="32"/>
          <w:lang w:eastAsia="zh-CN"/>
        </w:rPr>
        <w:t>。</w:t>
      </w:r>
      <w:proofErr w:type="gramStart"/>
      <w:r>
        <w:rPr>
          <w:rFonts w:ascii="仿宋" w:eastAsia="仿宋" w:hAnsi="仿宋"/>
          <w:sz w:val="32"/>
          <w:lang w:eastAsia="zh-CN"/>
        </w:rPr>
        <w:t>坠空者</w:t>
      </w:r>
      <w:proofErr w:type="gramEnd"/>
      <w:r>
        <w:rPr>
          <w:rFonts w:ascii="仿宋" w:eastAsia="仿宋" w:hAnsi="仿宋"/>
          <w:sz w:val="32"/>
          <w:lang w:eastAsia="zh-CN"/>
        </w:rPr>
        <w:t>数层。什么</w:t>
      </w:r>
      <w:proofErr w:type="gramStart"/>
      <w:r>
        <w:rPr>
          <w:rFonts w:ascii="仿宋" w:eastAsia="仿宋" w:hAnsi="仿宋"/>
          <w:sz w:val="32"/>
          <w:lang w:eastAsia="zh-CN"/>
        </w:rPr>
        <w:t>东西着</w:t>
      </w:r>
      <w:proofErr w:type="gramEnd"/>
      <w:r>
        <w:rPr>
          <w:rFonts w:ascii="仿宋" w:eastAsia="仿宋" w:hAnsi="仿宋"/>
          <w:sz w:val="32"/>
          <w:lang w:eastAsia="zh-CN"/>
        </w:rPr>
        <w:t>了，什么</w:t>
      </w:r>
      <w:proofErr w:type="gramStart"/>
      <w:r>
        <w:rPr>
          <w:rFonts w:ascii="仿宋" w:eastAsia="仿宋" w:hAnsi="仿宋"/>
          <w:sz w:val="32"/>
          <w:lang w:eastAsia="zh-CN"/>
        </w:rPr>
        <w:t>东西着</w:t>
      </w:r>
      <w:proofErr w:type="gramEnd"/>
      <w:r>
        <w:rPr>
          <w:rFonts w:ascii="仿宋" w:eastAsia="仿宋" w:hAnsi="仿宋"/>
          <w:sz w:val="32"/>
          <w:lang w:eastAsia="zh-CN"/>
        </w:rPr>
        <w:t>了？呀，先生，</w:t>
      </w:r>
    </w:p>
    <w:p w14:paraId="08E7E0AF" w14:textId="77777777" w:rsidR="00E87C95" w:rsidRDefault="00000000">
      <w:pPr>
        <w:spacing w:after="0" w:line="579" w:lineRule="exact"/>
        <w:ind w:firstLine="640"/>
        <w:rPr>
          <w:lang w:eastAsia="zh-CN"/>
        </w:rPr>
      </w:pPr>
      <w:r>
        <w:rPr>
          <w:rFonts w:ascii="仿宋" w:eastAsia="仿宋" w:hAnsi="仿宋"/>
          <w:sz w:val="32"/>
          <w:lang w:eastAsia="zh-CN"/>
        </w:rPr>
        <w:t>你脚</w:t>
      </w:r>
      <w:proofErr w:type="gramStart"/>
      <w:r>
        <w:rPr>
          <w:rFonts w:ascii="仿宋" w:eastAsia="仿宋" w:hAnsi="仿宋"/>
          <w:sz w:val="32"/>
          <w:lang w:eastAsia="zh-CN"/>
        </w:rPr>
        <w:t>脚脚</w:t>
      </w:r>
      <w:proofErr w:type="gramEnd"/>
      <w:r>
        <w:rPr>
          <w:rFonts w:ascii="仿宋" w:eastAsia="仿宋" w:hAnsi="仿宋"/>
          <w:sz w:val="32"/>
          <w:lang w:eastAsia="zh-CN"/>
        </w:rPr>
        <w:t>疼。啊，破了。呀，都露脚趾头了。啊。</w:t>
      </w:r>
      <w:proofErr w:type="gramStart"/>
      <w:r>
        <w:rPr>
          <w:rFonts w:ascii="仿宋" w:eastAsia="仿宋" w:hAnsi="仿宋"/>
          <w:sz w:val="32"/>
          <w:lang w:eastAsia="zh-CN"/>
        </w:rPr>
        <w:t>喵喵喵</w:t>
      </w:r>
      <w:proofErr w:type="gramEnd"/>
      <w:r>
        <w:rPr>
          <w:rFonts w:ascii="仿宋" w:eastAsia="仿宋" w:hAnsi="仿宋"/>
          <w:sz w:val="32"/>
          <w:lang w:eastAsia="zh-CN"/>
        </w:rPr>
        <w:t>。万里遐征。这可是后世公认的名游记中最精彩的篇章。是啊，我这一路是收获颇丰。结交了许多新朋友。他们对我修撰山水游记寄予厚望，纷纷将家藏的真本地理图志托付于我。其中，</w:t>
      </w:r>
    </w:p>
    <w:p w14:paraId="42A35598" w14:textId="77777777" w:rsidR="00E87C95" w:rsidRDefault="00000000">
      <w:pPr>
        <w:spacing w:after="0" w:line="579" w:lineRule="exact"/>
        <w:ind w:firstLine="640"/>
        <w:rPr>
          <w:lang w:eastAsia="zh-CN"/>
        </w:rPr>
      </w:pPr>
      <w:r>
        <w:rPr>
          <w:rFonts w:ascii="仿宋" w:eastAsia="仿宋" w:hAnsi="仿宋"/>
          <w:sz w:val="32"/>
          <w:lang w:eastAsia="zh-CN"/>
        </w:rPr>
        <w:t>张宗琏所著的《南程续记》。后世子孙已经珍藏了200余年。还有曹学</w:t>
      </w:r>
      <w:proofErr w:type="gramStart"/>
      <w:r>
        <w:rPr>
          <w:rFonts w:ascii="仿宋" w:eastAsia="仿宋" w:hAnsi="仿宋"/>
          <w:sz w:val="32"/>
          <w:lang w:eastAsia="zh-CN"/>
        </w:rPr>
        <w:t>佺</w:t>
      </w:r>
      <w:proofErr w:type="gramEnd"/>
      <w:r>
        <w:rPr>
          <w:rFonts w:ascii="仿宋" w:eastAsia="仿宋" w:hAnsi="仿宋"/>
          <w:sz w:val="32"/>
          <w:lang w:eastAsia="zh-CN"/>
        </w:rPr>
        <w:t>的《名胜志》三册，《云南志》四册，都极为珍贵。但是谁能想到？您和这些善本古籍。竟然遭遇了一场飞来横祸。强盗抢劫了，强盗抢劫了。抢劫了，强盗抢劫了，抢劫了。</w:t>
      </w:r>
      <w:proofErr w:type="gramStart"/>
      <w:r>
        <w:rPr>
          <w:rFonts w:ascii="仿宋" w:eastAsia="仿宋" w:hAnsi="仿宋"/>
          <w:sz w:val="32"/>
          <w:lang w:eastAsia="zh-CN"/>
        </w:rPr>
        <w:t>先生先生先生</w:t>
      </w:r>
      <w:proofErr w:type="gramEnd"/>
      <w:r>
        <w:rPr>
          <w:rFonts w:ascii="仿宋" w:eastAsia="仿宋" w:hAnsi="仿宋"/>
          <w:sz w:val="32"/>
          <w:lang w:eastAsia="zh-CN"/>
        </w:rPr>
        <w:t>，十万前面怎么回事？</w:t>
      </w:r>
    </w:p>
    <w:p w14:paraId="0F176EA8" w14:textId="77777777" w:rsidR="00E87C95" w:rsidRDefault="00000000">
      <w:pPr>
        <w:spacing w:after="0" w:line="579" w:lineRule="exact"/>
        <w:ind w:firstLine="640"/>
        <w:rPr>
          <w:lang w:eastAsia="zh-CN"/>
        </w:rPr>
      </w:pPr>
      <w:proofErr w:type="gramStart"/>
      <w:r>
        <w:rPr>
          <w:rFonts w:ascii="仿宋" w:eastAsia="仿宋" w:hAnsi="仿宋"/>
          <w:sz w:val="32"/>
          <w:lang w:eastAsia="zh-CN"/>
        </w:rPr>
        <w:t>前面前面</w:t>
      </w:r>
      <w:proofErr w:type="gramEnd"/>
      <w:r>
        <w:rPr>
          <w:rFonts w:ascii="仿宋" w:eastAsia="仿宋" w:hAnsi="仿宋"/>
          <w:sz w:val="32"/>
          <w:lang w:eastAsia="zh-CN"/>
        </w:rPr>
        <w:t>有强盗，强盗还走。给老子拿走算什么？王大头站住秘密。往哪跑？抓住他们。你要干什么？乖乖给我把</w:t>
      </w:r>
      <w:r>
        <w:rPr>
          <w:rFonts w:ascii="仿宋" w:eastAsia="仿宋" w:hAnsi="仿宋"/>
          <w:sz w:val="32"/>
          <w:lang w:eastAsia="zh-CN"/>
        </w:rPr>
        <w:lastRenderedPageBreak/>
        <w:t>钱交出来。我饶你们不死。全给你们，不要伤人。你的呢？我是个仆人，身上没钱，是他是仆人。</w:t>
      </w:r>
    </w:p>
    <w:p w14:paraId="10FCCC9F" w14:textId="77777777" w:rsidR="00E87C95" w:rsidRDefault="00000000">
      <w:pPr>
        <w:spacing w:after="0" w:line="579" w:lineRule="exact"/>
        <w:ind w:firstLine="640"/>
        <w:rPr>
          <w:lang w:eastAsia="zh-CN"/>
        </w:rPr>
      </w:pPr>
      <w:r>
        <w:rPr>
          <w:rFonts w:ascii="仿宋" w:eastAsia="仿宋" w:hAnsi="仿宋"/>
          <w:sz w:val="32"/>
          <w:lang w:eastAsia="zh-CN"/>
        </w:rPr>
        <w:t>这才几个钱箱子里，应该更多吧？北极里没有钱财，只是书籍是各位好汉，对你们来说一文不值，对我来说价值千金。没钱还跑那么远，骗谁呢？送不准。你还我书。给我十分钟时。你先生。大哥。呀呀呀哎。啊。</w:t>
      </w:r>
    </w:p>
    <w:p w14:paraId="4D429BF8" w14:textId="77777777" w:rsidR="00E87C95" w:rsidRDefault="00000000">
      <w:pPr>
        <w:spacing w:after="0" w:line="579" w:lineRule="exact"/>
        <w:ind w:firstLine="640"/>
        <w:rPr>
          <w:lang w:eastAsia="zh-CN"/>
        </w:rPr>
      </w:pPr>
      <w:proofErr w:type="gramStart"/>
      <w:r>
        <w:rPr>
          <w:rFonts w:ascii="仿宋" w:eastAsia="仿宋" w:hAnsi="仿宋"/>
          <w:sz w:val="32"/>
          <w:lang w:eastAsia="zh-CN"/>
        </w:rPr>
        <w:t>老大冰无银两</w:t>
      </w:r>
      <w:proofErr w:type="gramEnd"/>
      <w:r>
        <w:rPr>
          <w:rFonts w:ascii="仿宋" w:eastAsia="仿宋" w:hAnsi="仿宋"/>
          <w:sz w:val="32"/>
          <w:lang w:eastAsia="zh-CN"/>
        </w:rPr>
        <w:t>。为了几本破书，连命都不要了。兄弟们撤撤，兄弟们。哎哎。啊啊啊。哎。学。轩。十万星星。你起来。轩</w:t>
      </w:r>
      <w:proofErr w:type="gramStart"/>
      <w:r>
        <w:rPr>
          <w:rFonts w:ascii="仿宋" w:eastAsia="仿宋" w:hAnsi="仿宋"/>
          <w:sz w:val="32"/>
          <w:lang w:eastAsia="zh-CN"/>
        </w:rPr>
        <w:t>轩</w:t>
      </w:r>
      <w:proofErr w:type="gramEnd"/>
      <w:r>
        <w:rPr>
          <w:rFonts w:ascii="仿宋" w:eastAsia="仿宋" w:hAnsi="仿宋"/>
          <w:sz w:val="32"/>
          <w:lang w:eastAsia="zh-CN"/>
        </w:rPr>
        <w:t>。猿人呐。有人没有？</w:t>
      </w:r>
    </w:p>
    <w:p w14:paraId="0F665961" w14:textId="77777777" w:rsidR="00E87C95" w:rsidRDefault="00000000">
      <w:pPr>
        <w:spacing w:after="0" w:line="579" w:lineRule="exact"/>
        <w:ind w:firstLine="640"/>
        <w:rPr>
          <w:lang w:eastAsia="zh-CN"/>
        </w:rPr>
      </w:pPr>
      <w:r>
        <w:rPr>
          <w:rFonts w:ascii="仿宋" w:eastAsia="仿宋" w:hAnsi="仿宋"/>
          <w:sz w:val="32"/>
          <w:lang w:eastAsia="zh-CN"/>
        </w:rPr>
        <w:t>救命啊。有人没有？选你醒醒。徐安，你醒醒。来人呐。有人没有？救命啊，来人呐。乱世行路难啊。湘江遇盗和徐安劫后余生。但是那些珍贵的善本古籍，还有您的部分游记。都行，丈夫。</w:t>
      </w:r>
    </w:p>
    <w:p w14:paraId="647FA15F" w14:textId="77777777" w:rsidR="00E87C95" w:rsidRDefault="00000000">
      <w:pPr>
        <w:spacing w:after="0" w:line="579" w:lineRule="exact"/>
        <w:ind w:firstLine="640"/>
        <w:rPr>
          <w:lang w:eastAsia="zh-CN"/>
        </w:rPr>
      </w:pPr>
      <w:r>
        <w:rPr>
          <w:rFonts w:ascii="仿宋" w:eastAsia="仿宋" w:hAnsi="仿宋"/>
          <w:sz w:val="32"/>
          <w:lang w:eastAsia="zh-CN"/>
        </w:rPr>
        <w:t>当朝避海，而</w:t>
      </w:r>
      <w:proofErr w:type="gramStart"/>
      <w:r>
        <w:rPr>
          <w:rFonts w:ascii="仿宋" w:eastAsia="仿宋" w:hAnsi="仿宋"/>
          <w:sz w:val="32"/>
          <w:lang w:eastAsia="zh-CN"/>
        </w:rPr>
        <w:t>暮</w:t>
      </w:r>
      <w:proofErr w:type="gramEnd"/>
      <w:r>
        <w:rPr>
          <w:rFonts w:ascii="仿宋" w:eastAsia="仿宋" w:hAnsi="仿宋"/>
          <w:sz w:val="32"/>
          <w:lang w:eastAsia="zh-CN"/>
        </w:rPr>
        <w:t>苍梧。最后，我终于和徐安登上了苍梧之山。哈哈</w:t>
      </w:r>
      <w:proofErr w:type="gramStart"/>
      <w:r>
        <w:rPr>
          <w:rFonts w:ascii="仿宋" w:eastAsia="仿宋" w:hAnsi="仿宋"/>
          <w:sz w:val="32"/>
          <w:lang w:eastAsia="zh-CN"/>
        </w:rPr>
        <w:t>哈</w:t>
      </w:r>
      <w:proofErr w:type="gramEnd"/>
      <w:r>
        <w:rPr>
          <w:rFonts w:ascii="仿宋" w:eastAsia="仿宋" w:hAnsi="仿宋"/>
          <w:sz w:val="32"/>
          <w:lang w:eastAsia="zh-CN"/>
        </w:rPr>
        <w:t>。慢点。九</w:t>
      </w:r>
      <w:proofErr w:type="gramStart"/>
      <w:r>
        <w:rPr>
          <w:rFonts w:ascii="仿宋" w:eastAsia="仿宋" w:hAnsi="仿宋"/>
          <w:sz w:val="32"/>
          <w:lang w:eastAsia="zh-CN"/>
        </w:rPr>
        <w:t>疑</w:t>
      </w:r>
      <w:proofErr w:type="gramEnd"/>
      <w:r>
        <w:rPr>
          <w:rFonts w:ascii="仿宋" w:eastAsia="仿宋" w:hAnsi="仿宋"/>
          <w:sz w:val="32"/>
          <w:lang w:eastAsia="zh-CN"/>
        </w:rPr>
        <w:t>山。苍梧之山。我是弘祖，我。是啊，我们终于到了。我们终于到了，到了。苍梧之上。</w:t>
      </w:r>
    </w:p>
    <w:p w14:paraId="0F5EB020" w14:textId="77777777" w:rsidR="00E87C95" w:rsidRDefault="00000000">
      <w:pPr>
        <w:spacing w:after="0" w:line="579" w:lineRule="exact"/>
        <w:ind w:firstLine="640"/>
        <w:rPr>
          <w:lang w:eastAsia="zh-CN"/>
        </w:rPr>
      </w:pPr>
      <w:r>
        <w:rPr>
          <w:rFonts w:ascii="仿宋" w:eastAsia="仿宋" w:hAnsi="仿宋"/>
          <w:sz w:val="32"/>
          <w:lang w:eastAsia="zh-CN"/>
        </w:rPr>
        <w:t>先生，你怎么了？我小的时候。就在父亲面前立志。丈夫当朝碧海而</w:t>
      </w:r>
      <w:proofErr w:type="gramStart"/>
      <w:r>
        <w:rPr>
          <w:rFonts w:ascii="仿宋" w:eastAsia="仿宋" w:hAnsi="仿宋"/>
          <w:sz w:val="32"/>
          <w:lang w:eastAsia="zh-CN"/>
        </w:rPr>
        <w:t>暮</w:t>
      </w:r>
      <w:proofErr w:type="gramEnd"/>
      <w:r>
        <w:rPr>
          <w:rFonts w:ascii="仿宋" w:eastAsia="仿宋" w:hAnsi="仿宋"/>
          <w:sz w:val="32"/>
          <w:lang w:eastAsia="zh-CN"/>
        </w:rPr>
        <w:t>苍。为此。我整整行走了30年。今天我站在。苍梧之山的山顶上。我想对父亲说。儿子做到了。儿子做到了。高碧海。而</w:t>
      </w:r>
      <w:proofErr w:type="gramStart"/>
      <w:r>
        <w:rPr>
          <w:rFonts w:ascii="仿宋" w:eastAsia="仿宋" w:hAnsi="仿宋"/>
          <w:sz w:val="32"/>
          <w:lang w:eastAsia="zh-CN"/>
        </w:rPr>
        <w:t>暮</w:t>
      </w:r>
      <w:proofErr w:type="gramEnd"/>
      <w:r>
        <w:rPr>
          <w:rFonts w:ascii="仿宋" w:eastAsia="仿宋" w:hAnsi="仿宋"/>
          <w:sz w:val="32"/>
          <w:lang w:eastAsia="zh-CN"/>
        </w:rPr>
        <w:t>苍宇。这是一种纵横于天地之间，</w:t>
      </w:r>
    </w:p>
    <w:p w14:paraId="3E9783B5" w14:textId="77777777" w:rsidR="00E87C95" w:rsidRDefault="00000000">
      <w:pPr>
        <w:spacing w:after="0" w:line="579" w:lineRule="exact"/>
        <w:ind w:firstLine="640"/>
        <w:rPr>
          <w:lang w:eastAsia="zh-CN"/>
        </w:rPr>
      </w:pPr>
      <w:r>
        <w:rPr>
          <w:rFonts w:ascii="仿宋" w:eastAsia="仿宋" w:hAnsi="仿宋"/>
          <w:sz w:val="32"/>
          <w:lang w:eastAsia="zh-CN"/>
        </w:rPr>
        <w:t>不计远近，不计朝暮，不计山海的理想与豪迈。是啊，这是父亲对我的期望。也是我毕生的志向。而后您又继续西</w:t>
      </w:r>
      <w:r>
        <w:rPr>
          <w:rFonts w:ascii="仿宋" w:eastAsia="仿宋" w:hAnsi="仿宋"/>
          <w:sz w:val="32"/>
          <w:lang w:eastAsia="zh-CN"/>
        </w:rPr>
        <w:lastRenderedPageBreak/>
        <w:t>行完成了您最重要的一个心愿溯源长江。先生，先生。此处便是金沙江。感谢穆宁公子带我们来到此地。先生从这开始就能俯瞰整个金沙江了上哎，先生</w:t>
      </w:r>
      <w:proofErr w:type="gramStart"/>
      <w:r>
        <w:rPr>
          <w:rFonts w:ascii="仿宋" w:eastAsia="仿宋" w:hAnsi="仿宋"/>
          <w:sz w:val="32"/>
          <w:lang w:eastAsia="zh-CN"/>
        </w:rPr>
        <w:t>先生</w:t>
      </w:r>
      <w:proofErr w:type="gramEnd"/>
      <w:r>
        <w:rPr>
          <w:rFonts w:ascii="仿宋" w:eastAsia="仿宋" w:hAnsi="仿宋"/>
          <w:sz w:val="32"/>
          <w:lang w:eastAsia="zh-CN"/>
        </w:rPr>
        <w:t>，你的脚风痛肿胀，坐着都疼。</w:t>
      </w:r>
    </w:p>
    <w:p w14:paraId="55A4868D" w14:textId="77777777" w:rsidR="00E87C95" w:rsidRDefault="00000000">
      <w:pPr>
        <w:spacing w:after="0" w:line="579" w:lineRule="exact"/>
        <w:ind w:firstLine="640"/>
        <w:rPr>
          <w:lang w:eastAsia="zh-CN"/>
        </w:rPr>
      </w:pPr>
      <w:r>
        <w:rPr>
          <w:rFonts w:ascii="仿宋" w:eastAsia="仿宋" w:hAnsi="仿宋"/>
          <w:sz w:val="32"/>
          <w:lang w:eastAsia="zh-CN"/>
        </w:rPr>
        <w:t>不能再跑了。不要劝我了，我一定要上去。走好，这也是我们西行的最后几步。我陪着你。先生，慢点。</w:t>
      </w:r>
      <w:proofErr w:type="gramStart"/>
      <w:r>
        <w:rPr>
          <w:rFonts w:ascii="仿宋" w:eastAsia="仿宋" w:hAnsi="仿宋"/>
          <w:sz w:val="32"/>
          <w:lang w:eastAsia="zh-CN"/>
        </w:rPr>
        <w:t>哎呀哎呀哎呀</w:t>
      </w:r>
      <w:proofErr w:type="gramEnd"/>
      <w:r>
        <w:rPr>
          <w:rFonts w:ascii="仿宋" w:eastAsia="仿宋" w:hAnsi="仿宋"/>
          <w:sz w:val="32"/>
          <w:lang w:eastAsia="zh-CN"/>
        </w:rPr>
        <w:t>。先生。谢谢。先生。耶。哎哎。对。</w:t>
      </w:r>
    </w:p>
    <w:p w14:paraId="23CABA39" w14:textId="77777777" w:rsidR="00E87C95" w:rsidRDefault="00000000">
      <w:pPr>
        <w:spacing w:after="0" w:line="579" w:lineRule="exact"/>
        <w:ind w:firstLine="640"/>
        <w:rPr>
          <w:lang w:eastAsia="zh-CN"/>
        </w:rPr>
      </w:pPr>
      <w:r>
        <w:rPr>
          <w:rFonts w:ascii="仿宋" w:eastAsia="仿宋" w:hAnsi="仿宋"/>
          <w:sz w:val="32"/>
          <w:lang w:eastAsia="zh-CN"/>
        </w:rPr>
        <w:t>我看到了，我看到了。母亲。儿子看到了。儿子看到了婵娟的郑源。是吗？好好</w:t>
      </w:r>
      <w:proofErr w:type="gramStart"/>
      <w:r>
        <w:rPr>
          <w:rFonts w:ascii="仿宋" w:eastAsia="仿宋" w:hAnsi="仿宋"/>
          <w:sz w:val="32"/>
          <w:lang w:eastAsia="zh-CN"/>
        </w:rPr>
        <w:t>好</w:t>
      </w:r>
      <w:proofErr w:type="gramEnd"/>
      <w:r>
        <w:rPr>
          <w:rFonts w:ascii="仿宋" w:eastAsia="仿宋" w:hAnsi="仿宋"/>
          <w:sz w:val="32"/>
          <w:lang w:eastAsia="zh-CN"/>
        </w:rPr>
        <w:t>，那我们红主啊，今天去看看，回来以后就告诉你年轻人好不好？先生行到此处。可以告慰老夫人。是现在找到了长江的正源。我们已经走出了第一步。我还要继续。</w:t>
      </w:r>
    </w:p>
    <w:p w14:paraId="3356DEDF" w14:textId="77777777" w:rsidR="00E87C95" w:rsidRDefault="00000000">
      <w:pPr>
        <w:spacing w:after="0" w:line="579" w:lineRule="exact"/>
        <w:ind w:firstLine="640"/>
        <w:rPr>
          <w:lang w:eastAsia="zh-CN"/>
        </w:rPr>
      </w:pPr>
      <w:r>
        <w:rPr>
          <w:rFonts w:ascii="仿宋" w:eastAsia="仿宋" w:hAnsi="仿宋"/>
          <w:sz w:val="32"/>
          <w:lang w:eastAsia="zh-CN"/>
        </w:rPr>
        <w:t>还要继续走下去。先生</w:t>
      </w:r>
      <w:proofErr w:type="gramStart"/>
      <w:r>
        <w:rPr>
          <w:rFonts w:ascii="仿宋" w:eastAsia="仿宋" w:hAnsi="仿宋"/>
          <w:sz w:val="32"/>
          <w:lang w:eastAsia="zh-CN"/>
        </w:rPr>
        <w:t>先生</w:t>
      </w:r>
      <w:proofErr w:type="gramEnd"/>
      <w:r>
        <w:rPr>
          <w:rFonts w:ascii="仿宋" w:eastAsia="仿宋" w:hAnsi="仿宋"/>
          <w:sz w:val="32"/>
          <w:lang w:eastAsia="zh-CN"/>
        </w:rPr>
        <w:t>，我起来脚都这样了，不能再走了，先生。我能走。我</w:t>
      </w:r>
      <w:proofErr w:type="gramStart"/>
      <w:r>
        <w:rPr>
          <w:rFonts w:ascii="仿宋" w:eastAsia="仿宋" w:hAnsi="仿宋"/>
          <w:sz w:val="32"/>
          <w:lang w:eastAsia="zh-CN"/>
        </w:rPr>
        <w:t>我</w:t>
      </w:r>
      <w:proofErr w:type="gramEnd"/>
      <w:r>
        <w:rPr>
          <w:rFonts w:ascii="仿宋" w:eastAsia="仿宋" w:hAnsi="仿宋"/>
          <w:sz w:val="32"/>
          <w:lang w:eastAsia="zh-CN"/>
        </w:rPr>
        <w:t>能幸存先生。我一定要找到。长江的源头。喝一喝长江源头的水。先生，我家中尚有年迈的父母。我想回家。你说什么？你得跟我一起。</w:t>
      </w:r>
    </w:p>
    <w:p w14:paraId="26B0D366" w14:textId="77777777" w:rsidR="00E87C95" w:rsidRDefault="00000000">
      <w:pPr>
        <w:spacing w:after="0" w:line="579" w:lineRule="exact"/>
        <w:ind w:firstLine="640"/>
        <w:rPr>
          <w:lang w:eastAsia="zh-CN"/>
        </w:rPr>
      </w:pPr>
      <w:r>
        <w:rPr>
          <w:rFonts w:ascii="仿宋" w:eastAsia="仿宋" w:hAnsi="仿宋"/>
          <w:sz w:val="32"/>
          <w:lang w:eastAsia="zh-CN"/>
        </w:rPr>
        <w:t>追溯长江源头。咱们得一起回去。先生，那我们先下山。往后怎么走？好，咱们下山。先生小心。</w:t>
      </w:r>
      <w:proofErr w:type="gramStart"/>
      <w:r>
        <w:rPr>
          <w:rFonts w:ascii="仿宋" w:eastAsia="仿宋" w:hAnsi="仿宋"/>
          <w:sz w:val="32"/>
          <w:lang w:eastAsia="zh-CN"/>
        </w:rPr>
        <w:t>先生先生先生先生</w:t>
      </w:r>
      <w:proofErr w:type="gramEnd"/>
      <w:r>
        <w:rPr>
          <w:rFonts w:ascii="仿宋" w:eastAsia="仿宋" w:hAnsi="仿宋"/>
          <w:sz w:val="32"/>
          <w:lang w:eastAsia="zh-CN"/>
        </w:rPr>
        <w:t>。谢谢。先生，先生，先生。先生。我还想继续走下去。</w:t>
      </w:r>
    </w:p>
    <w:p w14:paraId="68AAC758" w14:textId="77777777" w:rsidR="00E87C95" w:rsidRDefault="00000000">
      <w:pPr>
        <w:spacing w:after="0" w:line="579" w:lineRule="exact"/>
        <w:ind w:firstLine="640"/>
        <w:rPr>
          <w:lang w:eastAsia="zh-CN"/>
        </w:rPr>
      </w:pPr>
      <w:r>
        <w:rPr>
          <w:rFonts w:ascii="仿宋" w:eastAsia="仿宋" w:hAnsi="仿宋"/>
          <w:sz w:val="32"/>
          <w:lang w:eastAsia="zh-CN"/>
        </w:rPr>
        <w:t>去追溯疆原。完成我对母亲的承诺。可是没想到。我的腿疾再次发作。云南成了我万里遐征的最后一站。办法怎么样？别着急，慢慢调养。不去先生，您保重。土司达人徐霞</w:t>
      </w:r>
      <w:r>
        <w:rPr>
          <w:rFonts w:ascii="仿宋" w:eastAsia="仿宋" w:hAnsi="仿宋"/>
          <w:sz w:val="32"/>
          <w:lang w:eastAsia="zh-CN"/>
        </w:rPr>
        <w:lastRenderedPageBreak/>
        <w:t>客先生的风痛之症已经病入骨髓。恐难痊愈。您是我从云南府请来的名医，请您一定想想办法。大夫先生，</w:t>
      </w:r>
    </w:p>
    <w:p w14:paraId="7AAE6C42" w14:textId="77777777" w:rsidR="00E87C95" w:rsidRDefault="00000000">
      <w:pPr>
        <w:spacing w:after="0" w:line="579" w:lineRule="exact"/>
        <w:ind w:firstLine="640"/>
        <w:rPr>
          <w:lang w:eastAsia="zh-CN"/>
        </w:rPr>
      </w:pPr>
      <w:r>
        <w:rPr>
          <w:rFonts w:ascii="仿宋" w:eastAsia="仿宋" w:hAnsi="仿宋"/>
          <w:sz w:val="32"/>
          <w:lang w:eastAsia="zh-CN"/>
        </w:rPr>
        <w:t>他万里</w:t>
      </w:r>
      <w:proofErr w:type="gramStart"/>
      <w:r>
        <w:rPr>
          <w:rFonts w:ascii="仿宋" w:eastAsia="仿宋" w:hAnsi="仿宋"/>
          <w:sz w:val="32"/>
          <w:lang w:eastAsia="zh-CN"/>
        </w:rPr>
        <w:t>霞着</w:t>
      </w:r>
      <w:proofErr w:type="gramEnd"/>
      <w:r>
        <w:rPr>
          <w:rFonts w:ascii="仿宋" w:eastAsia="仿宋" w:hAnsi="仿宋"/>
          <w:sz w:val="32"/>
          <w:lang w:eastAsia="zh-CN"/>
        </w:rPr>
        <w:t>要去找长江源头。恳请大夫一定保住今天的双脚。走路是再无指望了。如果不好好修养。性命也堪忧啊。大夫，大夫。先生莫急，身体可以慢慢的僵硬。只是以后不能再。行走于山水吧。为什么？哼，为什么偏偏是我的双脚？我是一个行走了一生的人。</w:t>
      </w:r>
    </w:p>
    <w:p w14:paraId="107C1265" w14:textId="77777777" w:rsidR="00E87C95" w:rsidRDefault="00000000">
      <w:pPr>
        <w:spacing w:after="0" w:line="579" w:lineRule="exact"/>
        <w:ind w:firstLine="640"/>
        <w:rPr>
          <w:lang w:eastAsia="zh-CN"/>
        </w:rPr>
      </w:pPr>
      <w:r>
        <w:rPr>
          <w:rFonts w:ascii="仿宋" w:eastAsia="仿宋" w:hAnsi="仿宋"/>
          <w:sz w:val="32"/>
          <w:lang w:eastAsia="zh-CN"/>
        </w:rPr>
        <w:t>不能在此卧于病榻。我就是爬。你要爬到长江的源头。徐安。背上行囊我们走。徐安先生。轩。选他选他怎么了？出什么事了？选他逃走了。逃走了。徐安逃走了。我的脚。他早已离开我了。谢谢。</w:t>
      </w:r>
    </w:p>
    <w:p w14:paraId="02DA6E42" w14:textId="77777777" w:rsidR="00E87C95" w:rsidRDefault="00000000">
      <w:pPr>
        <w:spacing w:after="0" w:line="579" w:lineRule="exact"/>
        <w:ind w:firstLine="640"/>
        <w:rPr>
          <w:lang w:eastAsia="zh-CN"/>
        </w:rPr>
      </w:pPr>
      <w:r>
        <w:rPr>
          <w:rFonts w:ascii="仿宋" w:eastAsia="仿宋" w:hAnsi="仿宋"/>
          <w:sz w:val="32"/>
          <w:lang w:eastAsia="zh-CN"/>
        </w:rPr>
        <w:t>先生然二位笑话他。我想我想一个人待一会儿。是吗？那我们红主任。谢谢你们，期期泡泡。我一生必定要他变得。三山五岳行往江河源头。丈夫登高避害。而不贪污宏图，有志气呀。你知。我找不到长江的源头了。找不到了。母亲。</w:t>
      </w:r>
    </w:p>
    <w:p w14:paraId="10C48AFC" w14:textId="77777777" w:rsidR="00E87C95" w:rsidRDefault="00000000">
      <w:pPr>
        <w:spacing w:after="0" w:line="579" w:lineRule="exact"/>
        <w:ind w:firstLine="640"/>
        <w:rPr>
          <w:lang w:eastAsia="zh-CN"/>
        </w:rPr>
      </w:pPr>
      <w:r>
        <w:rPr>
          <w:rFonts w:ascii="仿宋" w:eastAsia="仿宋" w:hAnsi="仿宋"/>
          <w:sz w:val="32"/>
          <w:lang w:eastAsia="zh-CN"/>
        </w:rPr>
        <w:t>父亲</w:t>
      </w:r>
      <w:proofErr w:type="gramStart"/>
      <w:r>
        <w:rPr>
          <w:rFonts w:ascii="仿宋" w:eastAsia="仿宋" w:hAnsi="仿宋"/>
          <w:sz w:val="32"/>
          <w:lang w:eastAsia="zh-CN"/>
        </w:rPr>
        <w:t>皇祖啊</w:t>
      </w:r>
      <w:proofErr w:type="gramEnd"/>
      <w:r>
        <w:rPr>
          <w:rFonts w:ascii="仿宋" w:eastAsia="仿宋" w:hAnsi="仿宋"/>
          <w:sz w:val="32"/>
          <w:lang w:eastAsia="zh-CN"/>
        </w:rPr>
        <w:t>。溯源长江。你做到了。同祖啊。丈夫当朝碧海而</w:t>
      </w:r>
      <w:proofErr w:type="gramStart"/>
      <w:r>
        <w:rPr>
          <w:rFonts w:ascii="仿宋" w:eastAsia="仿宋" w:hAnsi="仿宋"/>
          <w:sz w:val="32"/>
          <w:lang w:eastAsia="zh-CN"/>
        </w:rPr>
        <w:t>暮</w:t>
      </w:r>
      <w:proofErr w:type="gramEnd"/>
      <w:r>
        <w:rPr>
          <w:rFonts w:ascii="仿宋" w:eastAsia="仿宋" w:hAnsi="仿宋"/>
          <w:sz w:val="32"/>
          <w:lang w:eastAsia="zh-CN"/>
        </w:rPr>
        <w:t>，苍梧你也做到了。我们。以你为傲。我们以你。我哦。母亲。走不到长江的尽头了。我就差一点抽不到了。走不动就回家。回家中国。</w:t>
      </w:r>
    </w:p>
    <w:p w14:paraId="5F149115" w14:textId="77777777" w:rsidR="00E87C95" w:rsidRDefault="00000000">
      <w:pPr>
        <w:spacing w:after="0" w:line="579" w:lineRule="exact"/>
        <w:ind w:firstLine="640"/>
        <w:rPr>
          <w:lang w:eastAsia="zh-CN"/>
        </w:rPr>
      </w:pPr>
      <w:r>
        <w:rPr>
          <w:rFonts w:ascii="仿宋" w:eastAsia="仿宋" w:hAnsi="仿宋"/>
          <w:sz w:val="32"/>
          <w:lang w:eastAsia="zh-CN"/>
        </w:rPr>
        <w:t>行万里，脚下有灯。回家吧。回家吧。回家</w:t>
      </w:r>
      <w:proofErr w:type="gramStart"/>
      <w:r>
        <w:rPr>
          <w:rFonts w:ascii="仿宋" w:eastAsia="仿宋" w:hAnsi="仿宋"/>
          <w:sz w:val="32"/>
          <w:lang w:eastAsia="zh-CN"/>
        </w:rPr>
        <w:t>回家</w:t>
      </w:r>
      <w:proofErr w:type="gramEnd"/>
      <w:r>
        <w:rPr>
          <w:rFonts w:ascii="仿宋" w:eastAsia="仿宋" w:hAnsi="仿宋"/>
          <w:sz w:val="32"/>
          <w:lang w:eastAsia="zh-CN"/>
        </w:rPr>
        <w:t>。回家。回家。这一片锦绣山河。实在让我。难以割舍。先生，先生，先生。快快</w:t>
      </w:r>
      <w:proofErr w:type="gramStart"/>
      <w:r>
        <w:rPr>
          <w:rFonts w:ascii="仿宋" w:eastAsia="仿宋" w:hAnsi="仿宋"/>
          <w:sz w:val="32"/>
          <w:lang w:eastAsia="zh-CN"/>
        </w:rPr>
        <w:t>快</w:t>
      </w:r>
      <w:proofErr w:type="gramEnd"/>
      <w:r>
        <w:rPr>
          <w:rFonts w:ascii="仿宋" w:eastAsia="仿宋" w:hAnsi="仿宋"/>
          <w:sz w:val="32"/>
          <w:lang w:eastAsia="zh-CN"/>
        </w:rPr>
        <w:t>，先生。</w:t>
      </w:r>
    </w:p>
    <w:p w14:paraId="330EB190" w14:textId="77777777" w:rsidR="00E87C95" w:rsidRDefault="00000000">
      <w:pPr>
        <w:spacing w:after="0" w:line="579" w:lineRule="exact"/>
        <w:ind w:firstLine="640"/>
        <w:rPr>
          <w:lang w:eastAsia="zh-CN"/>
        </w:rPr>
      </w:pPr>
      <w:r>
        <w:rPr>
          <w:rFonts w:ascii="仿宋" w:eastAsia="仿宋" w:hAnsi="仿宋"/>
          <w:sz w:val="32"/>
          <w:lang w:eastAsia="zh-CN"/>
        </w:rPr>
        <w:lastRenderedPageBreak/>
        <w:t>先生。先生。先生感谢先生为我们修撰《鸡足山志》。感谢先生。为我们云南写下《滇中花木记》。感谢先生带来您的游记，读了您的游记，我如同去了黄山，我看到莲花峰和天都峰的云海。更感谢先生为世人厘清了长江的郑源。我们都喜欢先生说过的一句话。丈夫当朝碧海而</w:t>
      </w:r>
      <w:proofErr w:type="gramStart"/>
      <w:r>
        <w:rPr>
          <w:rFonts w:ascii="仿宋" w:eastAsia="仿宋" w:hAnsi="仿宋"/>
          <w:sz w:val="32"/>
          <w:lang w:eastAsia="zh-CN"/>
        </w:rPr>
        <w:t>暮</w:t>
      </w:r>
      <w:proofErr w:type="gramEnd"/>
      <w:r>
        <w:rPr>
          <w:rFonts w:ascii="仿宋" w:eastAsia="仿宋" w:hAnsi="仿宋"/>
          <w:sz w:val="32"/>
          <w:lang w:eastAsia="zh-CN"/>
        </w:rPr>
        <w:t>苍梧丈夫。当朝碧海，而</w:t>
      </w:r>
      <w:proofErr w:type="gramStart"/>
      <w:r>
        <w:rPr>
          <w:rFonts w:ascii="仿宋" w:eastAsia="仿宋" w:hAnsi="仿宋"/>
          <w:sz w:val="32"/>
          <w:lang w:eastAsia="zh-CN"/>
        </w:rPr>
        <w:t>暮</w:t>
      </w:r>
      <w:proofErr w:type="gramEnd"/>
      <w:r>
        <w:rPr>
          <w:rFonts w:ascii="仿宋" w:eastAsia="仿宋" w:hAnsi="仿宋"/>
          <w:sz w:val="32"/>
          <w:lang w:eastAsia="zh-CN"/>
        </w:rPr>
        <w:t>苍梧。谢谢</w:t>
      </w:r>
      <w:proofErr w:type="gramStart"/>
      <w:r>
        <w:rPr>
          <w:rFonts w:ascii="仿宋" w:eastAsia="仿宋" w:hAnsi="仿宋"/>
          <w:sz w:val="32"/>
          <w:lang w:eastAsia="zh-CN"/>
        </w:rPr>
        <w:t>谢</w:t>
      </w:r>
      <w:proofErr w:type="gramEnd"/>
      <w:r>
        <w:rPr>
          <w:rFonts w:ascii="仿宋" w:eastAsia="仿宋" w:hAnsi="仿宋"/>
          <w:sz w:val="32"/>
          <w:lang w:eastAsia="zh-CN"/>
        </w:rPr>
        <w:t>。</w:t>
      </w:r>
    </w:p>
    <w:p w14:paraId="55BEC078" w14:textId="77777777" w:rsidR="00E87C95" w:rsidRDefault="00000000">
      <w:pPr>
        <w:spacing w:after="0" w:line="579" w:lineRule="exact"/>
        <w:ind w:firstLine="640"/>
        <w:rPr>
          <w:lang w:eastAsia="zh-CN"/>
        </w:rPr>
      </w:pPr>
      <w:r>
        <w:rPr>
          <w:rFonts w:ascii="仿宋" w:eastAsia="仿宋" w:hAnsi="仿宋"/>
          <w:sz w:val="32"/>
          <w:lang w:eastAsia="zh-CN"/>
        </w:rPr>
        <w:t>谢先生。谢先生。先生保重。先生。恭祝！侠客</w:t>
      </w:r>
      <w:proofErr w:type="gramStart"/>
      <w:r>
        <w:rPr>
          <w:rFonts w:ascii="仿宋" w:eastAsia="仿宋" w:hAnsi="仿宋"/>
          <w:sz w:val="32"/>
          <w:lang w:eastAsia="zh-CN"/>
        </w:rPr>
        <w:t>兄仨去</w:t>
      </w:r>
      <w:proofErr w:type="gramEnd"/>
      <w:r>
        <w:rPr>
          <w:rFonts w:ascii="仿宋" w:eastAsia="仿宋" w:hAnsi="仿宋"/>
          <w:sz w:val="32"/>
          <w:lang w:eastAsia="zh-CN"/>
        </w:rPr>
        <w:t>，我回来了。会明先生辛苦嗨。哎呀，贾克雄，那我就把这些手稿装起来了。有捞回民兄了，哈哈。哎，两位先生。</w:t>
      </w:r>
    </w:p>
    <w:p w14:paraId="11EAAFA9" w14:textId="77777777" w:rsidR="00E87C95" w:rsidRDefault="00000000">
      <w:pPr>
        <w:spacing w:after="0" w:line="579" w:lineRule="exact"/>
        <w:ind w:firstLine="640"/>
        <w:rPr>
          <w:lang w:eastAsia="zh-CN"/>
        </w:rPr>
      </w:pPr>
      <w:r>
        <w:rPr>
          <w:rFonts w:ascii="仿宋" w:eastAsia="仿宋" w:hAnsi="仿宋"/>
          <w:sz w:val="32"/>
          <w:lang w:eastAsia="zh-CN"/>
        </w:rPr>
        <w:t>你们可否愿意随我到后世？去看一看《徐霞客游记》的流传。荣幸之至。是是是，好！那两位先生。请随我来。先生清净山水记述山水的工业为后世所景仰，后世也有很多人渴望踏着您的脚步。去游历华夏山河。在后世，我们管这个叫旅游哦，山水风情。游华夏琼州</w:t>
      </w:r>
      <w:proofErr w:type="gramStart"/>
      <w:r>
        <w:rPr>
          <w:rFonts w:ascii="仿宋" w:eastAsia="仿宋" w:hAnsi="仿宋"/>
          <w:sz w:val="32"/>
          <w:lang w:eastAsia="zh-CN"/>
        </w:rPr>
        <w:t>嗯旅游</w:t>
      </w:r>
      <w:proofErr w:type="gramEnd"/>
      <w:r>
        <w:rPr>
          <w:rFonts w:ascii="仿宋" w:eastAsia="仿宋" w:hAnsi="仿宋"/>
          <w:sz w:val="32"/>
          <w:lang w:eastAsia="zh-CN"/>
        </w:rPr>
        <w:t>这个词起得好。还记得您在游天台山日记中写道。</w:t>
      </w:r>
    </w:p>
    <w:p w14:paraId="7361A7BB" w14:textId="77777777" w:rsidR="00E87C95" w:rsidRDefault="00000000">
      <w:pPr>
        <w:spacing w:after="0" w:line="579" w:lineRule="exact"/>
        <w:ind w:firstLine="640"/>
        <w:rPr>
          <w:lang w:eastAsia="zh-CN"/>
        </w:rPr>
      </w:pPr>
      <w:r>
        <w:rPr>
          <w:rFonts w:ascii="仿宋" w:eastAsia="仿宋" w:hAnsi="仿宋"/>
          <w:sz w:val="32"/>
          <w:lang w:eastAsia="zh-CN"/>
        </w:rPr>
        <w:t>癸丑之三月，会自宁海出。西门云散日，朗</w:t>
      </w:r>
      <w:proofErr w:type="gramStart"/>
      <w:r>
        <w:rPr>
          <w:rFonts w:ascii="仿宋" w:eastAsia="仿宋" w:hAnsi="仿宋"/>
          <w:sz w:val="32"/>
          <w:lang w:eastAsia="zh-CN"/>
        </w:rPr>
        <w:t>人亦山光</w:t>
      </w:r>
      <w:proofErr w:type="gramEnd"/>
      <w:r>
        <w:rPr>
          <w:rFonts w:ascii="仿宋" w:eastAsia="仿宋" w:hAnsi="仿宋"/>
          <w:sz w:val="32"/>
          <w:lang w:eastAsia="zh-CN"/>
        </w:rPr>
        <w:t>，俱有喜态。我们用后市通行的历法</w:t>
      </w:r>
      <w:proofErr w:type="gramStart"/>
      <w:r>
        <w:rPr>
          <w:rFonts w:ascii="仿宋" w:eastAsia="仿宋" w:hAnsi="仿宋"/>
          <w:sz w:val="32"/>
          <w:lang w:eastAsia="zh-CN"/>
        </w:rPr>
        <w:t>一</w:t>
      </w:r>
      <w:proofErr w:type="gramEnd"/>
      <w:r>
        <w:rPr>
          <w:rFonts w:ascii="仿宋" w:eastAsia="仿宋" w:hAnsi="仿宋"/>
          <w:sz w:val="32"/>
          <w:lang w:eastAsia="zh-CN"/>
        </w:rPr>
        <w:t>推算发现，您说的癸丑之三月会恰是那一年的5月19日。所以300多年之后，公元2011年。我们决定把每年的5月19日定为中国旅游日。哗。外出游历。</w:t>
      </w:r>
      <w:proofErr w:type="gramStart"/>
      <w:r>
        <w:rPr>
          <w:rFonts w:ascii="仿宋" w:eastAsia="仿宋" w:hAnsi="仿宋"/>
          <w:sz w:val="32"/>
          <w:lang w:eastAsia="zh-CN"/>
        </w:rPr>
        <w:t>朝避海而暮</w:t>
      </w:r>
      <w:proofErr w:type="gramEnd"/>
      <w:r>
        <w:rPr>
          <w:rFonts w:ascii="仿宋" w:eastAsia="仿宋" w:hAnsi="仿宋"/>
          <w:sz w:val="32"/>
          <w:lang w:eastAsia="zh-CN"/>
        </w:rPr>
        <w:t>苍梧。人生快事。您说的</w:t>
      </w:r>
      <w:proofErr w:type="gramStart"/>
      <w:r>
        <w:rPr>
          <w:rFonts w:ascii="仿宋" w:eastAsia="仿宋" w:hAnsi="仿宋"/>
          <w:sz w:val="32"/>
          <w:lang w:eastAsia="zh-CN"/>
        </w:rPr>
        <w:t>朝避海而暮</w:t>
      </w:r>
      <w:proofErr w:type="gramEnd"/>
      <w:r>
        <w:rPr>
          <w:rFonts w:ascii="仿宋" w:eastAsia="仿宋" w:hAnsi="仿宋"/>
          <w:sz w:val="32"/>
          <w:lang w:eastAsia="zh-CN"/>
        </w:rPr>
        <w:t>苍梧，</w:t>
      </w:r>
    </w:p>
    <w:p w14:paraId="046C99C3" w14:textId="77777777" w:rsidR="00E87C95" w:rsidRDefault="00000000">
      <w:pPr>
        <w:spacing w:after="0" w:line="579" w:lineRule="exact"/>
        <w:ind w:firstLine="640"/>
        <w:rPr>
          <w:lang w:eastAsia="zh-CN"/>
        </w:rPr>
      </w:pPr>
      <w:r>
        <w:rPr>
          <w:rFonts w:ascii="仿宋" w:eastAsia="仿宋" w:hAnsi="仿宋"/>
          <w:sz w:val="32"/>
          <w:lang w:eastAsia="zh-CN"/>
        </w:rPr>
        <w:lastRenderedPageBreak/>
        <w:t>在您那个时代是内心的一种豪迈和气度。但是在我生活的那个时代。已经成为现实了。哦，哈哈。这是何物？</w:t>
      </w:r>
      <w:proofErr w:type="gramStart"/>
      <w:r>
        <w:rPr>
          <w:rFonts w:ascii="仿宋" w:eastAsia="仿宋" w:hAnsi="仿宋"/>
          <w:sz w:val="32"/>
          <w:lang w:eastAsia="zh-CN"/>
        </w:rPr>
        <w:t>何云兄追上</w:t>
      </w:r>
      <w:proofErr w:type="gramEnd"/>
      <w:r>
        <w:rPr>
          <w:rFonts w:ascii="仿宋" w:eastAsia="仿宋" w:hAnsi="仿宋"/>
          <w:sz w:val="32"/>
          <w:lang w:eastAsia="zh-CN"/>
        </w:rPr>
        <w:t>看看仔细。哎呀，你又调皮啦。这是后世的一种交通工具，叫高铁。人坐在上边，早上从您的家乡出发，下午就到九</w:t>
      </w:r>
      <w:proofErr w:type="gramStart"/>
      <w:r>
        <w:rPr>
          <w:rFonts w:ascii="仿宋" w:eastAsia="仿宋" w:hAnsi="仿宋"/>
          <w:sz w:val="32"/>
          <w:lang w:eastAsia="zh-CN"/>
        </w:rPr>
        <w:t>疑</w:t>
      </w:r>
      <w:proofErr w:type="gramEnd"/>
      <w:r>
        <w:rPr>
          <w:rFonts w:ascii="仿宋" w:eastAsia="仿宋" w:hAnsi="仿宋"/>
          <w:sz w:val="32"/>
          <w:lang w:eastAsia="zh-CN"/>
        </w:rPr>
        <w:t>山。真正做到了</w:t>
      </w:r>
      <w:proofErr w:type="gramStart"/>
      <w:r>
        <w:rPr>
          <w:rFonts w:ascii="仿宋" w:eastAsia="仿宋" w:hAnsi="仿宋"/>
          <w:sz w:val="32"/>
          <w:lang w:eastAsia="zh-CN"/>
        </w:rPr>
        <w:t>朝避海而暮</w:t>
      </w:r>
      <w:proofErr w:type="gramEnd"/>
      <w:r>
        <w:rPr>
          <w:rFonts w:ascii="仿宋" w:eastAsia="仿宋" w:hAnsi="仿宋"/>
          <w:sz w:val="32"/>
          <w:lang w:eastAsia="zh-CN"/>
        </w:rPr>
        <w:t>苍梧啊，</w:t>
      </w:r>
    </w:p>
    <w:p w14:paraId="555385CF" w14:textId="77777777" w:rsidR="00E87C95" w:rsidRDefault="00000000">
      <w:pPr>
        <w:spacing w:after="0" w:line="579" w:lineRule="exact"/>
        <w:ind w:firstLine="640"/>
        <w:rPr>
          <w:lang w:eastAsia="zh-CN"/>
        </w:rPr>
      </w:pPr>
      <w:r>
        <w:rPr>
          <w:rFonts w:ascii="仿宋" w:eastAsia="仿宋" w:hAnsi="仿宋"/>
          <w:sz w:val="32"/>
          <w:lang w:eastAsia="zh-CN"/>
        </w:rPr>
        <w:t>万里遐征。我走了三年有余。后世人一天就能走完。了不得呀，了不得。在后世想要走得快，很容易。但是发现山水之美。追寻真理的勇气。先生，您还是我们的榜样。</w:t>
      </w:r>
      <w:proofErr w:type="gramStart"/>
      <w:r>
        <w:rPr>
          <w:rFonts w:ascii="仿宋" w:eastAsia="仿宋" w:hAnsi="仿宋"/>
          <w:sz w:val="32"/>
          <w:lang w:eastAsia="zh-CN"/>
        </w:rPr>
        <w:t>撒讯我</w:t>
      </w:r>
      <w:proofErr w:type="gramEnd"/>
      <w:r>
        <w:rPr>
          <w:rFonts w:ascii="仿宋" w:eastAsia="仿宋" w:hAnsi="仿宋"/>
          <w:sz w:val="32"/>
          <w:lang w:eastAsia="zh-CN"/>
        </w:rPr>
        <w:t>一生最大的愿望就是追溯长江之源。不知后事的人。有没有找到啊？找到了。</w:t>
      </w:r>
    </w:p>
    <w:p w14:paraId="00414A58" w14:textId="77777777" w:rsidR="00E87C95" w:rsidRDefault="00000000">
      <w:pPr>
        <w:spacing w:after="0" w:line="579" w:lineRule="exact"/>
        <w:ind w:firstLine="640"/>
        <w:rPr>
          <w:lang w:eastAsia="zh-CN"/>
        </w:rPr>
      </w:pPr>
      <w:r>
        <w:rPr>
          <w:rFonts w:ascii="仿宋" w:eastAsia="仿宋" w:hAnsi="仿宋"/>
          <w:sz w:val="32"/>
          <w:lang w:eastAsia="zh-CN"/>
        </w:rPr>
        <w:t>请。哎呀，下个兄弟看。所以。这就是您一生魂牵梦绕，始终想来的地方。这就是长江之源，正是。而且经过后世的考察，此处不仅是长江源。还是黄河和澜沧江的源头。这里孕育了三大水系。被后世称为三江源。先生，您在数百年前就曾经探寻长江源头。</w:t>
      </w:r>
    </w:p>
    <w:p w14:paraId="63CDB3E9" w14:textId="77777777" w:rsidR="00E87C95" w:rsidRDefault="00000000">
      <w:pPr>
        <w:spacing w:after="0" w:line="579" w:lineRule="exact"/>
        <w:ind w:firstLine="640"/>
        <w:rPr>
          <w:lang w:eastAsia="zh-CN"/>
        </w:rPr>
      </w:pPr>
      <w:r>
        <w:rPr>
          <w:rFonts w:ascii="仿宋" w:eastAsia="仿宋" w:hAnsi="仿宋"/>
          <w:sz w:val="32"/>
          <w:lang w:eastAsia="zh-CN"/>
        </w:rPr>
        <w:t>勇敢的写下自己的论断言，前人所不敢言。那绝对。是一次创举，今天的水量检测正常。咱们三江源的水区水质是最好，你们好。</w:t>
      </w:r>
      <w:proofErr w:type="gramStart"/>
      <w:r>
        <w:rPr>
          <w:rFonts w:ascii="仿宋" w:eastAsia="仿宋" w:hAnsi="仿宋"/>
          <w:sz w:val="32"/>
          <w:lang w:eastAsia="zh-CN"/>
        </w:rPr>
        <w:t>撒老师</w:t>
      </w:r>
      <w:proofErr w:type="gramEnd"/>
      <w:r>
        <w:rPr>
          <w:rFonts w:ascii="仿宋" w:eastAsia="仿宋" w:hAnsi="仿宋"/>
          <w:sz w:val="32"/>
          <w:lang w:eastAsia="zh-CN"/>
        </w:rPr>
        <w:t>你们好，你们好，您到三江源来了，对来看一看母亲河的源头。我特别想尝一尝长江源之水，您算来对了，我们在野外都是自己踩水喝。是吗？</w:t>
      </w:r>
    </w:p>
    <w:p w14:paraId="657BD659" w14:textId="77777777" w:rsidR="00E87C95" w:rsidRDefault="00000000">
      <w:pPr>
        <w:spacing w:after="0" w:line="579" w:lineRule="exact"/>
        <w:ind w:firstLine="640"/>
        <w:rPr>
          <w:lang w:eastAsia="zh-CN"/>
        </w:rPr>
      </w:pPr>
      <w:r>
        <w:rPr>
          <w:rFonts w:ascii="仿宋" w:eastAsia="仿宋" w:hAnsi="仿宋"/>
          <w:sz w:val="32"/>
          <w:lang w:eastAsia="zh-CN"/>
        </w:rPr>
        <w:t>对了，撒老师，我这刚好装了几瓶过滤好的水，哎呀，太巧了来着了，哎</w:t>
      </w:r>
      <w:proofErr w:type="gramStart"/>
      <w:r>
        <w:rPr>
          <w:rFonts w:ascii="仿宋" w:eastAsia="仿宋" w:hAnsi="仿宋"/>
          <w:sz w:val="32"/>
          <w:lang w:eastAsia="zh-CN"/>
        </w:rPr>
        <w:t>呦</w:t>
      </w:r>
      <w:proofErr w:type="gramEnd"/>
      <w:r>
        <w:rPr>
          <w:rFonts w:ascii="仿宋" w:eastAsia="仿宋" w:hAnsi="仿宋"/>
          <w:sz w:val="32"/>
          <w:lang w:eastAsia="zh-CN"/>
        </w:rPr>
        <w:t>，谢谢</w:t>
      </w:r>
      <w:proofErr w:type="gramStart"/>
      <w:r>
        <w:rPr>
          <w:rFonts w:ascii="仿宋" w:eastAsia="仿宋" w:hAnsi="仿宋"/>
          <w:sz w:val="32"/>
          <w:lang w:eastAsia="zh-CN"/>
        </w:rPr>
        <w:t>谢</w:t>
      </w:r>
      <w:proofErr w:type="gramEnd"/>
      <w:r>
        <w:rPr>
          <w:rFonts w:ascii="仿宋" w:eastAsia="仿宋" w:hAnsi="仿宋"/>
          <w:sz w:val="32"/>
          <w:lang w:eastAsia="zh-CN"/>
        </w:rPr>
        <w:t>。没事撒，老师那再见撒，老</w:t>
      </w:r>
      <w:r>
        <w:rPr>
          <w:rFonts w:ascii="仿宋" w:eastAsia="仿宋" w:hAnsi="仿宋"/>
          <w:sz w:val="32"/>
          <w:lang w:eastAsia="zh-CN"/>
        </w:rPr>
        <w:lastRenderedPageBreak/>
        <w:t>师，我们还得忙着采样呢，谢谢。</w:t>
      </w:r>
      <w:proofErr w:type="gramStart"/>
      <w:r>
        <w:rPr>
          <w:rFonts w:ascii="仿宋" w:eastAsia="仿宋" w:hAnsi="仿宋"/>
          <w:sz w:val="32"/>
          <w:lang w:eastAsia="zh-CN"/>
        </w:rPr>
        <w:t>再见再见</w:t>
      </w:r>
      <w:proofErr w:type="gramEnd"/>
      <w:r>
        <w:rPr>
          <w:rFonts w:ascii="仿宋" w:eastAsia="仿宋" w:hAnsi="仿宋"/>
          <w:sz w:val="32"/>
          <w:lang w:eastAsia="zh-CN"/>
        </w:rPr>
        <w:t>撒老师，再见。长江源之水。</w:t>
      </w:r>
    </w:p>
    <w:p w14:paraId="5ADB015A" w14:textId="77777777" w:rsidR="00E87C95" w:rsidRDefault="00000000">
      <w:pPr>
        <w:spacing w:after="0" w:line="579" w:lineRule="exact"/>
        <w:ind w:firstLine="640"/>
        <w:rPr>
          <w:lang w:eastAsia="zh-CN"/>
        </w:rPr>
      </w:pPr>
      <w:r>
        <w:rPr>
          <w:rFonts w:ascii="仿宋" w:eastAsia="仿宋" w:hAnsi="仿宋"/>
          <w:sz w:val="32"/>
          <w:lang w:eastAsia="zh-CN"/>
        </w:rPr>
        <w:t>来贾克先生，贵人先生。哎呀，尝尝。我住长江头，君住长江尾。日日思君不见君，共饮长江水。晚辈撒贝宁。以华夏母亲河源头之水。敬二位。我要去</w:t>
      </w:r>
      <w:proofErr w:type="gramStart"/>
      <w:r>
        <w:rPr>
          <w:rFonts w:ascii="仿宋" w:eastAsia="仿宋" w:hAnsi="仿宋"/>
          <w:sz w:val="32"/>
          <w:lang w:eastAsia="zh-CN"/>
        </w:rPr>
        <w:t>丽岛源深沉</w:t>
      </w:r>
      <w:proofErr w:type="gramEnd"/>
      <w:r>
        <w:rPr>
          <w:rFonts w:ascii="仿宋" w:eastAsia="仿宋" w:hAnsi="仿宋"/>
          <w:sz w:val="32"/>
          <w:lang w:eastAsia="zh-CN"/>
        </w:rPr>
        <w:t>，今生不一定要踏遍三山五岳，寻访江河源。</w:t>
      </w:r>
    </w:p>
    <w:p w14:paraId="1ECFBE8D" w14:textId="77777777" w:rsidR="00E87C95" w:rsidRDefault="00000000">
      <w:pPr>
        <w:spacing w:after="0" w:line="579" w:lineRule="exact"/>
        <w:ind w:firstLine="640"/>
        <w:rPr>
          <w:lang w:eastAsia="zh-CN"/>
        </w:rPr>
      </w:pPr>
      <w:r>
        <w:rPr>
          <w:rFonts w:ascii="仿宋" w:eastAsia="仿宋" w:hAnsi="仿宋"/>
          <w:sz w:val="32"/>
          <w:lang w:eastAsia="zh-CN"/>
        </w:rPr>
        <w:t>朝碧海而</w:t>
      </w:r>
      <w:proofErr w:type="gramStart"/>
      <w:r>
        <w:rPr>
          <w:rFonts w:ascii="仿宋" w:eastAsia="仿宋" w:hAnsi="仿宋"/>
          <w:sz w:val="32"/>
          <w:lang w:eastAsia="zh-CN"/>
        </w:rPr>
        <w:t>暮</w:t>
      </w:r>
      <w:proofErr w:type="gramEnd"/>
      <w:r>
        <w:rPr>
          <w:rFonts w:ascii="仿宋" w:eastAsia="仿宋" w:hAnsi="仿宋"/>
          <w:sz w:val="32"/>
          <w:lang w:eastAsia="zh-CN"/>
        </w:rPr>
        <w:t>苍梧。我从不承认。甜真甜。真甜啊。撒主任，谢谢你。谢谢。谢谢两位先生为后世留下。都写的《徐霞客游记》。先生回去的路。多保重。察觉后会有期。我特意从300多年前。给您带来，您可以这样。</w:t>
      </w:r>
    </w:p>
    <w:p w14:paraId="22CDED6F" w14:textId="77777777" w:rsidR="00E87C95" w:rsidRDefault="00000000">
      <w:pPr>
        <w:spacing w:after="0" w:line="579" w:lineRule="exact"/>
        <w:ind w:firstLine="640"/>
        <w:rPr>
          <w:lang w:eastAsia="zh-CN"/>
        </w:rPr>
      </w:pPr>
      <w:r>
        <w:rPr>
          <w:rFonts w:ascii="仿宋" w:eastAsia="仿宋" w:hAnsi="仿宋"/>
          <w:sz w:val="32"/>
          <w:lang w:eastAsia="zh-CN"/>
        </w:rPr>
        <w:t>啊。侠客修此行圆满。圆满了。先生。您未走完的路，我们后世。会继续前行。刚才的这段戏剧看的我很激动，也很感动，我相信。徐霞客这一口长江水喝的一定是甜，到了这心窝里，其实我跟你一样，我看到徐霞客终于喝到长江源的水的时候。我也</w:t>
      </w:r>
      <w:proofErr w:type="gramStart"/>
      <w:r>
        <w:rPr>
          <w:rFonts w:ascii="仿宋" w:eastAsia="仿宋" w:hAnsi="仿宋"/>
          <w:sz w:val="32"/>
          <w:lang w:eastAsia="zh-CN"/>
        </w:rPr>
        <w:t>特别特别</w:t>
      </w:r>
      <w:proofErr w:type="gramEnd"/>
      <w:r>
        <w:rPr>
          <w:rFonts w:ascii="仿宋" w:eastAsia="仿宋" w:hAnsi="仿宋"/>
          <w:sz w:val="32"/>
          <w:lang w:eastAsia="zh-CN"/>
        </w:rPr>
        <w:t>的感慨。</w:t>
      </w:r>
    </w:p>
    <w:p w14:paraId="511A765E" w14:textId="77777777" w:rsidR="00E87C95" w:rsidRDefault="00000000">
      <w:pPr>
        <w:spacing w:after="0" w:line="579" w:lineRule="exact"/>
        <w:ind w:firstLine="640"/>
        <w:rPr>
          <w:lang w:eastAsia="zh-CN"/>
        </w:rPr>
      </w:pPr>
      <w:r>
        <w:rPr>
          <w:rFonts w:ascii="仿宋" w:eastAsia="仿宋" w:hAnsi="仿宋"/>
          <w:sz w:val="32"/>
          <w:lang w:eastAsia="zh-CN"/>
        </w:rPr>
        <w:t>三江源呐，不仅仅是黄河，长江，荷兰，沧江的源头，它也是我们整个中华文明的源头活水呀。徐霞客一辈子就行走在中国的大地上啊。他追溯的长江源头是中国，他探访的岷山大川是中国。他的游记里记录下来的每一个地点都是中国。徐霞客，这种热爱自然，追求真理的精神永远无可替代，永远不可磨灭。跟两位的感受一样，</w:t>
      </w:r>
    </w:p>
    <w:p w14:paraId="7F3BD314" w14:textId="77777777" w:rsidR="00E87C95" w:rsidRDefault="00000000">
      <w:pPr>
        <w:spacing w:after="0" w:line="579" w:lineRule="exact"/>
        <w:ind w:firstLine="640"/>
        <w:rPr>
          <w:lang w:eastAsia="zh-CN"/>
        </w:rPr>
      </w:pPr>
      <w:r>
        <w:rPr>
          <w:rFonts w:ascii="仿宋" w:eastAsia="仿宋" w:hAnsi="仿宋"/>
          <w:sz w:val="32"/>
          <w:lang w:eastAsia="zh-CN"/>
        </w:rPr>
        <w:lastRenderedPageBreak/>
        <w:t>就是激动。感动续集里边出现了两个虚构的人物，一个是西安，一个是穆宁。那么，西安呢？其实就是把早年徐霞客的游伴和晚年西南万里遐征里边杜甫。静文，这两个人物集中在这个人物身上，给呈现出来。还有穆林志把徐霞客到了云南以后，与各方面交往，给他做一些引领啊，这些人物。集合起来，</w:t>
      </w:r>
    </w:p>
    <w:p w14:paraId="351DABCA" w14:textId="77777777" w:rsidR="00E87C95" w:rsidRDefault="00000000">
      <w:pPr>
        <w:spacing w:after="0" w:line="579" w:lineRule="exact"/>
        <w:ind w:firstLine="640"/>
        <w:rPr>
          <w:lang w:eastAsia="zh-CN"/>
        </w:rPr>
      </w:pPr>
      <w:r>
        <w:rPr>
          <w:rFonts w:ascii="仿宋" w:eastAsia="仿宋" w:hAnsi="仿宋"/>
          <w:sz w:val="32"/>
          <w:lang w:eastAsia="zh-CN"/>
        </w:rPr>
        <w:t>呈现出来，用这么一台戏剧，就把徐霞客的一生呈现在我们面前。非常的好。《徐霞客游记》在国内流传很广，还流传到海外，影响了西方人对中国人的地理认知。对于外国人，他其实就是世界看中国的眼睛。徐家</w:t>
      </w:r>
      <w:proofErr w:type="gramStart"/>
      <w:r>
        <w:rPr>
          <w:rFonts w:ascii="仿宋" w:eastAsia="仿宋" w:hAnsi="仿宋"/>
          <w:sz w:val="32"/>
          <w:lang w:eastAsia="zh-CN"/>
        </w:rPr>
        <w:t>贺曾经</w:t>
      </w:r>
      <w:proofErr w:type="gramEnd"/>
      <w:r>
        <w:rPr>
          <w:rFonts w:ascii="仿宋" w:eastAsia="仿宋" w:hAnsi="仿宋"/>
          <w:sz w:val="32"/>
          <w:lang w:eastAsia="zh-CN"/>
        </w:rPr>
        <w:t>说，自身乃山川之身，他提出了人和自然需要和谐共处的这种观念。和我们今天生态文明理念绿水青山就是金山银山，这个是相符的。这300多年来呢，</w:t>
      </w:r>
    </w:p>
    <w:p w14:paraId="4E54323C" w14:textId="77777777" w:rsidR="00E87C95" w:rsidRDefault="00000000">
      <w:pPr>
        <w:spacing w:after="0" w:line="579" w:lineRule="exact"/>
        <w:ind w:firstLine="640"/>
        <w:rPr>
          <w:lang w:eastAsia="zh-CN"/>
        </w:rPr>
      </w:pPr>
      <w:r>
        <w:rPr>
          <w:rFonts w:ascii="仿宋" w:eastAsia="仿宋" w:hAnsi="仿宋"/>
          <w:sz w:val="32"/>
          <w:lang w:eastAsia="zh-CN"/>
        </w:rPr>
        <w:t>一代</w:t>
      </w:r>
      <w:proofErr w:type="gramStart"/>
      <w:r>
        <w:rPr>
          <w:rFonts w:ascii="仿宋" w:eastAsia="仿宋" w:hAnsi="仿宋"/>
          <w:sz w:val="32"/>
          <w:lang w:eastAsia="zh-CN"/>
        </w:rPr>
        <w:t>一代</w:t>
      </w:r>
      <w:proofErr w:type="gramEnd"/>
      <w:r>
        <w:rPr>
          <w:rFonts w:ascii="仿宋" w:eastAsia="仿宋" w:hAnsi="仿宋"/>
          <w:sz w:val="32"/>
          <w:lang w:eastAsia="zh-CN"/>
        </w:rPr>
        <w:t>的学者们勘测大地，丈量山河研究的工具和手段日新月异。但是不变的是，我们中国学人求实探索的精神和对祖国锦绣河山的热爱。我们应该在新的时代守护。我们的绿水青山描绘更壮丽的山河。高山如父，江河如母。祖国的山河哺育着中华文明，连绵不绝。让我们知道，中国人的根在何处？中华文明源起何方？我是王佳宁下一本典籍，我们再会！</w:t>
      </w:r>
    </w:p>
    <w:p w14:paraId="0F17F713" w14:textId="77777777" w:rsidR="00E87C95" w:rsidRDefault="00000000">
      <w:pPr>
        <w:rPr>
          <w:lang w:eastAsia="zh-CN"/>
        </w:rPr>
      </w:pPr>
      <w:r>
        <w:rPr>
          <w:lang w:eastAsia="zh-CN"/>
        </w:rPr>
        <w:br w:type="page"/>
      </w:r>
    </w:p>
    <w:p w14:paraId="256E4E20" w14:textId="77777777" w:rsidR="00E87C95" w:rsidRDefault="00000000">
      <w:pPr>
        <w:spacing w:after="0" w:line="579" w:lineRule="exact"/>
        <w:jc w:val="center"/>
        <w:rPr>
          <w:lang w:eastAsia="zh-CN"/>
        </w:rPr>
      </w:pPr>
      <w:r>
        <w:rPr>
          <w:rFonts w:ascii="方正小标宋简体" w:eastAsia="方正小标宋简体" w:hAnsi="方正小标宋简体"/>
          <w:sz w:val="44"/>
          <w:lang w:eastAsia="zh-CN"/>
        </w:rPr>
        <w:lastRenderedPageBreak/>
        <w:t>第09集 《道德经》</w:t>
      </w:r>
    </w:p>
    <w:p w14:paraId="13B7DA46" w14:textId="77777777" w:rsidR="00E87C95" w:rsidRDefault="00000000">
      <w:pPr>
        <w:spacing w:after="0" w:line="579" w:lineRule="exact"/>
        <w:ind w:firstLine="640"/>
        <w:rPr>
          <w:lang w:eastAsia="zh-CN"/>
        </w:rPr>
      </w:pPr>
      <w:r>
        <w:rPr>
          <w:rFonts w:ascii="仿宋" w:eastAsia="仿宋" w:hAnsi="仿宋"/>
          <w:sz w:val="32"/>
          <w:lang w:eastAsia="zh-CN"/>
        </w:rPr>
        <w:t>为殷先人，有册有典。几千年来，祖先一直在记录我们的历史。讲述我们的故事。这里的每一部典籍都凝聚着前人的心血和智慧。人们世代守护薪火相传。让精神的血脉延绵至今。打开典籍，对话先贤。知道我们的生命源起何处？知道我们的脚步迈向何方？以新的方式读懂典籍，让书写在古籍里的文字活起来。一起品读。《典籍里的中国》。</w:t>
      </w:r>
    </w:p>
    <w:p w14:paraId="0F3D6F32" w14:textId="77777777" w:rsidR="00E87C95" w:rsidRDefault="00000000">
      <w:pPr>
        <w:spacing w:after="0" w:line="579" w:lineRule="exact"/>
        <w:ind w:firstLine="640"/>
        <w:rPr>
          <w:lang w:eastAsia="zh-CN"/>
        </w:rPr>
      </w:pPr>
      <w:r>
        <w:rPr>
          <w:rFonts w:ascii="仿宋" w:eastAsia="仿宋" w:hAnsi="仿宋"/>
          <w:sz w:val="32"/>
          <w:lang w:eastAsia="zh-CN"/>
        </w:rPr>
        <w:t>今天在《典籍里的中国》，让我们一起识读《道德经》。晚辈想向先生请教，何谓道？道可道。非常道道，无处不在，万物由它生成，依赖它成长，即先贤智慧于大成传，根本智慧于后世典籍。其如灯可照亮世人，这满</w:t>
      </w:r>
      <w:proofErr w:type="gramStart"/>
      <w:r>
        <w:rPr>
          <w:rFonts w:ascii="仿宋" w:eastAsia="仿宋" w:hAnsi="仿宋"/>
          <w:sz w:val="32"/>
          <w:lang w:eastAsia="zh-CN"/>
        </w:rPr>
        <w:t>世</w:t>
      </w:r>
      <w:proofErr w:type="gramEnd"/>
      <w:r>
        <w:rPr>
          <w:rFonts w:ascii="仿宋" w:eastAsia="仿宋" w:hAnsi="仿宋"/>
          <w:sz w:val="32"/>
          <w:lang w:eastAsia="zh-CN"/>
        </w:rPr>
        <w:t>的典籍如能慎用，其中智慧定能如日月般散。发光辉。一九九三年十月湖北荆门。</w:t>
      </w:r>
      <w:proofErr w:type="gramStart"/>
      <w:r>
        <w:rPr>
          <w:rFonts w:ascii="仿宋" w:eastAsia="仿宋" w:hAnsi="仿宋"/>
          <w:sz w:val="32"/>
          <w:lang w:eastAsia="zh-CN"/>
        </w:rPr>
        <w:t>荆</w:t>
      </w:r>
      <w:proofErr w:type="gramEnd"/>
      <w:r>
        <w:rPr>
          <w:rFonts w:ascii="仿宋" w:eastAsia="仿宋" w:hAnsi="仿宋"/>
          <w:sz w:val="32"/>
          <w:lang w:eastAsia="zh-CN"/>
        </w:rPr>
        <w:t>门市博物馆整理室。</w:t>
      </w:r>
    </w:p>
    <w:p w14:paraId="42DF9ABE" w14:textId="77777777" w:rsidR="00E87C95" w:rsidRDefault="00000000">
      <w:pPr>
        <w:spacing w:after="0" w:line="579" w:lineRule="exact"/>
        <w:ind w:firstLine="640"/>
        <w:rPr>
          <w:lang w:eastAsia="zh-CN"/>
        </w:rPr>
      </w:pPr>
      <w:r>
        <w:rPr>
          <w:rFonts w:ascii="仿宋" w:eastAsia="仿宋" w:hAnsi="仿宋"/>
          <w:sz w:val="32"/>
          <w:lang w:eastAsia="zh-CN"/>
        </w:rPr>
        <w:t>惊人发现，惊人发现呐，我们找到了《道德经》的抄本，在</w:t>
      </w:r>
      <w:proofErr w:type="gramStart"/>
      <w:r>
        <w:rPr>
          <w:rFonts w:ascii="仿宋" w:eastAsia="仿宋" w:hAnsi="仿宋"/>
          <w:sz w:val="32"/>
          <w:lang w:eastAsia="zh-CN"/>
        </w:rPr>
        <w:t>郭</w:t>
      </w:r>
      <w:proofErr w:type="gramEnd"/>
      <w:r>
        <w:rPr>
          <w:rFonts w:ascii="仿宋" w:eastAsia="仿宋" w:hAnsi="仿宋"/>
          <w:sz w:val="32"/>
          <w:lang w:eastAsia="zh-CN"/>
        </w:rPr>
        <w:t>店楚简中找到了老子的《道德经》对。看这句人法地，地法天，天法道，道法自然这句通行本的第25章一字不差。这些竹简经过检测时间为战国中期。那就意味着《道德经》的成书时间不晚于战国中期啊。</w:t>
      </w:r>
      <w:proofErr w:type="gramStart"/>
      <w:r>
        <w:rPr>
          <w:rFonts w:ascii="仿宋" w:eastAsia="仿宋" w:hAnsi="仿宋"/>
          <w:sz w:val="32"/>
          <w:lang w:eastAsia="zh-CN"/>
        </w:rPr>
        <w:t>郭</w:t>
      </w:r>
      <w:proofErr w:type="gramEnd"/>
      <w:r>
        <w:rPr>
          <w:rFonts w:ascii="仿宋" w:eastAsia="仿宋" w:hAnsi="仿宋"/>
          <w:sz w:val="32"/>
          <w:lang w:eastAsia="zh-CN"/>
        </w:rPr>
        <w:t>店楚简中《道德经》的发现，在国内外学术界引起了轰动，也引发了东西方学者之间关于《道德经》的一场对话。你们好！</w:t>
      </w:r>
      <w:proofErr w:type="gramStart"/>
      <w:r>
        <w:rPr>
          <w:rFonts w:ascii="仿宋" w:eastAsia="仿宋" w:hAnsi="仿宋"/>
          <w:sz w:val="32"/>
          <w:lang w:eastAsia="zh-CN"/>
        </w:rPr>
        <w:t>郭</w:t>
      </w:r>
      <w:proofErr w:type="gramEnd"/>
      <w:r>
        <w:rPr>
          <w:rFonts w:ascii="仿宋" w:eastAsia="仿宋" w:hAnsi="仿宋"/>
          <w:sz w:val="32"/>
          <w:lang w:eastAsia="zh-CN"/>
        </w:rPr>
        <w:t>店楚简《道德经》是目前为止所发现的时代最早，文字最原始的老子著作。足</w:t>
      </w:r>
      <w:r>
        <w:rPr>
          <w:rFonts w:ascii="仿宋" w:eastAsia="仿宋" w:hAnsi="仿宋"/>
          <w:sz w:val="32"/>
          <w:lang w:eastAsia="zh-CN"/>
        </w:rPr>
        <w:lastRenderedPageBreak/>
        <w:t>以证明老子的《道德经》就是2500多年前的东方智慧。我们发现了700多枚有字节，</w:t>
      </w:r>
    </w:p>
    <w:p w14:paraId="1740531A" w14:textId="77777777" w:rsidR="00E87C95" w:rsidRDefault="00000000">
      <w:pPr>
        <w:spacing w:after="0" w:line="579" w:lineRule="exact"/>
        <w:ind w:firstLine="640"/>
        <w:rPr>
          <w:lang w:eastAsia="zh-CN"/>
        </w:rPr>
      </w:pPr>
      <w:r>
        <w:rPr>
          <w:rFonts w:ascii="仿宋" w:eastAsia="仿宋" w:hAnsi="仿宋"/>
          <w:sz w:val="32"/>
          <w:lang w:eastAsia="zh-CN"/>
        </w:rPr>
        <w:t>均用楚国文字抄写，这些抄本比湖南马王堆出土的帛书抄本还早100多年。从战国中期的</w:t>
      </w:r>
      <w:proofErr w:type="gramStart"/>
      <w:r>
        <w:rPr>
          <w:rFonts w:ascii="仿宋" w:eastAsia="仿宋" w:hAnsi="仿宋"/>
          <w:sz w:val="32"/>
          <w:lang w:eastAsia="zh-CN"/>
        </w:rPr>
        <w:t>郭</w:t>
      </w:r>
      <w:proofErr w:type="gramEnd"/>
      <w:r>
        <w:rPr>
          <w:rFonts w:ascii="仿宋" w:eastAsia="仿宋" w:hAnsi="仿宋"/>
          <w:sz w:val="32"/>
          <w:lang w:eastAsia="zh-CN"/>
        </w:rPr>
        <w:t>店楚简抄本，到西汉时期湖南马王堆帛书抄本，都足以证明《道德经》啊。一经诞生就受到世人的竭力推崇。在我的国家哲学家叔本华说过，《道德经》是关于理性的。学说。俄国大文豪列夫托尔斯泰对《道德经》也是十分推崇，当时由于没有公开发行的俄文译本呐，他就尝试自己着手翻译。托尔斯泰也非常喜欢上善若水，他认为做人应该像老者所说。如水一般。</w:t>
      </w:r>
    </w:p>
    <w:p w14:paraId="19C0CB63" w14:textId="77777777" w:rsidR="00E87C95" w:rsidRDefault="00000000">
      <w:pPr>
        <w:spacing w:after="0" w:line="579" w:lineRule="exact"/>
        <w:ind w:firstLine="640"/>
        <w:rPr>
          <w:lang w:eastAsia="zh-CN"/>
        </w:rPr>
      </w:pPr>
      <w:r>
        <w:rPr>
          <w:rFonts w:ascii="仿宋" w:eastAsia="仿宋" w:hAnsi="仿宋"/>
          <w:sz w:val="32"/>
          <w:lang w:eastAsia="zh-CN"/>
        </w:rPr>
        <w:t>德国哲学家雅斯贝尔斯曾提出，在公元前800至前200年间。是人类文明的轴心时代。在轴心时代时期，各个文明都出现了伟大的思想家古希腊。出现了苏格拉底，柏拉图，亚里士多德，而中国出现了老子和孔子《道德经》，雅斯贝尔斯曾感叹。在短短的几句话中，就暴露了宇宙论伦理学和政治学的内容。他说，《道德经》是。是一部不可替代的哲学著作。</w:t>
      </w:r>
    </w:p>
    <w:p w14:paraId="14475E9F" w14:textId="77777777" w:rsidR="00E87C95" w:rsidRDefault="00000000">
      <w:pPr>
        <w:spacing w:after="0" w:line="579" w:lineRule="exact"/>
        <w:ind w:firstLine="640"/>
        <w:rPr>
          <w:lang w:eastAsia="zh-CN"/>
        </w:rPr>
      </w:pPr>
      <w:r>
        <w:rPr>
          <w:rFonts w:ascii="仿宋" w:eastAsia="仿宋" w:hAnsi="仿宋"/>
          <w:sz w:val="32"/>
          <w:lang w:eastAsia="zh-CN"/>
        </w:rPr>
        <w:t>《道德经》全文5000多字。严谨而意味深长。质朴而充满哲理，玄妙而顺理成章。今天在《典籍里的中国》，就让我们一起识读中国哲学开山之作。《道德经》。打开典籍品读中国，欢迎走进《典籍里的中国》。我是王嘉宁。世界的</w:t>
      </w:r>
      <w:r>
        <w:rPr>
          <w:rFonts w:ascii="仿宋" w:eastAsia="仿宋" w:hAnsi="仿宋"/>
          <w:sz w:val="32"/>
          <w:lang w:eastAsia="zh-CN"/>
        </w:rPr>
        <w:lastRenderedPageBreak/>
        <w:t>本质是什么？万事万物遵循着怎样的法则？人应该怎样存在于天地之间？亘古以来，东西方先哲们孜孜以求。</w:t>
      </w:r>
    </w:p>
    <w:p w14:paraId="1105C272" w14:textId="77777777" w:rsidR="00E87C95" w:rsidRDefault="00000000">
      <w:pPr>
        <w:spacing w:after="0" w:line="579" w:lineRule="exact"/>
        <w:ind w:firstLine="640"/>
        <w:rPr>
          <w:lang w:eastAsia="zh-CN"/>
        </w:rPr>
      </w:pPr>
      <w:r>
        <w:rPr>
          <w:rFonts w:ascii="仿宋" w:eastAsia="仿宋" w:hAnsi="仿宋"/>
          <w:sz w:val="32"/>
          <w:lang w:eastAsia="zh-CN"/>
        </w:rPr>
        <w:t>不断探索着关于万物本源和存在的奥秘。而在2000多年前的函谷关，中国哲学鼻祖老子浓缩了自己一生关于宇宙社会人生的思考。以5000余言道德之意，给出了极富东方智慧的解答。今天让我们与三位读书人一同品读《道德经》。每天鲜活多一点，本节目由更多鲜活营养的光明乳业独家冠名播出。光明乳业乐在新鲜。中国味鲁花香《典籍里的中国》，由中国民族品牌的骄子鲁花特约播出。鲁花荣获国家科技进步奖。植物补益读书有底气，感谢云南白药集团气血康口服液对本节目的赞助播出。扫描屏幕上方二维码，</w:t>
      </w:r>
    </w:p>
    <w:p w14:paraId="25014A3C" w14:textId="77777777" w:rsidR="00E87C95" w:rsidRDefault="00000000">
      <w:pPr>
        <w:spacing w:after="0" w:line="579" w:lineRule="exact"/>
        <w:ind w:firstLine="640"/>
        <w:rPr>
          <w:lang w:eastAsia="zh-CN"/>
        </w:rPr>
      </w:pPr>
      <w:r>
        <w:rPr>
          <w:rFonts w:ascii="仿宋" w:eastAsia="仿宋" w:hAnsi="仿宋"/>
          <w:sz w:val="32"/>
          <w:lang w:eastAsia="zh-CN"/>
        </w:rPr>
        <w:t>下载央视</w:t>
      </w:r>
      <w:proofErr w:type="gramStart"/>
      <w:r>
        <w:rPr>
          <w:rFonts w:ascii="仿宋" w:eastAsia="仿宋" w:hAnsi="仿宋"/>
          <w:sz w:val="32"/>
          <w:lang w:eastAsia="zh-CN"/>
        </w:rPr>
        <w:t>频</w:t>
      </w:r>
      <w:proofErr w:type="gramEnd"/>
      <w:r>
        <w:rPr>
          <w:rFonts w:ascii="仿宋" w:eastAsia="仿宋" w:hAnsi="仿宋"/>
          <w:sz w:val="32"/>
          <w:lang w:eastAsia="zh-CN"/>
        </w:rPr>
        <w:t>观看《典籍里的中国》完整视频专享幕后精彩内容。各位老师好！刚才我们在开场戏剧中看到，在湖北荆门郭店楚墓中发现了一批《道德经》的竹简，在国内外的学界都是引起了轰动的。因为经过测定，这一批发现的竹简是截至目前发现时间最早，文字也是最古老的《道德经》的抄本。对《道德经》呢，是最初呢，称为老子</w:t>
      </w:r>
      <w:proofErr w:type="gramStart"/>
      <w:r>
        <w:rPr>
          <w:rFonts w:ascii="仿宋" w:eastAsia="仿宋" w:hAnsi="仿宋"/>
          <w:sz w:val="32"/>
          <w:lang w:eastAsia="zh-CN"/>
        </w:rPr>
        <w:t>古典初典的</w:t>
      </w:r>
      <w:proofErr w:type="gramEnd"/>
      <w:r>
        <w:rPr>
          <w:rFonts w:ascii="仿宋" w:eastAsia="仿宋" w:hAnsi="仿宋"/>
          <w:sz w:val="32"/>
          <w:lang w:eastAsia="zh-CN"/>
        </w:rPr>
        <w:t>出土，足以证明老子《道德经》的成熟</w:t>
      </w:r>
      <w:proofErr w:type="gramStart"/>
      <w:r>
        <w:rPr>
          <w:rFonts w:ascii="仿宋" w:eastAsia="仿宋" w:hAnsi="仿宋"/>
          <w:sz w:val="32"/>
          <w:lang w:eastAsia="zh-CN"/>
        </w:rPr>
        <w:t>时间无晚于</w:t>
      </w:r>
      <w:proofErr w:type="gramEnd"/>
      <w:r>
        <w:rPr>
          <w:rFonts w:ascii="仿宋" w:eastAsia="仿宋" w:hAnsi="仿宋"/>
          <w:sz w:val="32"/>
          <w:lang w:eastAsia="zh-CN"/>
        </w:rPr>
        <w:t>战国中期。老子生活的时期是东西方共同处于一个人类文明精神的重大突破时期，就是公元前800年到公元前200年发生了一个世界范围内的。哲学突破几大主要文明的思想家们都在探索一些问题。</w:t>
      </w:r>
    </w:p>
    <w:p w14:paraId="3D89A9D4" w14:textId="77777777" w:rsidR="00E87C95" w:rsidRDefault="00000000">
      <w:pPr>
        <w:spacing w:after="0" w:line="579" w:lineRule="exact"/>
        <w:ind w:firstLine="640"/>
        <w:rPr>
          <w:lang w:eastAsia="zh-CN"/>
        </w:rPr>
      </w:pPr>
      <w:r>
        <w:rPr>
          <w:rFonts w:ascii="仿宋" w:eastAsia="仿宋" w:hAnsi="仿宋"/>
          <w:sz w:val="32"/>
          <w:lang w:eastAsia="zh-CN"/>
        </w:rPr>
        <w:lastRenderedPageBreak/>
        <w:t>比方说，宇宙的本源是什么？那其中啊，老子提出来的一个概念是什么呢？是到他的提出比这个柏拉图啊，亚里士多德呀，都还要更早啊，而且呢，他在后来也一直影响着东西方的知识界。《道德经》是被翻译语言最多，出版数量最多的中国文化典籍。俄国文学家托尔斯泰和德国的哲学家海德格尔。呃，都曾翻译或试图翻译老子的《道德经》。《道德经》被称为中国哲学的开山之作，</w:t>
      </w:r>
    </w:p>
    <w:p w14:paraId="6544EF2C" w14:textId="77777777" w:rsidR="00E87C95" w:rsidRDefault="00000000">
      <w:pPr>
        <w:spacing w:after="0" w:line="579" w:lineRule="exact"/>
        <w:ind w:firstLine="640"/>
        <w:rPr>
          <w:lang w:eastAsia="zh-CN"/>
        </w:rPr>
      </w:pPr>
      <w:r>
        <w:rPr>
          <w:rFonts w:ascii="仿宋" w:eastAsia="仿宋" w:hAnsi="仿宋"/>
          <w:sz w:val="32"/>
          <w:lang w:eastAsia="zh-CN"/>
        </w:rPr>
        <w:t>那我们想要去了解《道德经》，离不开两个字儿，就是哲学。简单的说，哲学可以说是关于这个世界观。呃，价值观方法论的一个学问，主要是探寻宇宙和万物的本源和普遍的法则，探讨人和世界的关系。指导人们更好的生活，老子的《道德经》是一部典型的哲学著作，他的篇幅很小，只有5000多年，分为81章。他的思想呢，</w:t>
      </w:r>
    </w:p>
    <w:p w14:paraId="20985DED" w14:textId="77777777" w:rsidR="00E87C95" w:rsidRDefault="00000000">
      <w:pPr>
        <w:spacing w:after="0" w:line="579" w:lineRule="exact"/>
        <w:ind w:firstLine="640"/>
        <w:rPr>
          <w:lang w:eastAsia="zh-CN"/>
        </w:rPr>
      </w:pPr>
      <w:r>
        <w:rPr>
          <w:rFonts w:ascii="仿宋" w:eastAsia="仿宋" w:hAnsi="仿宋"/>
          <w:sz w:val="32"/>
          <w:lang w:eastAsia="zh-CN"/>
        </w:rPr>
        <w:t>涵盖了哲学，伦理，政治和兵法等诸多领域。那翻开我手中的这本《道德经》。开篇第一句话，大家耳熟能详，道可</w:t>
      </w:r>
      <w:proofErr w:type="gramStart"/>
      <w:r>
        <w:rPr>
          <w:rFonts w:ascii="仿宋" w:eastAsia="仿宋" w:hAnsi="仿宋"/>
          <w:sz w:val="32"/>
          <w:lang w:eastAsia="zh-CN"/>
        </w:rPr>
        <w:t>道非常道</w:t>
      </w:r>
      <w:proofErr w:type="gramEnd"/>
      <w:r>
        <w:rPr>
          <w:rFonts w:ascii="仿宋" w:eastAsia="仿宋" w:hAnsi="仿宋"/>
          <w:sz w:val="32"/>
          <w:lang w:eastAsia="zh-CN"/>
        </w:rPr>
        <w:t>。老子认为道是万物的一个根源，但不可言说。而且他还写到。道生</w:t>
      </w:r>
      <w:proofErr w:type="gramStart"/>
      <w:r>
        <w:rPr>
          <w:rFonts w:ascii="仿宋" w:eastAsia="仿宋" w:hAnsi="仿宋"/>
          <w:sz w:val="32"/>
          <w:lang w:eastAsia="zh-CN"/>
        </w:rPr>
        <w:t>一</w:t>
      </w:r>
      <w:proofErr w:type="gramEnd"/>
      <w:r>
        <w:rPr>
          <w:rFonts w:ascii="仿宋" w:eastAsia="仿宋" w:hAnsi="仿宋"/>
          <w:sz w:val="32"/>
          <w:lang w:eastAsia="zh-CN"/>
        </w:rPr>
        <w:t>，一生二，二生三，三生万物其实这也是在探讨万物的起源，老子有一个非常重要的说法，就是道法自然，主要是说这个道呢。</w:t>
      </w:r>
    </w:p>
    <w:p w14:paraId="10581901" w14:textId="77777777" w:rsidR="00E87C95" w:rsidRDefault="00000000">
      <w:pPr>
        <w:spacing w:after="0" w:line="579" w:lineRule="exact"/>
        <w:ind w:firstLine="640"/>
        <w:rPr>
          <w:lang w:eastAsia="zh-CN"/>
        </w:rPr>
      </w:pPr>
      <w:r>
        <w:rPr>
          <w:rFonts w:ascii="仿宋" w:eastAsia="仿宋" w:hAnsi="仿宋"/>
          <w:sz w:val="32"/>
          <w:lang w:eastAsia="zh-CN"/>
        </w:rPr>
        <w:t>呃，遵循呃，天地万物的这个活动的方式和法则，古人的生活呢，是日出而作。日落而息，那这就是遵循自然节奏的生活。万事万物都有一个度，如果超过这个度。就会造成</w:t>
      </w:r>
      <w:r>
        <w:rPr>
          <w:rFonts w:ascii="仿宋" w:eastAsia="仿宋" w:hAnsi="仿宋"/>
          <w:sz w:val="32"/>
          <w:lang w:eastAsia="zh-CN"/>
        </w:rPr>
        <w:lastRenderedPageBreak/>
        <w:t>破坏，造成生态的失衡。老子的思想中还充满着这个辩证思维，比如他所说的祸兮福之所倚，福兮祸之所伏，</w:t>
      </w:r>
    </w:p>
    <w:p w14:paraId="1EC3EEEB" w14:textId="77777777" w:rsidR="00E87C95" w:rsidRDefault="00000000">
      <w:pPr>
        <w:spacing w:after="0" w:line="579" w:lineRule="exact"/>
        <w:ind w:firstLine="640"/>
        <w:rPr>
          <w:lang w:eastAsia="zh-CN"/>
        </w:rPr>
      </w:pPr>
      <w:r>
        <w:rPr>
          <w:rFonts w:ascii="仿宋" w:eastAsia="仿宋" w:hAnsi="仿宋"/>
          <w:sz w:val="32"/>
          <w:lang w:eastAsia="zh-CN"/>
        </w:rPr>
        <w:t>那么老子呢？重视这种对立的转化，就是希望人们把握相互转化的这么一个深刻的含义。还有一点，老子啊，他特别赞美这个水的力量啊，老子说上善若水吧。天下莫柔弱于水，而攻坚强者莫之能胜的东西也不能改变，水不能战胜水，这是一个非常了不起的思想。他认为，柔韧是。是有力量的啊，他其实是以柔克刚，</w:t>
      </w:r>
    </w:p>
    <w:p w14:paraId="5DB15FA6" w14:textId="77777777" w:rsidR="00E87C95" w:rsidRDefault="00000000">
      <w:pPr>
        <w:spacing w:after="0" w:line="579" w:lineRule="exact"/>
        <w:ind w:firstLine="640"/>
        <w:rPr>
          <w:lang w:eastAsia="zh-CN"/>
        </w:rPr>
      </w:pPr>
      <w:r>
        <w:rPr>
          <w:rFonts w:ascii="仿宋" w:eastAsia="仿宋" w:hAnsi="仿宋"/>
          <w:sz w:val="32"/>
          <w:lang w:eastAsia="zh-CN"/>
        </w:rPr>
        <w:t>是以弱胜强。说的太好了，《道德经》流传如此之广，而且也产生非常大的影响，但我们在能看到的这个正史当中，关于老子的记载其实并不是很多。在司马迁作的《史记》呃，《老子韩非列传》当中，关于这个老子的这个记载啊，只有400多字，其开篇就写到老子者，</w:t>
      </w:r>
      <w:proofErr w:type="gramStart"/>
      <w:r>
        <w:rPr>
          <w:rFonts w:ascii="仿宋" w:eastAsia="仿宋" w:hAnsi="仿宋"/>
          <w:sz w:val="32"/>
          <w:lang w:eastAsia="zh-CN"/>
        </w:rPr>
        <w:t>楚苦县</w:t>
      </w:r>
      <w:proofErr w:type="gramEnd"/>
      <w:r>
        <w:rPr>
          <w:rFonts w:ascii="仿宋" w:eastAsia="仿宋" w:hAnsi="仿宋"/>
          <w:sz w:val="32"/>
          <w:lang w:eastAsia="zh-CN"/>
        </w:rPr>
        <w:t>厉乡曲仁里人也。姓李氏，名耳，字</w:t>
      </w:r>
      <w:proofErr w:type="gramStart"/>
      <w:r>
        <w:rPr>
          <w:rFonts w:ascii="仿宋" w:eastAsia="仿宋" w:hAnsi="仿宋"/>
          <w:sz w:val="32"/>
          <w:lang w:eastAsia="zh-CN"/>
        </w:rPr>
        <w:t>聃</w:t>
      </w:r>
      <w:proofErr w:type="gramEnd"/>
      <w:r>
        <w:rPr>
          <w:rFonts w:ascii="仿宋" w:eastAsia="仿宋" w:hAnsi="仿宋"/>
          <w:sz w:val="32"/>
          <w:lang w:eastAsia="zh-CN"/>
        </w:rPr>
        <w:t>，周守藏室之史也。</w:t>
      </w:r>
    </w:p>
    <w:p w14:paraId="78AF3892" w14:textId="77777777" w:rsidR="00E87C95" w:rsidRDefault="00000000">
      <w:pPr>
        <w:spacing w:after="0" w:line="579" w:lineRule="exact"/>
        <w:ind w:firstLine="640"/>
        <w:rPr>
          <w:lang w:eastAsia="zh-CN"/>
        </w:rPr>
      </w:pPr>
      <w:r>
        <w:rPr>
          <w:rFonts w:ascii="仿宋" w:eastAsia="仿宋" w:hAnsi="仿宋"/>
          <w:sz w:val="32"/>
          <w:lang w:eastAsia="zh-CN"/>
        </w:rPr>
        <w:t>历史上则称他为老子或老聃。《史记》呢？对老子呢？主要记载了有两件事，一个是呢，就是孔子问李于老子，另外一个呢，就是老子欲出关，关令尹喜，留老子呃，著书上下</w:t>
      </w:r>
      <w:proofErr w:type="gramStart"/>
      <w:r>
        <w:rPr>
          <w:rFonts w:ascii="仿宋" w:eastAsia="仿宋" w:hAnsi="仿宋"/>
          <w:sz w:val="32"/>
          <w:lang w:eastAsia="zh-CN"/>
        </w:rPr>
        <w:t>篇原道德</w:t>
      </w:r>
      <w:proofErr w:type="gramEnd"/>
      <w:r>
        <w:rPr>
          <w:rFonts w:ascii="仿宋" w:eastAsia="仿宋" w:hAnsi="仿宋"/>
          <w:sz w:val="32"/>
          <w:lang w:eastAsia="zh-CN"/>
        </w:rPr>
        <w:t>之意5000余言。守藏室之史是干什么的？那如果按现在的说法，那叫国家图书馆馆长哦。</w:t>
      </w:r>
    </w:p>
    <w:p w14:paraId="751A2E00" w14:textId="77777777" w:rsidR="00E87C95" w:rsidRDefault="00000000">
      <w:pPr>
        <w:spacing w:after="0" w:line="579" w:lineRule="exact"/>
        <w:ind w:firstLine="640"/>
        <w:rPr>
          <w:lang w:eastAsia="zh-CN"/>
        </w:rPr>
      </w:pPr>
      <w:r>
        <w:rPr>
          <w:rFonts w:ascii="仿宋" w:eastAsia="仿宋" w:hAnsi="仿宋"/>
          <w:sz w:val="32"/>
          <w:lang w:eastAsia="zh-CN"/>
        </w:rPr>
        <w:t>而且呢，当时哈，国家图书馆在周的都城嘛，所以孔子问李渔，老子到那儿拜访他。孔子对老子的评价是什么呢？老子犹龙也，他是龙一样是变化莫测的，可以看出老子对孔</w:t>
      </w:r>
      <w:r>
        <w:rPr>
          <w:rFonts w:ascii="仿宋" w:eastAsia="仿宋" w:hAnsi="仿宋"/>
          <w:sz w:val="32"/>
          <w:lang w:eastAsia="zh-CN"/>
        </w:rPr>
        <w:lastRenderedPageBreak/>
        <w:t>子的影响。诗集中的记载是说，老子呢？</w:t>
      </w:r>
      <w:proofErr w:type="gramStart"/>
      <w:r>
        <w:rPr>
          <w:rFonts w:ascii="仿宋" w:eastAsia="仿宋" w:hAnsi="仿宋"/>
          <w:sz w:val="32"/>
          <w:lang w:eastAsia="zh-CN"/>
        </w:rPr>
        <w:t>举舟九</w:t>
      </w:r>
      <w:proofErr w:type="gramEnd"/>
      <w:r>
        <w:rPr>
          <w:rFonts w:ascii="仿宋" w:eastAsia="仿宋" w:hAnsi="仿宋"/>
          <w:sz w:val="32"/>
          <w:lang w:eastAsia="zh-CN"/>
        </w:rPr>
        <w:t>之见，周</w:t>
      </w:r>
      <w:proofErr w:type="gramStart"/>
      <w:r>
        <w:rPr>
          <w:rFonts w:ascii="仿宋" w:eastAsia="仿宋" w:hAnsi="仿宋"/>
          <w:sz w:val="32"/>
          <w:lang w:eastAsia="zh-CN"/>
        </w:rPr>
        <w:t>之衰乃遂</w:t>
      </w:r>
      <w:proofErr w:type="gramEnd"/>
      <w:r>
        <w:rPr>
          <w:rFonts w:ascii="仿宋" w:eastAsia="仿宋" w:hAnsi="仿宋"/>
          <w:sz w:val="32"/>
          <w:lang w:eastAsia="zh-CN"/>
        </w:rPr>
        <w:t>去。老子看到这个周王朝的日去衰落。呃，</w:t>
      </w:r>
    </w:p>
    <w:p w14:paraId="0863A4AC" w14:textId="77777777" w:rsidR="00E87C95" w:rsidRDefault="00000000">
      <w:pPr>
        <w:spacing w:after="0" w:line="579" w:lineRule="exact"/>
        <w:ind w:firstLine="640"/>
        <w:rPr>
          <w:lang w:eastAsia="zh-CN"/>
        </w:rPr>
      </w:pPr>
      <w:r>
        <w:rPr>
          <w:rFonts w:ascii="仿宋" w:eastAsia="仿宋" w:hAnsi="仿宋"/>
          <w:sz w:val="32"/>
          <w:lang w:eastAsia="zh-CN"/>
        </w:rPr>
        <w:t>但是呢，又无能为力，那么这种情况下呢，他就辞去了守藏室之师的这样的一个职务。2500多年后的我们，能够看到老子这样超凡的思想和智慧，其实要感谢一个人，就是尹喜没错儿。尹喜同函谷关往东望过去，发现有紫气东来。意味着什么？有大人物要过关了，然后他就在那儿迎接着这个大人物是谁的？是老子尹喜就把老子留下来跟他讲，我知道你要去隐居了。</w:t>
      </w:r>
    </w:p>
    <w:p w14:paraId="71B118E6" w14:textId="77777777" w:rsidR="00E87C95" w:rsidRDefault="00000000">
      <w:pPr>
        <w:spacing w:after="0" w:line="579" w:lineRule="exact"/>
        <w:ind w:firstLine="640"/>
        <w:rPr>
          <w:lang w:eastAsia="zh-CN"/>
        </w:rPr>
      </w:pPr>
      <w:r>
        <w:rPr>
          <w:rFonts w:ascii="仿宋" w:eastAsia="仿宋" w:hAnsi="仿宋"/>
          <w:sz w:val="32"/>
          <w:lang w:eastAsia="zh-CN"/>
        </w:rPr>
        <w:t>但是希望你能勉励为我们著一本书，哎，这就是我们现在讲的紫气东来。后世呢，也有称那个尹喜叫这个关尹的。《汉书·艺文志》就有记载说老子过关。喜去吏而从之。也就是说，尹喜也辞去了边关的职务，追随老子而去。谢谢三位老师带我们识读了《道德经》，那么今天在《典籍里的中国》的舞台上将会怎样演绎？《道德经》背后的故事呢？我们先去</w:t>
      </w:r>
      <w:proofErr w:type="gramStart"/>
      <w:r>
        <w:rPr>
          <w:rFonts w:ascii="仿宋" w:eastAsia="仿宋" w:hAnsi="仿宋"/>
          <w:sz w:val="32"/>
          <w:lang w:eastAsia="zh-CN"/>
        </w:rPr>
        <w:t>典读会</w:t>
      </w:r>
      <w:proofErr w:type="gramEnd"/>
      <w:r>
        <w:rPr>
          <w:rFonts w:ascii="仿宋" w:eastAsia="仿宋" w:hAnsi="仿宋"/>
          <w:sz w:val="32"/>
          <w:lang w:eastAsia="zh-CN"/>
        </w:rPr>
        <w:t>，看看主创人员们是如何识读《道德经》。</w:t>
      </w:r>
    </w:p>
    <w:p w14:paraId="32151529" w14:textId="77777777" w:rsidR="00E87C95" w:rsidRDefault="00000000">
      <w:pPr>
        <w:spacing w:after="0" w:line="579" w:lineRule="exact"/>
        <w:ind w:firstLine="640"/>
        <w:rPr>
          <w:lang w:eastAsia="zh-CN"/>
        </w:rPr>
      </w:pPr>
      <w:r>
        <w:rPr>
          <w:rFonts w:ascii="仿宋" w:eastAsia="仿宋" w:hAnsi="仿宋"/>
          <w:sz w:val="32"/>
          <w:lang w:eastAsia="zh-CN"/>
        </w:rPr>
        <w:t>欢迎大家来到《典籍里的中国》，我是中国国家画剧院院长田沁鑫，也是节目的艺术总监。这一期，我们将要演绎《道德经》，大家先做个自我介绍。我是王庆祥，在戏剧中。饰演老年老子。我是演员张桐，在戏剧中扮演的是中青年阶段的老子，我是王志刚。在戏剧中饰演尹喜。我是《典籍里的中国》总编剧张昆鹏，谢谢大家。</w:t>
      </w:r>
    </w:p>
    <w:p w14:paraId="6DD9850E" w14:textId="77777777" w:rsidR="00E87C95" w:rsidRDefault="00000000">
      <w:pPr>
        <w:spacing w:after="0" w:line="579" w:lineRule="exact"/>
        <w:ind w:firstLine="640"/>
        <w:rPr>
          <w:lang w:eastAsia="zh-CN"/>
        </w:rPr>
      </w:pPr>
      <w:r>
        <w:rPr>
          <w:rFonts w:ascii="仿宋" w:eastAsia="仿宋" w:hAnsi="仿宋"/>
          <w:sz w:val="32"/>
          <w:lang w:eastAsia="zh-CN"/>
        </w:rPr>
        <w:lastRenderedPageBreak/>
        <w:t>《道德经》的作者，老子被奉为中国哲学的开山祖。这次戏剧中，我们邀请了王庆祥老师</w:t>
      </w:r>
      <w:proofErr w:type="gramStart"/>
      <w:r>
        <w:rPr>
          <w:rFonts w:ascii="仿宋" w:eastAsia="仿宋" w:hAnsi="仿宋"/>
          <w:sz w:val="32"/>
          <w:lang w:eastAsia="zh-CN"/>
        </w:rPr>
        <w:t>和</w:t>
      </w:r>
      <w:proofErr w:type="gramEnd"/>
      <w:r>
        <w:rPr>
          <w:rFonts w:ascii="仿宋" w:eastAsia="仿宋" w:hAnsi="仿宋"/>
          <w:sz w:val="32"/>
          <w:lang w:eastAsia="zh-CN"/>
        </w:rPr>
        <w:t>。张桐老师分别扮演老子的老年阶段和中青年阶段。老子他在年幼的时候就总爱问各种各样的知识和问题，到了中青年阶段的</w:t>
      </w:r>
      <w:proofErr w:type="gramStart"/>
      <w:r>
        <w:rPr>
          <w:rFonts w:ascii="仿宋" w:eastAsia="仿宋" w:hAnsi="仿宋"/>
          <w:sz w:val="32"/>
          <w:lang w:eastAsia="zh-CN"/>
        </w:rPr>
        <w:t>时候入守藏室</w:t>
      </w:r>
      <w:proofErr w:type="gramEnd"/>
      <w:r>
        <w:rPr>
          <w:rFonts w:ascii="仿宋" w:eastAsia="仿宋" w:hAnsi="仿宋"/>
          <w:sz w:val="32"/>
          <w:lang w:eastAsia="zh-CN"/>
        </w:rPr>
        <w:t>。求书若渴，这次我扮演中青年阶段的老子，我是特别荣幸的。老子中年之后的那些思想啊。让我觉得呢，他真的是个有大智慧，大胸襟的思想家。哲学家。</w:t>
      </w:r>
    </w:p>
    <w:p w14:paraId="4CD26F02" w14:textId="77777777" w:rsidR="00E87C95" w:rsidRDefault="00000000">
      <w:pPr>
        <w:spacing w:after="0" w:line="579" w:lineRule="exact"/>
        <w:ind w:firstLine="640"/>
        <w:rPr>
          <w:lang w:eastAsia="zh-CN"/>
        </w:rPr>
      </w:pPr>
      <w:r>
        <w:rPr>
          <w:rFonts w:ascii="仿宋" w:eastAsia="仿宋" w:hAnsi="仿宋"/>
          <w:sz w:val="32"/>
          <w:lang w:eastAsia="zh-CN"/>
        </w:rPr>
        <w:t>这样的思想高度呢，使得孔子呃也特意来向他求道。2500多年前呢，老子的道法自然和上善若水的这个思想深度。确实是让我们赞叹在总导演的带领下，我们选择了把老子在守藏之事。期间的经历作为核心场景，展现了老子求道，悟道，传道的一生，以此来致敬伟大的哲学家。致敬伟大的东方智慧。老子能成功悟到和水有着很大的关系，《道德经》中有两句话正是体现着老子。以水御道的智慧，</w:t>
      </w:r>
    </w:p>
    <w:p w14:paraId="3FF9828F" w14:textId="77777777" w:rsidR="00E87C95" w:rsidRDefault="00000000">
      <w:pPr>
        <w:spacing w:after="0" w:line="579" w:lineRule="exact"/>
        <w:ind w:firstLine="640"/>
        <w:rPr>
          <w:lang w:eastAsia="zh-CN"/>
        </w:rPr>
      </w:pPr>
      <w:r>
        <w:rPr>
          <w:rFonts w:ascii="仿宋" w:eastAsia="仿宋" w:hAnsi="仿宋"/>
          <w:sz w:val="32"/>
          <w:lang w:eastAsia="zh-CN"/>
        </w:rPr>
        <w:t>我们请饰演老子的两位演员来诵读一下。上善若水，水善利万物而不争。希望尽我所能吧，带来一次完美的演绎。希望可以和王庆祥老师一起演绎好我们的圣贤老子，让更多人了解老子的人生智慧。尹喜大人，尹喜大人。尹喜大人老聃先生所著的道德之意玄妙异常，道可</w:t>
      </w:r>
      <w:proofErr w:type="gramStart"/>
      <w:r>
        <w:rPr>
          <w:rFonts w:ascii="仿宋" w:eastAsia="仿宋" w:hAnsi="仿宋"/>
          <w:sz w:val="32"/>
          <w:lang w:eastAsia="zh-CN"/>
        </w:rPr>
        <w:t>道非常道</w:t>
      </w:r>
      <w:proofErr w:type="gramEnd"/>
      <w:r>
        <w:rPr>
          <w:rFonts w:ascii="仿宋" w:eastAsia="仿宋" w:hAnsi="仿宋"/>
          <w:sz w:val="32"/>
          <w:lang w:eastAsia="zh-CN"/>
        </w:rPr>
        <w:t>。名可名，非常名。道生</w:t>
      </w:r>
      <w:proofErr w:type="gramStart"/>
      <w:r>
        <w:rPr>
          <w:rFonts w:ascii="仿宋" w:eastAsia="仿宋" w:hAnsi="仿宋"/>
          <w:sz w:val="32"/>
          <w:lang w:eastAsia="zh-CN"/>
        </w:rPr>
        <w:t>一</w:t>
      </w:r>
      <w:proofErr w:type="gramEnd"/>
      <w:r>
        <w:rPr>
          <w:rFonts w:ascii="仿宋" w:eastAsia="仿宋" w:hAnsi="仿宋"/>
          <w:sz w:val="32"/>
          <w:lang w:eastAsia="zh-CN"/>
        </w:rPr>
        <w:t>一生二二生三三生，</w:t>
      </w:r>
    </w:p>
    <w:p w14:paraId="621271D4" w14:textId="77777777" w:rsidR="00E87C95" w:rsidRDefault="00000000">
      <w:pPr>
        <w:spacing w:after="0" w:line="579" w:lineRule="exact"/>
        <w:ind w:firstLine="640"/>
        <w:rPr>
          <w:lang w:eastAsia="zh-CN"/>
        </w:rPr>
      </w:pPr>
      <w:r>
        <w:rPr>
          <w:rFonts w:ascii="仿宋" w:eastAsia="仿宋" w:hAnsi="仿宋"/>
          <w:sz w:val="32"/>
          <w:lang w:eastAsia="zh-CN"/>
        </w:rPr>
        <w:t>万物人法地</w:t>
      </w:r>
      <w:proofErr w:type="gramStart"/>
      <w:r>
        <w:rPr>
          <w:rFonts w:ascii="仿宋" w:eastAsia="仿宋" w:hAnsi="仿宋"/>
          <w:sz w:val="32"/>
          <w:lang w:eastAsia="zh-CN"/>
        </w:rPr>
        <w:t>地</w:t>
      </w:r>
      <w:proofErr w:type="gramEnd"/>
      <w:r>
        <w:rPr>
          <w:rFonts w:ascii="仿宋" w:eastAsia="仿宋" w:hAnsi="仿宋"/>
          <w:sz w:val="32"/>
          <w:lang w:eastAsia="zh-CN"/>
        </w:rPr>
        <w:t>法天。天法道，道法自然上善，若水</w:t>
      </w:r>
      <w:proofErr w:type="gramStart"/>
      <w:r>
        <w:rPr>
          <w:rFonts w:ascii="仿宋" w:eastAsia="仿宋" w:hAnsi="仿宋"/>
          <w:sz w:val="32"/>
          <w:lang w:eastAsia="zh-CN"/>
        </w:rPr>
        <w:t>水</w:t>
      </w:r>
      <w:proofErr w:type="gramEnd"/>
      <w:r>
        <w:rPr>
          <w:rFonts w:ascii="仿宋" w:eastAsia="仿宋" w:hAnsi="仿宋"/>
          <w:sz w:val="32"/>
          <w:lang w:eastAsia="zh-CN"/>
        </w:rPr>
        <w:t>善利，万物而不争，大方无隅，大器晚成，大音希声。大象无</w:t>
      </w:r>
      <w:r>
        <w:rPr>
          <w:rFonts w:ascii="仿宋" w:eastAsia="仿宋" w:hAnsi="仿宋"/>
          <w:sz w:val="32"/>
          <w:lang w:eastAsia="zh-CN"/>
        </w:rPr>
        <w:lastRenderedPageBreak/>
        <w:t>形读不懂，但就是觉得好。哎，尹喜大人啊，要不然您给我们讲一讲？对呀，我</w:t>
      </w:r>
      <w:proofErr w:type="gramStart"/>
      <w:r>
        <w:rPr>
          <w:rFonts w:ascii="仿宋" w:eastAsia="仿宋" w:hAnsi="仿宋"/>
          <w:sz w:val="32"/>
          <w:lang w:eastAsia="zh-CN"/>
        </w:rPr>
        <w:t>也半懂非</w:t>
      </w:r>
      <w:proofErr w:type="gramEnd"/>
      <w:r>
        <w:rPr>
          <w:rFonts w:ascii="仿宋" w:eastAsia="仿宋" w:hAnsi="仿宋"/>
          <w:sz w:val="32"/>
          <w:lang w:eastAsia="zh-CN"/>
        </w:rPr>
        <w:t>懂，</w:t>
      </w:r>
    </w:p>
    <w:p w14:paraId="78A5AF99" w14:textId="77777777" w:rsidR="00E87C95" w:rsidRDefault="00000000">
      <w:pPr>
        <w:spacing w:after="0" w:line="579" w:lineRule="exact"/>
        <w:ind w:firstLine="640"/>
        <w:rPr>
          <w:lang w:eastAsia="zh-CN"/>
        </w:rPr>
      </w:pPr>
      <w:r>
        <w:rPr>
          <w:rFonts w:ascii="仿宋" w:eastAsia="仿宋" w:hAnsi="仿宋"/>
          <w:sz w:val="32"/>
          <w:lang w:eastAsia="zh-CN"/>
        </w:rPr>
        <w:t>正想向先生请教呢。那咱们进去吧，不能进去，先生正在写。写到哪了是啊？来，你们看。天之道，损有余而补不足；人之道则不然，损不足以奉有余。孰能有余以奉天下？唯有道者。写完了。写完了。</w:t>
      </w:r>
    </w:p>
    <w:p w14:paraId="074E7BC5" w14:textId="77777777" w:rsidR="00E87C95" w:rsidRDefault="00000000">
      <w:pPr>
        <w:spacing w:after="0" w:line="579" w:lineRule="exact"/>
        <w:ind w:firstLine="640"/>
        <w:rPr>
          <w:lang w:eastAsia="zh-CN"/>
        </w:rPr>
      </w:pPr>
      <w:r>
        <w:rPr>
          <w:rFonts w:ascii="仿宋" w:eastAsia="仿宋" w:hAnsi="仿宋"/>
          <w:sz w:val="32"/>
          <w:lang w:eastAsia="zh-CN"/>
        </w:rPr>
        <w:t>写完了，先生写完了。好。春秋时期，经历了王子朝之乱的老子，见证了周王朝的没落。他离开生活了数十年的都城洛邑，西行至函谷关。关令尹喜向老子问道。于是老子乃著书上下篇言，道德之意共5000余字。这就是我们后世看到的。《道德经》。大人共5000余字，太好了。</w:t>
      </w:r>
    </w:p>
    <w:p w14:paraId="68EED95B" w14:textId="77777777" w:rsidR="00E87C95" w:rsidRDefault="00000000">
      <w:pPr>
        <w:spacing w:after="0" w:line="579" w:lineRule="exact"/>
        <w:ind w:firstLine="640"/>
        <w:rPr>
          <w:lang w:eastAsia="zh-CN"/>
        </w:rPr>
      </w:pPr>
      <w:r>
        <w:rPr>
          <w:rFonts w:ascii="仿宋" w:eastAsia="仿宋" w:hAnsi="仿宋"/>
          <w:sz w:val="32"/>
          <w:lang w:eastAsia="zh-CN"/>
        </w:rPr>
        <w:t>大家各司其职，我去向先生请教。遵命！谢先生为世人留下道德之义5000余言。做吧。先生所写5000预言包含天地万物法则，爱民治国之道。学生读后感觉高妙玄奥，恳请先生为我讲解。晚辈也想向先生求教，恳请先生讲解《道德经》。你是谁？何为《道德经》晚辈？撒贝宁是来自2500多年之后的一个读书人。先生所书道德之义，</w:t>
      </w:r>
    </w:p>
    <w:p w14:paraId="2E155904" w14:textId="77777777" w:rsidR="00E87C95" w:rsidRDefault="00000000">
      <w:pPr>
        <w:spacing w:after="0" w:line="579" w:lineRule="exact"/>
        <w:ind w:firstLine="640"/>
        <w:rPr>
          <w:lang w:eastAsia="zh-CN"/>
        </w:rPr>
      </w:pPr>
      <w:r>
        <w:rPr>
          <w:rFonts w:ascii="仿宋" w:eastAsia="仿宋" w:hAnsi="仿宋"/>
          <w:sz w:val="32"/>
          <w:lang w:eastAsia="zh-CN"/>
        </w:rPr>
        <w:t>后世称为道德。经被奉为典籍，2500多年后，正是。呵呵。晚辈见过先生。那我问你2500多年以后。是个什么样？正如先生在《道德经》里所说。甘其食，美其服，安其居，乐其俗，我没读过这几句啊有。我刚写的就在你手上呢。</w:t>
      </w:r>
    </w:p>
    <w:p w14:paraId="0404C9F2" w14:textId="77777777" w:rsidR="00E87C95" w:rsidRDefault="00000000">
      <w:pPr>
        <w:spacing w:after="0" w:line="579" w:lineRule="exact"/>
        <w:ind w:firstLine="640"/>
        <w:rPr>
          <w:lang w:eastAsia="zh-CN"/>
        </w:rPr>
      </w:pPr>
      <w:r>
        <w:rPr>
          <w:rFonts w:ascii="仿宋" w:eastAsia="仿宋" w:hAnsi="仿宋"/>
          <w:sz w:val="32"/>
          <w:lang w:eastAsia="zh-CN"/>
        </w:rPr>
        <w:lastRenderedPageBreak/>
        <w:t>果然有，你怎么知道先生刚刚写的话？他说，他来自2500多年后。应当是真的。如此说来，我这5000余言传下去了，不只是传下去了。而且是流传甚广。您的《道德经》和《诗》《书》《易》等同被奉为典籍。影响了华夏文明2000多年呐。而且您也被奉为中国哲学开山之祖。何为哲学。哲人究天地，万物之本源于法则。</w:t>
      </w:r>
    </w:p>
    <w:p w14:paraId="46C3F413" w14:textId="77777777" w:rsidR="00E87C95" w:rsidRDefault="00000000">
      <w:pPr>
        <w:spacing w:after="0" w:line="579" w:lineRule="exact"/>
        <w:ind w:firstLine="640"/>
        <w:rPr>
          <w:lang w:eastAsia="zh-CN"/>
        </w:rPr>
      </w:pPr>
      <w:r>
        <w:rPr>
          <w:rFonts w:ascii="仿宋" w:eastAsia="仿宋" w:hAnsi="仿宋"/>
          <w:sz w:val="32"/>
          <w:lang w:eastAsia="zh-CN"/>
        </w:rPr>
        <w:t>这门学问后世称为哲学。如此说来。这5000余言算得上哲学，那当然，恳请先生教授</w:t>
      </w:r>
      <w:proofErr w:type="gramStart"/>
      <w:r>
        <w:rPr>
          <w:rFonts w:ascii="仿宋" w:eastAsia="仿宋" w:hAnsi="仿宋"/>
          <w:sz w:val="32"/>
          <w:lang w:eastAsia="zh-CN"/>
        </w:rPr>
        <w:t>我道德</w:t>
      </w:r>
      <w:proofErr w:type="gramEnd"/>
      <w:r>
        <w:rPr>
          <w:rFonts w:ascii="仿宋" w:eastAsia="仿宋" w:hAnsi="仿宋"/>
          <w:sz w:val="32"/>
          <w:lang w:eastAsia="zh-CN"/>
        </w:rPr>
        <w:t>之意。晚辈。也想向先生请教，何谓道？</w:t>
      </w:r>
      <w:proofErr w:type="gramStart"/>
      <w:r>
        <w:rPr>
          <w:rFonts w:ascii="仿宋" w:eastAsia="仿宋" w:hAnsi="仿宋"/>
          <w:sz w:val="32"/>
          <w:lang w:eastAsia="zh-CN"/>
        </w:rPr>
        <w:t>撒君安坐</w:t>
      </w:r>
      <w:proofErr w:type="gramEnd"/>
      <w:r>
        <w:rPr>
          <w:rFonts w:ascii="仿宋" w:eastAsia="仿宋" w:hAnsi="仿宋"/>
          <w:sz w:val="32"/>
          <w:lang w:eastAsia="zh-CN"/>
        </w:rPr>
        <w:t>谢先生。道可道，非常道。有物混成，先天地生。它听不见，也看不见，</w:t>
      </w:r>
    </w:p>
    <w:p w14:paraId="6677485A" w14:textId="77777777" w:rsidR="00E87C95" w:rsidRDefault="00000000">
      <w:pPr>
        <w:spacing w:after="0" w:line="579" w:lineRule="exact"/>
        <w:ind w:firstLine="640"/>
        <w:rPr>
          <w:lang w:eastAsia="zh-CN"/>
        </w:rPr>
      </w:pPr>
      <w:r>
        <w:rPr>
          <w:rFonts w:ascii="仿宋" w:eastAsia="仿宋" w:hAnsi="仿宋"/>
          <w:sz w:val="32"/>
          <w:lang w:eastAsia="zh-CN"/>
        </w:rPr>
        <w:t>却永不休止，生生不息。为天地万物的根源。没有人知道他的名字。我勉强为它命名，叫做道。学生请教。如何才能感知道的存在？道无处不在。万物由它生成，依赖它成长。我们生于道之中，从无中可以关照道的奥妙，从有中可以关照。道德端倪。</w:t>
      </w:r>
    </w:p>
    <w:p w14:paraId="091FA188" w14:textId="77777777" w:rsidR="00E87C95" w:rsidRDefault="00000000">
      <w:pPr>
        <w:spacing w:after="0" w:line="579" w:lineRule="exact"/>
        <w:ind w:firstLine="640"/>
        <w:rPr>
          <w:lang w:eastAsia="zh-CN"/>
        </w:rPr>
      </w:pPr>
      <w:r>
        <w:rPr>
          <w:rFonts w:ascii="仿宋" w:eastAsia="仿宋" w:hAnsi="仿宋"/>
          <w:sz w:val="32"/>
          <w:lang w:eastAsia="zh-CN"/>
        </w:rPr>
        <w:t>拜见商容先生。拜见先生。走。商容先生，我子李耳已到了该学习的年纪，可送到其他先生那里。均不肯收他呀。为何这孩子总爱问一些怪问题？哦。小鱼儿啊。你都问了些什么怪问题啊，我总在想。为什么太阳每天从东边升起，西边落下，西边每天落下一个太阳要存放多少个太阳？</w:t>
      </w:r>
    </w:p>
    <w:p w14:paraId="1D84830C" w14:textId="77777777" w:rsidR="00E87C95" w:rsidRDefault="00000000">
      <w:pPr>
        <w:spacing w:after="0" w:line="579" w:lineRule="exact"/>
        <w:ind w:firstLine="640"/>
        <w:rPr>
          <w:lang w:eastAsia="zh-CN"/>
        </w:rPr>
      </w:pPr>
      <w:r>
        <w:rPr>
          <w:rFonts w:ascii="仿宋" w:eastAsia="仿宋" w:hAnsi="仿宋"/>
          <w:sz w:val="32"/>
          <w:lang w:eastAsia="zh-CN"/>
        </w:rPr>
        <w:t>东边每天升起一个，还有多少个太阳把它升起来，第二不得无礼。他问的很有道理，继续问。天上有川德火海吗？</w:t>
      </w:r>
      <w:r>
        <w:rPr>
          <w:rFonts w:ascii="仿宋" w:eastAsia="仿宋" w:hAnsi="仿宋"/>
          <w:sz w:val="32"/>
          <w:lang w:eastAsia="zh-CN"/>
        </w:rPr>
        <w:lastRenderedPageBreak/>
        <w:t>没有，那雨水从哪里来？从云朵来，云朵从哪里来？这个我也不知道。先生见谅。继续问雨落为水，水为什么流向低处，水入百川。</w:t>
      </w:r>
    </w:p>
    <w:p w14:paraId="7FA43660" w14:textId="77777777" w:rsidR="00E87C95" w:rsidRDefault="00000000">
      <w:pPr>
        <w:spacing w:after="0" w:line="579" w:lineRule="exact"/>
        <w:ind w:firstLine="640"/>
        <w:rPr>
          <w:lang w:eastAsia="zh-CN"/>
        </w:rPr>
      </w:pPr>
      <w:r>
        <w:rPr>
          <w:rFonts w:ascii="仿宋" w:eastAsia="仿宋" w:hAnsi="仿宋"/>
          <w:sz w:val="32"/>
          <w:lang w:eastAsia="zh-CN"/>
        </w:rPr>
        <w:t>百川归海。因为海在最低处。海是什么？海就是最广大的水。嗯。海是最聪明的水。为什么？因为他知道手在最低的地方不是长得最大。</w:t>
      </w:r>
      <w:proofErr w:type="gramStart"/>
      <w:r>
        <w:rPr>
          <w:rFonts w:ascii="仿宋" w:eastAsia="仿宋" w:hAnsi="仿宋"/>
          <w:sz w:val="32"/>
          <w:lang w:eastAsia="zh-CN"/>
        </w:rPr>
        <w:t>哦啊哈哈哈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。来看。你看到了什么？水。嗯，退后一点。</w:t>
      </w:r>
    </w:p>
    <w:p w14:paraId="59C70AF7" w14:textId="77777777" w:rsidR="00E87C95" w:rsidRDefault="00000000">
      <w:pPr>
        <w:spacing w:after="0" w:line="579" w:lineRule="exact"/>
        <w:ind w:firstLine="640"/>
        <w:rPr>
          <w:lang w:eastAsia="zh-CN"/>
        </w:rPr>
      </w:pPr>
      <w:r>
        <w:rPr>
          <w:rFonts w:ascii="仿宋" w:eastAsia="仿宋" w:hAnsi="仿宋"/>
          <w:sz w:val="32"/>
          <w:lang w:eastAsia="zh-CN"/>
        </w:rPr>
        <w:t>你看到了什么瓦盆？再退后一年。你看到了什么盛满水的瓦盆置于按基之上？你悟到了什么？悟到了，站得越远。看到的东西就越多，想要看清所有东西要先往后退。哦。此子真乃天生慧根呐。商容先生，这么说，您愿意收下他了？</w:t>
      </w:r>
      <w:proofErr w:type="gramStart"/>
      <w:r>
        <w:rPr>
          <w:rFonts w:ascii="仿宋" w:eastAsia="仿宋" w:hAnsi="仿宋"/>
          <w:sz w:val="32"/>
          <w:lang w:eastAsia="zh-CN"/>
        </w:rPr>
        <w:t>收当然</w:t>
      </w:r>
      <w:proofErr w:type="gramEnd"/>
      <w:r>
        <w:rPr>
          <w:rFonts w:ascii="仿宋" w:eastAsia="仿宋" w:hAnsi="仿宋"/>
          <w:sz w:val="32"/>
          <w:lang w:eastAsia="zh-CN"/>
        </w:rPr>
        <w:t>要收小小年纪。竟能问出有关天道的问题。</w:t>
      </w:r>
    </w:p>
    <w:p w14:paraId="43FC9CF1" w14:textId="77777777" w:rsidR="00E87C95" w:rsidRDefault="00000000">
      <w:pPr>
        <w:spacing w:after="0" w:line="579" w:lineRule="exact"/>
        <w:ind w:firstLine="640"/>
        <w:rPr>
          <w:lang w:eastAsia="zh-CN"/>
        </w:rPr>
      </w:pPr>
      <w:r>
        <w:rPr>
          <w:rFonts w:ascii="仿宋" w:eastAsia="仿宋" w:hAnsi="仿宋"/>
          <w:sz w:val="32"/>
          <w:lang w:eastAsia="zh-CN"/>
        </w:rPr>
        <w:t>小耳啊，你可真是老天赐给我最好的弟子啊。谢先生。起来走到我的身边来。啊。这不是在我幼年时。</w:t>
      </w:r>
      <w:proofErr w:type="gramStart"/>
      <w:r>
        <w:rPr>
          <w:rFonts w:ascii="仿宋" w:eastAsia="仿宋" w:hAnsi="仿宋"/>
          <w:sz w:val="32"/>
          <w:lang w:eastAsia="zh-CN"/>
        </w:rPr>
        <w:t>得育商容</w:t>
      </w:r>
      <w:proofErr w:type="gramEnd"/>
      <w:r>
        <w:rPr>
          <w:rFonts w:ascii="仿宋" w:eastAsia="仿宋" w:hAnsi="仿宋"/>
          <w:sz w:val="32"/>
          <w:lang w:eastAsia="zh-CN"/>
        </w:rPr>
        <w:t>先生。或许我也不会继续对天道的追寻。在后世，教育者有这样一个词儿，</w:t>
      </w:r>
      <w:proofErr w:type="gramStart"/>
      <w:r>
        <w:rPr>
          <w:rFonts w:ascii="仿宋" w:eastAsia="仿宋" w:hAnsi="仿宋"/>
          <w:sz w:val="32"/>
          <w:lang w:eastAsia="zh-CN"/>
        </w:rPr>
        <w:t>叫保护</w:t>
      </w:r>
      <w:proofErr w:type="gramEnd"/>
      <w:r>
        <w:rPr>
          <w:rFonts w:ascii="仿宋" w:eastAsia="仿宋" w:hAnsi="仿宋"/>
          <w:sz w:val="32"/>
          <w:lang w:eastAsia="zh-CN"/>
        </w:rPr>
        <w:t>天真。也不是人人都能做到保护天真的。后来我在文学里。就成了问题先生。呵呵</w:t>
      </w:r>
      <w:proofErr w:type="gramStart"/>
      <w:r>
        <w:rPr>
          <w:rFonts w:ascii="仿宋" w:eastAsia="仿宋" w:hAnsi="仿宋"/>
          <w:sz w:val="32"/>
          <w:lang w:eastAsia="zh-CN"/>
        </w:rPr>
        <w:t>呵</w:t>
      </w:r>
      <w:proofErr w:type="gramEnd"/>
      <w:r>
        <w:rPr>
          <w:rFonts w:ascii="仿宋" w:eastAsia="仿宋" w:hAnsi="仿宋"/>
          <w:sz w:val="32"/>
          <w:lang w:eastAsia="zh-CN"/>
        </w:rPr>
        <w:t>。</w:t>
      </w:r>
    </w:p>
    <w:p w14:paraId="4D1DA304" w14:textId="77777777" w:rsidR="00E87C95" w:rsidRDefault="00000000">
      <w:pPr>
        <w:spacing w:after="0" w:line="579" w:lineRule="exact"/>
        <w:ind w:firstLine="640"/>
        <w:rPr>
          <w:lang w:eastAsia="zh-CN"/>
        </w:rPr>
      </w:pPr>
      <w:r>
        <w:rPr>
          <w:rFonts w:ascii="仿宋" w:eastAsia="仿宋" w:hAnsi="仿宋"/>
          <w:sz w:val="32"/>
          <w:lang w:eastAsia="zh-CN"/>
        </w:rPr>
        <w:t>啊你</w:t>
      </w:r>
      <w:proofErr w:type="gramStart"/>
      <w:r>
        <w:rPr>
          <w:rFonts w:ascii="仿宋" w:eastAsia="仿宋" w:hAnsi="仿宋"/>
          <w:sz w:val="32"/>
          <w:lang w:eastAsia="zh-CN"/>
        </w:rPr>
        <w:t>你</w:t>
      </w:r>
      <w:proofErr w:type="gramEnd"/>
      <w:r>
        <w:rPr>
          <w:rFonts w:ascii="仿宋" w:eastAsia="仿宋" w:hAnsi="仿宋"/>
          <w:sz w:val="32"/>
          <w:lang w:eastAsia="zh-CN"/>
        </w:rPr>
        <w:t>太让我手了，对不住我几句。哎哎，快快</w:t>
      </w:r>
      <w:proofErr w:type="gramStart"/>
      <w:r>
        <w:rPr>
          <w:rFonts w:ascii="仿宋" w:eastAsia="仿宋" w:hAnsi="仿宋"/>
          <w:sz w:val="32"/>
          <w:lang w:eastAsia="zh-CN"/>
        </w:rPr>
        <w:t>快</w:t>
      </w:r>
      <w:proofErr w:type="gramEnd"/>
      <w:r>
        <w:rPr>
          <w:rFonts w:ascii="仿宋" w:eastAsia="仿宋" w:hAnsi="仿宋"/>
          <w:sz w:val="32"/>
          <w:lang w:eastAsia="zh-CN"/>
        </w:rPr>
        <w:t>，精神来了。咱们今日讲师。《大雅·文王》一篇起。文王在上，</w:t>
      </w:r>
      <w:proofErr w:type="gramStart"/>
      <w:r>
        <w:rPr>
          <w:rFonts w:ascii="仿宋" w:eastAsia="仿宋" w:hAnsi="仿宋"/>
          <w:sz w:val="32"/>
          <w:lang w:eastAsia="zh-CN"/>
        </w:rPr>
        <w:t>於昭于</w:t>
      </w:r>
      <w:proofErr w:type="gramEnd"/>
      <w:r>
        <w:rPr>
          <w:rFonts w:ascii="仿宋" w:eastAsia="仿宋" w:hAnsi="仿宋"/>
          <w:sz w:val="32"/>
          <w:lang w:eastAsia="zh-CN"/>
        </w:rPr>
        <w:t>天。舟虽旧</w:t>
      </w:r>
      <w:proofErr w:type="gramStart"/>
      <w:r>
        <w:rPr>
          <w:rFonts w:ascii="仿宋" w:eastAsia="仿宋" w:hAnsi="仿宋"/>
          <w:sz w:val="32"/>
          <w:lang w:eastAsia="zh-CN"/>
        </w:rPr>
        <w:t>邦</w:t>
      </w:r>
      <w:proofErr w:type="gramEnd"/>
      <w:r>
        <w:rPr>
          <w:rFonts w:ascii="仿宋" w:eastAsia="仿宋" w:hAnsi="仿宋"/>
          <w:sz w:val="32"/>
          <w:lang w:eastAsia="zh-CN"/>
        </w:rPr>
        <w:t>，其命维新。嗯，送的不错。先生，学生有问题。</w:t>
      </w:r>
    </w:p>
    <w:p w14:paraId="0503A5A7" w14:textId="77777777" w:rsidR="00E87C95" w:rsidRDefault="00000000">
      <w:pPr>
        <w:spacing w:after="0" w:line="579" w:lineRule="exact"/>
        <w:ind w:firstLine="640"/>
        <w:rPr>
          <w:lang w:eastAsia="zh-CN"/>
        </w:rPr>
      </w:pPr>
      <w:r>
        <w:rPr>
          <w:rFonts w:ascii="仿宋" w:eastAsia="仿宋" w:hAnsi="仿宋"/>
          <w:sz w:val="32"/>
          <w:lang w:eastAsia="zh-CN"/>
        </w:rPr>
        <w:lastRenderedPageBreak/>
        <w:t>你问</w:t>
      </w:r>
      <w:proofErr w:type="gramStart"/>
      <w:r>
        <w:rPr>
          <w:rFonts w:ascii="仿宋" w:eastAsia="仿宋" w:hAnsi="仿宋"/>
          <w:sz w:val="32"/>
          <w:lang w:eastAsia="zh-CN"/>
        </w:rPr>
        <w:t>先生周虽旧邦</w:t>
      </w:r>
      <w:proofErr w:type="gramEnd"/>
      <w:r>
        <w:rPr>
          <w:rFonts w:ascii="仿宋" w:eastAsia="仿宋" w:hAnsi="仿宋"/>
          <w:sz w:val="32"/>
          <w:lang w:eastAsia="zh-CN"/>
        </w:rPr>
        <w:t>，其命维新。按文王上写的周王室得了天道，那为何</w:t>
      </w:r>
      <w:proofErr w:type="gramStart"/>
      <w:r>
        <w:rPr>
          <w:rFonts w:ascii="仿宋" w:eastAsia="仿宋" w:hAnsi="仿宋"/>
          <w:sz w:val="32"/>
          <w:lang w:eastAsia="zh-CN"/>
        </w:rPr>
        <w:t>诸侯多战民生</w:t>
      </w:r>
      <w:proofErr w:type="gramEnd"/>
      <w:r>
        <w:rPr>
          <w:rFonts w:ascii="仿宋" w:eastAsia="仿宋" w:hAnsi="仿宋"/>
          <w:sz w:val="32"/>
          <w:lang w:eastAsia="zh-CN"/>
        </w:rPr>
        <w:t>多苦呢？诸位学子，咱们今天只讲诗与《大雅·文王》无关的。报警。呃，是呀，我也很想知道先生，您就讲讲吧。天下多战时，以为诸侯无道，学生想知道究竟什么是让天下富贵井然有序的法则。咱们今日只讲诗，</w:t>
      </w:r>
    </w:p>
    <w:p w14:paraId="77F698EF" w14:textId="77777777" w:rsidR="00E87C95" w:rsidRDefault="00000000">
      <w:pPr>
        <w:spacing w:after="0" w:line="579" w:lineRule="exact"/>
        <w:ind w:firstLine="640"/>
        <w:rPr>
          <w:lang w:eastAsia="zh-CN"/>
        </w:rPr>
      </w:pPr>
      <w:proofErr w:type="gramStart"/>
      <w:r>
        <w:rPr>
          <w:rFonts w:ascii="仿宋" w:eastAsia="仿宋" w:hAnsi="仿宋"/>
          <w:sz w:val="32"/>
          <w:lang w:eastAsia="zh-CN"/>
        </w:rPr>
        <w:t>不</w:t>
      </w:r>
      <w:proofErr w:type="gramEnd"/>
      <w:r>
        <w:rPr>
          <w:rFonts w:ascii="仿宋" w:eastAsia="仿宋" w:hAnsi="仿宋"/>
          <w:sz w:val="32"/>
          <w:lang w:eastAsia="zh-CN"/>
        </w:rPr>
        <w:t>讲法则好不好啊？是那先生请您讲讲其命，惟心其命，惟心就是说。我周朝的天命永远更新，那怎么又乱了呢？对呀，因何又乱了呢？第一个儿。你把我脑子都问乱了。不行了，</w:t>
      </w:r>
      <w:proofErr w:type="gramStart"/>
      <w:r>
        <w:rPr>
          <w:rFonts w:ascii="仿宋" w:eastAsia="仿宋" w:hAnsi="仿宋"/>
          <w:sz w:val="32"/>
          <w:lang w:eastAsia="zh-CN"/>
        </w:rPr>
        <w:t>先生先生先生先生</w:t>
      </w:r>
      <w:proofErr w:type="gramEnd"/>
      <w:r>
        <w:rPr>
          <w:rFonts w:ascii="仿宋" w:eastAsia="仿宋" w:hAnsi="仿宋"/>
          <w:sz w:val="32"/>
          <w:lang w:eastAsia="zh-CN"/>
        </w:rPr>
        <w:t>。信好你</w:t>
      </w:r>
      <w:proofErr w:type="gramStart"/>
      <w:r>
        <w:rPr>
          <w:rFonts w:ascii="仿宋" w:eastAsia="仿宋" w:hAnsi="仿宋"/>
          <w:sz w:val="32"/>
          <w:lang w:eastAsia="zh-CN"/>
        </w:rPr>
        <w:t>个</w:t>
      </w:r>
      <w:proofErr w:type="gramEnd"/>
      <w:r>
        <w:rPr>
          <w:rFonts w:ascii="仿宋" w:eastAsia="仿宋" w:hAnsi="仿宋"/>
          <w:sz w:val="32"/>
          <w:lang w:eastAsia="zh-CN"/>
        </w:rPr>
        <w:t>利大耳朵，好好的讲学，又让你毁了，</w:t>
      </w:r>
    </w:p>
    <w:p w14:paraId="4A55FB8A" w14:textId="77777777" w:rsidR="00E87C95" w:rsidRDefault="00000000">
      <w:pPr>
        <w:spacing w:after="0" w:line="579" w:lineRule="exact"/>
        <w:ind w:firstLine="640"/>
        <w:rPr>
          <w:lang w:eastAsia="zh-CN"/>
        </w:rPr>
      </w:pPr>
      <w:r>
        <w:rPr>
          <w:rFonts w:ascii="仿宋" w:eastAsia="仿宋" w:hAnsi="仿宋"/>
          <w:sz w:val="32"/>
          <w:lang w:eastAsia="zh-CN"/>
        </w:rPr>
        <w:t>那怎么能怪他呢？我也想问，还有你祁大嘴。你俩就是问题先生，你</w:t>
      </w:r>
      <w:proofErr w:type="gramStart"/>
      <w:r>
        <w:rPr>
          <w:rFonts w:ascii="仿宋" w:eastAsia="仿宋" w:hAnsi="仿宋"/>
          <w:sz w:val="32"/>
          <w:lang w:eastAsia="zh-CN"/>
        </w:rPr>
        <w:t>你</w:t>
      </w:r>
      <w:proofErr w:type="gramEnd"/>
      <w:r>
        <w:rPr>
          <w:rFonts w:ascii="仿宋" w:eastAsia="仿宋" w:hAnsi="仿宋"/>
          <w:sz w:val="32"/>
          <w:lang w:eastAsia="zh-CN"/>
        </w:rPr>
        <w:t>才是问题先生呢，他说的对，什么天道</w:t>
      </w:r>
      <w:proofErr w:type="gramStart"/>
      <w:r>
        <w:rPr>
          <w:rFonts w:ascii="仿宋" w:eastAsia="仿宋" w:hAnsi="仿宋"/>
          <w:sz w:val="32"/>
          <w:lang w:eastAsia="zh-CN"/>
        </w:rPr>
        <w:t>不</w:t>
      </w:r>
      <w:proofErr w:type="gramEnd"/>
      <w:r>
        <w:rPr>
          <w:rFonts w:ascii="仿宋" w:eastAsia="仿宋" w:hAnsi="仿宋"/>
          <w:sz w:val="32"/>
          <w:lang w:eastAsia="zh-CN"/>
        </w:rPr>
        <w:t>天道的重要吗？就是重要吗？重要啊，真是服了你们俩了。呵呵</w:t>
      </w:r>
      <w:proofErr w:type="gramStart"/>
      <w:r>
        <w:rPr>
          <w:rFonts w:ascii="仿宋" w:eastAsia="仿宋" w:hAnsi="仿宋"/>
          <w:sz w:val="32"/>
          <w:lang w:eastAsia="zh-CN"/>
        </w:rPr>
        <w:t>呵</w:t>
      </w:r>
      <w:proofErr w:type="gramEnd"/>
      <w:r>
        <w:rPr>
          <w:rFonts w:ascii="仿宋" w:eastAsia="仿宋" w:hAnsi="仿宋"/>
          <w:sz w:val="32"/>
          <w:lang w:eastAsia="zh-CN"/>
        </w:rPr>
        <w:t>。呵呵。哎呀，走吧走。在国学里，</w:t>
      </w:r>
    </w:p>
    <w:p w14:paraId="5F9FBA91" w14:textId="77777777" w:rsidR="00E87C95" w:rsidRDefault="00000000">
      <w:pPr>
        <w:spacing w:after="0" w:line="579" w:lineRule="exact"/>
        <w:ind w:firstLine="640"/>
        <w:rPr>
          <w:lang w:eastAsia="zh-CN"/>
        </w:rPr>
      </w:pPr>
      <w:r>
        <w:rPr>
          <w:rFonts w:ascii="仿宋" w:eastAsia="仿宋" w:hAnsi="仿宋"/>
          <w:sz w:val="32"/>
          <w:lang w:eastAsia="zh-CN"/>
        </w:rPr>
        <w:t>我结识了此生我最好的朋友，齐青。他和我一样爱问问题。但是有提问才有答案。所有的哲人先贤，都是从善于发问开始的。允许啊。我过函谷关，你将我留下。求问道德之意。你就是问了一个最大的问题呀。尹喜先生也是替世人求得了一个可以流传千百年的珍贵答案。哎呀，你们两个人呐，是一唱一和颇像当年我和齐青啊。</w:t>
      </w:r>
    </w:p>
    <w:p w14:paraId="0DC539ED" w14:textId="77777777" w:rsidR="00E87C95" w:rsidRDefault="00000000">
      <w:pPr>
        <w:spacing w:after="0" w:line="579" w:lineRule="exact"/>
        <w:ind w:firstLine="640"/>
        <w:rPr>
          <w:lang w:eastAsia="zh-CN"/>
        </w:rPr>
      </w:pPr>
      <w:r>
        <w:rPr>
          <w:rFonts w:ascii="仿宋" w:eastAsia="仿宋" w:hAnsi="仿宋"/>
          <w:sz w:val="32"/>
          <w:lang w:eastAsia="zh-CN"/>
        </w:rPr>
        <w:lastRenderedPageBreak/>
        <w:t>哎呀，学成后。我和齐青</w:t>
      </w:r>
      <w:proofErr w:type="gramStart"/>
      <w:r>
        <w:rPr>
          <w:rFonts w:ascii="仿宋" w:eastAsia="仿宋" w:hAnsi="仿宋"/>
          <w:sz w:val="32"/>
          <w:lang w:eastAsia="zh-CN"/>
        </w:rPr>
        <w:t>一起入守藏室</w:t>
      </w:r>
      <w:proofErr w:type="gramEnd"/>
      <w:r>
        <w:rPr>
          <w:rFonts w:ascii="仿宋" w:eastAsia="仿宋" w:hAnsi="仿宋"/>
          <w:sz w:val="32"/>
          <w:lang w:eastAsia="zh-CN"/>
        </w:rPr>
        <w:t>。为例。起。此地便是我周王室守藏之室。自文王武王。寿命有天下。周公营造洛邑。天下典籍就从各地逐渐汇集于此。有些典籍已经抄写存放在这里数百年了。尔等皆为新任的守藏之力，书有云。念终始，典于学。</w:t>
      </w:r>
    </w:p>
    <w:p w14:paraId="624BE621" w14:textId="77777777" w:rsidR="00E87C95" w:rsidRDefault="00000000">
      <w:pPr>
        <w:spacing w:after="0" w:line="579" w:lineRule="exact"/>
        <w:ind w:firstLine="640"/>
        <w:rPr>
          <w:lang w:eastAsia="zh-CN"/>
        </w:rPr>
      </w:pPr>
      <w:r>
        <w:rPr>
          <w:rFonts w:ascii="仿宋" w:eastAsia="仿宋" w:hAnsi="仿宋"/>
          <w:sz w:val="32"/>
          <w:lang w:eastAsia="zh-CN"/>
        </w:rPr>
        <w:t>而等</w:t>
      </w:r>
      <w:proofErr w:type="gramStart"/>
      <w:r>
        <w:rPr>
          <w:rFonts w:ascii="仿宋" w:eastAsia="仿宋" w:hAnsi="仿宋"/>
          <w:sz w:val="32"/>
          <w:lang w:eastAsia="zh-CN"/>
        </w:rPr>
        <w:t>今后正</w:t>
      </w:r>
      <w:proofErr w:type="gramEnd"/>
      <w:r>
        <w:rPr>
          <w:rFonts w:ascii="仿宋" w:eastAsia="仿宋" w:hAnsi="仿宋"/>
          <w:sz w:val="32"/>
          <w:lang w:eastAsia="zh-CN"/>
        </w:rPr>
        <w:t>以生命守护典籍努力为学。守护典籍，努力</w:t>
      </w:r>
      <w:proofErr w:type="gramStart"/>
      <w:r>
        <w:rPr>
          <w:rFonts w:ascii="仿宋" w:eastAsia="仿宋" w:hAnsi="仿宋"/>
          <w:sz w:val="32"/>
          <w:lang w:eastAsia="zh-CN"/>
        </w:rPr>
        <w:t>为学请尊爱</w:t>
      </w:r>
      <w:proofErr w:type="gramEnd"/>
      <w:r>
        <w:rPr>
          <w:rFonts w:ascii="仿宋" w:eastAsia="仿宋" w:hAnsi="仿宋"/>
          <w:sz w:val="32"/>
          <w:lang w:eastAsia="zh-CN"/>
        </w:rPr>
        <w:t>。是教会。嘿。这么多典籍啊。有数百年了。哎，看看这是什么树？来来来。你看上面后边还有呢？哎</w:t>
      </w:r>
      <w:proofErr w:type="gramStart"/>
      <w:r>
        <w:rPr>
          <w:rFonts w:ascii="仿宋" w:eastAsia="仿宋" w:hAnsi="仿宋"/>
          <w:sz w:val="32"/>
          <w:lang w:eastAsia="zh-CN"/>
        </w:rPr>
        <w:t>呦</w:t>
      </w:r>
      <w:proofErr w:type="gramEnd"/>
      <w:r>
        <w:rPr>
          <w:rFonts w:ascii="仿宋" w:eastAsia="仿宋" w:hAnsi="仿宋"/>
          <w:sz w:val="32"/>
          <w:lang w:eastAsia="zh-CN"/>
        </w:rPr>
        <w:t>。这么多书是啊。天下典藏，会</w:t>
      </w:r>
      <w:proofErr w:type="gramStart"/>
      <w:r>
        <w:rPr>
          <w:rFonts w:ascii="仿宋" w:eastAsia="仿宋" w:hAnsi="仿宋"/>
          <w:sz w:val="32"/>
          <w:lang w:eastAsia="zh-CN"/>
        </w:rPr>
        <w:t>稽</w:t>
      </w:r>
      <w:proofErr w:type="gramEnd"/>
      <w:r>
        <w:rPr>
          <w:rFonts w:ascii="仿宋" w:eastAsia="仿宋" w:hAnsi="仿宋"/>
          <w:sz w:val="32"/>
          <w:lang w:eastAsia="zh-CN"/>
        </w:rPr>
        <w:t>于此。</w:t>
      </w:r>
    </w:p>
    <w:p w14:paraId="14C86033" w14:textId="77777777" w:rsidR="00E87C95" w:rsidRDefault="00000000">
      <w:pPr>
        <w:spacing w:after="0" w:line="579" w:lineRule="exact"/>
        <w:ind w:firstLine="640"/>
        <w:rPr>
          <w:lang w:eastAsia="zh-CN"/>
        </w:rPr>
      </w:pPr>
      <w:r>
        <w:rPr>
          <w:rFonts w:ascii="仿宋" w:eastAsia="仿宋" w:hAnsi="仿宋"/>
          <w:sz w:val="32"/>
          <w:lang w:eastAsia="zh-CN"/>
        </w:rPr>
        <w:t>李耳，快来看。这是先王之书。你知道我现在有一种什么感觉吗？</w:t>
      </w:r>
      <w:proofErr w:type="gramStart"/>
      <w:r>
        <w:rPr>
          <w:rFonts w:ascii="仿宋" w:eastAsia="仿宋" w:hAnsi="仿宋"/>
          <w:sz w:val="32"/>
          <w:lang w:eastAsia="zh-CN"/>
        </w:rPr>
        <w:t>鼠入谷仓</w:t>
      </w:r>
      <w:proofErr w:type="gramEnd"/>
      <w:r>
        <w:rPr>
          <w:rFonts w:ascii="仿宋" w:eastAsia="仿宋" w:hAnsi="仿宋"/>
          <w:sz w:val="32"/>
          <w:lang w:eastAsia="zh-CN"/>
        </w:rPr>
        <w:t>的感觉，大家叫我祁大嘴，没想到你看到这么多的典籍。你的嘴比我还大，我这是</w:t>
      </w:r>
      <w:proofErr w:type="gramStart"/>
      <w:r>
        <w:rPr>
          <w:rFonts w:ascii="仿宋" w:eastAsia="仿宋" w:hAnsi="仿宋"/>
          <w:sz w:val="32"/>
          <w:lang w:eastAsia="zh-CN"/>
        </w:rPr>
        <w:t>高兴高兴</w:t>
      </w:r>
      <w:proofErr w:type="gramEnd"/>
      <w:r>
        <w:rPr>
          <w:rFonts w:ascii="仿宋" w:eastAsia="仿宋" w:hAnsi="仿宋"/>
          <w:sz w:val="32"/>
          <w:lang w:eastAsia="zh-CN"/>
        </w:rPr>
        <w:t>啊。你们俩。一人一份拿着。跟我来，这是什么？呃，请问此为何物啊？</w:t>
      </w:r>
    </w:p>
    <w:p w14:paraId="661F40B1" w14:textId="77777777" w:rsidR="00E87C95" w:rsidRDefault="00000000">
      <w:pPr>
        <w:spacing w:after="0" w:line="579" w:lineRule="exact"/>
        <w:ind w:firstLine="640"/>
        <w:rPr>
          <w:lang w:eastAsia="zh-CN"/>
        </w:rPr>
      </w:pPr>
      <w:r>
        <w:rPr>
          <w:rFonts w:ascii="仿宋" w:eastAsia="仿宋" w:hAnsi="仿宋"/>
          <w:sz w:val="32"/>
          <w:lang w:eastAsia="zh-CN"/>
        </w:rPr>
        <w:t>这是圣灰，往那儿撒，在每个木架</w:t>
      </w:r>
      <w:proofErr w:type="gramStart"/>
      <w:r>
        <w:rPr>
          <w:rFonts w:ascii="仿宋" w:eastAsia="仿宋" w:hAnsi="仿宋"/>
          <w:sz w:val="32"/>
          <w:lang w:eastAsia="zh-CN"/>
        </w:rPr>
        <w:t>的支角处</w:t>
      </w:r>
      <w:proofErr w:type="gramEnd"/>
      <w:r>
        <w:rPr>
          <w:rFonts w:ascii="仿宋" w:eastAsia="仿宋" w:hAnsi="仿宋"/>
          <w:sz w:val="32"/>
          <w:lang w:eastAsia="zh-CN"/>
        </w:rPr>
        <w:t>绕着撒。撒匀一点，你们俩在这面撒，我们去那边试试。你的耳朵，你快过来。怎么了？</w:t>
      </w:r>
      <w:proofErr w:type="gramStart"/>
      <w:r>
        <w:rPr>
          <w:rFonts w:ascii="仿宋" w:eastAsia="仿宋" w:hAnsi="仿宋"/>
          <w:sz w:val="32"/>
          <w:lang w:eastAsia="zh-CN"/>
        </w:rPr>
        <w:t>这里有帝尧</w:t>
      </w:r>
      <w:proofErr w:type="gramEnd"/>
      <w:r>
        <w:rPr>
          <w:rFonts w:ascii="仿宋" w:eastAsia="仿宋" w:hAnsi="仿宋"/>
          <w:sz w:val="32"/>
          <w:lang w:eastAsia="zh-CN"/>
        </w:rPr>
        <w:t>之书。你看。克明俊德，以亲九族。九族既</w:t>
      </w:r>
      <w:proofErr w:type="gramStart"/>
      <w:r>
        <w:rPr>
          <w:rFonts w:ascii="仿宋" w:eastAsia="仿宋" w:hAnsi="仿宋"/>
          <w:sz w:val="32"/>
          <w:lang w:eastAsia="zh-CN"/>
        </w:rPr>
        <w:t>睦</w:t>
      </w:r>
      <w:proofErr w:type="gramEnd"/>
      <w:r>
        <w:rPr>
          <w:rFonts w:ascii="仿宋" w:eastAsia="仿宋" w:hAnsi="仿宋"/>
          <w:sz w:val="32"/>
          <w:lang w:eastAsia="zh-CN"/>
        </w:rPr>
        <w:t>，平章百姓。百姓昭明，协和万邦。</w:t>
      </w:r>
    </w:p>
    <w:p w14:paraId="5801C108" w14:textId="77777777" w:rsidR="00E87C95" w:rsidRDefault="00000000">
      <w:pPr>
        <w:spacing w:after="0" w:line="579" w:lineRule="exact"/>
        <w:ind w:firstLine="640"/>
        <w:rPr>
          <w:lang w:eastAsia="zh-CN"/>
        </w:rPr>
      </w:pPr>
      <w:r>
        <w:rPr>
          <w:rFonts w:ascii="仿宋" w:eastAsia="仿宋" w:hAnsi="仿宋"/>
          <w:sz w:val="32"/>
          <w:lang w:eastAsia="zh-CN"/>
        </w:rPr>
        <w:t>见到这些史书，如亲见圣贤。小子，何日？小子李耳见过先贤。如果有事问。小子，请问先行。如何才能做到百姓招民，协和万邦呢？要像顺了一样。</w:t>
      </w:r>
      <w:proofErr w:type="gramStart"/>
      <w:r>
        <w:rPr>
          <w:rFonts w:ascii="仿宋" w:eastAsia="仿宋" w:hAnsi="仿宋"/>
          <w:sz w:val="32"/>
          <w:lang w:eastAsia="zh-CN"/>
        </w:rPr>
        <w:t>慎徽五</w:t>
      </w:r>
      <w:proofErr w:type="gramEnd"/>
      <w:r>
        <w:rPr>
          <w:rFonts w:ascii="仿宋" w:eastAsia="仿宋" w:hAnsi="仿宋"/>
          <w:sz w:val="32"/>
          <w:lang w:eastAsia="zh-CN"/>
        </w:rPr>
        <w:t>典，</w:t>
      </w:r>
      <w:proofErr w:type="gramStart"/>
      <w:r>
        <w:rPr>
          <w:rFonts w:ascii="仿宋" w:eastAsia="仿宋" w:hAnsi="仿宋"/>
          <w:sz w:val="32"/>
          <w:lang w:eastAsia="zh-CN"/>
        </w:rPr>
        <w:t>五典克从</w:t>
      </w:r>
      <w:proofErr w:type="gramEnd"/>
      <w:r>
        <w:rPr>
          <w:rFonts w:ascii="仿宋" w:eastAsia="仿宋" w:hAnsi="仿宋"/>
          <w:sz w:val="32"/>
          <w:lang w:eastAsia="zh-CN"/>
        </w:rPr>
        <w:t>。纳于百</w:t>
      </w:r>
      <w:proofErr w:type="gramStart"/>
      <w:r>
        <w:rPr>
          <w:rFonts w:ascii="仿宋" w:eastAsia="仿宋" w:hAnsi="仿宋"/>
          <w:sz w:val="32"/>
          <w:lang w:eastAsia="zh-CN"/>
        </w:rPr>
        <w:t>揆</w:t>
      </w:r>
      <w:proofErr w:type="gramEnd"/>
      <w:r>
        <w:rPr>
          <w:rFonts w:ascii="仿宋" w:eastAsia="仿宋" w:hAnsi="仿宋"/>
          <w:sz w:val="32"/>
          <w:lang w:eastAsia="zh-CN"/>
        </w:rPr>
        <w:t>，百</w:t>
      </w:r>
      <w:proofErr w:type="gramStart"/>
      <w:r>
        <w:rPr>
          <w:rFonts w:ascii="仿宋" w:eastAsia="仿宋" w:hAnsi="仿宋"/>
          <w:sz w:val="32"/>
          <w:lang w:eastAsia="zh-CN"/>
        </w:rPr>
        <w:t>揆</w:t>
      </w:r>
      <w:proofErr w:type="gramEnd"/>
      <w:r>
        <w:rPr>
          <w:rFonts w:ascii="仿宋" w:eastAsia="仿宋" w:hAnsi="仿宋"/>
          <w:sz w:val="32"/>
          <w:lang w:eastAsia="zh-CN"/>
        </w:rPr>
        <w:t>时叙。</w:t>
      </w:r>
    </w:p>
    <w:p w14:paraId="56573DFA" w14:textId="77777777" w:rsidR="00E87C95" w:rsidRDefault="00000000">
      <w:pPr>
        <w:spacing w:after="0" w:line="579" w:lineRule="exact"/>
        <w:ind w:firstLine="640"/>
        <w:rPr>
          <w:lang w:eastAsia="zh-CN"/>
        </w:rPr>
      </w:pPr>
      <w:r>
        <w:rPr>
          <w:rFonts w:ascii="仿宋" w:eastAsia="仿宋" w:hAnsi="仿宋"/>
          <w:sz w:val="32"/>
          <w:lang w:eastAsia="zh-CN"/>
        </w:rPr>
        <w:lastRenderedPageBreak/>
        <w:t>齐青齐青，李耳怎么了？帝尧在跟我说话啊，他说什么了？他说。</w:t>
      </w:r>
      <w:proofErr w:type="gramStart"/>
      <w:r>
        <w:rPr>
          <w:rFonts w:ascii="仿宋" w:eastAsia="仿宋" w:hAnsi="仿宋"/>
          <w:sz w:val="32"/>
          <w:lang w:eastAsia="zh-CN"/>
        </w:rPr>
        <w:t>顺推行德</w:t>
      </w:r>
      <w:proofErr w:type="gramEnd"/>
      <w:r>
        <w:rPr>
          <w:rFonts w:ascii="仿宋" w:eastAsia="仿宋" w:hAnsi="仿宋"/>
          <w:sz w:val="32"/>
          <w:lang w:eastAsia="zh-CN"/>
        </w:rPr>
        <w:t>教。以父义母</w:t>
      </w:r>
      <w:proofErr w:type="gramStart"/>
      <w:r>
        <w:rPr>
          <w:rFonts w:ascii="仿宋" w:eastAsia="仿宋" w:hAnsi="仿宋"/>
          <w:sz w:val="32"/>
          <w:lang w:eastAsia="zh-CN"/>
        </w:rPr>
        <w:t>慈</w:t>
      </w:r>
      <w:proofErr w:type="gramEnd"/>
      <w:r>
        <w:rPr>
          <w:rFonts w:ascii="仿宋" w:eastAsia="仿宋" w:hAnsi="仿宋"/>
          <w:sz w:val="32"/>
          <w:lang w:eastAsia="zh-CN"/>
        </w:rPr>
        <w:t>。兄友弟恭。子孝为立身之本。大家都以顺为榜样，听从他的教导。后来</w:t>
      </w:r>
      <w:proofErr w:type="gramStart"/>
      <w:r>
        <w:rPr>
          <w:rFonts w:ascii="仿宋" w:eastAsia="仿宋" w:hAnsi="仿宋"/>
          <w:sz w:val="32"/>
          <w:lang w:eastAsia="zh-CN"/>
        </w:rPr>
        <w:t>顺总理</w:t>
      </w:r>
      <w:proofErr w:type="gramEnd"/>
      <w:r>
        <w:rPr>
          <w:rFonts w:ascii="仿宋" w:eastAsia="仿宋" w:hAnsi="仿宋"/>
          <w:sz w:val="32"/>
          <w:lang w:eastAsia="zh-CN"/>
        </w:rPr>
        <w:t>百官，百官都能成顺。他在冲我点头。丽儿，</w:t>
      </w:r>
    </w:p>
    <w:p w14:paraId="6BF17323" w14:textId="77777777" w:rsidR="00E87C95" w:rsidRDefault="00000000">
      <w:pPr>
        <w:spacing w:after="0" w:line="579" w:lineRule="exact"/>
        <w:ind w:firstLine="640"/>
        <w:rPr>
          <w:lang w:eastAsia="zh-CN"/>
        </w:rPr>
      </w:pPr>
      <w:r>
        <w:rPr>
          <w:rFonts w:ascii="仿宋" w:eastAsia="仿宋" w:hAnsi="仿宋"/>
          <w:sz w:val="32"/>
          <w:lang w:eastAsia="zh-CN"/>
        </w:rPr>
        <w:t>你是不是天天熬夜看书？产生幻觉了。哎，你。哪有人啊？哎呀，你刚刚一挡我眼睛，碧瑶就不见了你呀，来来来。你快过来。你拿耳朵快过来看看，这边是《商书》。这一侧。记载了商汤王的事迹。让商汤王陪你聊会天。</w:t>
      </w:r>
    </w:p>
    <w:p w14:paraId="28DB0552" w14:textId="77777777" w:rsidR="00E87C95" w:rsidRDefault="00000000">
      <w:pPr>
        <w:spacing w:after="0" w:line="579" w:lineRule="exact"/>
        <w:ind w:firstLine="640"/>
        <w:rPr>
          <w:lang w:eastAsia="zh-CN"/>
        </w:rPr>
      </w:pPr>
      <w:r>
        <w:rPr>
          <w:rFonts w:ascii="仿宋" w:eastAsia="仿宋" w:hAnsi="仿宋"/>
          <w:sz w:val="32"/>
          <w:lang w:eastAsia="zh-CN"/>
        </w:rPr>
        <w:t>我去撒圣灰。这是商汤王</w:t>
      </w:r>
      <w:proofErr w:type="gramStart"/>
      <w:r>
        <w:rPr>
          <w:rFonts w:ascii="仿宋" w:eastAsia="仿宋" w:hAnsi="仿宋"/>
          <w:sz w:val="32"/>
          <w:lang w:eastAsia="zh-CN"/>
        </w:rPr>
        <w:t>讨伐夏洁的</w:t>
      </w:r>
      <w:proofErr w:type="gramEnd"/>
      <w:r>
        <w:rPr>
          <w:rFonts w:ascii="仿宋" w:eastAsia="仿宋" w:hAnsi="仿宋"/>
          <w:sz w:val="32"/>
          <w:lang w:eastAsia="zh-CN"/>
        </w:rPr>
        <w:t>誓言啊。格尔众庶，悉听朕言。非台小子，敢行称乱。</w:t>
      </w:r>
      <w:proofErr w:type="gramStart"/>
      <w:r>
        <w:rPr>
          <w:rFonts w:ascii="仿宋" w:eastAsia="仿宋" w:hAnsi="仿宋"/>
          <w:sz w:val="32"/>
          <w:lang w:eastAsia="zh-CN"/>
        </w:rPr>
        <w:t>有夏多罪</w:t>
      </w:r>
      <w:proofErr w:type="gramEnd"/>
      <w:r>
        <w:rPr>
          <w:rFonts w:ascii="仿宋" w:eastAsia="仿宋" w:hAnsi="仿宋"/>
          <w:sz w:val="32"/>
          <w:lang w:eastAsia="zh-CN"/>
        </w:rPr>
        <w:t>，天命</w:t>
      </w:r>
      <w:proofErr w:type="gramStart"/>
      <w:r>
        <w:rPr>
          <w:rFonts w:ascii="仿宋" w:eastAsia="仿宋" w:hAnsi="仿宋"/>
          <w:sz w:val="32"/>
          <w:lang w:eastAsia="zh-CN"/>
        </w:rPr>
        <w:t>殛</w:t>
      </w:r>
      <w:proofErr w:type="gramEnd"/>
      <w:r>
        <w:rPr>
          <w:rFonts w:ascii="仿宋" w:eastAsia="仿宋" w:hAnsi="仿宋"/>
          <w:sz w:val="32"/>
          <w:lang w:eastAsia="zh-CN"/>
        </w:rPr>
        <w:t>之。小子李耳见过先贤。太史。哎哎呀，</w:t>
      </w:r>
      <w:proofErr w:type="gramStart"/>
      <w:r>
        <w:rPr>
          <w:rFonts w:ascii="仿宋" w:eastAsia="仿宋" w:hAnsi="仿宋"/>
          <w:sz w:val="32"/>
          <w:lang w:eastAsia="zh-CN"/>
        </w:rPr>
        <w:t>太</w:t>
      </w:r>
      <w:proofErr w:type="gramEnd"/>
      <w:r>
        <w:rPr>
          <w:rFonts w:ascii="仿宋" w:eastAsia="仿宋" w:hAnsi="仿宋"/>
          <w:sz w:val="32"/>
          <w:lang w:eastAsia="zh-CN"/>
        </w:rPr>
        <w:t>史商汤王不见了，商汤王对啊。哪里有什么商汤王啊？</w:t>
      </w:r>
    </w:p>
    <w:p w14:paraId="7567DB26" w14:textId="77777777" w:rsidR="00E87C95" w:rsidRDefault="00000000">
      <w:pPr>
        <w:spacing w:after="0" w:line="579" w:lineRule="exact"/>
        <w:ind w:firstLine="640"/>
        <w:rPr>
          <w:lang w:eastAsia="zh-CN"/>
        </w:rPr>
      </w:pPr>
      <w:r>
        <w:rPr>
          <w:rFonts w:ascii="仿宋" w:eastAsia="仿宋" w:hAnsi="仿宋"/>
          <w:sz w:val="32"/>
          <w:lang w:eastAsia="zh-CN"/>
        </w:rPr>
        <w:t>有的我在翻阅帝尧之书的时候，帝</w:t>
      </w:r>
      <w:proofErr w:type="gramStart"/>
      <w:r>
        <w:rPr>
          <w:rFonts w:ascii="仿宋" w:eastAsia="仿宋" w:hAnsi="仿宋"/>
          <w:sz w:val="32"/>
          <w:lang w:eastAsia="zh-CN"/>
        </w:rPr>
        <w:t>尧出现</w:t>
      </w:r>
      <w:proofErr w:type="gramEnd"/>
      <w:r>
        <w:rPr>
          <w:rFonts w:ascii="仿宋" w:eastAsia="仿宋" w:hAnsi="仿宋"/>
          <w:sz w:val="32"/>
          <w:lang w:eastAsia="zh-CN"/>
        </w:rPr>
        <w:t>了，我在翻阅《商书》的时候，商汤王就出现了。哈哈</w:t>
      </w:r>
      <w:proofErr w:type="gramStart"/>
      <w:r>
        <w:rPr>
          <w:rFonts w:ascii="仿宋" w:eastAsia="仿宋" w:hAnsi="仿宋"/>
          <w:sz w:val="32"/>
          <w:lang w:eastAsia="zh-CN"/>
        </w:rPr>
        <w:t>哈</w:t>
      </w:r>
      <w:proofErr w:type="gramEnd"/>
      <w:r>
        <w:rPr>
          <w:rFonts w:ascii="仿宋" w:eastAsia="仿宋" w:hAnsi="仿宋"/>
          <w:sz w:val="32"/>
          <w:lang w:eastAsia="zh-CN"/>
        </w:rPr>
        <w:t>。后生啊，你是不是特别喜欢读书啊？是啊。你叫什么哦？回</w:t>
      </w:r>
      <w:proofErr w:type="gramStart"/>
      <w:r>
        <w:rPr>
          <w:rFonts w:ascii="仿宋" w:eastAsia="仿宋" w:hAnsi="仿宋"/>
          <w:sz w:val="32"/>
          <w:lang w:eastAsia="zh-CN"/>
        </w:rPr>
        <w:t>太</w:t>
      </w:r>
      <w:proofErr w:type="gramEnd"/>
      <w:r>
        <w:rPr>
          <w:rFonts w:ascii="仿宋" w:eastAsia="仿宋" w:hAnsi="仿宋"/>
          <w:sz w:val="32"/>
          <w:lang w:eastAsia="zh-CN"/>
        </w:rPr>
        <w:t>史的话，我叫李耳，字</w:t>
      </w:r>
      <w:proofErr w:type="gramStart"/>
      <w:r>
        <w:rPr>
          <w:rFonts w:ascii="仿宋" w:eastAsia="仿宋" w:hAnsi="仿宋"/>
          <w:sz w:val="32"/>
          <w:lang w:eastAsia="zh-CN"/>
        </w:rPr>
        <w:t>丹陈国人</w:t>
      </w:r>
      <w:proofErr w:type="gramEnd"/>
      <w:r>
        <w:rPr>
          <w:rFonts w:ascii="仿宋" w:eastAsia="仿宋" w:hAnsi="仿宋"/>
          <w:sz w:val="32"/>
          <w:lang w:eastAsia="zh-CN"/>
        </w:rPr>
        <w:t>。你喜欢做。守藏之吏嘛。喜欢非常喜欢，</w:t>
      </w:r>
    </w:p>
    <w:p w14:paraId="2C4F4222" w14:textId="77777777" w:rsidR="00E87C95" w:rsidRDefault="00000000">
      <w:pPr>
        <w:spacing w:after="0" w:line="579" w:lineRule="exact"/>
        <w:ind w:firstLine="640"/>
        <w:rPr>
          <w:lang w:eastAsia="zh-CN"/>
        </w:rPr>
      </w:pPr>
      <w:r>
        <w:rPr>
          <w:rFonts w:ascii="仿宋" w:eastAsia="仿宋" w:hAnsi="仿宋"/>
          <w:sz w:val="32"/>
          <w:lang w:eastAsia="zh-CN"/>
        </w:rPr>
        <w:t>为什么？因为我自幼喜读典籍，想领悟万事万物的本源和法则，生生不息的天地大道。这里典籍众多，是一个领悟大道的好地方。呵呵</w:t>
      </w:r>
      <w:proofErr w:type="gramStart"/>
      <w:r>
        <w:rPr>
          <w:rFonts w:ascii="仿宋" w:eastAsia="仿宋" w:hAnsi="仿宋"/>
          <w:sz w:val="32"/>
          <w:lang w:eastAsia="zh-CN"/>
        </w:rPr>
        <w:t>呵</w:t>
      </w:r>
      <w:proofErr w:type="gramEnd"/>
      <w:r>
        <w:rPr>
          <w:rFonts w:ascii="仿宋" w:eastAsia="仿宋" w:hAnsi="仿宋"/>
          <w:sz w:val="32"/>
          <w:lang w:eastAsia="zh-CN"/>
        </w:rPr>
        <w:t>，守藏之室典籍多。爱读书的人也多。真正能领悟天地大道的。我却没有见到为何领悟大道很难吗？李儿，你攒完了吗？哎呀，开始。</w:t>
      </w:r>
    </w:p>
    <w:p w14:paraId="77A8D99B" w14:textId="77777777" w:rsidR="00E87C95" w:rsidRDefault="00000000">
      <w:pPr>
        <w:spacing w:after="0" w:line="579" w:lineRule="exact"/>
        <w:ind w:firstLine="640"/>
        <w:rPr>
          <w:lang w:eastAsia="zh-CN"/>
        </w:rPr>
      </w:pPr>
      <w:r>
        <w:rPr>
          <w:rFonts w:ascii="仿宋" w:eastAsia="仿宋" w:hAnsi="仿宋"/>
          <w:sz w:val="32"/>
          <w:lang w:eastAsia="zh-CN"/>
        </w:rPr>
        <w:lastRenderedPageBreak/>
        <w:t>他的还没扫完。太史。领悟大道真的很难吗？丽儿啊，今夜罚你在</w:t>
      </w:r>
      <w:proofErr w:type="gramStart"/>
      <w:r>
        <w:rPr>
          <w:rFonts w:ascii="仿宋" w:eastAsia="仿宋" w:hAnsi="仿宋"/>
          <w:sz w:val="32"/>
          <w:lang w:eastAsia="zh-CN"/>
        </w:rPr>
        <w:t>这里撒肾灰</w:t>
      </w:r>
      <w:proofErr w:type="gramEnd"/>
      <w:r>
        <w:rPr>
          <w:rFonts w:ascii="仿宋" w:eastAsia="仿宋" w:hAnsi="仿宋"/>
          <w:sz w:val="32"/>
          <w:lang w:eastAsia="zh-CN"/>
        </w:rPr>
        <w:t>。你还罚了，还这么高兴，你不懂</w:t>
      </w:r>
      <w:proofErr w:type="gramStart"/>
      <w:r>
        <w:rPr>
          <w:rFonts w:ascii="仿宋" w:eastAsia="仿宋" w:hAnsi="仿宋"/>
          <w:sz w:val="32"/>
          <w:lang w:eastAsia="zh-CN"/>
        </w:rPr>
        <w:t>太</w:t>
      </w:r>
      <w:proofErr w:type="gramEnd"/>
      <w:r>
        <w:rPr>
          <w:rFonts w:ascii="仿宋" w:eastAsia="仿宋" w:hAnsi="仿宋"/>
          <w:sz w:val="32"/>
          <w:lang w:eastAsia="zh-CN"/>
        </w:rPr>
        <w:t>史之我喜读典籍，想让我多看书。给我这么一个机会，他呀。对我很好。那你就好好读书吧。没想到啊，真是没想到啊，</w:t>
      </w:r>
    </w:p>
    <w:p w14:paraId="23B1058C" w14:textId="77777777" w:rsidR="00E87C95" w:rsidRDefault="00000000">
      <w:pPr>
        <w:spacing w:after="0" w:line="579" w:lineRule="exact"/>
        <w:ind w:firstLine="640"/>
        <w:rPr>
          <w:lang w:eastAsia="zh-CN"/>
        </w:rPr>
      </w:pPr>
      <w:r>
        <w:rPr>
          <w:rFonts w:ascii="仿宋" w:eastAsia="仿宋" w:hAnsi="仿宋"/>
          <w:sz w:val="32"/>
          <w:lang w:eastAsia="zh-CN"/>
        </w:rPr>
        <w:t>我华夏古圣先贤竟留下了如此多的典籍。我。</w:t>
      </w:r>
      <w:proofErr w:type="gramStart"/>
      <w:r>
        <w:rPr>
          <w:rFonts w:ascii="仿宋" w:eastAsia="仿宋" w:hAnsi="仿宋"/>
          <w:sz w:val="32"/>
          <w:lang w:eastAsia="zh-CN"/>
        </w:rPr>
        <w:t>三坟五</w:t>
      </w:r>
      <w:proofErr w:type="gramEnd"/>
      <w:r>
        <w:rPr>
          <w:rFonts w:ascii="仿宋" w:eastAsia="仿宋" w:hAnsi="仿宋"/>
          <w:sz w:val="32"/>
          <w:lang w:eastAsia="zh-CN"/>
        </w:rPr>
        <w:t>典，俱在；</w:t>
      </w:r>
      <w:proofErr w:type="gramStart"/>
      <w:r>
        <w:rPr>
          <w:rFonts w:ascii="仿宋" w:eastAsia="仿宋" w:hAnsi="仿宋"/>
          <w:sz w:val="32"/>
          <w:lang w:eastAsia="zh-CN"/>
        </w:rPr>
        <w:t>八索九丘</w:t>
      </w:r>
      <w:proofErr w:type="gramEnd"/>
      <w:r>
        <w:rPr>
          <w:rFonts w:ascii="仿宋" w:eastAsia="仿宋" w:hAnsi="仿宋"/>
          <w:sz w:val="32"/>
          <w:lang w:eastAsia="zh-CN"/>
        </w:rPr>
        <w:t>，列陈。《连山》《归藏》，《周易》萃集。收藏之事。藏书最丰。果然是名不虚传呐。你读过多少哟？开始。你看典籍的时候一脸痴迷的样子。很像我年轻的时候。太史，这些典籍您</w:t>
      </w:r>
      <w:proofErr w:type="gramStart"/>
      <w:r>
        <w:rPr>
          <w:rFonts w:ascii="仿宋" w:eastAsia="仿宋" w:hAnsi="仿宋"/>
          <w:sz w:val="32"/>
          <w:lang w:eastAsia="zh-CN"/>
        </w:rPr>
        <w:t>都读过守藏室</w:t>
      </w:r>
      <w:proofErr w:type="gramEnd"/>
      <w:r>
        <w:rPr>
          <w:rFonts w:ascii="仿宋" w:eastAsia="仿宋" w:hAnsi="仿宋"/>
          <w:sz w:val="32"/>
          <w:lang w:eastAsia="zh-CN"/>
        </w:rPr>
        <w:t>藏书，</w:t>
      </w:r>
    </w:p>
    <w:p w14:paraId="592E979C" w14:textId="77777777" w:rsidR="00E87C95" w:rsidRDefault="00000000">
      <w:pPr>
        <w:spacing w:after="0" w:line="579" w:lineRule="exact"/>
        <w:ind w:firstLine="640"/>
        <w:rPr>
          <w:lang w:eastAsia="zh-CN"/>
        </w:rPr>
      </w:pPr>
      <w:r>
        <w:rPr>
          <w:rFonts w:ascii="仿宋" w:eastAsia="仿宋" w:hAnsi="仿宋"/>
          <w:sz w:val="32"/>
          <w:lang w:eastAsia="zh-CN"/>
        </w:rPr>
        <w:t>何止万卷？典籍如海，读者如舟。何能近读完？在这些典籍面前，我感觉我自己很渺小，日月交替，世事变迁。但这些典籍不变不动。就仿佛一位千年的智者。在等待着。我去求问。你是要问。你心中的大道。太史，</w:t>
      </w:r>
    </w:p>
    <w:p w14:paraId="6B7B2E03" w14:textId="77777777" w:rsidR="00E87C95" w:rsidRDefault="00000000">
      <w:pPr>
        <w:spacing w:after="0" w:line="579" w:lineRule="exact"/>
        <w:ind w:firstLine="640"/>
        <w:rPr>
          <w:lang w:eastAsia="zh-CN"/>
        </w:rPr>
      </w:pPr>
      <w:r>
        <w:rPr>
          <w:rFonts w:ascii="仿宋" w:eastAsia="仿宋" w:hAnsi="仿宋"/>
          <w:sz w:val="32"/>
          <w:lang w:eastAsia="zh-CN"/>
        </w:rPr>
        <w:t>您说悟道很难。为何？哎。你看见这盏灯了吗？看到了，好。那你看到这满室的典籍了吗？看到了。好，那我问你这灯和这典籍有何相同？灯能照亮顶极。而典籍如灯。可照亮世人。聪明。我要说的就是。</w:t>
      </w:r>
    </w:p>
    <w:p w14:paraId="6FA109F8" w14:textId="77777777" w:rsidR="00E87C95" w:rsidRDefault="00000000">
      <w:pPr>
        <w:spacing w:after="0" w:line="579" w:lineRule="exact"/>
        <w:ind w:firstLine="640"/>
        <w:rPr>
          <w:lang w:eastAsia="zh-CN"/>
        </w:rPr>
      </w:pPr>
      <w:r>
        <w:rPr>
          <w:rFonts w:ascii="仿宋" w:eastAsia="仿宋" w:hAnsi="仿宋"/>
          <w:sz w:val="32"/>
          <w:lang w:eastAsia="zh-CN"/>
        </w:rPr>
        <w:t>典籍。如灯啊。你寻找的路。会有这满</w:t>
      </w:r>
      <w:proofErr w:type="gramStart"/>
      <w:r>
        <w:rPr>
          <w:rFonts w:ascii="仿宋" w:eastAsia="仿宋" w:hAnsi="仿宋"/>
          <w:sz w:val="32"/>
          <w:lang w:eastAsia="zh-CN"/>
        </w:rPr>
        <w:t>世</w:t>
      </w:r>
      <w:proofErr w:type="gramEnd"/>
      <w:r>
        <w:rPr>
          <w:rFonts w:ascii="仿宋" w:eastAsia="仿宋" w:hAnsi="仿宋"/>
          <w:sz w:val="32"/>
          <w:lang w:eastAsia="zh-CN"/>
        </w:rPr>
        <w:t>的典籍。为你照亮。从今日起。李耳必当奋力读书，以求早日悟道。集先贤智慧于大成。</w:t>
      </w:r>
      <w:proofErr w:type="gramStart"/>
      <w:r>
        <w:rPr>
          <w:rFonts w:ascii="仿宋" w:eastAsia="仿宋" w:hAnsi="仿宋"/>
          <w:sz w:val="32"/>
          <w:lang w:eastAsia="zh-CN"/>
        </w:rPr>
        <w:t>传根本</w:t>
      </w:r>
      <w:proofErr w:type="gramEnd"/>
      <w:r>
        <w:rPr>
          <w:rFonts w:ascii="仿宋" w:eastAsia="仿宋" w:hAnsi="仿宋"/>
          <w:sz w:val="32"/>
          <w:lang w:eastAsia="zh-CN"/>
        </w:rPr>
        <w:t>智慧于后世。你是我见到的。最有悟性的人。你能做到。我们得。我在守藏之室。</w:t>
      </w:r>
    </w:p>
    <w:p w14:paraId="10086A0E" w14:textId="77777777" w:rsidR="00E87C95" w:rsidRDefault="00000000">
      <w:pPr>
        <w:spacing w:after="0" w:line="579" w:lineRule="exact"/>
        <w:ind w:firstLine="640"/>
        <w:rPr>
          <w:lang w:eastAsia="zh-CN"/>
        </w:rPr>
      </w:pPr>
      <w:r>
        <w:rPr>
          <w:rFonts w:ascii="仿宋" w:eastAsia="仿宋" w:hAnsi="仿宋"/>
          <w:sz w:val="32"/>
          <w:lang w:eastAsia="zh-CN"/>
        </w:rPr>
        <w:lastRenderedPageBreak/>
        <w:t>书读了一卷又一卷。时间过了一年又一年。年龄越来越大了。这胡子。也是越来越长了。而道呢，依然是若隐若现。终究没能真正领悟，但我知道。每天的积累。都是在向悟道迈进。有</w:t>
      </w:r>
      <w:proofErr w:type="gramStart"/>
      <w:r>
        <w:rPr>
          <w:rFonts w:ascii="仿宋" w:eastAsia="仿宋" w:hAnsi="仿宋"/>
          <w:sz w:val="32"/>
          <w:lang w:eastAsia="zh-CN"/>
        </w:rPr>
        <w:t>太</w:t>
      </w:r>
      <w:proofErr w:type="gramEnd"/>
      <w:r>
        <w:rPr>
          <w:rFonts w:ascii="仿宋" w:eastAsia="仿宋" w:hAnsi="仿宋"/>
          <w:sz w:val="32"/>
          <w:lang w:eastAsia="zh-CN"/>
        </w:rPr>
        <w:t>史为良师，祁清为益友。岁月经年。也只在弹指一挥间。</w:t>
      </w:r>
    </w:p>
    <w:p w14:paraId="2DD95169" w14:textId="77777777" w:rsidR="00E87C95" w:rsidRDefault="00000000">
      <w:pPr>
        <w:spacing w:after="0" w:line="579" w:lineRule="exact"/>
        <w:ind w:firstLine="640"/>
        <w:rPr>
          <w:lang w:eastAsia="zh-CN"/>
        </w:rPr>
      </w:pPr>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。我们这一代人呐。我是我的。老了。商容先生的病情如何呀？先生，我见到你见到他的时候。楚国和陈国正在打仗。先生生着病。却仍在关心民间的疾苦。不。哈哈</w:t>
      </w:r>
      <w:proofErr w:type="gramStart"/>
      <w:r>
        <w:rPr>
          <w:rFonts w:ascii="仿宋" w:eastAsia="仿宋" w:hAnsi="仿宋"/>
          <w:sz w:val="32"/>
          <w:lang w:eastAsia="zh-CN"/>
        </w:rPr>
        <w:t>哈</w:t>
      </w:r>
      <w:proofErr w:type="gramEnd"/>
      <w:r>
        <w:rPr>
          <w:rFonts w:ascii="仿宋" w:eastAsia="仿宋" w:hAnsi="仿宋"/>
          <w:sz w:val="32"/>
          <w:lang w:eastAsia="zh-CN"/>
        </w:rPr>
        <w:t>。先生，</w:t>
      </w:r>
    </w:p>
    <w:p w14:paraId="0514F713" w14:textId="77777777" w:rsidR="00E87C95" w:rsidRDefault="00000000">
      <w:pPr>
        <w:spacing w:after="0" w:line="579" w:lineRule="exact"/>
        <w:ind w:firstLine="640"/>
        <w:rPr>
          <w:lang w:eastAsia="zh-CN"/>
        </w:rPr>
      </w:pPr>
      <w:r>
        <w:rPr>
          <w:rFonts w:ascii="仿宋" w:eastAsia="仿宋" w:hAnsi="仿宋"/>
          <w:sz w:val="32"/>
          <w:lang w:eastAsia="zh-CN"/>
        </w:rPr>
        <w:t>女儿来了。李耳。我一直盼着你来呀来。爱是。哈哈</w:t>
      </w:r>
      <w:proofErr w:type="gramStart"/>
      <w:r>
        <w:rPr>
          <w:rFonts w:ascii="仿宋" w:eastAsia="仿宋" w:hAnsi="仿宋"/>
          <w:sz w:val="32"/>
          <w:lang w:eastAsia="zh-CN"/>
        </w:rPr>
        <w:t>哈</w:t>
      </w:r>
      <w:proofErr w:type="gramEnd"/>
      <w:r>
        <w:rPr>
          <w:rFonts w:ascii="仿宋" w:eastAsia="仿宋" w:hAnsi="仿宋"/>
          <w:sz w:val="32"/>
          <w:lang w:eastAsia="zh-CN"/>
        </w:rPr>
        <w:t>。先生，您的病情好些了吗？我的病很重。天下。亦是如此。唉。扶我起来。你应当把</w:t>
      </w:r>
      <w:proofErr w:type="gramStart"/>
      <w:r>
        <w:rPr>
          <w:rFonts w:ascii="仿宋" w:eastAsia="仿宋" w:hAnsi="仿宋"/>
          <w:sz w:val="32"/>
          <w:lang w:eastAsia="zh-CN"/>
        </w:rPr>
        <w:t>幼年与</w:t>
      </w:r>
      <w:proofErr w:type="gramEnd"/>
      <w:r>
        <w:rPr>
          <w:rFonts w:ascii="仿宋" w:eastAsia="仿宋" w:hAnsi="仿宋"/>
          <w:sz w:val="32"/>
          <w:lang w:eastAsia="zh-CN"/>
        </w:rPr>
        <w:t>少年时求知的欲望转化为。世间众生求大道。求智慧的智乱。</w:t>
      </w:r>
    </w:p>
    <w:p w14:paraId="105743C9" w14:textId="77777777" w:rsidR="00E87C95" w:rsidRDefault="00000000">
      <w:pPr>
        <w:spacing w:after="0" w:line="579" w:lineRule="exact"/>
        <w:ind w:firstLine="640"/>
        <w:rPr>
          <w:lang w:eastAsia="zh-CN"/>
        </w:rPr>
      </w:pPr>
      <w:r>
        <w:rPr>
          <w:rFonts w:ascii="仿宋" w:eastAsia="仿宋" w:hAnsi="仿宋"/>
          <w:sz w:val="32"/>
          <w:lang w:eastAsia="zh-CN"/>
        </w:rPr>
        <w:t>时间需要一种根本的力量与智慧去平复乱世。拯救疾苦啊。你要领悟这种智慧。为世人。找到这种力量。弟子谨遵先生教诲。商容先生的担忧。也正是我的担忧。开始我担忧您的身体。呵呵</w:t>
      </w:r>
      <w:proofErr w:type="gramStart"/>
      <w:r>
        <w:rPr>
          <w:rFonts w:ascii="仿宋" w:eastAsia="仿宋" w:hAnsi="仿宋"/>
          <w:sz w:val="32"/>
          <w:lang w:eastAsia="zh-CN"/>
        </w:rPr>
        <w:t>呵</w:t>
      </w:r>
      <w:proofErr w:type="gramEnd"/>
      <w:r>
        <w:rPr>
          <w:rFonts w:ascii="仿宋" w:eastAsia="仿宋" w:hAnsi="仿宋"/>
          <w:sz w:val="32"/>
          <w:lang w:eastAsia="zh-CN"/>
        </w:rPr>
        <w:t>。</w:t>
      </w:r>
      <w:proofErr w:type="gramStart"/>
      <w:r>
        <w:rPr>
          <w:rFonts w:ascii="仿宋" w:eastAsia="仿宋" w:hAnsi="仿宋"/>
          <w:sz w:val="32"/>
          <w:lang w:eastAsia="zh-CN"/>
        </w:rPr>
        <w:t>我已油尽</w:t>
      </w:r>
      <w:proofErr w:type="gramEnd"/>
      <w:r>
        <w:rPr>
          <w:rFonts w:ascii="仿宋" w:eastAsia="仿宋" w:hAnsi="仿宋"/>
          <w:sz w:val="32"/>
          <w:lang w:eastAsia="zh-CN"/>
        </w:rPr>
        <w:t>灯枯。即将离开这</w:t>
      </w:r>
      <w:proofErr w:type="gramStart"/>
      <w:r>
        <w:rPr>
          <w:rFonts w:ascii="仿宋" w:eastAsia="仿宋" w:hAnsi="仿宋"/>
          <w:sz w:val="32"/>
          <w:lang w:eastAsia="zh-CN"/>
        </w:rPr>
        <w:t>世</w:t>
      </w:r>
      <w:proofErr w:type="gramEnd"/>
      <w:r>
        <w:rPr>
          <w:rFonts w:ascii="仿宋" w:eastAsia="仿宋" w:hAnsi="仿宋"/>
          <w:sz w:val="32"/>
          <w:lang w:eastAsia="zh-CN"/>
        </w:rPr>
        <w:t>。但是您一定会痊愈的。李耳离不开您的教诲。只有读不完的书。</w:t>
      </w:r>
    </w:p>
    <w:p w14:paraId="7ED02C1D" w14:textId="77777777" w:rsidR="00E87C95" w:rsidRDefault="00000000">
      <w:pPr>
        <w:spacing w:after="0" w:line="579" w:lineRule="exact"/>
        <w:ind w:firstLine="640"/>
        <w:rPr>
          <w:lang w:eastAsia="zh-CN"/>
        </w:rPr>
      </w:pPr>
      <w:r>
        <w:rPr>
          <w:rFonts w:ascii="仿宋" w:eastAsia="仿宋" w:hAnsi="仿宋"/>
          <w:sz w:val="32"/>
          <w:lang w:eastAsia="zh-CN"/>
        </w:rPr>
        <w:t>哪有不会走的人。你不必为我悲伤。最让我感到欣慰的就是。举荐你</w:t>
      </w:r>
      <w:proofErr w:type="gramStart"/>
      <w:r>
        <w:rPr>
          <w:rFonts w:ascii="仿宋" w:eastAsia="仿宋" w:hAnsi="仿宋"/>
          <w:sz w:val="32"/>
          <w:lang w:eastAsia="zh-CN"/>
        </w:rPr>
        <w:t>做守藏</w:t>
      </w:r>
      <w:proofErr w:type="gramEnd"/>
      <w:r>
        <w:rPr>
          <w:rFonts w:ascii="仿宋" w:eastAsia="仿宋" w:hAnsi="仿宋"/>
          <w:sz w:val="32"/>
          <w:lang w:eastAsia="zh-CN"/>
        </w:rPr>
        <w:t>史。终于。我准啦。这满室的典籍。如能慎用其中智慧。定能如日月般。散发光辉。先生曾经说过。灯能照亮电极。而典籍如灯。可以照亮事物。我走后。</w:t>
      </w:r>
    </w:p>
    <w:p w14:paraId="13395A49" w14:textId="77777777" w:rsidR="00E87C95" w:rsidRDefault="00000000">
      <w:pPr>
        <w:spacing w:after="0" w:line="579" w:lineRule="exact"/>
        <w:ind w:firstLine="640"/>
        <w:rPr>
          <w:lang w:eastAsia="zh-CN"/>
        </w:rPr>
      </w:pPr>
      <w:r>
        <w:rPr>
          <w:rFonts w:ascii="仿宋" w:eastAsia="仿宋" w:hAnsi="仿宋"/>
          <w:sz w:val="32"/>
          <w:lang w:eastAsia="zh-CN"/>
        </w:rPr>
        <w:lastRenderedPageBreak/>
        <w:t>你要守护好。这些。典型。你要为文明的传世。守住。一盏灯火。希望能为这世间。传一份遮风挡雨的智慧。后生啊。你是不是特别喜欢？熊出没是。你是我见到的。最有共性的。我走后，你要守护好这些典籍性。</w:t>
      </w:r>
    </w:p>
    <w:p w14:paraId="1A495ED7" w14:textId="77777777" w:rsidR="00E87C95" w:rsidRDefault="00000000">
      <w:pPr>
        <w:spacing w:after="0" w:line="579" w:lineRule="exact"/>
        <w:ind w:firstLine="640"/>
        <w:rPr>
          <w:lang w:eastAsia="zh-CN"/>
        </w:rPr>
      </w:pPr>
      <w:r>
        <w:rPr>
          <w:rFonts w:ascii="仿宋" w:eastAsia="仿宋" w:hAnsi="仿宋"/>
          <w:sz w:val="32"/>
          <w:lang w:eastAsia="zh-CN"/>
        </w:rPr>
        <w:t>在刚才的这段戏剧最后，老年老子于风雨交加中转身，迈着坚定的步伐。从他的身影当中，能够感受到他追寻大道的这份决心。是的，这出戏让我们看到了老子是一个不断成长的人。老子啊，从小就是一个爱思考敢发问的人，这和他哲学家的形象其实是非常吻合的，商容啊，其实有的史书中也写成是。常</w:t>
      </w:r>
      <w:proofErr w:type="gramStart"/>
      <w:r>
        <w:rPr>
          <w:rFonts w:ascii="仿宋" w:eastAsia="仿宋" w:hAnsi="仿宋"/>
          <w:sz w:val="32"/>
          <w:lang w:eastAsia="zh-CN"/>
        </w:rPr>
        <w:t>枞</w:t>
      </w:r>
      <w:proofErr w:type="gramEnd"/>
      <w:r>
        <w:rPr>
          <w:rFonts w:ascii="仿宋" w:eastAsia="仿宋" w:hAnsi="仿宋"/>
          <w:sz w:val="32"/>
          <w:lang w:eastAsia="zh-CN"/>
        </w:rPr>
        <w:t>嘛，这是老子的老师魏晋南北朝时期</w:t>
      </w:r>
      <w:proofErr w:type="gramStart"/>
      <w:r>
        <w:rPr>
          <w:rFonts w:ascii="仿宋" w:eastAsia="仿宋" w:hAnsi="仿宋"/>
          <w:sz w:val="32"/>
          <w:lang w:eastAsia="zh-CN"/>
        </w:rPr>
        <w:t>高适传里</w:t>
      </w:r>
      <w:proofErr w:type="gramEnd"/>
      <w:r>
        <w:rPr>
          <w:rFonts w:ascii="仿宋" w:eastAsia="仿宋" w:hAnsi="仿宋"/>
          <w:sz w:val="32"/>
          <w:lang w:eastAsia="zh-CN"/>
        </w:rPr>
        <w:t>说商容先生临终之前，老子去看望他，</w:t>
      </w:r>
    </w:p>
    <w:p w14:paraId="0BC81A0D" w14:textId="77777777" w:rsidR="00E87C95" w:rsidRDefault="00000000">
      <w:pPr>
        <w:spacing w:after="0" w:line="579" w:lineRule="exact"/>
        <w:ind w:firstLine="640"/>
        <w:rPr>
          <w:lang w:eastAsia="zh-CN"/>
        </w:rPr>
      </w:pPr>
      <w:r>
        <w:rPr>
          <w:rFonts w:ascii="仿宋" w:eastAsia="仿宋" w:hAnsi="仿宋"/>
          <w:sz w:val="32"/>
          <w:lang w:eastAsia="zh-CN"/>
        </w:rPr>
        <w:t>说您还能给我一些什么教诲呢？商容先生就张开嘴说，你看看我的牙还在吗？然后老子说不在了，然后说你看看我的舌头还在吗？他说还在呀，然后商容先生告诉他这个道理叫做什么，其实就是柔弱胜刚强嘛。确实看了刚才的戏剧呢，有很多的触动，我想起了薪火相传这四个字。许多我们如今早已看不到的典籍呢，老子可能都读过像《道德经》中的以百姓心为心。就是继承发展了尧舜时期的民本思想，发现文明的更新和连续性。</w:t>
      </w:r>
    </w:p>
    <w:p w14:paraId="169C2431" w14:textId="77777777" w:rsidR="00E87C95" w:rsidRDefault="00000000">
      <w:pPr>
        <w:spacing w:after="0" w:line="579" w:lineRule="exact"/>
        <w:ind w:firstLine="640"/>
        <w:rPr>
          <w:lang w:eastAsia="zh-CN"/>
        </w:rPr>
      </w:pPr>
      <w:r>
        <w:rPr>
          <w:rFonts w:ascii="仿宋" w:eastAsia="仿宋" w:hAnsi="仿宋"/>
          <w:sz w:val="32"/>
          <w:lang w:eastAsia="zh-CN"/>
        </w:rPr>
        <w:t>正是在这种精神中建立起来的。我们继续往下看。万事商容先生。这些年来。我一直没敢忘记你们对我的托付。女</w:t>
      </w:r>
      <w:r>
        <w:rPr>
          <w:rFonts w:ascii="仿宋" w:eastAsia="仿宋" w:hAnsi="仿宋"/>
          <w:sz w:val="32"/>
          <w:lang w:eastAsia="zh-CN"/>
        </w:rPr>
        <w:lastRenderedPageBreak/>
        <w:t>儿。哦。你我。要为这文明的传世。守住。一盏灯火。这世上。需要一种根本的力量。与智慧平复乱世。拯救基因。</w:t>
      </w:r>
    </w:p>
    <w:p w14:paraId="7F251981" w14:textId="77777777" w:rsidR="00E87C95" w:rsidRDefault="00000000">
      <w:pPr>
        <w:spacing w:after="0" w:line="579" w:lineRule="exact"/>
        <w:ind w:firstLine="640"/>
        <w:rPr>
          <w:lang w:eastAsia="zh-CN"/>
        </w:rPr>
      </w:pPr>
      <w:r>
        <w:rPr>
          <w:rFonts w:ascii="仿宋" w:eastAsia="仿宋" w:hAnsi="仿宋"/>
          <w:sz w:val="32"/>
          <w:lang w:eastAsia="zh-CN"/>
        </w:rPr>
        <w:t>你希望我领悟这份智慧。拥有这种力量。相信自己的智慧。你终会找到答案的。相信自己的智慧，你终会找到答案。黄河荣誉。谈何容易呀。如今守藏之责。压在我的肩上。贤</w:t>
      </w:r>
      <w:proofErr w:type="gramStart"/>
      <w:r>
        <w:rPr>
          <w:rFonts w:ascii="仿宋" w:eastAsia="仿宋" w:hAnsi="仿宋"/>
          <w:sz w:val="32"/>
          <w:lang w:eastAsia="zh-CN"/>
        </w:rPr>
        <w:t>贤</w:t>
      </w:r>
      <w:proofErr w:type="gramEnd"/>
      <w:r>
        <w:rPr>
          <w:rFonts w:ascii="仿宋" w:eastAsia="仿宋" w:hAnsi="仿宋"/>
          <w:sz w:val="32"/>
          <w:lang w:eastAsia="zh-CN"/>
        </w:rPr>
        <w:t>智慧。陪伴。左右。女儿啊，女儿。</w:t>
      </w:r>
    </w:p>
    <w:p w14:paraId="4D50626C" w14:textId="77777777" w:rsidR="00E87C95" w:rsidRDefault="00000000">
      <w:pPr>
        <w:spacing w:after="0" w:line="579" w:lineRule="exact"/>
        <w:ind w:firstLine="640"/>
        <w:rPr>
          <w:lang w:eastAsia="zh-CN"/>
        </w:rPr>
      </w:pPr>
      <w:r>
        <w:rPr>
          <w:rFonts w:ascii="仿宋" w:eastAsia="仿宋" w:hAnsi="仿宋"/>
          <w:sz w:val="32"/>
          <w:lang w:eastAsia="zh-CN"/>
        </w:rPr>
        <w:t>这些年你求到了什么？什么才是可以？船只千古的智慧大道啊。我是我们的。足以在东方升起，何以在西方落下。东方有多少个太阳排队等着升起来？西方为什么能放下那么多太阳？大道应如日之恒。万古不易。文王在上。</w:t>
      </w:r>
      <w:proofErr w:type="gramStart"/>
      <w:r>
        <w:rPr>
          <w:rFonts w:ascii="仿宋" w:eastAsia="仿宋" w:hAnsi="仿宋"/>
          <w:sz w:val="32"/>
          <w:lang w:eastAsia="zh-CN"/>
        </w:rPr>
        <w:t>孤朝于</w:t>
      </w:r>
      <w:proofErr w:type="gramEnd"/>
      <w:r>
        <w:rPr>
          <w:rFonts w:ascii="仿宋" w:eastAsia="仿宋" w:hAnsi="仿宋"/>
          <w:sz w:val="32"/>
          <w:lang w:eastAsia="zh-CN"/>
        </w:rPr>
        <w:t>天。周虽旧</w:t>
      </w:r>
      <w:proofErr w:type="gramStart"/>
      <w:r>
        <w:rPr>
          <w:rFonts w:ascii="仿宋" w:eastAsia="仿宋" w:hAnsi="仿宋"/>
          <w:sz w:val="32"/>
          <w:lang w:eastAsia="zh-CN"/>
        </w:rPr>
        <w:t>邦</w:t>
      </w:r>
      <w:proofErr w:type="gramEnd"/>
      <w:r>
        <w:rPr>
          <w:rFonts w:ascii="仿宋" w:eastAsia="仿宋" w:hAnsi="仿宋"/>
          <w:sz w:val="32"/>
          <w:lang w:eastAsia="zh-CN"/>
        </w:rPr>
        <w:t>。其命为心。得天道者。</w:t>
      </w:r>
    </w:p>
    <w:p w14:paraId="1FDCAD1E" w14:textId="77777777" w:rsidR="00E87C95" w:rsidRDefault="00000000">
      <w:pPr>
        <w:spacing w:after="0" w:line="579" w:lineRule="exact"/>
        <w:ind w:firstLine="640"/>
        <w:rPr>
          <w:lang w:eastAsia="zh-CN"/>
        </w:rPr>
      </w:pPr>
      <w:r>
        <w:rPr>
          <w:rFonts w:ascii="仿宋" w:eastAsia="仿宋" w:hAnsi="仿宋"/>
          <w:sz w:val="32"/>
          <w:lang w:eastAsia="zh-CN"/>
        </w:rPr>
        <w:t>可以负责世人。天道为贤者所用。乃能福泽万物。海很聪明，它待在最低的地方，于是成为最大的水百川汇海。乃称其大。得天道者天命，</w:t>
      </w:r>
      <w:proofErr w:type="gramStart"/>
      <w:r>
        <w:rPr>
          <w:rFonts w:ascii="仿宋" w:eastAsia="仿宋" w:hAnsi="仿宋"/>
          <w:sz w:val="32"/>
          <w:lang w:eastAsia="zh-CN"/>
        </w:rPr>
        <w:t>永心则</w:t>
      </w:r>
      <w:proofErr w:type="gramEnd"/>
      <w:r>
        <w:rPr>
          <w:rFonts w:ascii="仿宋" w:eastAsia="仿宋" w:hAnsi="仿宋"/>
          <w:sz w:val="32"/>
          <w:lang w:eastAsia="zh-CN"/>
        </w:rPr>
        <w:t>示人者示人。</w:t>
      </w:r>
      <w:proofErr w:type="gramStart"/>
      <w:r>
        <w:rPr>
          <w:rFonts w:ascii="仿宋" w:eastAsia="仿宋" w:hAnsi="仿宋"/>
          <w:sz w:val="32"/>
          <w:lang w:eastAsia="zh-CN"/>
        </w:rPr>
        <w:t>永奉天道不</w:t>
      </w:r>
      <w:proofErr w:type="gramEnd"/>
      <w:r>
        <w:rPr>
          <w:rFonts w:ascii="仿宋" w:eastAsia="仿宋" w:hAnsi="仿宋"/>
          <w:sz w:val="32"/>
          <w:lang w:eastAsia="zh-CN"/>
        </w:rPr>
        <w:t>思亲。但清净万物是吧，都应该。应该是福泽万物，成就万物，生发万物的，</w:t>
      </w:r>
    </w:p>
    <w:p w14:paraId="6FEA103E" w14:textId="77777777" w:rsidR="00E87C95" w:rsidRDefault="00000000">
      <w:pPr>
        <w:spacing w:after="0" w:line="579" w:lineRule="exact"/>
        <w:ind w:firstLine="640"/>
        <w:rPr>
          <w:lang w:eastAsia="zh-CN"/>
        </w:rPr>
      </w:pPr>
      <w:r>
        <w:rPr>
          <w:rFonts w:ascii="仿宋" w:eastAsia="仿宋" w:hAnsi="仿宋"/>
          <w:sz w:val="32"/>
          <w:lang w:eastAsia="zh-CN"/>
        </w:rPr>
        <w:t>那是什么福泽万物？生发万物，那是什么？福泽万物，成就万物，生发万物。那是什么？我正在悟。你们帮着我一块想想。下雨了。雨越下越大了。雨淋湿了，整个世间淋湿了万物。对，是雨。</w:t>
      </w:r>
    </w:p>
    <w:p w14:paraId="017E0B25" w14:textId="77777777" w:rsidR="00E87C95" w:rsidRDefault="00000000">
      <w:pPr>
        <w:spacing w:after="0" w:line="579" w:lineRule="exact"/>
        <w:ind w:firstLine="640"/>
        <w:rPr>
          <w:lang w:eastAsia="zh-CN"/>
        </w:rPr>
      </w:pPr>
      <w:r>
        <w:rPr>
          <w:rFonts w:ascii="仿宋" w:eastAsia="仿宋" w:hAnsi="仿宋"/>
          <w:sz w:val="32"/>
          <w:lang w:eastAsia="zh-CN"/>
        </w:rPr>
        <w:lastRenderedPageBreak/>
        <w:t>是水。天之道，地之道，人之道，对万物的福泽，就应该像这水呀。涓涓细流，泽被万物。水是最接近于道。天地人遇道。本为一体。人法地，地法天，天法道。道法自然。</w:t>
      </w:r>
    </w:p>
    <w:p w14:paraId="5B7E3E37" w14:textId="77777777" w:rsidR="00E87C95" w:rsidRDefault="00000000">
      <w:pPr>
        <w:spacing w:after="0" w:line="579" w:lineRule="exact"/>
        <w:ind w:firstLine="640"/>
        <w:rPr>
          <w:lang w:eastAsia="zh-CN"/>
        </w:rPr>
      </w:pPr>
      <w:r>
        <w:rPr>
          <w:rFonts w:ascii="仿宋" w:eastAsia="仿宋" w:hAnsi="仿宋"/>
          <w:sz w:val="32"/>
          <w:lang w:eastAsia="zh-CN"/>
        </w:rPr>
        <w:t>你悟到了，你悟到了。悟到啦。悟到啦。上善若水。上善若水呀。圣诞树水。上善若水。天下莫柔弱于水。而攻坚强者，莫者能胜。水柔韧而至，强滴水可穿顽石。会流可载具舟。悟道啦。</w:t>
      </w:r>
    </w:p>
    <w:p w14:paraId="1525B188" w14:textId="77777777" w:rsidR="00E87C95" w:rsidRDefault="00000000">
      <w:pPr>
        <w:spacing w:after="0" w:line="579" w:lineRule="exact"/>
        <w:ind w:firstLine="640"/>
        <w:rPr>
          <w:lang w:eastAsia="zh-CN"/>
        </w:rPr>
      </w:pPr>
      <w:r>
        <w:rPr>
          <w:rFonts w:ascii="仿宋" w:eastAsia="仿宋" w:hAnsi="仿宋"/>
          <w:sz w:val="32"/>
          <w:lang w:eastAsia="zh-CN"/>
        </w:rPr>
        <w:t>上善若水。上善若水，上善。是鬼呀。</w:t>
      </w:r>
      <w:proofErr w:type="gramStart"/>
      <w:r>
        <w:rPr>
          <w:rFonts w:ascii="仿宋" w:eastAsia="仿宋" w:hAnsi="仿宋"/>
          <w:sz w:val="32"/>
          <w:lang w:eastAsia="zh-CN"/>
        </w:rPr>
        <w:t>水本无心</w:t>
      </w:r>
      <w:proofErr w:type="gramEnd"/>
      <w:r>
        <w:rPr>
          <w:rFonts w:ascii="仿宋" w:eastAsia="仿宋" w:hAnsi="仿宋"/>
          <w:sz w:val="32"/>
          <w:lang w:eastAsia="zh-CN"/>
        </w:rPr>
        <w:t>，但能应万物所需。圣人无常心，以百姓心为心。我知道曾经有一个人也向您请教过，而他在后世也被奉为圣贤。那你说的是谁啊？一位鲁国人。呵呵</w:t>
      </w:r>
      <w:proofErr w:type="gramStart"/>
      <w:r>
        <w:rPr>
          <w:rFonts w:ascii="仿宋" w:eastAsia="仿宋" w:hAnsi="仿宋"/>
          <w:sz w:val="32"/>
          <w:lang w:eastAsia="zh-CN"/>
        </w:rPr>
        <w:t>呵</w:t>
      </w:r>
      <w:proofErr w:type="gramEnd"/>
      <w:r>
        <w:rPr>
          <w:rFonts w:ascii="仿宋" w:eastAsia="仿宋" w:hAnsi="仿宋"/>
          <w:sz w:val="32"/>
          <w:lang w:eastAsia="zh-CN"/>
        </w:rPr>
        <w:t>。尔等都是先进的守藏之吏，书有云。</w:t>
      </w:r>
    </w:p>
    <w:p w14:paraId="62185C69" w14:textId="77777777" w:rsidR="00E87C95" w:rsidRDefault="00000000">
      <w:pPr>
        <w:spacing w:after="0" w:line="579" w:lineRule="exact"/>
        <w:ind w:firstLine="640"/>
        <w:rPr>
          <w:lang w:eastAsia="zh-CN"/>
        </w:rPr>
      </w:pPr>
      <w:proofErr w:type="gramStart"/>
      <w:r>
        <w:rPr>
          <w:rFonts w:ascii="仿宋" w:eastAsia="仿宋" w:hAnsi="仿宋"/>
          <w:sz w:val="32"/>
          <w:lang w:eastAsia="zh-CN"/>
        </w:rPr>
        <w:t>念宗时</w:t>
      </w:r>
      <w:proofErr w:type="gramEnd"/>
      <w:r>
        <w:rPr>
          <w:rFonts w:ascii="仿宋" w:eastAsia="仿宋" w:hAnsi="仿宋"/>
          <w:sz w:val="32"/>
          <w:lang w:eastAsia="zh-CN"/>
        </w:rPr>
        <w:t>。典与学。今后，我与诸位一起守护典籍，努力为学。守护典籍，努力为学。谨遵守藏史教会。各司其职吧。这就是周王室的守藏室。这么多典籍。老子在这里学有所成，定有大智慧。看来我这次来对了。嗯。</w:t>
      </w:r>
    </w:p>
    <w:p w14:paraId="5B9E1636" w14:textId="77777777" w:rsidR="00E87C95" w:rsidRDefault="00000000">
      <w:pPr>
        <w:spacing w:after="0" w:line="579" w:lineRule="exact"/>
        <w:ind w:firstLine="640"/>
        <w:rPr>
          <w:lang w:eastAsia="zh-CN"/>
        </w:rPr>
      </w:pPr>
      <w:r>
        <w:rPr>
          <w:rFonts w:ascii="仿宋" w:eastAsia="仿宋" w:hAnsi="仿宋"/>
          <w:sz w:val="32"/>
          <w:lang w:eastAsia="zh-CN"/>
        </w:rPr>
        <w:t>拜见先生。二位是。在下孔丘，字仲尼。特</w:t>
      </w:r>
      <w:proofErr w:type="gramStart"/>
      <w:r>
        <w:rPr>
          <w:rFonts w:ascii="仿宋" w:eastAsia="仿宋" w:hAnsi="仿宋"/>
          <w:sz w:val="32"/>
          <w:lang w:eastAsia="zh-CN"/>
        </w:rPr>
        <w:t>莱</w:t>
      </w:r>
      <w:proofErr w:type="gramEnd"/>
      <w:r>
        <w:rPr>
          <w:rFonts w:ascii="仿宋" w:eastAsia="仿宋" w:hAnsi="仿宋"/>
          <w:sz w:val="32"/>
          <w:lang w:eastAsia="zh-CN"/>
        </w:rPr>
        <w:t>洛邑向先生求教。著名。可是鲁国的众语啊。正是当年先生。在向导。我曾向先生求问。这次来。要问什么？我想求问。天下之道。我们坐下说。</w:t>
      </w:r>
    </w:p>
    <w:p w14:paraId="5AC70F4D" w14:textId="77777777" w:rsidR="00E87C95" w:rsidRDefault="00000000">
      <w:pPr>
        <w:spacing w:after="0" w:line="579" w:lineRule="exact"/>
        <w:ind w:firstLine="640"/>
        <w:rPr>
          <w:lang w:eastAsia="zh-CN"/>
        </w:rPr>
      </w:pPr>
      <w:r>
        <w:rPr>
          <w:rFonts w:ascii="仿宋" w:eastAsia="仿宋" w:hAnsi="仿宋"/>
          <w:sz w:val="32"/>
          <w:lang w:eastAsia="zh-CN"/>
        </w:rPr>
        <w:t>天下失道已久。以至于。诸侯相亲罚，民生凋毙。我在先贤之书，圣人之教当中寻找答案。却一直不能确定。你都</w:t>
      </w:r>
      <w:r>
        <w:rPr>
          <w:rFonts w:ascii="仿宋" w:eastAsia="仿宋" w:hAnsi="仿宋"/>
          <w:sz w:val="32"/>
          <w:lang w:eastAsia="zh-CN"/>
        </w:rPr>
        <w:lastRenderedPageBreak/>
        <w:t>读到了什么？我以为治国当道之以德，齐之以礼。天下诸侯。以周天子为尊。近气相罚，和睦相处。行文武之志。</w:t>
      </w:r>
    </w:p>
    <w:p w14:paraId="21A2D637" w14:textId="77777777" w:rsidR="00E87C95" w:rsidRDefault="00000000">
      <w:pPr>
        <w:spacing w:after="0" w:line="579" w:lineRule="exact"/>
        <w:ind w:firstLine="640"/>
        <w:rPr>
          <w:lang w:eastAsia="zh-CN"/>
        </w:rPr>
      </w:pPr>
      <w:r>
        <w:rPr>
          <w:rFonts w:ascii="仿宋" w:eastAsia="仿宋" w:hAnsi="仿宋"/>
          <w:sz w:val="32"/>
          <w:lang w:eastAsia="zh-CN"/>
        </w:rPr>
        <w:t>赋周公之礼。定可重现。成康盛世。倡导礼仪的那些人呐。只是言论还在。现在连骨头。都已经腐烂了吧？先生是说恢复周礼与天下安定并无异处。寝室恢复周礼却失道。师德。那又有何用啊？请先生赐教。上善若水。甚至应该学习水。滋润万物的美德。</w:t>
      </w:r>
    </w:p>
    <w:p w14:paraId="7F00BC44" w14:textId="77777777" w:rsidR="00E87C95" w:rsidRDefault="00000000">
      <w:pPr>
        <w:spacing w:after="0" w:line="579" w:lineRule="exact"/>
        <w:ind w:firstLine="640"/>
        <w:rPr>
          <w:lang w:eastAsia="zh-CN"/>
        </w:rPr>
      </w:pPr>
      <w:proofErr w:type="spellStart"/>
      <w:r>
        <w:rPr>
          <w:rFonts w:ascii="仿宋" w:eastAsia="仿宋" w:hAnsi="仿宋"/>
          <w:sz w:val="32"/>
        </w:rPr>
        <w:t>上善若水。水之德，如君子</w:t>
      </w:r>
      <w:proofErr w:type="spellEnd"/>
      <w:r>
        <w:rPr>
          <w:rFonts w:ascii="仿宋" w:eastAsia="仿宋" w:hAnsi="仿宋"/>
          <w:sz w:val="32"/>
        </w:rPr>
        <w:t>。</w:t>
      </w:r>
      <w:r>
        <w:rPr>
          <w:rFonts w:ascii="仿宋" w:eastAsia="仿宋" w:hAnsi="仿宋"/>
          <w:sz w:val="32"/>
          <w:lang w:eastAsia="zh-CN"/>
        </w:rPr>
        <w:t>水之美德。的确值得世人学习。孔丘谢先生之教诲。拜别先生。祝你是幸运的。他见到了守藏室最完整的样子。数年后。洛邑发生了变故。据后世的历《史记》载。王子朝与王子猛，王子盖争利为王，以至于造成周王室内部长期激烈的争斗。</w:t>
      </w:r>
    </w:p>
    <w:p w14:paraId="5A43770F" w14:textId="77777777" w:rsidR="00E87C95" w:rsidRDefault="00000000">
      <w:pPr>
        <w:spacing w:after="0" w:line="579" w:lineRule="exact"/>
        <w:ind w:firstLine="640"/>
        <w:rPr>
          <w:lang w:eastAsia="zh-CN"/>
        </w:rPr>
      </w:pPr>
      <w:proofErr w:type="spellStart"/>
      <w:r>
        <w:rPr>
          <w:rFonts w:ascii="仿宋" w:eastAsia="仿宋" w:hAnsi="仿宋"/>
          <w:sz w:val="32"/>
        </w:rPr>
        <w:t>王子潮在逃离王都之前</w:t>
      </w:r>
      <w:proofErr w:type="spellEnd"/>
      <w:r>
        <w:rPr>
          <w:rFonts w:ascii="仿宋" w:eastAsia="仿宋" w:hAnsi="仿宋"/>
          <w:sz w:val="32"/>
        </w:rPr>
        <w:t>。</w:t>
      </w:r>
      <w:r>
        <w:rPr>
          <w:rFonts w:ascii="仿宋" w:eastAsia="仿宋" w:hAnsi="仿宋"/>
          <w:sz w:val="32"/>
          <w:lang w:eastAsia="zh-CN"/>
        </w:rPr>
        <w:t>守藏室。迎来了一场浩劫。把这里围起来。从现在起，一卷竹简都不许发出去。先生。首藏史何在。我就是守藏史。奉上命，尔等需即刻将这些典籍史册全部装车搬走。搬到哪里去啊？不该你问我是守藏师。典籍搬去哪里，我就该跟到哪里啊？</w:t>
      </w:r>
    </w:p>
    <w:p w14:paraId="693B6C1D" w14:textId="77777777" w:rsidR="00E87C95" w:rsidRDefault="00000000">
      <w:pPr>
        <w:spacing w:after="0" w:line="579" w:lineRule="exact"/>
        <w:ind w:firstLine="640"/>
        <w:rPr>
          <w:lang w:eastAsia="zh-CN"/>
        </w:rPr>
      </w:pPr>
      <w:r>
        <w:rPr>
          <w:rFonts w:ascii="仿宋" w:eastAsia="仿宋" w:hAnsi="仿宋"/>
          <w:sz w:val="32"/>
          <w:lang w:eastAsia="zh-CN"/>
        </w:rPr>
        <w:t>如何我问不得呀？对这些典籍传承的千百年</w:t>
      </w:r>
      <w:proofErr w:type="gramStart"/>
      <w:r>
        <w:rPr>
          <w:rFonts w:ascii="仿宋" w:eastAsia="仿宋" w:hAnsi="仿宋"/>
          <w:sz w:val="32"/>
          <w:lang w:eastAsia="zh-CN"/>
        </w:rPr>
        <w:t>逐渐危变脆弱</w:t>
      </w:r>
      <w:proofErr w:type="gramEnd"/>
      <w:r>
        <w:rPr>
          <w:rFonts w:ascii="仿宋" w:eastAsia="仿宋" w:hAnsi="仿宋"/>
          <w:sz w:val="32"/>
          <w:lang w:eastAsia="zh-CN"/>
        </w:rPr>
        <w:t>，你们这是要毁了典籍哪儿那么多废话？来人。全部给我搬走。班长，你们谁要毁掉这些典籍？除非从我身上踏过去。先生，我也是奉命行事失礼了。你们干什么呢？你们干什么？不能搬，不能搬，不能搬，</w:t>
      </w:r>
    </w:p>
    <w:p w14:paraId="27AF836E" w14:textId="77777777" w:rsidR="00E87C95" w:rsidRDefault="00000000">
      <w:pPr>
        <w:spacing w:after="0" w:line="579" w:lineRule="exact"/>
        <w:ind w:firstLine="640"/>
        <w:rPr>
          <w:lang w:eastAsia="zh-CN"/>
        </w:rPr>
      </w:pPr>
      <w:proofErr w:type="spellStart"/>
      <w:r>
        <w:rPr>
          <w:rFonts w:ascii="仿宋" w:eastAsia="仿宋" w:hAnsi="仿宋"/>
          <w:sz w:val="32"/>
        </w:rPr>
        <w:lastRenderedPageBreak/>
        <w:t>不能搬，不能搬，不能搬，不能搬，不能搬啊</w:t>
      </w:r>
      <w:proofErr w:type="spellEnd"/>
      <w:r>
        <w:rPr>
          <w:rFonts w:ascii="仿宋" w:eastAsia="仿宋" w:hAnsi="仿宋"/>
          <w:sz w:val="32"/>
        </w:rPr>
        <w:t>。</w:t>
      </w:r>
      <w:r>
        <w:rPr>
          <w:rFonts w:ascii="仿宋" w:eastAsia="仿宋" w:hAnsi="仿宋"/>
          <w:sz w:val="32"/>
          <w:lang w:eastAsia="zh-CN"/>
        </w:rPr>
        <w:t>啊，亲兄。你们敢动电机，我跟你们拼了。走，不要。其实。心胸。哎呦，多好取消。</w:t>
      </w:r>
    </w:p>
    <w:p w14:paraId="1351E636" w14:textId="77777777" w:rsidR="00E87C95" w:rsidRDefault="00000000">
      <w:pPr>
        <w:spacing w:after="0" w:line="579" w:lineRule="exact"/>
        <w:ind w:firstLine="640"/>
        <w:rPr>
          <w:lang w:eastAsia="zh-CN"/>
        </w:rPr>
      </w:pPr>
      <w:r>
        <w:rPr>
          <w:rFonts w:ascii="仿宋" w:eastAsia="仿宋" w:hAnsi="仿宋"/>
          <w:sz w:val="32"/>
          <w:lang w:eastAsia="zh-CN"/>
        </w:rPr>
        <w:t>祁清。祁清啊。嗯。怎么会是这样？我不是没有你。这我当时也不能没有你。哈哈</w:t>
      </w:r>
      <w:proofErr w:type="gramStart"/>
      <w:r>
        <w:rPr>
          <w:rFonts w:ascii="仿宋" w:eastAsia="仿宋" w:hAnsi="仿宋"/>
          <w:sz w:val="32"/>
          <w:lang w:eastAsia="zh-CN"/>
        </w:rPr>
        <w:t>哈</w:t>
      </w:r>
      <w:proofErr w:type="gramEnd"/>
      <w:r>
        <w:rPr>
          <w:rFonts w:ascii="仿宋" w:eastAsia="仿宋" w:hAnsi="仿宋"/>
          <w:sz w:val="32"/>
          <w:lang w:eastAsia="zh-CN"/>
        </w:rPr>
        <w:t>。啊，你太让我手了。是呀，我也很想知道先生，您就讲讲吧，伊尔快来看。大家叫我祁大嘴，没想到你看到这么多的典籍点的嘴比我还大，</w:t>
      </w:r>
    </w:p>
    <w:p w14:paraId="47F95186" w14:textId="77777777" w:rsidR="00E87C95" w:rsidRDefault="00000000">
      <w:pPr>
        <w:spacing w:after="0" w:line="579" w:lineRule="exact"/>
        <w:ind w:firstLine="640"/>
        <w:rPr>
          <w:lang w:eastAsia="zh-CN"/>
        </w:rPr>
      </w:pPr>
      <w:r>
        <w:rPr>
          <w:rFonts w:ascii="仿宋" w:eastAsia="仿宋" w:hAnsi="仿宋"/>
          <w:sz w:val="32"/>
          <w:lang w:eastAsia="zh-CN"/>
        </w:rPr>
        <w:t>我真是高兴。高兴啊。二八四四，谢谢姐姐。你休息。星星</w:t>
      </w:r>
      <w:proofErr w:type="gramStart"/>
      <w:r>
        <w:rPr>
          <w:rFonts w:ascii="仿宋" w:eastAsia="仿宋" w:hAnsi="仿宋"/>
          <w:sz w:val="32"/>
          <w:lang w:eastAsia="zh-CN"/>
        </w:rPr>
        <w:t>星</w:t>
      </w:r>
      <w:proofErr w:type="gramEnd"/>
      <w:r>
        <w:rPr>
          <w:rFonts w:ascii="仿宋" w:eastAsia="仿宋" w:hAnsi="仿宋"/>
          <w:sz w:val="32"/>
          <w:lang w:eastAsia="zh-CN"/>
        </w:rPr>
        <w:t>。我真是一天一句都没有。越走。齐秦先生舍命守护典籍的精神。必将融入大道。生生不息，</w:t>
      </w:r>
      <w:proofErr w:type="gramStart"/>
      <w:r>
        <w:rPr>
          <w:rFonts w:ascii="仿宋" w:eastAsia="仿宋" w:hAnsi="仿宋"/>
          <w:sz w:val="32"/>
          <w:lang w:eastAsia="zh-CN"/>
        </w:rPr>
        <w:t>撒君说</w:t>
      </w:r>
      <w:proofErr w:type="gramEnd"/>
      <w:r>
        <w:rPr>
          <w:rFonts w:ascii="仿宋" w:eastAsia="仿宋" w:hAnsi="仿宋"/>
          <w:sz w:val="32"/>
          <w:lang w:eastAsia="zh-CN"/>
        </w:rPr>
        <w:t>的对。大到生生不息。引以</w:t>
      </w:r>
      <w:proofErr w:type="gramStart"/>
      <w:r>
        <w:rPr>
          <w:rFonts w:ascii="仿宋" w:eastAsia="仿宋" w:hAnsi="仿宋"/>
          <w:sz w:val="32"/>
          <w:lang w:eastAsia="zh-CN"/>
        </w:rPr>
        <w:t>得先生传</w:t>
      </w:r>
      <w:proofErr w:type="gramEnd"/>
      <w:r>
        <w:rPr>
          <w:rFonts w:ascii="仿宋" w:eastAsia="仿宋" w:hAnsi="仿宋"/>
          <w:sz w:val="32"/>
          <w:lang w:eastAsia="zh-CN"/>
        </w:rPr>
        <w:t>之大道，愿以余生。</w:t>
      </w:r>
    </w:p>
    <w:p w14:paraId="42B96C74" w14:textId="77777777" w:rsidR="00E87C95" w:rsidRDefault="00000000">
      <w:pPr>
        <w:spacing w:after="0" w:line="579" w:lineRule="exact"/>
        <w:ind w:firstLine="640"/>
        <w:rPr>
          <w:lang w:eastAsia="zh-CN"/>
        </w:rPr>
      </w:pPr>
      <w:r>
        <w:rPr>
          <w:rFonts w:ascii="仿宋" w:eastAsia="仿宋" w:hAnsi="仿宋"/>
          <w:sz w:val="32"/>
          <w:lang w:eastAsia="zh-CN"/>
        </w:rPr>
        <w:t>将道德之一的智慧传下去。尹喜愿辞官跟随先生，请先生收我为弟子。天气。必能在我国函谷关的时候。没有，我在此。就是与我有缘。与道有缘。我收下你了。谢先生。会计。恭喜先生。恭喜尹喜先生。二位先生可愿随我到后世去看看《道德经》的流传。</w:t>
      </w:r>
    </w:p>
    <w:p w14:paraId="5E8271C2" w14:textId="77777777" w:rsidR="00E87C95" w:rsidRDefault="00000000">
      <w:pPr>
        <w:spacing w:after="0" w:line="579" w:lineRule="exact"/>
        <w:ind w:firstLine="640"/>
        <w:rPr>
          <w:lang w:eastAsia="zh-CN"/>
        </w:rPr>
      </w:pPr>
      <w:r>
        <w:rPr>
          <w:rFonts w:ascii="仿宋" w:eastAsia="仿宋" w:hAnsi="仿宋"/>
          <w:sz w:val="32"/>
          <w:lang w:eastAsia="zh-CN"/>
        </w:rPr>
        <w:t>带路。请。道者，万物之始，是非之纪也。此为何人？他是在您之后200多年战国时期法家的代表人物韩非。他深受您的影响，最早为《道德经》做主。他的《解老》《喻老》开启了《道德经》的注解史。老子之书。其几乎可一言以蔽之，重本西末。而已。</w:t>
      </w:r>
      <w:proofErr w:type="gramStart"/>
      <w:r>
        <w:rPr>
          <w:rFonts w:ascii="仿宋" w:eastAsia="仿宋" w:hAnsi="仿宋"/>
          <w:sz w:val="32"/>
          <w:lang w:eastAsia="zh-CN"/>
        </w:rPr>
        <w:t>最成大道</w:t>
      </w:r>
      <w:proofErr w:type="gramEnd"/>
      <w:r>
        <w:rPr>
          <w:rFonts w:ascii="仿宋" w:eastAsia="仿宋" w:hAnsi="仿宋"/>
          <w:sz w:val="32"/>
          <w:lang w:eastAsia="zh-CN"/>
        </w:rPr>
        <w:t>本源而不舍本逐末。此人是谁啊？</w:t>
      </w:r>
    </w:p>
    <w:p w14:paraId="4D531497" w14:textId="77777777" w:rsidR="00E87C95" w:rsidRDefault="00000000">
      <w:pPr>
        <w:spacing w:after="0" w:line="579" w:lineRule="exact"/>
        <w:ind w:firstLine="640"/>
        <w:rPr>
          <w:lang w:eastAsia="zh-CN"/>
        </w:rPr>
      </w:pPr>
      <w:r>
        <w:rPr>
          <w:rFonts w:ascii="仿宋" w:eastAsia="仿宋" w:hAnsi="仿宋"/>
          <w:sz w:val="32"/>
          <w:lang w:eastAsia="zh-CN"/>
        </w:rPr>
        <w:lastRenderedPageBreak/>
        <w:t>他是在您之后700多年曹魏时期的一个少年哲学家，名叫王弼，他不满20岁的时候对您的哲学思想就已经有了非常精深的了解。后世研读《道德经》，多以他的注本为基础。此次尚未及怪。便能领悟此道。了不起啊。老子之书上知可以明，道中</w:t>
      </w:r>
      <w:proofErr w:type="gramStart"/>
      <w:r>
        <w:rPr>
          <w:rFonts w:ascii="仿宋" w:eastAsia="仿宋" w:hAnsi="仿宋"/>
          <w:sz w:val="32"/>
          <w:lang w:eastAsia="zh-CN"/>
        </w:rPr>
        <w:t>知可以至</w:t>
      </w:r>
      <w:proofErr w:type="gramEnd"/>
      <w:r>
        <w:rPr>
          <w:rFonts w:ascii="仿宋" w:eastAsia="仿宋" w:hAnsi="仿宋"/>
          <w:sz w:val="32"/>
          <w:lang w:eastAsia="zh-CN"/>
        </w:rPr>
        <w:t>深。推知。可以治人呐。四人又是谁呀？他是生于2000多年之后，近代思想家，</w:t>
      </w:r>
    </w:p>
    <w:p w14:paraId="0749BB07" w14:textId="77777777" w:rsidR="00E87C95" w:rsidRDefault="00000000">
      <w:pPr>
        <w:spacing w:after="0" w:line="579" w:lineRule="exact"/>
        <w:ind w:firstLine="640"/>
        <w:rPr>
          <w:lang w:eastAsia="zh-CN"/>
        </w:rPr>
      </w:pPr>
      <w:r>
        <w:rPr>
          <w:rFonts w:ascii="仿宋" w:eastAsia="仿宋" w:hAnsi="仿宋"/>
          <w:sz w:val="32"/>
          <w:lang w:eastAsia="zh-CN"/>
        </w:rPr>
        <w:t>名叫魏源，时值清朝末年，华夏多难。此人救亡图存。乃睁眼看世界的先行者，2000多年来。无数学者为《道德经》作注，他也是其中一位。先生，您再看。在后世，您的《道德经》被翻译成近百种语言。在世界各地发行。成为翻译语言种类最多，发行量最大的中国文化典籍。</w:t>
      </w:r>
    </w:p>
    <w:p w14:paraId="3298AAAD" w14:textId="77777777" w:rsidR="00E87C95" w:rsidRDefault="00000000">
      <w:pPr>
        <w:spacing w:after="0" w:line="579" w:lineRule="exact"/>
        <w:ind w:firstLine="640"/>
        <w:rPr>
          <w:lang w:eastAsia="zh-CN"/>
        </w:rPr>
      </w:pPr>
      <w:r>
        <w:rPr>
          <w:rFonts w:ascii="仿宋" w:eastAsia="仿宋" w:hAnsi="仿宋"/>
          <w:sz w:val="32"/>
          <w:lang w:eastAsia="zh-CN"/>
        </w:rPr>
        <w:t>先生知道。生生不息。到了我生活的这个时代。您的哲学思想已经成为了普通百姓家的生活智慧。哎呀</w:t>
      </w:r>
      <w:proofErr w:type="gramStart"/>
      <w:r>
        <w:rPr>
          <w:rFonts w:ascii="仿宋" w:eastAsia="仿宋" w:hAnsi="仿宋"/>
          <w:sz w:val="32"/>
          <w:lang w:eastAsia="zh-CN"/>
        </w:rPr>
        <w:t>哎呀</w:t>
      </w:r>
      <w:proofErr w:type="gramEnd"/>
      <w:r>
        <w:rPr>
          <w:rFonts w:ascii="仿宋" w:eastAsia="仿宋" w:hAnsi="仿宋"/>
          <w:sz w:val="32"/>
          <w:lang w:eastAsia="zh-CN"/>
        </w:rPr>
        <w:t>，</w:t>
      </w:r>
      <w:proofErr w:type="gramStart"/>
      <w:r>
        <w:rPr>
          <w:rFonts w:ascii="仿宋" w:eastAsia="仿宋" w:hAnsi="仿宋"/>
          <w:sz w:val="32"/>
          <w:lang w:eastAsia="zh-CN"/>
        </w:rPr>
        <w:t>不是不是</w:t>
      </w:r>
      <w:proofErr w:type="gramEnd"/>
      <w:r>
        <w:rPr>
          <w:rFonts w:ascii="仿宋" w:eastAsia="仿宋" w:hAnsi="仿宋"/>
          <w:sz w:val="32"/>
          <w:lang w:eastAsia="zh-CN"/>
        </w:rPr>
        <w:t>不是不是，你看我这衣服好看不好看怎么样？老头乖吧？臭美吧你呀，臭美就对了，这就是《道德经》里边说的美其福。哈哈</w:t>
      </w:r>
      <w:proofErr w:type="gramStart"/>
      <w:r>
        <w:rPr>
          <w:rFonts w:ascii="仿宋" w:eastAsia="仿宋" w:hAnsi="仿宋"/>
          <w:sz w:val="32"/>
          <w:lang w:eastAsia="zh-CN"/>
        </w:rPr>
        <w:t>哈</w:t>
      </w:r>
      <w:proofErr w:type="gramEnd"/>
      <w:r>
        <w:rPr>
          <w:rFonts w:ascii="仿宋" w:eastAsia="仿宋" w:hAnsi="仿宋"/>
          <w:sz w:val="32"/>
          <w:lang w:eastAsia="zh-CN"/>
        </w:rPr>
        <w:t>。美祈福，来来来。再给你一个</w:t>
      </w:r>
      <w:proofErr w:type="gramStart"/>
      <w:r>
        <w:rPr>
          <w:rFonts w:ascii="仿宋" w:eastAsia="仿宋" w:hAnsi="仿宋"/>
          <w:sz w:val="32"/>
          <w:lang w:eastAsia="zh-CN"/>
        </w:rPr>
        <w:t>美奇帽</w:t>
      </w:r>
      <w:proofErr w:type="gramEnd"/>
      <w:r>
        <w:rPr>
          <w:rFonts w:ascii="仿宋" w:eastAsia="仿宋" w:hAnsi="仿宋"/>
          <w:sz w:val="32"/>
          <w:lang w:eastAsia="zh-CN"/>
        </w:rPr>
        <w:t>。</w:t>
      </w:r>
    </w:p>
    <w:p w14:paraId="25D86BFE" w14:textId="77777777" w:rsidR="00E87C95" w:rsidRDefault="00000000">
      <w:pPr>
        <w:spacing w:after="0" w:line="579" w:lineRule="exact"/>
        <w:ind w:firstLine="640"/>
        <w:rPr>
          <w:lang w:eastAsia="zh-CN"/>
        </w:rPr>
      </w:pPr>
      <w:r>
        <w:rPr>
          <w:rFonts w:ascii="仿宋" w:eastAsia="仿宋" w:hAnsi="仿宋"/>
          <w:sz w:val="32"/>
          <w:lang w:eastAsia="zh-CN"/>
        </w:rPr>
        <w:t>嘿嘿</w:t>
      </w:r>
      <w:proofErr w:type="gramStart"/>
      <w:r>
        <w:rPr>
          <w:rFonts w:ascii="仿宋" w:eastAsia="仿宋" w:hAnsi="仿宋"/>
          <w:sz w:val="32"/>
          <w:lang w:eastAsia="zh-CN"/>
        </w:rPr>
        <w:t>嘿</w:t>
      </w:r>
      <w:proofErr w:type="gramEnd"/>
      <w:r>
        <w:rPr>
          <w:rFonts w:ascii="仿宋" w:eastAsia="仿宋" w:hAnsi="仿宋"/>
          <w:sz w:val="32"/>
          <w:lang w:eastAsia="zh-CN"/>
        </w:rPr>
        <w:t>。唉。呀，爷爷</w:t>
      </w:r>
      <w:proofErr w:type="gramStart"/>
      <w:r>
        <w:rPr>
          <w:rFonts w:ascii="仿宋" w:eastAsia="仿宋" w:hAnsi="仿宋"/>
          <w:sz w:val="32"/>
          <w:lang w:eastAsia="zh-CN"/>
        </w:rPr>
        <w:t>爷</w:t>
      </w:r>
      <w:proofErr w:type="gramEnd"/>
      <w:r>
        <w:rPr>
          <w:rFonts w:ascii="仿宋" w:eastAsia="仿宋" w:hAnsi="仿宋"/>
          <w:sz w:val="32"/>
          <w:lang w:eastAsia="zh-CN"/>
        </w:rPr>
        <w:t>，你看收拾彩灯一亮照的，咱们家多漂亮。这就叫啊。安其居。真香。吃饭了。来来来，吃饭了。妈妈，鱼为什么要这么摆鱼头啊？要冲着长辈表示尊敬，</w:t>
      </w:r>
    </w:p>
    <w:p w14:paraId="7AB3AB23" w14:textId="77777777" w:rsidR="00E87C95" w:rsidRDefault="00000000">
      <w:pPr>
        <w:spacing w:after="0" w:line="579" w:lineRule="exact"/>
        <w:ind w:firstLine="640"/>
        <w:rPr>
          <w:lang w:eastAsia="zh-CN"/>
        </w:rPr>
      </w:pPr>
      <w:r>
        <w:rPr>
          <w:rFonts w:ascii="仿宋" w:eastAsia="仿宋" w:hAnsi="仿宋"/>
          <w:sz w:val="32"/>
          <w:lang w:eastAsia="zh-CN"/>
        </w:rPr>
        <w:t>这个是习俗。这叫乐其俗，长寿面来喽。</w:t>
      </w:r>
      <w:proofErr w:type="gramStart"/>
      <w:r>
        <w:rPr>
          <w:rFonts w:ascii="仿宋" w:eastAsia="仿宋" w:hAnsi="仿宋"/>
          <w:sz w:val="32"/>
          <w:lang w:eastAsia="zh-CN"/>
        </w:rPr>
        <w:t>挑瘦挑瘦祝</w:t>
      </w:r>
      <w:proofErr w:type="gramEnd"/>
      <w:r>
        <w:rPr>
          <w:rFonts w:ascii="仿宋" w:eastAsia="仿宋" w:hAnsi="仿宋"/>
          <w:sz w:val="32"/>
          <w:lang w:eastAsia="zh-CN"/>
        </w:rPr>
        <w:t>爸爸。高寿。爷爷爱读《道德经》小的时候就跟爸爸说，老百</w:t>
      </w:r>
      <w:r>
        <w:rPr>
          <w:rFonts w:ascii="仿宋" w:eastAsia="仿宋" w:hAnsi="仿宋"/>
          <w:sz w:val="32"/>
          <w:lang w:eastAsia="zh-CN"/>
        </w:rPr>
        <w:lastRenderedPageBreak/>
        <w:t>姓的好日子啊，就是甘其食。美其福，安其居，乐其俗。什么是单？其实就是说食物很甜美的意思让我们。一起祝爷爷生日快乐。东。</w:t>
      </w:r>
    </w:p>
    <w:p w14:paraId="59B962F0" w14:textId="77777777" w:rsidR="00E87C95" w:rsidRDefault="00000000">
      <w:pPr>
        <w:spacing w:after="0" w:line="579" w:lineRule="exact"/>
        <w:ind w:firstLine="640"/>
        <w:rPr>
          <w:lang w:eastAsia="zh-CN"/>
        </w:rPr>
      </w:pPr>
      <w:r>
        <w:rPr>
          <w:rFonts w:ascii="仿宋" w:eastAsia="仿宋" w:hAnsi="仿宋"/>
          <w:sz w:val="32"/>
          <w:lang w:eastAsia="zh-CN"/>
        </w:rPr>
        <w:t>能照亮顶极。而典籍如灯。可照亮世人。希望能为这世间。传一份遮风挡雨的智慧。爸，生日快乐，生日快乐。甘其食，美其服，安其居，乐其俗。感谢撒君。让我看到这些人间美景。哈哈</w:t>
      </w:r>
      <w:proofErr w:type="gramStart"/>
      <w:r>
        <w:rPr>
          <w:rFonts w:ascii="仿宋" w:eastAsia="仿宋" w:hAnsi="仿宋"/>
          <w:sz w:val="32"/>
          <w:lang w:eastAsia="zh-CN"/>
        </w:rPr>
        <w:t>哈</w:t>
      </w:r>
      <w:proofErr w:type="gramEnd"/>
      <w:r>
        <w:rPr>
          <w:rFonts w:ascii="仿宋" w:eastAsia="仿宋" w:hAnsi="仿宋"/>
          <w:sz w:val="32"/>
          <w:lang w:eastAsia="zh-CN"/>
        </w:rPr>
        <w:t>。</w:t>
      </w:r>
    </w:p>
    <w:p w14:paraId="38156987" w14:textId="77777777" w:rsidR="00E87C95" w:rsidRDefault="00000000">
      <w:pPr>
        <w:spacing w:after="0" w:line="579" w:lineRule="exact"/>
        <w:ind w:firstLine="640"/>
        <w:rPr>
          <w:lang w:eastAsia="zh-CN"/>
        </w:rPr>
      </w:pPr>
      <w:r>
        <w:rPr>
          <w:rFonts w:ascii="仿宋" w:eastAsia="仿宋" w:hAnsi="仿宋"/>
          <w:sz w:val="32"/>
          <w:lang w:eastAsia="zh-CN"/>
        </w:rPr>
        <w:t>大道生生不息。谢谢先生为后世留下这部。《道德经》。撒均匀。就此别过。先生保重。在刚才这段戏剧当中，看到后面典籍在后世的流传，老子看到这个其乐融融场景的时候，我们隔着屏幕也能感受到他这份欣慰的心情。是的，老子的智慧不仅照亮了那个时代，他一直穿越2500年照亮今天老子的很多思想，仍然是最有价值的。比方说，</w:t>
      </w:r>
    </w:p>
    <w:p w14:paraId="287E3FCE" w14:textId="77777777" w:rsidR="00E87C95" w:rsidRDefault="00000000">
      <w:pPr>
        <w:spacing w:after="0" w:line="579" w:lineRule="exact"/>
        <w:ind w:firstLine="640"/>
        <w:rPr>
          <w:lang w:eastAsia="zh-CN"/>
        </w:rPr>
      </w:pPr>
      <w:r>
        <w:rPr>
          <w:rFonts w:ascii="仿宋" w:eastAsia="仿宋" w:hAnsi="仿宋"/>
          <w:sz w:val="32"/>
          <w:lang w:eastAsia="zh-CN"/>
        </w:rPr>
        <w:t>我们</w:t>
      </w:r>
      <w:proofErr w:type="gramStart"/>
      <w:r>
        <w:rPr>
          <w:rFonts w:ascii="仿宋" w:eastAsia="仿宋" w:hAnsi="仿宋"/>
          <w:sz w:val="32"/>
          <w:lang w:eastAsia="zh-CN"/>
        </w:rPr>
        <w:t>一</w:t>
      </w:r>
      <w:proofErr w:type="gramEnd"/>
      <w:r>
        <w:rPr>
          <w:rFonts w:ascii="仿宋" w:eastAsia="仿宋" w:hAnsi="仿宋"/>
          <w:sz w:val="32"/>
          <w:lang w:eastAsia="zh-CN"/>
        </w:rPr>
        <w:t>。只提到的上善若水，他是个人的修养，他也是处事的原则，我觉得他已经融入到我们中华民族的性格之中了，就成为我们民族精神的一个重要的组成部分。甘其食，美其服，安其居，乐其俗在老子这个年代还只是一种梦想啊。但是呢，今天在我们这个960多万平方公里的土地上，它在很大程度上已经变成了普通老百姓的实践呐。我觉得这是什么？这就是老子苦苦追寻的生生不息的道。</w:t>
      </w:r>
    </w:p>
    <w:p w14:paraId="0E627A8F" w14:textId="77777777" w:rsidR="00E87C95" w:rsidRDefault="00000000">
      <w:pPr>
        <w:spacing w:after="0" w:line="579" w:lineRule="exact"/>
        <w:ind w:firstLine="640"/>
        <w:rPr>
          <w:lang w:eastAsia="zh-CN"/>
        </w:rPr>
      </w:pPr>
      <w:r>
        <w:rPr>
          <w:rFonts w:ascii="仿宋" w:eastAsia="仿宋" w:hAnsi="仿宋"/>
          <w:sz w:val="32"/>
          <w:lang w:eastAsia="zh-CN"/>
        </w:rPr>
        <w:t>戏剧基于史实进行了合理的艺术创作，同时也留下了很大的相像的空间。老子的道法自然。在2500年后的今天。仍</w:t>
      </w:r>
      <w:r>
        <w:rPr>
          <w:rFonts w:ascii="仿宋" w:eastAsia="仿宋" w:hAnsi="仿宋"/>
          <w:sz w:val="32"/>
          <w:lang w:eastAsia="zh-CN"/>
        </w:rPr>
        <w:lastRenderedPageBreak/>
        <w:t>需要我们</w:t>
      </w:r>
      <w:proofErr w:type="gramStart"/>
      <w:r>
        <w:rPr>
          <w:rFonts w:ascii="仿宋" w:eastAsia="仿宋" w:hAnsi="仿宋"/>
          <w:sz w:val="32"/>
          <w:lang w:eastAsia="zh-CN"/>
        </w:rPr>
        <w:t>践行</w:t>
      </w:r>
      <w:proofErr w:type="gramEnd"/>
      <w:r>
        <w:rPr>
          <w:rFonts w:ascii="仿宋" w:eastAsia="仿宋" w:hAnsi="仿宋"/>
          <w:sz w:val="32"/>
          <w:lang w:eastAsia="zh-CN"/>
        </w:rPr>
        <w:t>，这也说明了《道德经》具有穿越时空的恒久价值。老子的思想不仅对诸子百家都有影响，更成为中华文明内在的生存理念，至今仍然深深地影响着中国人的生活。《道德经》的思想是中国人独特而悠久的精神世界的组成，也是中华文化贡献给全世界的智慧。是属于全人类的灿烂的文化遗产。上善若水，责备万物。老子悟道的深刻哲理和人生智慧，</w:t>
      </w:r>
    </w:p>
    <w:p w14:paraId="730486AE" w14:textId="77777777" w:rsidR="00E87C95" w:rsidRDefault="00000000">
      <w:pPr>
        <w:spacing w:after="0" w:line="579" w:lineRule="exact"/>
        <w:ind w:firstLine="640"/>
        <w:rPr>
          <w:lang w:eastAsia="zh-CN"/>
        </w:rPr>
      </w:pPr>
      <w:r>
        <w:rPr>
          <w:rFonts w:ascii="仿宋" w:eastAsia="仿宋" w:hAnsi="仿宋"/>
          <w:sz w:val="32"/>
          <w:lang w:eastAsia="zh-CN"/>
        </w:rPr>
        <w:t>涵养了中国人的精神世界。为中华民族</w:t>
      </w:r>
      <w:proofErr w:type="gramStart"/>
      <w:r>
        <w:rPr>
          <w:rFonts w:ascii="仿宋" w:eastAsia="仿宋" w:hAnsi="仿宋"/>
          <w:sz w:val="32"/>
          <w:lang w:eastAsia="zh-CN"/>
        </w:rPr>
        <w:t>融汇</w:t>
      </w:r>
      <w:proofErr w:type="gramEnd"/>
      <w:r>
        <w:rPr>
          <w:rFonts w:ascii="仿宋" w:eastAsia="仿宋" w:hAnsi="仿宋"/>
          <w:sz w:val="32"/>
          <w:lang w:eastAsia="zh-CN"/>
        </w:rPr>
        <w:t>了如水一般的性格底色，也为中华儿女乃至全人类打开了一扇思考宇宙万物，追寻幸福生活的大门。老子超凡无穷的智慧，已然化作中华文化丰沃的土壤，涵养后世。利益众生，我们再次感谢三位读书人，与我们一同。从品读《道德经》。我是王嘉宁，下一步典籍我们再会。我是当代读书人王嘉宁。我是古代读书人李耳。</w:t>
      </w:r>
    </w:p>
    <w:p w14:paraId="0FAFAD09" w14:textId="77777777" w:rsidR="00E87C95" w:rsidRDefault="00000000">
      <w:pPr>
        <w:spacing w:after="0" w:line="579" w:lineRule="exact"/>
        <w:ind w:firstLine="640"/>
        <w:rPr>
          <w:lang w:eastAsia="zh-CN"/>
        </w:rPr>
      </w:pPr>
      <w:r>
        <w:rPr>
          <w:rFonts w:ascii="仿宋" w:eastAsia="仿宋" w:hAnsi="仿宋"/>
          <w:sz w:val="32"/>
          <w:lang w:eastAsia="zh-CN"/>
        </w:rPr>
        <w:t>一部典籍两人读。读来有点意思。2500年前，中国有位哲人写下道德之意5000余言，为我们讲述了天地万物的本源。与法则道，可道，非常道。名可名。非常敏。无名万物之始，有名万物之母。这是我在函谷关。为允许刚刚写下的话。你如何得知啊？</w:t>
      </w:r>
    </w:p>
    <w:p w14:paraId="618DF46E" w14:textId="77777777" w:rsidR="00E87C95" w:rsidRDefault="00000000">
      <w:pPr>
        <w:spacing w:after="0" w:line="579" w:lineRule="exact"/>
        <w:ind w:firstLine="640"/>
        <w:rPr>
          <w:lang w:eastAsia="zh-CN"/>
        </w:rPr>
      </w:pPr>
      <w:r>
        <w:rPr>
          <w:rFonts w:ascii="仿宋" w:eastAsia="仿宋" w:hAnsi="仿宋"/>
          <w:sz w:val="32"/>
          <w:lang w:eastAsia="zh-CN"/>
        </w:rPr>
        <w:t>晚辈是来自2500多年后的读书人先生写的道德之意，5000余言后世称为《道德经》，被奉为典籍。影响了华夏民族2000余年，先生更是被奉为中国哲学的开山祖。何为哲学。</w:t>
      </w:r>
      <w:r>
        <w:rPr>
          <w:rFonts w:ascii="仿宋" w:eastAsia="仿宋" w:hAnsi="仿宋"/>
          <w:sz w:val="32"/>
          <w:lang w:eastAsia="zh-CN"/>
        </w:rPr>
        <w:lastRenderedPageBreak/>
        <w:t>哲人究天地，万物的本源与法则。后世把这门学问称为哲学。晚辈客来向您请教，何为道？哎，这边说话。有物混成。先天地生。</w:t>
      </w:r>
    </w:p>
    <w:p w14:paraId="1DE708B7" w14:textId="77777777" w:rsidR="00E87C95" w:rsidRDefault="00000000">
      <w:pPr>
        <w:spacing w:after="0" w:line="579" w:lineRule="exact"/>
        <w:ind w:firstLine="640"/>
        <w:rPr>
          <w:lang w:eastAsia="zh-CN"/>
        </w:rPr>
      </w:pPr>
      <w:r>
        <w:rPr>
          <w:rFonts w:ascii="仿宋" w:eastAsia="仿宋" w:hAnsi="仿宋"/>
          <w:sz w:val="32"/>
          <w:lang w:eastAsia="zh-CN"/>
        </w:rPr>
        <w:t>他听不见，也看不见。为天地万物的根源。没有人知道他的名字。我勉强为他命名。叫做道。那如何感知到的存在呢？我们生于道之中。从无中可以关照道的</w:t>
      </w:r>
      <w:proofErr w:type="gramStart"/>
      <w:r>
        <w:rPr>
          <w:rFonts w:ascii="仿宋" w:eastAsia="仿宋" w:hAnsi="仿宋"/>
          <w:sz w:val="32"/>
          <w:lang w:eastAsia="zh-CN"/>
        </w:rPr>
        <w:t>奥妙从</w:t>
      </w:r>
      <w:proofErr w:type="gramEnd"/>
      <w:r>
        <w:rPr>
          <w:rFonts w:ascii="仿宋" w:eastAsia="仿宋" w:hAnsi="仿宋"/>
          <w:sz w:val="32"/>
          <w:lang w:eastAsia="zh-CN"/>
        </w:rPr>
        <w:t>有中。可以关照道的端倪，请问先生，那您为什么要求道？我生活的年代啊。天下纷争，战乱四起。</w:t>
      </w:r>
    </w:p>
    <w:p w14:paraId="43460569" w14:textId="77777777" w:rsidR="00E87C95" w:rsidRDefault="00000000">
      <w:pPr>
        <w:spacing w:after="0" w:line="579" w:lineRule="exact"/>
        <w:ind w:firstLine="640"/>
        <w:rPr>
          <w:lang w:eastAsia="zh-CN"/>
        </w:rPr>
      </w:pPr>
      <w:r>
        <w:rPr>
          <w:rFonts w:ascii="仿宋" w:eastAsia="仿宋" w:hAnsi="仿宋"/>
          <w:sz w:val="32"/>
          <w:lang w:eastAsia="zh-CN"/>
        </w:rPr>
        <w:t>民生疾苦。我希望能领悟一种根本的力量与智慧，贫富乱世，拯救疾苦。最高的扇形应如水般责备，万物滴水可穿完时。汇流可在剧中。天地相合，以降甘露明末之令，</w:t>
      </w:r>
      <w:proofErr w:type="gramStart"/>
      <w:r>
        <w:rPr>
          <w:rFonts w:ascii="仿宋" w:eastAsia="仿宋" w:hAnsi="仿宋"/>
          <w:sz w:val="32"/>
          <w:lang w:eastAsia="zh-CN"/>
        </w:rPr>
        <w:t>而赐君先生</w:t>
      </w:r>
      <w:proofErr w:type="gramEnd"/>
      <w:r>
        <w:rPr>
          <w:rFonts w:ascii="仿宋" w:eastAsia="仿宋" w:hAnsi="仿宋"/>
          <w:sz w:val="32"/>
          <w:lang w:eastAsia="zh-CN"/>
        </w:rPr>
        <w:t>的意思是说。天地降下甘露，人们无需指使它自然润泽均匀，就如先生所说的。上善若水，上善若水。</w:t>
      </w:r>
    </w:p>
    <w:p w14:paraId="704A5812" w14:textId="77777777" w:rsidR="00E87C95" w:rsidRDefault="00000000">
      <w:pPr>
        <w:spacing w:after="0" w:line="579" w:lineRule="exact"/>
        <w:ind w:firstLine="640"/>
        <w:rPr>
          <w:lang w:eastAsia="zh-CN"/>
        </w:rPr>
      </w:pPr>
      <w:proofErr w:type="gramStart"/>
      <w:r>
        <w:rPr>
          <w:rFonts w:ascii="仿宋" w:eastAsia="仿宋" w:hAnsi="仿宋"/>
          <w:sz w:val="32"/>
          <w:lang w:eastAsia="zh-CN"/>
        </w:rPr>
        <w:t>水本无心</w:t>
      </w:r>
      <w:proofErr w:type="gramEnd"/>
      <w:r>
        <w:rPr>
          <w:rFonts w:ascii="仿宋" w:eastAsia="仿宋" w:hAnsi="仿宋"/>
          <w:sz w:val="32"/>
          <w:lang w:eastAsia="zh-CN"/>
        </w:rPr>
        <w:t>。但能应万物所需。圣人也是如此。圣人无常心，以百姓心为心。正如您在《道德经》中所写道。甘其食，美其服，安其居，乐其俗。你读的好啊，世人皆有甜美的饮食，美观的衣服，安适的居所，欢乐的习俗。</w:t>
      </w:r>
    </w:p>
    <w:p w14:paraId="6F219CF4" w14:textId="77777777" w:rsidR="00E87C95" w:rsidRDefault="00000000">
      <w:pPr>
        <w:spacing w:after="0" w:line="579" w:lineRule="exact"/>
        <w:ind w:firstLine="640"/>
        <w:rPr>
          <w:lang w:eastAsia="zh-CN"/>
        </w:rPr>
      </w:pPr>
      <w:r>
        <w:rPr>
          <w:rFonts w:ascii="仿宋" w:eastAsia="仿宋" w:hAnsi="仿宋"/>
          <w:sz w:val="32"/>
          <w:lang w:eastAsia="zh-CN"/>
        </w:rPr>
        <w:t>这是我的心愿。是啊，这也是我们所有人的心愿。希望道德之意5000余言能对后世之人有所避益。后世啊，有无数学者为您的《道德经》作著，您的智慧流传甚广，《道德经》也被翻译成近百种语言。成为被翻译语言最多，发行量最多</w:t>
      </w:r>
      <w:r>
        <w:rPr>
          <w:rFonts w:ascii="仿宋" w:eastAsia="仿宋" w:hAnsi="仿宋"/>
          <w:sz w:val="32"/>
          <w:lang w:eastAsia="zh-CN"/>
        </w:rPr>
        <w:lastRenderedPageBreak/>
        <w:t>的中国文化典籍。感谢你。让我知道这些。多谢先生带我识读《道德经》。同为中国读书人。不客气。</w:t>
      </w:r>
    </w:p>
    <w:p w14:paraId="778F2490" w14:textId="77777777" w:rsidR="00E87C95" w:rsidRDefault="00000000">
      <w:pPr>
        <w:rPr>
          <w:lang w:eastAsia="zh-CN"/>
        </w:rPr>
      </w:pPr>
      <w:r>
        <w:rPr>
          <w:lang w:eastAsia="zh-CN"/>
        </w:rPr>
        <w:br w:type="page"/>
      </w:r>
    </w:p>
    <w:p w14:paraId="497AA61E" w14:textId="77777777" w:rsidR="00E87C95" w:rsidRDefault="00000000">
      <w:pPr>
        <w:spacing w:after="0" w:line="579" w:lineRule="exact"/>
        <w:jc w:val="center"/>
        <w:rPr>
          <w:lang w:eastAsia="zh-CN"/>
        </w:rPr>
      </w:pPr>
      <w:r>
        <w:rPr>
          <w:rFonts w:ascii="方正小标宋简体" w:eastAsia="方正小标宋简体" w:hAnsi="方正小标宋简体"/>
          <w:sz w:val="44"/>
          <w:lang w:eastAsia="zh-CN"/>
        </w:rPr>
        <w:lastRenderedPageBreak/>
        <w:t>第10集 《周易》</w:t>
      </w:r>
    </w:p>
    <w:p w14:paraId="0143A5D8" w14:textId="77777777" w:rsidR="00E87C95" w:rsidRDefault="00000000">
      <w:pPr>
        <w:spacing w:after="0" w:line="579" w:lineRule="exact"/>
        <w:ind w:firstLine="640"/>
        <w:rPr>
          <w:lang w:eastAsia="zh-CN"/>
        </w:rPr>
      </w:pPr>
      <w:r>
        <w:rPr>
          <w:rFonts w:ascii="仿宋" w:eastAsia="仿宋" w:hAnsi="仿宋"/>
          <w:sz w:val="32"/>
          <w:lang w:eastAsia="zh-CN"/>
        </w:rPr>
        <w:t>为殷先人，有册有典。几千年来，祖先一直在记录我们的历史。讲述我们的故事。这里的每一部典籍都凝聚着前人的心血和智慧。人们世代守护薪火相传。让精神的血脉延绵至今。打开典籍，对话先贤。知道我们的生命源起何处？知道我们的脚步迈向何方？以新的方式读懂典籍，让书写在古籍里的文字火起来。一起品读。《典籍里的中国》。</w:t>
      </w:r>
    </w:p>
    <w:p w14:paraId="1B3DF3E3" w14:textId="77777777" w:rsidR="00E87C95" w:rsidRDefault="00000000">
      <w:pPr>
        <w:spacing w:after="0" w:line="579" w:lineRule="exact"/>
        <w:ind w:firstLine="640"/>
        <w:rPr>
          <w:lang w:eastAsia="zh-CN"/>
        </w:rPr>
      </w:pPr>
      <w:r>
        <w:rPr>
          <w:rFonts w:ascii="仿宋" w:eastAsia="仿宋" w:hAnsi="仿宋"/>
          <w:sz w:val="32"/>
          <w:lang w:eastAsia="zh-CN"/>
        </w:rPr>
        <w:t>《典籍里的中国》由更多鲜活营养的光明乳业独家冠名播出。今天在《典籍里的中国》，让我们一起识读《周易》。读</w:t>
      </w:r>
      <w:proofErr w:type="gramStart"/>
      <w:r>
        <w:rPr>
          <w:rFonts w:ascii="仿宋" w:eastAsia="仿宋" w:hAnsi="仿宋"/>
          <w:sz w:val="32"/>
          <w:lang w:eastAsia="zh-CN"/>
        </w:rPr>
        <w:t>易就是</w:t>
      </w:r>
      <w:proofErr w:type="gramEnd"/>
      <w:r>
        <w:rPr>
          <w:rFonts w:ascii="仿宋" w:eastAsia="仿宋" w:hAnsi="仿宋"/>
          <w:sz w:val="32"/>
          <w:lang w:eastAsia="zh-CN"/>
        </w:rPr>
        <w:t>要通晓世间的大道真理，敬天爱人。人正是生命，得以繁衍，文明</w:t>
      </w:r>
      <w:proofErr w:type="gramStart"/>
      <w:r>
        <w:rPr>
          <w:rFonts w:ascii="仿宋" w:eastAsia="仿宋" w:hAnsi="仿宋"/>
          <w:sz w:val="32"/>
          <w:lang w:eastAsia="zh-CN"/>
        </w:rPr>
        <w:t>得以更序的</w:t>
      </w:r>
      <w:proofErr w:type="gramEnd"/>
      <w:r>
        <w:rPr>
          <w:rFonts w:ascii="仿宋" w:eastAsia="仿宋" w:hAnsi="仿宋"/>
          <w:sz w:val="32"/>
          <w:lang w:eastAsia="zh-CN"/>
        </w:rPr>
        <w:t>根源。天就是君子的表率，君子复系刚健。修为天行健，君子以自强；地势坤，君子以厚德载物。一九七三年，</w:t>
      </w:r>
    </w:p>
    <w:p w14:paraId="32C20995" w14:textId="77777777" w:rsidR="00E87C95" w:rsidRDefault="00000000">
      <w:pPr>
        <w:spacing w:after="0" w:line="579" w:lineRule="exact"/>
        <w:ind w:firstLine="640"/>
        <w:rPr>
          <w:lang w:eastAsia="zh-CN"/>
        </w:rPr>
      </w:pPr>
      <w:r>
        <w:rPr>
          <w:rFonts w:ascii="仿宋" w:eastAsia="仿宋" w:hAnsi="仿宋"/>
          <w:sz w:val="32"/>
          <w:lang w:eastAsia="zh-CN"/>
        </w:rPr>
        <w:t>湖南省长沙市马王堆汉墓出土的一批珍贵帛书。被运往北京。真是个振奋人心的消息是啊。目前为止，我们在马王堆汉墓中发现了50余种13余万字的帛书文献，这真是一个艰苦的修复过程。是啊。这批帛书里啊，包含了《周易》道德经等重要古代典籍，涉及了战国到西汉初期政治，军事，文化，思想，科学等各个领域。其中，</w:t>
      </w:r>
    </w:p>
    <w:p w14:paraId="58F66E5C" w14:textId="77777777" w:rsidR="00E87C95" w:rsidRDefault="00000000">
      <w:pPr>
        <w:spacing w:after="0" w:line="579" w:lineRule="exact"/>
        <w:ind w:firstLine="640"/>
        <w:rPr>
          <w:lang w:eastAsia="zh-CN"/>
        </w:rPr>
      </w:pPr>
      <w:r>
        <w:rPr>
          <w:rFonts w:ascii="仿宋" w:eastAsia="仿宋" w:hAnsi="仿宋"/>
          <w:sz w:val="32"/>
          <w:lang w:eastAsia="zh-CN"/>
        </w:rPr>
        <w:t>这发现的《周易》抄本啊，是目前为止最古老的抄本之一。现在《周易》的通行本由《易经》《易传》组成。《易传》相传为孔子，所作再有。学者认为，</w:t>
      </w:r>
      <w:proofErr w:type="gramStart"/>
      <w:r>
        <w:rPr>
          <w:rFonts w:ascii="仿宋" w:eastAsia="仿宋" w:hAnsi="仿宋"/>
          <w:sz w:val="32"/>
          <w:lang w:eastAsia="zh-CN"/>
        </w:rPr>
        <w:t>孔子连易都没读</w:t>
      </w:r>
      <w:proofErr w:type="gramEnd"/>
      <w:r>
        <w:rPr>
          <w:rFonts w:ascii="仿宋" w:eastAsia="仿宋" w:hAnsi="仿宋"/>
          <w:sz w:val="32"/>
          <w:lang w:eastAsia="zh-CN"/>
        </w:rPr>
        <w:t>过，</w:t>
      </w:r>
      <w:r>
        <w:rPr>
          <w:rFonts w:ascii="仿宋" w:eastAsia="仿宋" w:hAnsi="仿宋"/>
          <w:sz w:val="32"/>
          <w:lang w:eastAsia="zh-CN"/>
        </w:rPr>
        <w:lastRenderedPageBreak/>
        <w:t>所以不可能做《易传》。哎，快看，帛书《周易》竟然有未曾发现的内容。其中记载了子贡向孔子请教义的对话。夫子何以老而好之乎？这是子贡向老年孔子询问为何这么喜欢读易，这里还有夫子老而好易。</w:t>
      </w:r>
    </w:p>
    <w:p w14:paraId="00F49DB9" w14:textId="77777777" w:rsidR="00E87C95" w:rsidRDefault="00000000">
      <w:pPr>
        <w:spacing w:after="0" w:line="579" w:lineRule="exact"/>
        <w:ind w:firstLine="640"/>
        <w:rPr>
          <w:lang w:eastAsia="zh-CN"/>
        </w:rPr>
      </w:pPr>
      <w:r>
        <w:rPr>
          <w:rFonts w:ascii="仿宋" w:eastAsia="仿宋" w:hAnsi="仿宋"/>
          <w:sz w:val="32"/>
          <w:lang w:eastAsia="zh-CN"/>
        </w:rPr>
        <w:t>居则在席，行则在</w:t>
      </w:r>
      <w:proofErr w:type="gramStart"/>
      <w:r>
        <w:rPr>
          <w:rFonts w:ascii="仿宋" w:eastAsia="仿宋" w:hAnsi="仿宋"/>
          <w:sz w:val="32"/>
          <w:lang w:eastAsia="zh-CN"/>
        </w:rPr>
        <w:t>橐</w:t>
      </w:r>
      <w:proofErr w:type="gramEnd"/>
      <w:r>
        <w:rPr>
          <w:rFonts w:ascii="仿宋" w:eastAsia="仿宋" w:hAnsi="仿宋"/>
          <w:sz w:val="32"/>
          <w:lang w:eastAsia="zh-CN"/>
        </w:rPr>
        <w:t>。孔子晚年喜读《易经》，在家中也要放在身边，出门都要随身携带，那这足以证明。孔子是对《易经》有深入研读的嗯，孔子不曾读易的说法，不攻自破呀。哈哈</w:t>
      </w:r>
      <w:proofErr w:type="gramStart"/>
      <w:r>
        <w:rPr>
          <w:rFonts w:ascii="仿宋" w:eastAsia="仿宋" w:hAnsi="仿宋"/>
          <w:sz w:val="32"/>
          <w:lang w:eastAsia="zh-CN"/>
        </w:rPr>
        <w:t>哈</w:t>
      </w:r>
      <w:proofErr w:type="gramEnd"/>
      <w:r>
        <w:rPr>
          <w:rFonts w:ascii="仿宋" w:eastAsia="仿宋" w:hAnsi="仿宋"/>
          <w:sz w:val="32"/>
          <w:lang w:eastAsia="zh-CN"/>
        </w:rPr>
        <w:t>。夫子何以老而好之乎啊？您手不离意。勤于翻阅周围边，也多次断绝啊你呀。每读一遍都有新的收获。</w:t>
      </w:r>
    </w:p>
    <w:p w14:paraId="4353795B" w14:textId="77777777" w:rsidR="00E87C95" w:rsidRDefault="00000000">
      <w:pPr>
        <w:spacing w:after="0" w:line="579" w:lineRule="exact"/>
        <w:ind w:firstLine="640"/>
        <w:rPr>
          <w:lang w:eastAsia="zh-CN"/>
        </w:rPr>
      </w:pPr>
      <w:r>
        <w:rPr>
          <w:rFonts w:ascii="仿宋" w:eastAsia="仿宋" w:hAnsi="仿宋"/>
          <w:sz w:val="32"/>
          <w:lang w:eastAsia="zh-CN"/>
        </w:rPr>
        <w:t>效法天。自强不息效法地，厚德载物方为君子。文王等先贤作义的时候。早就把天道。蕴含在这字里行间了。乾元生万物，坤元载万物。元亨利贞元者，万物之始；亨者，万物之长；利者，万物之遂；贞者，万物之成。</w:t>
      </w:r>
      <w:proofErr w:type="gramStart"/>
      <w:r>
        <w:rPr>
          <w:rFonts w:ascii="仿宋" w:eastAsia="仿宋" w:hAnsi="仿宋"/>
          <w:sz w:val="32"/>
          <w:lang w:eastAsia="zh-CN"/>
        </w:rPr>
        <w:t>我退掩天道</w:t>
      </w:r>
      <w:proofErr w:type="gramEnd"/>
      <w:r>
        <w:rPr>
          <w:rFonts w:ascii="仿宋" w:eastAsia="仿宋" w:hAnsi="仿宋"/>
          <w:sz w:val="32"/>
          <w:lang w:eastAsia="zh-CN"/>
        </w:rPr>
        <w:t>，作文辞希望。</w:t>
      </w:r>
    </w:p>
    <w:p w14:paraId="746365E8" w14:textId="77777777" w:rsidR="00E87C95" w:rsidRDefault="00000000">
      <w:pPr>
        <w:spacing w:after="0" w:line="579" w:lineRule="exact"/>
        <w:ind w:firstLine="640"/>
        <w:rPr>
          <w:lang w:eastAsia="zh-CN"/>
        </w:rPr>
      </w:pPr>
      <w:proofErr w:type="gramStart"/>
      <w:r>
        <w:rPr>
          <w:rFonts w:ascii="仿宋" w:eastAsia="仿宋" w:hAnsi="仿宋"/>
          <w:sz w:val="32"/>
          <w:lang w:eastAsia="zh-CN"/>
        </w:rPr>
        <w:t>后世推易道</w:t>
      </w:r>
      <w:proofErr w:type="gramEnd"/>
      <w:r>
        <w:rPr>
          <w:rFonts w:ascii="仿宋" w:eastAsia="仿宋" w:hAnsi="仿宋"/>
          <w:sz w:val="32"/>
          <w:lang w:eastAsia="zh-CN"/>
        </w:rPr>
        <w:t>。</w:t>
      </w:r>
      <w:proofErr w:type="gramStart"/>
      <w:r>
        <w:rPr>
          <w:rFonts w:ascii="仿宋" w:eastAsia="仿宋" w:hAnsi="仿宋"/>
          <w:sz w:val="32"/>
          <w:lang w:eastAsia="zh-CN"/>
        </w:rPr>
        <w:t>一</w:t>
      </w:r>
      <w:proofErr w:type="gramEnd"/>
      <w:r>
        <w:rPr>
          <w:rFonts w:ascii="仿宋" w:eastAsia="仿宋" w:hAnsi="仿宋"/>
          <w:sz w:val="32"/>
          <w:lang w:eastAsia="zh-CN"/>
        </w:rPr>
        <w:t>名人士。探寻其中的天地大道。若华夏先祖探寻天道相传，上溯至。先祖伏羲。我仰观</w:t>
      </w:r>
      <w:proofErr w:type="gramStart"/>
      <w:r>
        <w:rPr>
          <w:rFonts w:ascii="仿宋" w:eastAsia="仿宋" w:hAnsi="仿宋"/>
          <w:sz w:val="32"/>
          <w:lang w:eastAsia="zh-CN"/>
        </w:rPr>
        <w:t>象</w:t>
      </w:r>
      <w:proofErr w:type="gramEnd"/>
      <w:r>
        <w:rPr>
          <w:rFonts w:ascii="仿宋" w:eastAsia="仿宋" w:hAnsi="仿宋"/>
          <w:sz w:val="32"/>
          <w:lang w:eastAsia="zh-CN"/>
        </w:rPr>
        <w:t>于天，日月交替，昼夜变化。</w:t>
      </w:r>
      <w:proofErr w:type="gramStart"/>
      <w:r>
        <w:rPr>
          <w:rFonts w:ascii="仿宋" w:eastAsia="仿宋" w:hAnsi="仿宋"/>
          <w:sz w:val="32"/>
          <w:lang w:eastAsia="zh-CN"/>
        </w:rPr>
        <w:t>俯观法</w:t>
      </w:r>
      <w:proofErr w:type="gramEnd"/>
      <w:r>
        <w:rPr>
          <w:rFonts w:ascii="仿宋" w:eastAsia="仿宋" w:hAnsi="仿宋"/>
          <w:sz w:val="32"/>
          <w:lang w:eastAsia="zh-CN"/>
        </w:rPr>
        <w:t>于地。山岳耸立，江河奔流。日月依于天，万物复于地。我和族人生于这天地之间，</w:t>
      </w:r>
    </w:p>
    <w:p w14:paraId="24497662" w14:textId="77777777" w:rsidR="00E87C95" w:rsidRDefault="00000000">
      <w:pPr>
        <w:spacing w:after="0" w:line="579" w:lineRule="exact"/>
        <w:ind w:firstLine="640"/>
        <w:rPr>
          <w:lang w:eastAsia="zh-CN"/>
        </w:rPr>
      </w:pPr>
      <w:r>
        <w:rPr>
          <w:rFonts w:ascii="仿宋" w:eastAsia="仿宋" w:hAnsi="仿宋"/>
          <w:sz w:val="32"/>
          <w:lang w:eastAsia="zh-CN"/>
        </w:rPr>
        <w:t>头顶苍天，脚踏大地。我感知。乾坤大盗。于是一画开天地。画出大道至简。以此。敬畏天地。护佑族群。借天。爱人，这是先前留下的大道。</w:t>
      </w:r>
      <w:proofErr w:type="gramStart"/>
      <w:r>
        <w:rPr>
          <w:rFonts w:ascii="仿宋" w:eastAsia="仿宋" w:hAnsi="仿宋"/>
          <w:sz w:val="32"/>
          <w:lang w:eastAsia="zh-CN"/>
        </w:rPr>
        <w:t>人更三圣</w:t>
      </w:r>
      <w:proofErr w:type="gramEnd"/>
      <w:r>
        <w:rPr>
          <w:rFonts w:ascii="仿宋" w:eastAsia="仿宋" w:hAnsi="仿宋"/>
          <w:sz w:val="32"/>
          <w:lang w:eastAsia="zh-CN"/>
        </w:rPr>
        <w:t>，</w:t>
      </w:r>
      <w:proofErr w:type="gramStart"/>
      <w:r>
        <w:rPr>
          <w:rFonts w:ascii="仿宋" w:eastAsia="仿宋" w:hAnsi="仿宋"/>
          <w:sz w:val="32"/>
          <w:lang w:eastAsia="zh-CN"/>
        </w:rPr>
        <w:t>世</w:t>
      </w:r>
      <w:proofErr w:type="gramEnd"/>
      <w:r>
        <w:rPr>
          <w:rFonts w:ascii="仿宋" w:eastAsia="仿宋" w:hAnsi="仿宋"/>
          <w:sz w:val="32"/>
          <w:lang w:eastAsia="zh-CN"/>
        </w:rPr>
        <w:t>历三古。</w:t>
      </w:r>
    </w:p>
    <w:p w14:paraId="314F663E" w14:textId="77777777" w:rsidR="00E87C95" w:rsidRDefault="00000000">
      <w:pPr>
        <w:spacing w:after="0" w:line="579" w:lineRule="exact"/>
        <w:ind w:firstLine="640"/>
        <w:rPr>
          <w:lang w:eastAsia="zh-CN"/>
        </w:rPr>
      </w:pPr>
      <w:r>
        <w:rPr>
          <w:rFonts w:ascii="仿宋" w:eastAsia="仿宋" w:hAnsi="仿宋"/>
          <w:sz w:val="32"/>
          <w:lang w:eastAsia="zh-CN"/>
        </w:rPr>
        <w:lastRenderedPageBreak/>
        <w:t>一部典籍。历经三位先贤跨越三个时代。相传上古伏羲留天地之</w:t>
      </w:r>
      <w:proofErr w:type="gramStart"/>
      <w:r>
        <w:rPr>
          <w:rFonts w:ascii="仿宋" w:eastAsia="仿宋" w:hAnsi="仿宋"/>
          <w:sz w:val="32"/>
          <w:lang w:eastAsia="zh-CN"/>
        </w:rPr>
        <w:t>象</w:t>
      </w:r>
      <w:proofErr w:type="gramEnd"/>
      <w:r>
        <w:rPr>
          <w:rFonts w:ascii="仿宋" w:eastAsia="仿宋" w:hAnsi="仿宋"/>
          <w:sz w:val="32"/>
          <w:lang w:eastAsia="zh-CN"/>
        </w:rPr>
        <w:t>，中古文王演《易经》之道，近古孔子及弟子后学著《易传》。成《易传》经传合一，终成《周易》。今天在《典籍里的中国》，让我们一起识读中华原典。《周易》。打开典籍品读中国，欢迎走进《典籍里的中国》。我是王嘉宁。古圣先贤仰观天文，俯察地理，在物换星移之间寻找乾坤变化，</w:t>
      </w:r>
    </w:p>
    <w:p w14:paraId="4E122DCB" w14:textId="77777777" w:rsidR="00E87C95" w:rsidRDefault="00000000">
      <w:pPr>
        <w:spacing w:after="0" w:line="579" w:lineRule="exact"/>
        <w:ind w:firstLine="640"/>
        <w:rPr>
          <w:lang w:eastAsia="zh-CN"/>
        </w:rPr>
      </w:pPr>
      <w:r>
        <w:rPr>
          <w:rFonts w:ascii="仿宋" w:eastAsia="仿宋" w:hAnsi="仿宋"/>
          <w:sz w:val="32"/>
          <w:lang w:eastAsia="zh-CN"/>
        </w:rPr>
        <w:t>万物始终的规律。所以天道，以明人事。一部《周易》囊括宇宙以哲理性的总结和思考揭示先民对自然社会人世同一和谐的独特认知。启迪涵盖万有的深邃东方智慧。今天让我们与三位读书人一同来品读这部被誉为群经之首，大道之源的中华原典。《周易》。每天鲜活多一点，本节目由更多鲜活营养的光明乳业独家冠名播出。光明乳业乐在新鲜。中国味鲁花香《典籍里的中国》，由中国民族品牌的骄子鲁花特约播出。鲁花荣获国家科技进步奖。植物补益读书有底气，</w:t>
      </w:r>
    </w:p>
    <w:p w14:paraId="2A739359" w14:textId="77777777" w:rsidR="00E87C95" w:rsidRDefault="00000000">
      <w:pPr>
        <w:spacing w:after="0" w:line="579" w:lineRule="exact"/>
        <w:ind w:firstLine="640"/>
        <w:rPr>
          <w:lang w:eastAsia="zh-CN"/>
        </w:rPr>
      </w:pPr>
      <w:r>
        <w:rPr>
          <w:rFonts w:ascii="仿宋" w:eastAsia="仿宋" w:hAnsi="仿宋"/>
          <w:sz w:val="32"/>
          <w:lang w:eastAsia="zh-CN"/>
        </w:rPr>
        <w:t>感谢云南白药集团气血康口服液对本节目的赞助播出。扫描屏幕上方二维码，下载央视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观看《典籍里的中国》完整视频专享幕后精彩内容。各位老师好！刚刚在开场戏剧中，我们也看到在马王堆汉墓帛书中，我们发现了迄今为止最古老的《周易》的手抄本之一。那这一次的发现，也让我们知道了孔子在晚年对于《易经》的仔细研读，也让我们看到一位智者。对于《易经》的理解和思考，对就是我们中国传统</w:t>
      </w:r>
      <w:r>
        <w:rPr>
          <w:rFonts w:ascii="仿宋" w:eastAsia="仿宋" w:hAnsi="仿宋"/>
          <w:sz w:val="32"/>
          <w:lang w:eastAsia="zh-CN"/>
        </w:rPr>
        <w:lastRenderedPageBreak/>
        <w:t>的六经和孔子都有着非常密切的关系。诗书礼乐易春秋。其中</w:t>
      </w:r>
      <w:proofErr w:type="gramStart"/>
      <w:r>
        <w:rPr>
          <w:rFonts w:ascii="仿宋" w:eastAsia="仿宋" w:hAnsi="仿宋"/>
          <w:sz w:val="32"/>
          <w:lang w:eastAsia="zh-CN"/>
        </w:rPr>
        <w:t>易就是</w:t>
      </w:r>
      <w:proofErr w:type="gramEnd"/>
      <w:r>
        <w:rPr>
          <w:rFonts w:ascii="仿宋" w:eastAsia="仿宋" w:hAnsi="仿宋"/>
          <w:sz w:val="32"/>
          <w:lang w:eastAsia="zh-CN"/>
        </w:rPr>
        <w:t>指的《易经》，在此之前呢，</w:t>
      </w:r>
    </w:p>
    <w:p w14:paraId="2EE88590" w14:textId="77777777" w:rsidR="00E87C95" w:rsidRDefault="00000000">
      <w:pPr>
        <w:spacing w:after="0" w:line="579" w:lineRule="exact"/>
        <w:ind w:firstLine="640"/>
        <w:rPr>
          <w:lang w:eastAsia="zh-CN"/>
        </w:rPr>
      </w:pPr>
      <w:r>
        <w:rPr>
          <w:rFonts w:ascii="仿宋" w:eastAsia="仿宋" w:hAnsi="仿宋"/>
          <w:sz w:val="32"/>
          <w:lang w:eastAsia="zh-CN"/>
        </w:rPr>
        <w:t>孔子是否是《易传》的，真正作者甚至于孔子是不是读过《易经》。都曾经被人所质疑，恰恰是马王堆帛书的出土。彻底的将这个问题进行了一个比较盖棺定论式的结论，我们可以说孔子在晚年确实对《易经》有着非常深厚的研究。有一个成语也是形容他这段佳话，韦编三绝，韦编三绝，这个记载呢？见于史记。史记说，孔子</w:t>
      </w:r>
      <w:proofErr w:type="gramStart"/>
      <w:r>
        <w:rPr>
          <w:rFonts w:ascii="仿宋" w:eastAsia="仿宋" w:hAnsi="仿宋"/>
          <w:sz w:val="32"/>
          <w:lang w:eastAsia="zh-CN"/>
        </w:rPr>
        <w:t>婉</w:t>
      </w:r>
      <w:proofErr w:type="gramEnd"/>
      <w:r>
        <w:rPr>
          <w:rFonts w:ascii="仿宋" w:eastAsia="仿宋" w:hAnsi="仿宋"/>
          <w:sz w:val="32"/>
          <w:lang w:eastAsia="zh-CN"/>
        </w:rPr>
        <w:t>而好易，韦编三绝，这个惟啊，</w:t>
      </w:r>
    </w:p>
    <w:p w14:paraId="2958C30D" w14:textId="77777777" w:rsidR="00E87C95" w:rsidRDefault="00000000">
      <w:pPr>
        <w:spacing w:after="0" w:line="579" w:lineRule="exact"/>
        <w:ind w:firstLine="640"/>
        <w:rPr>
          <w:lang w:eastAsia="zh-CN"/>
        </w:rPr>
      </w:pPr>
      <w:r>
        <w:rPr>
          <w:rFonts w:ascii="仿宋" w:eastAsia="仿宋" w:hAnsi="仿宋"/>
          <w:sz w:val="32"/>
          <w:lang w:eastAsia="zh-CN"/>
        </w:rPr>
        <w:t>就是指用牛皮做的绳子。他看这个书看的时间多了，次数多了，而</w:t>
      </w:r>
      <w:proofErr w:type="gramStart"/>
      <w:r>
        <w:rPr>
          <w:rFonts w:ascii="仿宋" w:eastAsia="仿宋" w:hAnsi="仿宋"/>
          <w:sz w:val="32"/>
          <w:lang w:eastAsia="zh-CN"/>
        </w:rPr>
        <w:t>绝就是</w:t>
      </w:r>
      <w:proofErr w:type="gramEnd"/>
      <w:r>
        <w:rPr>
          <w:rFonts w:ascii="仿宋" w:eastAsia="仿宋" w:hAnsi="仿宋"/>
          <w:sz w:val="32"/>
          <w:lang w:eastAsia="zh-CN"/>
        </w:rPr>
        <w:t>断的意思，就是指这个绳子。断裂由这个我们可以想见，孔子晚年是多么频繁的，多么</w:t>
      </w:r>
      <w:proofErr w:type="gramStart"/>
      <w:r>
        <w:rPr>
          <w:rFonts w:ascii="仿宋" w:eastAsia="仿宋" w:hAnsi="仿宋"/>
          <w:sz w:val="32"/>
          <w:lang w:eastAsia="zh-CN"/>
        </w:rPr>
        <w:t>啊投入</w:t>
      </w:r>
      <w:proofErr w:type="gramEnd"/>
      <w:r>
        <w:rPr>
          <w:rFonts w:ascii="仿宋" w:eastAsia="仿宋" w:hAnsi="仿宋"/>
          <w:sz w:val="32"/>
          <w:lang w:eastAsia="zh-CN"/>
        </w:rPr>
        <w:t>的在看。忆这部书。在论语中有这样一句话叫假我数年50已学艺。可以无大过矣，这个</w:t>
      </w:r>
      <w:proofErr w:type="gramStart"/>
      <w:r>
        <w:rPr>
          <w:rFonts w:ascii="仿宋" w:eastAsia="仿宋" w:hAnsi="仿宋"/>
          <w:sz w:val="32"/>
          <w:lang w:eastAsia="zh-CN"/>
        </w:rPr>
        <w:t>话什么</w:t>
      </w:r>
      <w:proofErr w:type="gramEnd"/>
      <w:r>
        <w:rPr>
          <w:rFonts w:ascii="仿宋" w:eastAsia="仿宋" w:hAnsi="仿宋"/>
          <w:sz w:val="32"/>
          <w:lang w:eastAsia="zh-CN"/>
        </w:rPr>
        <w:t>意思呢？就是再给我几年时间，哪怕我晚从50岁我开始读艺。我也可以，</w:t>
      </w:r>
    </w:p>
    <w:p w14:paraId="4D3F861D" w14:textId="77777777" w:rsidR="00E87C95" w:rsidRDefault="00000000">
      <w:pPr>
        <w:spacing w:after="0" w:line="579" w:lineRule="exact"/>
        <w:ind w:firstLine="640"/>
        <w:rPr>
          <w:lang w:eastAsia="zh-CN"/>
        </w:rPr>
      </w:pPr>
      <w:r>
        <w:rPr>
          <w:rFonts w:ascii="仿宋" w:eastAsia="仿宋" w:hAnsi="仿宋"/>
          <w:sz w:val="32"/>
          <w:lang w:eastAsia="zh-CN"/>
        </w:rPr>
        <w:t>人生少犯错误，这个话呢，我们品味它的含义呀，它是老了。觉得时间不够了，可能略带一点后悔。孔子晚年对《易经》这本书有重新的一种认识。那么，在刚才的戏剧当中呢，我们也说到《周易》的形成是</w:t>
      </w:r>
      <w:proofErr w:type="gramStart"/>
      <w:r>
        <w:rPr>
          <w:rFonts w:ascii="仿宋" w:eastAsia="仿宋" w:hAnsi="仿宋"/>
          <w:sz w:val="32"/>
          <w:lang w:eastAsia="zh-CN"/>
        </w:rPr>
        <w:t>人更三圣</w:t>
      </w:r>
      <w:proofErr w:type="gramEnd"/>
      <w:r>
        <w:rPr>
          <w:rFonts w:ascii="仿宋" w:eastAsia="仿宋" w:hAnsi="仿宋"/>
          <w:sz w:val="32"/>
          <w:lang w:eastAsia="zh-CN"/>
        </w:rPr>
        <w:t>，</w:t>
      </w:r>
      <w:proofErr w:type="gramStart"/>
      <w:r>
        <w:rPr>
          <w:rFonts w:ascii="仿宋" w:eastAsia="仿宋" w:hAnsi="仿宋"/>
          <w:sz w:val="32"/>
          <w:lang w:eastAsia="zh-CN"/>
        </w:rPr>
        <w:t>世</w:t>
      </w:r>
      <w:proofErr w:type="gramEnd"/>
      <w:r>
        <w:rPr>
          <w:rFonts w:ascii="仿宋" w:eastAsia="仿宋" w:hAnsi="仿宋"/>
          <w:sz w:val="32"/>
          <w:lang w:eastAsia="zh-CN"/>
        </w:rPr>
        <w:t>历三古，那么三</w:t>
      </w:r>
      <w:proofErr w:type="gramStart"/>
      <w:r>
        <w:rPr>
          <w:rFonts w:ascii="仿宋" w:eastAsia="仿宋" w:hAnsi="仿宋"/>
          <w:sz w:val="32"/>
          <w:lang w:eastAsia="zh-CN"/>
        </w:rPr>
        <w:t>圣其实</w:t>
      </w:r>
      <w:proofErr w:type="gramEnd"/>
      <w:r>
        <w:rPr>
          <w:rFonts w:ascii="仿宋" w:eastAsia="仿宋" w:hAnsi="仿宋"/>
          <w:sz w:val="32"/>
          <w:lang w:eastAsia="zh-CN"/>
        </w:rPr>
        <w:t>现在我们普遍认为就是伏羲，周文王，孔子。那么，</w:t>
      </w:r>
    </w:p>
    <w:p w14:paraId="1908EFD0" w14:textId="77777777" w:rsidR="00E87C95" w:rsidRDefault="00000000">
      <w:pPr>
        <w:spacing w:after="0" w:line="579" w:lineRule="exact"/>
        <w:ind w:firstLine="640"/>
        <w:rPr>
          <w:lang w:eastAsia="zh-CN"/>
        </w:rPr>
      </w:pPr>
      <w:r>
        <w:rPr>
          <w:rFonts w:ascii="仿宋" w:eastAsia="仿宋" w:hAnsi="仿宋"/>
          <w:sz w:val="32"/>
          <w:lang w:eastAsia="zh-CN"/>
        </w:rPr>
        <w:lastRenderedPageBreak/>
        <w:t>三股就是这三位先贤当时所处的。这个时代，上古，</w:t>
      </w:r>
      <w:proofErr w:type="gramStart"/>
      <w:r>
        <w:rPr>
          <w:rFonts w:ascii="仿宋" w:eastAsia="仿宋" w:hAnsi="仿宋"/>
          <w:sz w:val="32"/>
          <w:lang w:eastAsia="zh-CN"/>
        </w:rPr>
        <w:t>中古和</w:t>
      </w:r>
      <w:proofErr w:type="gramEnd"/>
      <w:r>
        <w:rPr>
          <w:rFonts w:ascii="仿宋" w:eastAsia="仿宋" w:hAnsi="仿宋"/>
          <w:sz w:val="32"/>
          <w:lang w:eastAsia="zh-CN"/>
        </w:rPr>
        <w:t>近古对伏羲在我们中国呢。他既是一位神话人物。同时呢，也是出现在我们史书当中，他带领自己的族群，在改造与认识自然的过程当中。不断的去对自己所从自然当中获得的知识加以总结，加以归纳，形成了我们《周易》当中最早的这样一些。符号体系，这实际上代表了我们中国人在。文字出现以前对于世界的理解与认知。</w:t>
      </w:r>
    </w:p>
    <w:p w14:paraId="06E4B9E9" w14:textId="77777777" w:rsidR="00E87C95" w:rsidRDefault="00000000">
      <w:pPr>
        <w:spacing w:after="0" w:line="579" w:lineRule="exact"/>
        <w:ind w:firstLine="640"/>
        <w:rPr>
          <w:lang w:eastAsia="zh-CN"/>
        </w:rPr>
      </w:pPr>
      <w:r>
        <w:rPr>
          <w:rFonts w:ascii="仿宋" w:eastAsia="仿宋" w:hAnsi="仿宋"/>
          <w:sz w:val="32"/>
          <w:lang w:eastAsia="zh-CN"/>
        </w:rPr>
        <w:t>司马迁说过。文王</w:t>
      </w:r>
      <w:proofErr w:type="gramStart"/>
      <w:r>
        <w:rPr>
          <w:rFonts w:ascii="仿宋" w:eastAsia="仿宋" w:hAnsi="仿宋"/>
          <w:sz w:val="32"/>
          <w:lang w:eastAsia="zh-CN"/>
        </w:rPr>
        <w:t>拘</w:t>
      </w:r>
      <w:proofErr w:type="gramEnd"/>
      <w:r>
        <w:rPr>
          <w:rFonts w:ascii="仿宋" w:eastAsia="仿宋" w:hAnsi="仿宋"/>
          <w:sz w:val="32"/>
          <w:lang w:eastAsia="zh-CN"/>
        </w:rPr>
        <w:t>而演《周易》，相传《易经》，是诞生在商周之际，是周文王所做的。到了文王的父亲季历的时候。商王朝就封他</w:t>
      </w:r>
      <w:proofErr w:type="gramStart"/>
      <w:r>
        <w:rPr>
          <w:rFonts w:ascii="仿宋" w:eastAsia="仿宋" w:hAnsi="仿宋"/>
          <w:sz w:val="32"/>
          <w:lang w:eastAsia="zh-CN"/>
        </w:rPr>
        <w:t>做西方</w:t>
      </w:r>
      <w:proofErr w:type="gramEnd"/>
      <w:r>
        <w:rPr>
          <w:rFonts w:ascii="仿宋" w:eastAsia="仿宋" w:hAnsi="仿宋"/>
          <w:sz w:val="32"/>
          <w:lang w:eastAsia="zh-CN"/>
        </w:rPr>
        <w:t>诸侯的首领，但同时呢，对于周国的势力呢，也是心有猜忌的。所以后来商王文丁就把季历给杀掉了，后来是文王继承了他父亲的职位。还是服从于商王朝对，因为周文王他非常贤德，很多贤者投奔他，</w:t>
      </w:r>
    </w:p>
    <w:p w14:paraId="0FBCCDBB" w14:textId="77777777" w:rsidR="00E87C95" w:rsidRDefault="00000000">
      <w:pPr>
        <w:spacing w:after="0" w:line="579" w:lineRule="exact"/>
        <w:ind w:firstLine="640"/>
        <w:rPr>
          <w:lang w:eastAsia="zh-CN"/>
        </w:rPr>
      </w:pPr>
      <w:r>
        <w:rPr>
          <w:rFonts w:ascii="仿宋" w:eastAsia="仿宋" w:hAnsi="仿宋"/>
          <w:sz w:val="32"/>
          <w:lang w:eastAsia="zh-CN"/>
        </w:rPr>
        <w:t>这引起了商纣王的嫉妒，因此他将周文王拘禁在羑里长达七年。还杀死了他的儿子，伯</w:t>
      </w:r>
      <w:proofErr w:type="gramStart"/>
      <w:r>
        <w:rPr>
          <w:rFonts w:ascii="仿宋" w:eastAsia="仿宋" w:hAnsi="仿宋"/>
          <w:sz w:val="32"/>
          <w:lang w:eastAsia="zh-CN"/>
        </w:rPr>
        <w:t>邑</w:t>
      </w:r>
      <w:proofErr w:type="gramEnd"/>
      <w:r>
        <w:rPr>
          <w:rFonts w:ascii="仿宋" w:eastAsia="仿宋" w:hAnsi="仿宋"/>
          <w:sz w:val="32"/>
          <w:lang w:eastAsia="zh-CN"/>
        </w:rPr>
        <w:t>考这样的绝境中，周文王没有放弃，而是潜心推演伏羲留下的。天地大道将自己对天下局势的分析加入其中，完成了《易经》。这段历史后来被司马迁概括为。文王</w:t>
      </w:r>
      <w:proofErr w:type="gramStart"/>
      <w:r>
        <w:rPr>
          <w:rFonts w:ascii="仿宋" w:eastAsia="仿宋" w:hAnsi="仿宋"/>
          <w:sz w:val="32"/>
          <w:lang w:eastAsia="zh-CN"/>
        </w:rPr>
        <w:t>拘</w:t>
      </w:r>
      <w:proofErr w:type="gramEnd"/>
      <w:r>
        <w:rPr>
          <w:rFonts w:ascii="仿宋" w:eastAsia="仿宋" w:hAnsi="仿宋"/>
          <w:sz w:val="32"/>
          <w:lang w:eastAsia="zh-CN"/>
        </w:rPr>
        <w:t>而演《周易》，虽然是个传说，但是要点是这个</w:t>
      </w:r>
      <w:proofErr w:type="gramStart"/>
      <w:r>
        <w:rPr>
          <w:rFonts w:ascii="仿宋" w:eastAsia="仿宋" w:hAnsi="仿宋"/>
          <w:sz w:val="32"/>
          <w:lang w:eastAsia="zh-CN"/>
        </w:rPr>
        <w:t>拘</w:t>
      </w:r>
      <w:proofErr w:type="gramEnd"/>
      <w:r>
        <w:rPr>
          <w:rFonts w:ascii="仿宋" w:eastAsia="仿宋" w:hAnsi="仿宋"/>
          <w:sz w:val="32"/>
          <w:lang w:eastAsia="zh-CN"/>
        </w:rPr>
        <w:t>在一种。混沌之中，艰辛之中，反而能激发我们的智慧的力量，</w:t>
      </w:r>
    </w:p>
    <w:p w14:paraId="592D273E" w14:textId="77777777" w:rsidR="00E87C95" w:rsidRDefault="00000000">
      <w:pPr>
        <w:spacing w:after="0" w:line="579" w:lineRule="exact"/>
        <w:ind w:firstLine="640"/>
        <w:rPr>
          <w:lang w:eastAsia="zh-CN"/>
        </w:rPr>
      </w:pPr>
      <w:r>
        <w:rPr>
          <w:rFonts w:ascii="仿宋" w:eastAsia="仿宋" w:hAnsi="仿宋"/>
          <w:sz w:val="32"/>
          <w:lang w:eastAsia="zh-CN"/>
        </w:rPr>
        <w:t>让我们去克服困难。那么，到了春秋末年，孔子学艺传艺其实可以说孔子是对呃《易经》思想体系进行了一次哲学</w:t>
      </w:r>
      <w:r>
        <w:rPr>
          <w:rFonts w:ascii="仿宋" w:eastAsia="仿宋" w:hAnsi="仿宋"/>
          <w:sz w:val="32"/>
          <w:lang w:eastAsia="zh-CN"/>
        </w:rPr>
        <w:lastRenderedPageBreak/>
        <w:t>的转化。孔子早年对这种占卜。算卦瞧不起他，说过一句话，没有智慧的人才去占卜，没有德行的人才去算卦，我看《易经》我跟他们是同图。而书归。我们走的好像是一条路，但是我们的归去是不一样的。那么，孔子其实也是取其精华，</w:t>
      </w:r>
    </w:p>
    <w:p w14:paraId="34476B16" w14:textId="77777777" w:rsidR="00E87C95" w:rsidRDefault="00000000">
      <w:pPr>
        <w:spacing w:after="0" w:line="579" w:lineRule="exact"/>
        <w:ind w:firstLine="640"/>
        <w:rPr>
          <w:lang w:eastAsia="zh-CN"/>
        </w:rPr>
      </w:pPr>
      <w:r>
        <w:rPr>
          <w:rFonts w:ascii="仿宋" w:eastAsia="仿宋" w:hAnsi="仿宋"/>
          <w:sz w:val="32"/>
          <w:lang w:eastAsia="zh-CN"/>
        </w:rPr>
        <w:t>去其糟</w:t>
      </w:r>
      <w:proofErr w:type="gramStart"/>
      <w:r>
        <w:rPr>
          <w:rFonts w:ascii="仿宋" w:eastAsia="仿宋" w:hAnsi="仿宋"/>
          <w:sz w:val="32"/>
          <w:lang w:eastAsia="zh-CN"/>
        </w:rPr>
        <w:t>敛</w:t>
      </w:r>
      <w:proofErr w:type="gramEnd"/>
      <w:r>
        <w:rPr>
          <w:rFonts w:ascii="仿宋" w:eastAsia="仿宋" w:hAnsi="仿宋"/>
          <w:sz w:val="32"/>
          <w:lang w:eastAsia="zh-CN"/>
        </w:rPr>
        <w:t>，是就像刚才李老师提到的孔子呢？对于《易经》的改造。使得《易经》从过去更多的关注于天象，关注于人与自然的关系进行一种转向。开始关注于人与人之间，人与内心之间的一种关系，在教授弟子的过程当中，随着时代的发展。最终被他的后世弟子总结为今天所见到的《易传》，正是由于《易传》的出现。促使《周易》从占</w:t>
      </w:r>
      <w:proofErr w:type="gramStart"/>
      <w:r>
        <w:rPr>
          <w:rFonts w:ascii="仿宋" w:eastAsia="仿宋" w:hAnsi="仿宋"/>
          <w:sz w:val="32"/>
          <w:lang w:eastAsia="zh-CN"/>
        </w:rPr>
        <w:t>筮</w:t>
      </w:r>
      <w:proofErr w:type="gramEnd"/>
      <w:r>
        <w:rPr>
          <w:rFonts w:ascii="仿宋" w:eastAsia="仿宋" w:hAnsi="仿宋"/>
          <w:sz w:val="32"/>
          <w:lang w:eastAsia="zh-CN"/>
        </w:rPr>
        <w:t>之书转为义理之学，从趋向巫术占卜功用。转向探讨伦理教化功能《易传》呢？它实际上代表先秦时代中国人哲学思维的最高境界。</w:t>
      </w:r>
    </w:p>
    <w:p w14:paraId="32E4049C" w14:textId="77777777" w:rsidR="00E87C95" w:rsidRDefault="00000000">
      <w:pPr>
        <w:spacing w:after="0" w:line="579" w:lineRule="exact"/>
        <w:ind w:firstLine="640"/>
        <w:rPr>
          <w:lang w:eastAsia="zh-CN"/>
        </w:rPr>
      </w:pPr>
      <w:r>
        <w:rPr>
          <w:rFonts w:ascii="仿宋" w:eastAsia="仿宋" w:hAnsi="仿宋"/>
          <w:sz w:val="32"/>
          <w:lang w:eastAsia="zh-CN"/>
        </w:rPr>
        <w:t>他站在人文的角度上。对此前的《易经》进行了一种创造性的，提升性的转化，因此如果仅从占卜算卦的角度去理解这本书。既不全面，也不正确。在当代，我们更应该从正确的角度阅读理解《周易》。关注其中的哲学思想。我们了解了很多关于《周易》的背景，对于我们大多数人来说，其实最熟悉的几句话应该就是天行健，君子以自强不息地势坤，君子以厚德载物，天运转不息啊，</w:t>
      </w:r>
    </w:p>
    <w:p w14:paraId="70919170" w14:textId="77777777" w:rsidR="00E87C95" w:rsidRDefault="00000000">
      <w:pPr>
        <w:spacing w:after="0" w:line="579" w:lineRule="exact"/>
        <w:ind w:firstLine="640"/>
        <w:rPr>
          <w:lang w:eastAsia="zh-CN"/>
        </w:rPr>
      </w:pPr>
      <w:r>
        <w:rPr>
          <w:rFonts w:ascii="仿宋" w:eastAsia="仿宋" w:hAnsi="仿宋"/>
          <w:sz w:val="32"/>
          <w:lang w:eastAsia="zh-CN"/>
        </w:rPr>
        <w:t>代表了一种刚健有为的精神地呢，承载万物，代表了一种德行上的厚实。自强不息，厚德载物，代表了认识到社会</w:t>
      </w:r>
      <w:r>
        <w:rPr>
          <w:rFonts w:ascii="仿宋" w:eastAsia="仿宋" w:hAnsi="仿宋"/>
          <w:sz w:val="32"/>
          <w:lang w:eastAsia="zh-CN"/>
        </w:rPr>
        <w:lastRenderedPageBreak/>
        <w:t>的发展，人类的进步，还要遵循它必然的客观规律，要有一种奋发有为的精神。要努力前行，邸砺奋进。此外，我们还经常说要赶上时代发展的步伐，与时俱进，原句呢，</w:t>
      </w:r>
    </w:p>
    <w:p w14:paraId="1B855B71" w14:textId="77777777" w:rsidR="00E87C95" w:rsidRDefault="00000000">
      <w:pPr>
        <w:spacing w:after="0" w:line="579" w:lineRule="exact"/>
        <w:ind w:firstLine="640"/>
        <w:rPr>
          <w:lang w:eastAsia="zh-CN"/>
        </w:rPr>
      </w:pPr>
      <w:r>
        <w:rPr>
          <w:rFonts w:ascii="仿宋" w:eastAsia="仿宋" w:hAnsi="仿宋"/>
          <w:sz w:val="32"/>
          <w:lang w:eastAsia="zh-CN"/>
        </w:rPr>
        <w:t>也是出在《周易》里。变易之道，与时偕行。《周易》中还有明于天之道，而察于民之故。他的意思就是要强调要明察天道。同时，要体察民众的忧患。安乐这一点是中华古代思想中一个重要的方面。就是民本思想体察对人民的关注。谢谢几位老师，那么今天在《典籍里的中国》的舞台上将会怎样讲述《周易》背后的故事呢？我们先去</w:t>
      </w:r>
      <w:proofErr w:type="gramStart"/>
      <w:r>
        <w:rPr>
          <w:rFonts w:ascii="仿宋" w:eastAsia="仿宋" w:hAnsi="仿宋"/>
          <w:sz w:val="32"/>
          <w:lang w:eastAsia="zh-CN"/>
        </w:rPr>
        <w:t>典读会</w:t>
      </w:r>
      <w:proofErr w:type="gramEnd"/>
      <w:r>
        <w:rPr>
          <w:rFonts w:ascii="仿宋" w:eastAsia="仿宋" w:hAnsi="仿宋"/>
          <w:sz w:val="32"/>
          <w:lang w:eastAsia="zh-CN"/>
        </w:rPr>
        <w:t>，看看主创人员们是如何识读这部典籍。大家好，</w:t>
      </w:r>
    </w:p>
    <w:p w14:paraId="6611CB4D" w14:textId="77777777" w:rsidR="00E87C95" w:rsidRDefault="00000000">
      <w:pPr>
        <w:spacing w:after="0" w:line="579" w:lineRule="exact"/>
        <w:ind w:firstLine="640"/>
        <w:rPr>
          <w:lang w:eastAsia="zh-CN"/>
        </w:rPr>
      </w:pPr>
      <w:r>
        <w:rPr>
          <w:rFonts w:ascii="仿宋" w:eastAsia="仿宋" w:hAnsi="仿宋"/>
          <w:sz w:val="32"/>
          <w:lang w:eastAsia="zh-CN"/>
        </w:rPr>
        <w:t>欢迎来到《典籍里的中国》</w:t>
      </w:r>
      <w:proofErr w:type="gramStart"/>
      <w:r>
        <w:rPr>
          <w:rFonts w:ascii="仿宋" w:eastAsia="仿宋" w:hAnsi="仿宋"/>
          <w:sz w:val="32"/>
          <w:lang w:eastAsia="zh-CN"/>
        </w:rPr>
        <w:t>典读会</w:t>
      </w:r>
      <w:proofErr w:type="gramEnd"/>
      <w:r>
        <w:rPr>
          <w:rFonts w:ascii="仿宋" w:eastAsia="仿宋" w:hAnsi="仿宋"/>
          <w:sz w:val="32"/>
          <w:lang w:eastAsia="zh-CN"/>
        </w:rPr>
        <w:t>，我是中国国家话剧院院长田沁鑫。也是节目的艺术总监。今天我们将要品读的是被誉为群经之首的典籍《周易》。欢迎各位到来，请大家先做个自我介绍，大家好，我是演员王绘春。在戏剧中饰演孔子。我是演员邵兵，在戏剧部分呢，饰演的是周文王，我是《典籍里的中国》节目组的总编剧张昆鹏。谢谢大家。请王绘春老师和邵兵老师谈一谈，</w:t>
      </w:r>
    </w:p>
    <w:p w14:paraId="53B12D3A" w14:textId="77777777" w:rsidR="00E87C95" w:rsidRDefault="00000000">
      <w:pPr>
        <w:spacing w:after="0" w:line="579" w:lineRule="exact"/>
        <w:ind w:firstLine="640"/>
        <w:rPr>
          <w:lang w:eastAsia="zh-CN"/>
        </w:rPr>
      </w:pPr>
      <w:r>
        <w:rPr>
          <w:rFonts w:ascii="仿宋" w:eastAsia="仿宋" w:hAnsi="仿宋"/>
          <w:sz w:val="32"/>
          <w:lang w:eastAsia="zh-CN"/>
        </w:rPr>
        <w:t>出演《周易》有什么感受？我看到我们的剧本。把陈蔡绝粮的孔老夫子和囚于羑里的周文王在平行的空间。照应起来，身处相思逆境的两个人。都是在凭借自强不息，厚德载物的精神，探寻天地之道。这种同</w:t>
      </w:r>
      <w:proofErr w:type="gramStart"/>
      <w:r>
        <w:rPr>
          <w:rFonts w:ascii="仿宋" w:eastAsia="仿宋" w:hAnsi="仿宋"/>
          <w:sz w:val="32"/>
          <w:lang w:eastAsia="zh-CN"/>
        </w:rPr>
        <w:t>框设计</w:t>
      </w:r>
      <w:proofErr w:type="gramEnd"/>
      <w:r>
        <w:rPr>
          <w:rFonts w:ascii="仿宋" w:eastAsia="仿宋" w:hAnsi="仿宋"/>
          <w:sz w:val="32"/>
          <w:lang w:eastAsia="zh-CN"/>
        </w:rPr>
        <w:t>让我们读起来</w:t>
      </w:r>
      <w:proofErr w:type="gramStart"/>
      <w:r>
        <w:rPr>
          <w:rFonts w:ascii="仿宋" w:eastAsia="仿宋" w:hAnsi="仿宋"/>
          <w:sz w:val="32"/>
          <w:lang w:eastAsia="zh-CN"/>
        </w:rPr>
        <w:t>特别</w:t>
      </w:r>
      <w:r>
        <w:rPr>
          <w:rFonts w:ascii="仿宋" w:eastAsia="仿宋" w:hAnsi="仿宋"/>
          <w:sz w:val="32"/>
          <w:lang w:eastAsia="zh-CN"/>
        </w:rPr>
        <w:lastRenderedPageBreak/>
        <w:t>特别</w:t>
      </w:r>
      <w:proofErr w:type="gramEnd"/>
      <w:r>
        <w:rPr>
          <w:rFonts w:ascii="仿宋" w:eastAsia="仿宋" w:hAnsi="仿宋"/>
          <w:sz w:val="32"/>
          <w:lang w:eastAsia="zh-CN"/>
        </w:rPr>
        <w:t>的震撼。我对文王最早的认知呢，是源于一句话。文王</w:t>
      </w:r>
      <w:proofErr w:type="gramStart"/>
      <w:r>
        <w:rPr>
          <w:rFonts w:ascii="仿宋" w:eastAsia="仿宋" w:hAnsi="仿宋"/>
          <w:sz w:val="32"/>
          <w:lang w:eastAsia="zh-CN"/>
        </w:rPr>
        <w:t>拘</w:t>
      </w:r>
      <w:proofErr w:type="gramEnd"/>
      <w:r>
        <w:rPr>
          <w:rFonts w:ascii="仿宋" w:eastAsia="仿宋" w:hAnsi="仿宋"/>
          <w:sz w:val="32"/>
          <w:lang w:eastAsia="zh-CN"/>
        </w:rPr>
        <w:t>而演《周易》。我们后世呢，都称他为周文王，实际呢，</w:t>
      </w:r>
    </w:p>
    <w:p w14:paraId="4F20E542" w14:textId="77777777" w:rsidR="00E87C95" w:rsidRDefault="00000000">
      <w:pPr>
        <w:spacing w:after="0" w:line="579" w:lineRule="exact"/>
        <w:ind w:firstLine="640"/>
        <w:rPr>
          <w:lang w:eastAsia="zh-CN"/>
        </w:rPr>
      </w:pPr>
      <w:r>
        <w:rPr>
          <w:rFonts w:ascii="仿宋" w:eastAsia="仿宋" w:hAnsi="仿宋"/>
          <w:sz w:val="32"/>
          <w:lang w:eastAsia="zh-CN"/>
        </w:rPr>
        <w:t>他是一个文武双全的贤王。读剧本的时候呢，</w:t>
      </w:r>
      <w:proofErr w:type="gramStart"/>
      <w:r>
        <w:rPr>
          <w:rFonts w:ascii="仿宋" w:eastAsia="仿宋" w:hAnsi="仿宋"/>
          <w:sz w:val="32"/>
          <w:lang w:eastAsia="zh-CN"/>
        </w:rPr>
        <w:t>周文王伐重一呼百应</w:t>
      </w:r>
      <w:proofErr w:type="gramEnd"/>
      <w:r>
        <w:rPr>
          <w:rFonts w:ascii="仿宋" w:eastAsia="仿宋" w:hAnsi="仿宋"/>
          <w:sz w:val="32"/>
          <w:lang w:eastAsia="zh-CN"/>
        </w:rPr>
        <w:t>的英姿呢，经常会闪现在我的面前。让我热血沸腾。为了给观众们更好的解读《周易》和《周易》背后的故事，总导演带领我们一起制定了。以孔子的视角来讲述周文，王振兴，周国囚于羑里。革故鼎新的故事，我们也是穿越了上古。中古</w:t>
      </w:r>
      <w:proofErr w:type="gramStart"/>
      <w:r>
        <w:rPr>
          <w:rFonts w:ascii="仿宋" w:eastAsia="仿宋" w:hAnsi="仿宋"/>
          <w:sz w:val="32"/>
          <w:lang w:eastAsia="zh-CN"/>
        </w:rPr>
        <w:t>晋古让</w:t>
      </w:r>
      <w:proofErr w:type="gramEnd"/>
      <w:r>
        <w:rPr>
          <w:rFonts w:ascii="仿宋" w:eastAsia="仿宋" w:hAnsi="仿宋"/>
          <w:sz w:val="32"/>
          <w:lang w:eastAsia="zh-CN"/>
        </w:rPr>
        <w:t>伏羲，周文王和孔子展开了一场跨时空的对谈。在《周易》中有一句经典名言，</w:t>
      </w:r>
    </w:p>
    <w:p w14:paraId="3C07F0FD" w14:textId="77777777" w:rsidR="00E87C95" w:rsidRDefault="00000000">
      <w:pPr>
        <w:spacing w:after="0" w:line="579" w:lineRule="exact"/>
        <w:ind w:firstLine="640"/>
        <w:rPr>
          <w:lang w:eastAsia="zh-CN"/>
        </w:rPr>
      </w:pPr>
      <w:r>
        <w:rPr>
          <w:rFonts w:ascii="仿宋" w:eastAsia="仿宋" w:hAnsi="仿宋"/>
          <w:sz w:val="32"/>
          <w:lang w:eastAsia="zh-CN"/>
        </w:rPr>
        <w:t>在我们的剧本中也反复出现，我们请王慧春老师和邵兵老师为我们读一下。天行健，君子以自强不息。地势坤，君子以厚德载物。天行健，君子以自强不息；地势坤，君子以厚德载物。自强不息，厚德载物，是我们从小听到大的。能够呢，饰演周文王这么一个贤能的君主，</w:t>
      </w:r>
    </w:p>
    <w:p w14:paraId="17B4F5DA" w14:textId="77777777" w:rsidR="00E87C95" w:rsidRDefault="00000000">
      <w:pPr>
        <w:spacing w:after="0" w:line="579" w:lineRule="exact"/>
        <w:ind w:firstLine="640"/>
        <w:rPr>
          <w:lang w:eastAsia="zh-CN"/>
        </w:rPr>
      </w:pPr>
      <w:r>
        <w:rPr>
          <w:rFonts w:ascii="仿宋" w:eastAsia="仿宋" w:hAnsi="仿宋"/>
          <w:sz w:val="32"/>
          <w:lang w:eastAsia="zh-CN"/>
        </w:rPr>
        <w:t>我特别的高兴，也特别荣幸典籍蕴藏中华千年文明。值得一生品读。学无止境。古圣先贤身上的高尚品格。和崇高精神，值得代代相传。传承我们的传统文化，这是我义不容辞的责任。我相信，一定会拍出一部。大家特别特别满意的《典籍里的中国》。夫子今日杏坛讲学。诸位</w:t>
      </w:r>
      <w:proofErr w:type="gramStart"/>
      <w:r>
        <w:rPr>
          <w:rFonts w:ascii="仿宋" w:eastAsia="仿宋" w:hAnsi="仿宋"/>
          <w:sz w:val="32"/>
          <w:lang w:eastAsia="zh-CN"/>
        </w:rPr>
        <w:t>前来听学的</w:t>
      </w:r>
      <w:proofErr w:type="gramEnd"/>
      <w:r>
        <w:rPr>
          <w:rFonts w:ascii="仿宋" w:eastAsia="仿宋" w:hAnsi="仿宋"/>
          <w:sz w:val="32"/>
          <w:lang w:eastAsia="zh-CN"/>
        </w:rPr>
        <w:t>弟子。有志于学否。</w:t>
      </w:r>
    </w:p>
    <w:p w14:paraId="14485ACE" w14:textId="77777777" w:rsidR="00E87C95" w:rsidRDefault="00000000">
      <w:pPr>
        <w:spacing w:after="0" w:line="579" w:lineRule="exact"/>
        <w:ind w:firstLine="640"/>
        <w:rPr>
          <w:lang w:eastAsia="zh-CN"/>
        </w:rPr>
      </w:pPr>
      <w:r>
        <w:rPr>
          <w:rFonts w:ascii="仿宋" w:eastAsia="仿宋" w:hAnsi="仿宋"/>
          <w:sz w:val="32"/>
          <w:lang w:eastAsia="zh-CN"/>
        </w:rPr>
        <w:t>有志于学。汝等愿为君子否。愿为君子好。</w:t>
      </w:r>
      <w:proofErr w:type="gramStart"/>
      <w:r>
        <w:rPr>
          <w:rFonts w:ascii="仿宋" w:eastAsia="仿宋" w:hAnsi="仿宋"/>
          <w:sz w:val="32"/>
          <w:lang w:eastAsia="zh-CN"/>
        </w:rPr>
        <w:t>随我入杏坛</w:t>
      </w:r>
      <w:proofErr w:type="gramEnd"/>
      <w:r>
        <w:rPr>
          <w:rFonts w:ascii="仿宋" w:eastAsia="仿宋" w:hAnsi="仿宋"/>
          <w:sz w:val="32"/>
          <w:lang w:eastAsia="zh-CN"/>
        </w:rPr>
        <w:t>。拜见夫子。</w:t>
      </w:r>
      <w:proofErr w:type="gramStart"/>
      <w:r>
        <w:rPr>
          <w:rFonts w:ascii="仿宋" w:eastAsia="仿宋" w:hAnsi="仿宋"/>
          <w:sz w:val="32"/>
          <w:lang w:eastAsia="zh-CN"/>
        </w:rPr>
        <w:t>诸位记如姓谭</w:t>
      </w:r>
      <w:proofErr w:type="gramEnd"/>
      <w:r>
        <w:rPr>
          <w:rFonts w:ascii="仿宋" w:eastAsia="仿宋" w:hAnsi="仿宋"/>
          <w:sz w:val="32"/>
          <w:lang w:eastAsia="zh-CN"/>
        </w:rPr>
        <w:t>，当勉励为学，学为。君子，今日</w:t>
      </w:r>
      <w:r>
        <w:rPr>
          <w:rFonts w:ascii="仿宋" w:eastAsia="仿宋" w:hAnsi="仿宋"/>
          <w:sz w:val="32"/>
          <w:lang w:eastAsia="zh-CN"/>
        </w:rPr>
        <w:lastRenderedPageBreak/>
        <w:t>我们首先讲义。谢夫子。相传孔子晚年。周游列国之后，回到鲁国，在杏坛讲学。</w:t>
      </w:r>
    </w:p>
    <w:p w14:paraId="36D04390" w14:textId="77777777" w:rsidR="00E87C95" w:rsidRDefault="00000000">
      <w:pPr>
        <w:spacing w:after="0" w:line="579" w:lineRule="exact"/>
        <w:ind w:firstLine="640"/>
        <w:rPr>
          <w:lang w:eastAsia="zh-CN"/>
        </w:rPr>
      </w:pPr>
      <w:r>
        <w:rPr>
          <w:rFonts w:ascii="仿宋" w:eastAsia="仿宋" w:hAnsi="仿宋"/>
          <w:sz w:val="32"/>
          <w:lang w:eastAsia="zh-CN"/>
        </w:rPr>
        <w:t>广收弟子3000。孔子三书六经作为教材，而这当中易成为孔子最重视的典籍之一。夫子为何要先讲义。晚辈也想知道先生为何喜爱讲义啊？</w:t>
      </w:r>
      <w:proofErr w:type="gramStart"/>
      <w:r>
        <w:rPr>
          <w:rFonts w:ascii="仿宋" w:eastAsia="仿宋" w:hAnsi="仿宋"/>
          <w:sz w:val="32"/>
          <w:lang w:eastAsia="zh-CN"/>
        </w:rPr>
        <w:t>甲我数年</w:t>
      </w:r>
      <w:proofErr w:type="gramEnd"/>
      <w:r>
        <w:rPr>
          <w:rFonts w:ascii="仿宋" w:eastAsia="仿宋" w:hAnsi="仿宋"/>
          <w:sz w:val="32"/>
          <w:lang w:eastAsia="zh-CN"/>
        </w:rPr>
        <w:t>50，以学艺可以无大故，为你是何人？晚辈是来自2000多年之后的读书人，名叫撒贝宁先生，所读的易在后世，被称为《易经》。而先生对于《易经》的解读。精明的弟子后学不断的完善，结合诸子百家的智慧，</w:t>
      </w:r>
    </w:p>
    <w:p w14:paraId="6EBCC406" w14:textId="77777777" w:rsidR="00E87C95" w:rsidRDefault="00000000">
      <w:pPr>
        <w:spacing w:after="0" w:line="579" w:lineRule="exact"/>
        <w:ind w:firstLine="640"/>
        <w:rPr>
          <w:lang w:eastAsia="zh-CN"/>
        </w:rPr>
      </w:pPr>
      <w:r>
        <w:rPr>
          <w:rFonts w:ascii="仿宋" w:eastAsia="仿宋" w:hAnsi="仿宋"/>
          <w:sz w:val="32"/>
          <w:lang w:eastAsia="zh-CN"/>
        </w:rPr>
        <w:t>整理成为《易传》。《易经》和《易传》在后世合称为《周易》。位列群经之首。是中华原典。你都读到了些什么呀？天行健，君子以自强不息。嗯，这符合我对钱的理解，你还读到了什么？地势坤，君子以厚德载物。这也符合我对坤的理解。但是《周易》这部典籍实在太难读了。</w:t>
      </w:r>
      <w:proofErr w:type="gramStart"/>
      <w:r>
        <w:rPr>
          <w:rFonts w:ascii="仿宋" w:eastAsia="仿宋" w:hAnsi="仿宋"/>
          <w:sz w:val="32"/>
          <w:lang w:eastAsia="zh-CN"/>
        </w:rPr>
        <w:t>海望先生</w:t>
      </w:r>
      <w:proofErr w:type="gramEnd"/>
      <w:r>
        <w:rPr>
          <w:rFonts w:ascii="仿宋" w:eastAsia="仿宋" w:hAnsi="仿宋"/>
          <w:sz w:val="32"/>
          <w:lang w:eastAsia="zh-CN"/>
        </w:rPr>
        <w:t>为我们详解。</w:t>
      </w:r>
    </w:p>
    <w:p w14:paraId="5AB91CC7" w14:textId="77777777" w:rsidR="00E87C95" w:rsidRDefault="00000000">
      <w:pPr>
        <w:spacing w:after="0" w:line="579" w:lineRule="exact"/>
        <w:ind w:firstLine="640"/>
        <w:rPr>
          <w:lang w:eastAsia="zh-CN"/>
        </w:rPr>
      </w:pPr>
      <w:r>
        <w:rPr>
          <w:rFonts w:ascii="仿宋" w:eastAsia="仿宋" w:hAnsi="仿宋"/>
          <w:sz w:val="32"/>
          <w:lang w:eastAsia="zh-CN"/>
        </w:rPr>
        <w:t>沙军快坐谢先生。</w:t>
      </w:r>
      <w:proofErr w:type="gramStart"/>
      <w:r>
        <w:rPr>
          <w:rFonts w:ascii="仿宋" w:eastAsia="仿宋" w:hAnsi="仿宋"/>
          <w:sz w:val="32"/>
          <w:lang w:eastAsia="zh-CN"/>
        </w:rPr>
        <w:t>做作天</w:t>
      </w:r>
      <w:proofErr w:type="gramEnd"/>
      <w:r>
        <w:rPr>
          <w:rFonts w:ascii="仿宋" w:eastAsia="仿宋" w:hAnsi="仿宋"/>
          <w:sz w:val="32"/>
          <w:lang w:eastAsia="zh-CN"/>
        </w:rPr>
        <w:t>之运气。四时交替，昼夜更迭。岁岁年年，唯有止息，唯有差错。君子当效法，天道之见，以自强不息。地势坤即地势顺，君子应该效法坤。地之厚德。荣在万物。这两句话蕴含着大道真理独意，</w:t>
      </w:r>
    </w:p>
    <w:p w14:paraId="0A91EF37" w14:textId="77777777" w:rsidR="00E87C95" w:rsidRDefault="00000000">
      <w:pPr>
        <w:spacing w:after="0" w:line="579" w:lineRule="exact"/>
        <w:ind w:firstLine="640"/>
        <w:rPr>
          <w:lang w:eastAsia="zh-CN"/>
        </w:rPr>
      </w:pPr>
      <w:r>
        <w:rPr>
          <w:rFonts w:ascii="仿宋" w:eastAsia="仿宋" w:hAnsi="仿宋"/>
          <w:sz w:val="32"/>
          <w:lang w:eastAsia="zh-CN"/>
        </w:rPr>
        <w:t>就是要通晓世间的大道真理。相传亦是文王所作，自强不息。厚德载物，说的正是文王修身处世，治国理政的德行啊。来。君父。为何带我们来到大山里？来到这里，寻找二</w:t>
      </w:r>
      <w:r>
        <w:rPr>
          <w:rFonts w:ascii="仿宋" w:eastAsia="仿宋" w:hAnsi="仿宋"/>
          <w:sz w:val="32"/>
          <w:lang w:eastAsia="zh-CN"/>
        </w:rPr>
        <w:lastRenderedPageBreak/>
        <w:t>位贤者。贤者为何居于山里？那是因为商王不能善待贤能，所以贤能只能隐居山野。这是国家的损失啊。</w:t>
      </w:r>
    </w:p>
    <w:p w14:paraId="1B92BA32" w14:textId="77777777" w:rsidR="00E87C95" w:rsidRDefault="00000000">
      <w:pPr>
        <w:spacing w:after="0" w:line="579" w:lineRule="exact"/>
        <w:ind w:firstLine="640"/>
        <w:rPr>
          <w:lang w:eastAsia="zh-CN"/>
        </w:rPr>
      </w:pPr>
      <w:r>
        <w:rPr>
          <w:rFonts w:ascii="仿宋" w:eastAsia="仿宋" w:hAnsi="仿宋"/>
          <w:sz w:val="32"/>
          <w:lang w:eastAsia="zh-CN"/>
        </w:rPr>
        <w:t>君父常说，我们应当奉养贤能，让贤能之人不再自食于家。是的，也无疑</w:t>
      </w:r>
      <w:proofErr w:type="gramStart"/>
      <w:r>
        <w:rPr>
          <w:rFonts w:ascii="仿宋" w:eastAsia="仿宋" w:hAnsi="仿宋"/>
          <w:sz w:val="32"/>
          <w:lang w:eastAsia="zh-CN"/>
        </w:rPr>
        <w:t>嫌正是</w:t>
      </w:r>
      <w:proofErr w:type="gramEnd"/>
      <w:r>
        <w:rPr>
          <w:rFonts w:ascii="仿宋" w:eastAsia="仿宋" w:hAnsi="仿宋"/>
          <w:sz w:val="32"/>
          <w:lang w:eastAsia="zh-CN"/>
        </w:rPr>
        <w:t>我的心愿。咱们今天可是收获良多了，一会儿去我家吃酒，好好好看，问谁是隐居乐贤者，</w:t>
      </w:r>
      <w:proofErr w:type="gramStart"/>
      <w:r>
        <w:rPr>
          <w:rFonts w:ascii="仿宋" w:eastAsia="仿宋" w:hAnsi="仿宋"/>
          <w:sz w:val="32"/>
          <w:lang w:eastAsia="zh-CN"/>
        </w:rPr>
        <w:t>闳夭</w:t>
      </w:r>
      <w:proofErr w:type="gramEnd"/>
      <w:r>
        <w:rPr>
          <w:rFonts w:ascii="仿宋" w:eastAsia="仿宋" w:hAnsi="仿宋"/>
          <w:sz w:val="32"/>
          <w:lang w:eastAsia="zh-CN"/>
        </w:rPr>
        <w:t>和</w:t>
      </w:r>
      <w:proofErr w:type="gramStart"/>
      <w:r>
        <w:rPr>
          <w:rFonts w:ascii="仿宋" w:eastAsia="仿宋" w:hAnsi="仿宋"/>
          <w:sz w:val="32"/>
          <w:lang w:eastAsia="zh-CN"/>
        </w:rPr>
        <w:t>泰颠</w:t>
      </w:r>
      <w:proofErr w:type="gramEnd"/>
      <w:r>
        <w:rPr>
          <w:rFonts w:ascii="仿宋" w:eastAsia="仿宋" w:hAnsi="仿宋"/>
          <w:sz w:val="32"/>
          <w:lang w:eastAsia="zh-CN"/>
        </w:rPr>
        <w:t>。贤者，我们就是猎户，只会捕鸟和猎兽，敢问先生是谁啊？这位是我君父，</w:t>
      </w:r>
    </w:p>
    <w:p w14:paraId="66FDBFE4" w14:textId="77777777" w:rsidR="00E87C95" w:rsidRDefault="00000000">
      <w:pPr>
        <w:spacing w:after="0" w:line="579" w:lineRule="exact"/>
        <w:ind w:firstLine="640"/>
        <w:rPr>
          <w:lang w:eastAsia="zh-CN"/>
        </w:rPr>
      </w:pPr>
      <w:proofErr w:type="spellStart"/>
      <w:r>
        <w:rPr>
          <w:rFonts w:ascii="仿宋" w:eastAsia="仿宋" w:hAnsi="仿宋"/>
          <w:sz w:val="32"/>
        </w:rPr>
        <w:t>西伯西伯。受我等一拜</w:t>
      </w:r>
      <w:proofErr w:type="spellEnd"/>
      <w:r>
        <w:rPr>
          <w:rFonts w:ascii="仿宋" w:eastAsia="仿宋" w:hAnsi="仿宋"/>
          <w:sz w:val="32"/>
        </w:rPr>
        <w:t>。</w:t>
      </w:r>
      <w:r>
        <w:rPr>
          <w:rFonts w:ascii="仿宋" w:eastAsia="仿宋" w:hAnsi="仿宋"/>
          <w:sz w:val="32"/>
          <w:lang w:eastAsia="zh-CN"/>
        </w:rPr>
        <w:t>快快免礼。回西伯。我就是闳夭。我是泰颠。闳夭子。我听说阿伟结网捕鸟时，总能网开一面不绝于天道。捕猎野兽时不伤雌幼。当年伏羲是察天观地。告诉世人，山中自有天道，山中有鸟兽，则中有鱼鳖。</w:t>
      </w:r>
    </w:p>
    <w:p w14:paraId="2FB782B8" w14:textId="77777777" w:rsidR="00E87C95" w:rsidRDefault="00000000">
      <w:pPr>
        <w:spacing w:after="0" w:line="579" w:lineRule="exact"/>
        <w:ind w:firstLine="640"/>
        <w:rPr>
          <w:lang w:eastAsia="zh-CN"/>
        </w:rPr>
      </w:pPr>
      <w:r>
        <w:rPr>
          <w:rFonts w:ascii="仿宋" w:eastAsia="仿宋" w:hAnsi="仿宋"/>
          <w:sz w:val="32"/>
          <w:lang w:eastAsia="zh-CN"/>
        </w:rPr>
        <w:t>这是上天赐予人类的宝藏。善取善用是为。天道。爱护鸟兽。便是爱护自己。这是天道。也是做人的本分。就是这种本分难能可贵，君子之</w:t>
      </w:r>
      <w:proofErr w:type="gramStart"/>
      <w:r>
        <w:rPr>
          <w:rFonts w:ascii="仿宋" w:eastAsia="仿宋" w:hAnsi="仿宋"/>
          <w:sz w:val="32"/>
          <w:lang w:eastAsia="zh-CN"/>
        </w:rPr>
        <w:t>德在于</w:t>
      </w:r>
      <w:proofErr w:type="gramEnd"/>
      <w:r>
        <w:rPr>
          <w:rFonts w:ascii="仿宋" w:eastAsia="仿宋" w:hAnsi="仿宋"/>
          <w:sz w:val="32"/>
          <w:lang w:eastAsia="zh-CN"/>
        </w:rPr>
        <w:t>爱惜万物。君子之道在于之，万物之始。小万物之中啊。商汤王之德，急于鸟兽，乃成大业。</w:t>
      </w:r>
    </w:p>
    <w:p w14:paraId="2E1E8E1C" w14:textId="77777777" w:rsidR="00E87C95" w:rsidRDefault="00000000">
      <w:pPr>
        <w:spacing w:after="0" w:line="579" w:lineRule="exact"/>
        <w:ind w:firstLine="640"/>
        <w:rPr>
          <w:lang w:eastAsia="zh-CN"/>
        </w:rPr>
      </w:pPr>
      <w:r>
        <w:rPr>
          <w:rFonts w:ascii="仿宋" w:eastAsia="仿宋" w:hAnsi="仿宋"/>
          <w:sz w:val="32"/>
          <w:lang w:eastAsia="zh-CN"/>
        </w:rPr>
        <w:t>我周国。当以贤德之士。我求二位贤者出山共治周国。我泰颠。我</w:t>
      </w:r>
      <w:proofErr w:type="gramStart"/>
      <w:r>
        <w:rPr>
          <w:rFonts w:ascii="仿宋" w:eastAsia="仿宋" w:hAnsi="仿宋"/>
          <w:sz w:val="32"/>
          <w:lang w:eastAsia="zh-CN"/>
        </w:rPr>
        <w:t>闳夭</w:t>
      </w:r>
      <w:proofErr w:type="gramEnd"/>
      <w:r>
        <w:rPr>
          <w:rFonts w:ascii="仿宋" w:eastAsia="仿宋" w:hAnsi="仿宋"/>
          <w:sz w:val="32"/>
          <w:lang w:eastAsia="zh-CN"/>
        </w:rPr>
        <w:t>乐队不多于西伯。后世记载文王，独行仁义。尊敬长者，爱护幼小。对贤能之人，以礼相待。有时候，为了接待贤士，甚至连饭都顾不上吃。拜见贤者南宫</w:t>
      </w:r>
      <w:proofErr w:type="gramStart"/>
      <w:r>
        <w:rPr>
          <w:rFonts w:ascii="仿宋" w:eastAsia="仿宋" w:hAnsi="仿宋"/>
          <w:sz w:val="32"/>
          <w:lang w:eastAsia="zh-CN"/>
        </w:rPr>
        <w:t>括</w:t>
      </w:r>
      <w:proofErr w:type="gramEnd"/>
      <w:r>
        <w:rPr>
          <w:rFonts w:ascii="仿宋" w:eastAsia="仿宋" w:hAnsi="仿宋"/>
          <w:sz w:val="32"/>
          <w:lang w:eastAsia="zh-CN"/>
        </w:rPr>
        <w:t>先生。</w:t>
      </w:r>
    </w:p>
    <w:p w14:paraId="653E83AA" w14:textId="77777777" w:rsidR="00E87C95" w:rsidRDefault="00000000">
      <w:pPr>
        <w:spacing w:after="0" w:line="579" w:lineRule="exact"/>
        <w:ind w:firstLine="640"/>
        <w:rPr>
          <w:lang w:eastAsia="zh-CN"/>
        </w:rPr>
      </w:pPr>
      <w:r>
        <w:rPr>
          <w:rFonts w:ascii="仿宋" w:eastAsia="仿宋" w:hAnsi="仿宋"/>
          <w:sz w:val="32"/>
          <w:lang w:eastAsia="zh-CN"/>
        </w:rPr>
        <w:t>你为人仁义。早年为将同袍死于疆场，聚其后是亲老。得与君子相遇，相知同心，可攻坚克难。同德可立有忧亡。</w:t>
      </w:r>
      <w:r>
        <w:rPr>
          <w:rFonts w:ascii="仿宋" w:eastAsia="仿宋" w:hAnsi="仿宋"/>
          <w:sz w:val="32"/>
          <w:lang w:eastAsia="zh-CN"/>
        </w:rPr>
        <w:lastRenderedPageBreak/>
        <w:t>不知先生可愿与我共治周国，请先生共治周国。文王以仁德治国，</w:t>
      </w:r>
      <w:proofErr w:type="gramStart"/>
      <w:r>
        <w:rPr>
          <w:rFonts w:ascii="仿宋" w:eastAsia="仿宋" w:hAnsi="仿宋"/>
          <w:sz w:val="32"/>
          <w:lang w:eastAsia="zh-CN"/>
        </w:rPr>
        <w:t>闳夭</w:t>
      </w:r>
      <w:proofErr w:type="gramEnd"/>
      <w:r>
        <w:rPr>
          <w:rFonts w:ascii="仿宋" w:eastAsia="仿宋" w:hAnsi="仿宋"/>
          <w:sz w:val="32"/>
          <w:lang w:eastAsia="zh-CN"/>
        </w:rPr>
        <w:t>泰颠，南宫</w:t>
      </w:r>
      <w:proofErr w:type="gramStart"/>
      <w:r>
        <w:rPr>
          <w:rFonts w:ascii="仿宋" w:eastAsia="仿宋" w:hAnsi="仿宋"/>
          <w:sz w:val="32"/>
          <w:lang w:eastAsia="zh-CN"/>
        </w:rPr>
        <w:t>括</w:t>
      </w:r>
      <w:proofErr w:type="gramEnd"/>
      <w:r>
        <w:rPr>
          <w:rFonts w:ascii="仿宋" w:eastAsia="仿宋" w:hAnsi="仿宋"/>
          <w:sz w:val="32"/>
          <w:lang w:eastAsia="zh-CN"/>
        </w:rPr>
        <w:t>散宜生。皆是仁义之士，愿意归顺文王。我一生以诚信行事，</w:t>
      </w:r>
    </w:p>
    <w:p w14:paraId="2A4DF324" w14:textId="77777777" w:rsidR="00E87C95" w:rsidRDefault="00000000">
      <w:pPr>
        <w:spacing w:after="0" w:line="579" w:lineRule="exact"/>
        <w:ind w:firstLine="640"/>
        <w:rPr>
          <w:lang w:eastAsia="zh-CN"/>
        </w:rPr>
      </w:pPr>
      <w:r>
        <w:rPr>
          <w:rFonts w:ascii="仿宋" w:eastAsia="仿宋" w:hAnsi="仿宋"/>
          <w:sz w:val="32"/>
          <w:lang w:eastAsia="zh-CN"/>
        </w:rPr>
        <w:t>愿辅佐西伯。周文王盼望天下也无疑险。后来在渭水之畔，文王真的求到了一位让周</w:t>
      </w:r>
      <w:proofErr w:type="gramStart"/>
      <w:r>
        <w:rPr>
          <w:rFonts w:ascii="仿宋" w:eastAsia="仿宋" w:hAnsi="仿宋"/>
          <w:sz w:val="32"/>
          <w:lang w:eastAsia="zh-CN"/>
        </w:rPr>
        <w:t>国得以</w:t>
      </w:r>
      <w:proofErr w:type="gramEnd"/>
      <w:r>
        <w:rPr>
          <w:rFonts w:ascii="仿宋" w:eastAsia="仿宋" w:hAnsi="仿宋"/>
          <w:sz w:val="32"/>
          <w:lang w:eastAsia="zh-CN"/>
        </w:rPr>
        <w:t>兴盛的长者。诸位。等了很久了。不敢惊扰先生垂钓。先生直勾垂钓，为何这钩却离水三尺啊？其中取于。乃常人所为，</w:t>
      </w:r>
      <w:proofErr w:type="gramStart"/>
      <w:r>
        <w:rPr>
          <w:rFonts w:ascii="仿宋" w:eastAsia="仿宋" w:hAnsi="仿宋"/>
          <w:sz w:val="32"/>
          <w:lang w:eastAsia="zh-CN"/>
        </w:rPr>
        <w:t>愿执诸</w:t>
      </w:r>
      <w:proofErr w:type="gramEnd"/>
      <w:r>
        <w:rPr>
          <w:rFonts w:ascii="仿宋" w:eastAsia="仿宋" w:hAnsi="仿宋"/>
          <w:sz w:val="32"/>
          <w:lang w:eastAsia="zh-CN"/>
        </w:rPr>
        <w:t>取。贤君复命者。上钩。哈哈</w:t>
      </w:r>
      <w:proofErr w:type="gramStart"/>
      <w:r>
        <w:rPr>
          <w:rFonts w:ascii="仿宋" w:eastAsia="仿宋" w:hAnsi="仿宋"/>
          <w:sz w:val="32"/>
          <w:lang w:eastAsia="zh-CN"/>
        </w:rPr>
        <w:t>哈</w:t>
      </w:r>
      <w:proofErr w:type="gramEnd"/>
      <w:r>
        <w:rPr>
          <w:rFonts w:ascii="仿宋" w:eastAsia="仿宋" w:hAnsi="仿宋"/>
          <w:sz w:val="32"/>
          <w:lang w:eastAsia="zh-CN"/>
        </w:rPr>
        <w:t>。</w:t>
      </w:r>
    </w:p>
    <w:p w14:paraId="0B757284" w14:textId="77777777" w:rsidR="00E87C95" w:rsidRDefault="00000000">
      <w:pPr>
        <w:spacing w:after="0" w:line="579" w:lineRule="exact"/>
        <w:ind w:firstLine="640"/>
        <w:rPr>
          <w:lang w:eastAsia="zh-CN"/>
        </w:rPr>
      </w:pPr>
      <w:r>
        <w:rPr>
          <w:rFonts w:ascii="仿宋" w:eastAsia="仿宋" w:hAnsi="仿宋"/>
          <w:sz w:val="32"/>
          <w:lang w:eastAsia="zh-CN"/>
        </w:rPr>
        <w:t>我就是那鱼不？您是贤者。周文王渭水求贤这个故事，我们从小就读。后世还有一句话叫姜太公钓鱼，愿者上钩。这话好西伯昌，请先生教诲。治国兴邦的良策。我曾经。</w:t>
      </w:r>
      <w:proofErr w:type="gramStart"/>
      <w:r>
        <w:rPr>
          <w:rFonts w:ascii="仿宋" w:eastAsia="仿宋" w:hAnsi="仿宋"/>
          <w:sz w:val="32"/>
          <w:lang w:eastAsia="zh-CN"/>
        </w:rPr>
        <w:t>侍奉商</w:t>
      </w:r>
      <w:proofErr w:type="gramEnd"/>
      <w:r>
        <w:rPr>
          <w:rFonts w:ascii="仿宋" w:eastAsia="仿宋" w:hAnsi="仿宋"/>
          <w:sz w:val="32"/>
          <w:lang w:eastAsia="zh-CN"/>
        </w:rPr>
        <w:t>王。</w:t>
      </w:r>
      <w:proofErr w:type="gramStart"/>
      <w:r>
        <w:rPr>
          <w:rFonts w:ascii="仿宋" w:eastAsia="仿宋" w:hAnsi="仿宋"/>
          <w:sz w:val="32"/>
          <w:lang w:eastAsia="zh-CN"/>
        </w:rPr>
        <w:t>可商王</w:t>
      </w:r>
      <w:proofErr w:type="gramEnd"/>
      <w:r>
        <w:rPr>
          <w:rFonts w:ascii="仿宋" w:eastAsia="仿宋" w:hAnsi="仿宋"/>
          <w:sz w:val="32"/>
          <w:lang w:eastAsia="zh-CN"/>
        </w:rPr>
        <w:t>无道，当今天下，若要造福世人，立以万民。</w:t>
      </w:r>
    </w:p>
    <w:p w14:paraId="33B6DB8A" w14:textId="77777777" w:rsidR="00E87C95" w:rsidRDefault="00000000">
      <w:pPr>
        <w:spacing w:after="0" w:line="579" w:lineRule="exact"/>
        <w:ind w:firstLine="640"/>
        <w:rPr>
          <w:lang w:eastAsia="zh-CN"/>
        </w:rPr>
      </w:pPr>
      <w:r>
        <w:rPr>
          <w:rFonts w:ascii="仿宋" w:eastAsia="仿宋" w:hAnsi="仿宋"/>
          <w:sz w:val="32"/>
          <w:lang w:eastAsia="zh-CN"/>
        </w:rPr>
        <w:t>必要有。大贤能者。取商而代之。</w:t>
      </w:r>
      <w:proofErr w:type="gramStart"/>
      <w:r>
        <w:rPr>
          <w:rFonts w:ascii="仿宋" w:eastAsia="仿宋" w:hAnsi="仿宋"/>
          <w:sz w:val="32"/>
          <w:lang w:eastAsia="zh-CN"/>
        </w:rPr>
        <w:t>西伯敢取而代之</w:t>
      </w:r>
      <w:proofErr w:type="gramEnd"/>
      <w:r>
        <w:rPr>
          <w:rFonts w:ascii="仿宋" w:eastAsia="仿宋" w:hAnsi="仿宋"/>
          <w:sz w:val="32"/>
          <w:lang w:eastAsia="zh-CN"/>
        </w:rPr>
        <w:t>否？我的邱先生。是</w:t>
      </w:r>
      <w:proofErr w:type="gramStart"/>
      <w:r>
        <w:rPr>
          <w:rFonts w:ascii="仿宋" w:eastAsia="仿宋" w:hAnsi="仿宋"/>
          <w:sz w:val="32"/>
          <w:lang w:eastAsia="zh-CN"/>
        </w:rPr>
        <w:t>为了周帝百姓</w:t>
      </w:r>
      <w:proofErr w:type="gramEnd"/>
      <w:r>
        <w:rPr>
          <w:rFonts w:ascii="仿宋" w:eastAsia="仿宋" w:hAnsi="仿宋"/>
          <w:sz w:val="32"/>
          <w:lang w:eastAsia="zh-CN"/>
        </w:rPr>
        <w:t>的扶持。无意</w:t>
      </w:r>
      <w:proofErr w:type="gramStart"/>
      <w:r>
        <w:rPr>
          <w:rFonts w:ascii="仿宋" w:eastAsia="仿宋" w:hAnsi="仿宋"/>
          <w:sz w:val="32"/>
          <w:lang w:eastAsia="zh-CN"/>
        </w:rPr>
        <w:t>取代商</w:t>
      </w:r>
      <w:proofErr w:type="gramEnd"/>
      <w:r>
        <w:rPr>
          <w:rFonts w:ascii="仿宋" w:eastAsia="仿宋" w:hAnsi="仿宋"/>
          <w:sz w:val="32"/>
          <w:lang w:eastAsia="zh-CN"/>
        </w:rPr>
        <w:t>王。天下之贤。居于周地。天下民望，</w:t>
      </w:r>
      <w:proofErr w:type="gramStart"/>
      <w:r>
        <w:rPr>
          <w:rFonts w:ascii="仿宋" w:eastAsia="仿宋" w:hAnsi="仿宋"/>
          <w:sz w:val="32"/>
          <w:lang w:eastAsia="zh-CN"/>
        </w:rPr>
        <w:t>盼舟待商</w:t>
      </w:r>
      <w:proofErr w:type="gramEnd"/>
      <w:r>
        <w:rPr>
          <w:rFonts w:ascii="仿宋" w:eastAsia="仿宋" w:hAnsi="仿宋"/>
          <w:sz w:val="32"/>
          <w:lang w:eastAsia="zh-CN"/>
        </w:rPr>
        <w:t>。诸侯皆</w:t>
      </w:r>
      <w:proofErr w:type="gramStart"/>
      <w:r>
        <w:rPr>
          <w:rFonts w:ascii="仿宋" w:eastAsia="仿宋" w:hAnsi="仿宋"/>
          <w:sz w:val="32"/>
          <w:lang w:eastAsia="zh-CN"/>
        </w:rPr>
        <w:t>以西伯</w:t>
      </w:r>
      <w:proofErr w:type="gramEnd"/>
      <w:r>
        <w:rPr>
          <w:rFonts w:ascii="仿宋" w:eastAsia="仿宋" w:hAnsi="仿宋"/>
          <w:sz w:val="32"/>
          <w:lang w:eastAsia="zh-CN"/>
        </w:rPr>
        <w:t>为贤者，那商王。何能不知。你不易带伤</w:t>
      </w:r>
      <w:proofErr w:type="gramStart"/>
      <w:r>
        <w:rPr>
          <w:rFonts w:ascii="仿宋" w:eastAsia="仿宋" w:hAnsi="仿宋"/>
          <w:sz w:val="32"/>
          <w:lang w:eastAsia="zh-CN"/>
        </w:rPr>
        <w:t>伤</w:t>
      </w:r>
      <w:proofErr w:type="gramEnd"/>
      <w:r>
        <w:rPr>
          <w:rFonts w:ascii="仿宋" w:eastAsia="仿宋" w:hAnsi="仿宋"/>
          <w:sz w:val="32"/>
          <w:lang w:eastAsia="zh-CN"/>
        </w:rPr>
        <w:t>，</w:t>
      </w:r>
    </w:p>
    <w:p w14:paraId="09110FB5" w14:textId="77777777" w:rsidR="00E87C95" w:rsidRDefault="00000000">
      <w:pPr>
        <w:spacing w:after="0" w:line="579" w:lineRule="exact"/>
        <w:ind w:firstLine="640"/>
        <w:rPr>
          <w:lang w:eastAsia="zh-CN"/>
        </w:rPr>
      </w:pPr>
      <w:r>
        <w:rPr>
          <w:rFonts w:ascii="仿宋" w:eastAsia="仿宋" w:hAnsi="仿宋"/>
          <w:sz w:val="32"/>
          <w:lang w:eastAsia="zh-CN"/>
        </w:rPr>
        <w:t>终有一天会害你。如果果真如此。我将如何昔日吃尤暴虐。而宣言是。修德陈兵。</w:t>
      </w:r>
      <w:proofErr w:type="gramStart"/>
      <w:r>
        <w:rPr>
          <w:rFonts w:ascii="仿宋" w:eastAsia="仿宋" w:hAnsi="仿宋"/>
          <w:sz w:val="32"/>
          <w:lang w:eastAsia="zh-CN"/>
        </w:rPr>
        <w:t>挥云师</w:t>
      </w:r>
      <w:proofErr w:type="gramEnd"/>
      <w:r>
        <w:rPr>
          <w:rFonts w:ascii="仿宋" w:eastAsia="仿宋" w:hAnsi="仿宋"/>
          <w:sz w:val="32"/>
          <w:lang w:eastAsia="zh-CN"/>
        </w:rPr>
        <w:t>以讨暴虐。华夏纪立，万民乃安。此非未己而未替天行道。文西伯。善义道而知天理。当顺天而行。您以为。这其中的天道为何？天道本源，</w:t>
      </w:r>
    </w:p>
    <w:p w14:paraId="6E944CAC" w14:textId="77777777" w:rsidR="00E87C95" w:rsidRDefault="00000000">
      <w:pPr>
        <w:spacing w:after="0" w:line="579" w:lineRule="exact"/>
        <w:ind w:firstLine="640"/>
        <w:rPr>
          <w:lang w:eastAsia="zh-CN"/>
        </w:rPr>
      </w:pPr>
      <w:r>
        <w:rPr>
          <w:rFonts w:ascii="仿宋" w:eastAsia="仿宋" w:hAnsi="仿宋"/>
          <w:sz w:val="32"/>
          <w:lang w:eastAsia="zh-CN"/>
        </w:rPr>
        <w:t>无非是敬天。爱人四个字。先生大贤者。今天二人一语道破天机。我等后世子孙。皆因以伏羲为尊，以敬天爱人为</w:t>
      </w:r>
      <w:r>
        <w:rPr>
          <w:rFonts w:ascii="仿宋" w:eastAsia="仿宋" w:hAnsi="仿宋"/>
          <w:sz w:val="32"/>
          <w:lang w:eastAsia="zh-CN"/>
        </w:rPr>
        <w:lastRenderedPageBreak/>
        <w:t>己任。敬天。爱人。这正是此一方土地生命得以繁衍。文明得以更续的根源呢？牢记这四个字。也能无往来处。明知去处。先祖伏羲在上，</w:t>
      </w:r>
    </w:p>
    <w:p w14:paraId="4A4E4BFC" w14:textId="77777777" w:rsidR="00E87C95" w:rsidRDefault="00000000">
      <w:pPr>
        <w:spacing w:after="0" w:line="579" w:lineRule="exact"/>
        <w:ind w:firstLine="640"/>
        <w:rPr>
          <w:lang w:eastAsia="zh-CN"/>
        </w:rPr>
      </w:pPr>
      <w:r>
        <w:rPr>
          <w:rFonts w:ascii="仿宋" w:eastAsia="仿宋" w:hAnsi="仿宋"/>
          <w:sz w:val="32"/>
          <w:lang w:eastAsia="zh-CN"/>
        </w:rPr>
        <w:t>请受后世子孙一拜。千古伏羲在，上行</w:t>
      </w:r>
      <w:proofErr w:type="gramStart"/>
      <w:r>
        <w:rPr>
          <w:rFonts w:ascii="仿宋" w:eastAsia="仿宋" w:hAnsi="仿宋"/>
          <w:sz w:val="32"/>
          <w:lang w:eastAsia="zh-CN"/>
        </w:rPr>
        <w:t>咒</w:t>
      </w:r>
      <w:proofErr w:type="gramEnd"/>
      <w:r>
        <w:rPr>
          <w:rFonts w:ascii="仿宋" w:eastAsia="仿宋" w:hAnsi="仿宋"/>
          <w:sz w:val="32"/>
          <w:lang w:eastAsia="zh-CN"/>
        </w:rPr>
        <w:t>后世子孙一派。诸位先前在上。请受后世子孙一拜。</w:t>
      </w:r>
      <w:proofErr w:type="gramStart"/>
      <w:r>
        <w:rPr>
          <w:rFonts w:ascii="仿宋" w:eastAsia="仿宋" w:hAnsi="仿宋"/>
          <w:sz w:val="32"/>
          <w:lang w:eastAsia="zh-CN"/>
        </w:rPr>
        <w:t>坤地厚重</w:t>
      </w:r>
      <w:proofErr w:type="gramEnd"/>
      <w:r>
        <w:rPr>
          <w:rFonts w:ascii="仿宋" w:eastAsia="仿宋" w:hAnsi="仿宋"/>
          <w:sz w:val="32"/>
          <w:lang w:eastAsia="zh-CN"/>
        </w:rPr>
        <w:t>。</w:t>
      </w:r>
      <w:proofErr w:type="gramStart"/>
      <w:r>
        <w:rPr>
          <w:rFonts w:ascii="仿宋" w:eastAsia="仿宋" w:hAnsi="仿宋"/>
          <w:sz w:val="32"/>
          <w:lang w:eastAsia="zh-CN"/>
        </w:rPr>
        <w:t>能在于</w:t>
      </w:r>
      <w:proofErr w:type="gramEnd"/>
      <w:r>
        <w:rPr>
          <w:rFonts w:ascii="仿宋" w:eastAsia="仿宋" w:hAnsi="仿宋"/>
          <w:sz w:val="32"/>
          <w:lang w:eastAsia="zh-CN"/>
        </w:rPr>
        <w:t>万物。而文</w:t>
      </w:r>
      <w:proofErr w:type="gramStart"/>
      <w:r>
        <w:rPr>
          <w:rFonts w:ascii="仿宋" w:eastAsia="仿宋" w:hAnsi="仿宋"/>
          <w:sz w:val="32"/>
          <w:lang w:eastAsia="zh-CN"/>
        </w:rPr>
        <w:t>王德身则</w:t>
      </w:r>
      <w:proofErr w:type="gramEnd"/>
      <w:r>
        <w:rPr>
          <w:rFonts w:ascii="仿宋" w:eastAsia="仿宋" w:hAnsi="仿宋"/>
          <w:sz w:val="32"/>
          <w:lang w:eastAsia="zh-CN"/>
        </w:rPr>
        <w:t>百姓安宁。正如《周易》里所说，地势坤，君子以厚德载物。文王在周国广施德政，勤政爱财，敬老慈少，在他的指引下。周</w:t>
      </w:r>
      <w:proofErr w:type="gramStart"/>
      <w:r>
        <w:rPr>
          <w:rFonts w:ascii="仿宋" w:eastAsia="仿宋" w:hAnsi="仿宋"/>
          <w:sz w:val="32"/>
          <w:lang w:eastAsia="zh-CN"/>
        </w:rPr>
        <w:t>国得以</w:t>
      </w:r>
      <w:proofErr w:type="gramEnd"/>
      <w:r>
        <w:rPr>
          <w:rFonts w:ascii="仿宋" w:eastAsia="仿宋" w:hAnsi="仿宋"/>
          <w:sz w:val="32"/>
          <w:lang w:eastAsia="zh-CN"/>
        </w:rPr>
        <w:t>繁盛，</w:t>
      </w:r>
    </w:p>
    <w:p w14:paraId="38C5D2CC" w14:textId="77777777" w:rsidR="00E87C95" w:rsidRDefault="00000000">
      <w:pPr>
        <w:spacing w:after="0" w:line="579" w:lineRule="exact"/>
        <w:ind w:firstLine="640"/>
        <w:rPr>
          <w:lang w:eastAsia="zh-CN"/>
        </w:rPr>
      </w:pPr>
      <w:r>
        <w:rPr>
          <w:rFonts w:ascii="仿宋" w:eastAsia="仿宋" w:hAnsi="仿宋"/>
          <w:sz w:val="32"/>
          <w:lang w:eastAsia="zh-CN"/>
        </w:rPr>
        <w:t>百姓得以安康。大</w:t>
      </w:r>
      <w:proofErr w:type="gramStart"/>
      <w:r>
        <w:rPr>
          <w:rFonts w:ascii="仿宋" w:eastAsia="仿宋" w:hAnsi="仿宋"/>
          <w:sz w:val="32"/>
          <w:lang w:eastAsia="zh-CN"/>
        </w:rPr>
        <w:t>邦</w:t>
      </w:r>
      <w:proofErr w:type="gramEnd"/>
      <w:r>
        <w:rPr>
          <w:rFonts w:ascii="仿宋" w:eastAsia="仿宋" w:hAnsi="仿宋"/>
          <w:sz w:val="32"/>
          <w:lang w:eastAsia="zh-CN"/>
        </w:rPr>
        <w:t>小国，井井有条。但是周国的繁盛。也引起了商纣王的猜忌，更引发了崇</w:t>
      </w:r>
      <w:proofErr w:type="gramStart"/>
      <w:r>
        <w:rPr>
          <w:rFonts w:ascii="仿宋" w:eastAsia="仿宋" w:hAnsi="仿宋"/>
          <w:sz w:val="32"/>
          <w:lang w:eastAsia="zh-CN"/>
        </w:rPr>
        <w:t>国崇侯虎</w:t>
      </w:r>
      <w:proofErr w:type="gramEnd"/>
      <w:r>
        <w:rPr>
          <w:rFonts w:ascii="仿宋" w:eastAsia="仿宋" w:hAnsi="仿宋"/>
          <w:sz w:val="32"/>
          <w:lang w:eastAsia="zh-CN"/>
        </w:rPr>
        <w:t>的妒忌。大王。齐伯昌不满，宁</w:t>
      </w:r>
      <w:proofErr w:type="gramStart"/>
      <w:r>
        <w:rPr>
          <w:rFonts w:ascii="仿宋" w:eastAsia="仿宋" w:hAnsi="仿宋"/>
          <w:sz w:val="32"/>
          <w:lang w:eastAsia="zh-CN"/>
        </w:rPr>
        <w:t>杀掉九侯和恶侯</w:t>
      </w:r>
      <w:proofErr w:type="gramEnd"/>
      <w:r>
        <w:rPr>
          <w:rFonts w:ascii="仿宋" w:eastAsia="仿宋" w:hAnsi="仿宋"/>
          <w:sz w:val="32"/>
          <w:lang w:eastAsia="zh-CN"/>
        </w:rPr>
        <w:t>。常借用此事教育自己的儿子说，训诫臣民要完善仁德，博大宽容。</w:t>
      </w:r>
      <w:proofErr w:type="gramStart"/>
      <w:r>
        <w:rPr>
          <w:rFonts w:ascii="仿宋" w:eastAsia="仿宋" w:hAnsi="仿宋"/>
          <w:sz w:val="32"/>
          <w:lang w:eastAsia="zh-CN"/>
        </w:rPr>
        <w:t>放肆九侯</w:t>
      </w:r>
      <w:proofErr w:type="gramEnd"/>
      <w:r>
        <w:rPr>
          <w:rFonts w:ascii="仿宋" w:eastAsia="仿宋" w:hAnsi="仿宋"/>
          <w:sz w:val="32"/>
          <w:lang w:eastAsia="zh-CN"/>
        </w:rPr>
        <w:t>和鄂侯，公然武逆寡人。受刑而亡，</w:t>
      </w:r>
    </w:p>
    <w:p w14:paraId="1834A431" w14:textId="77777777" w:rsidR="00E87C95" w:rsidRDefault="00000000">
      <w:pPr>
        <w:spacing w:after="0" w:line="579" w:lineRule="exact"/>
        <w:ind w:firstLine="640"/>
        <w:rPr>
          <w:lang w:eastAsia="zh-CN"/>
        </w:rPr>
      </w:pPr>
      <w:r>
        <w:rPr>
          <w:rFonts w:ascii="仿宋" w:eastAsia="仿宋" w:hAnsi="仿宋"/>
          <w:sz w:val="32"/>
          <w:lang w:eastAsia="zh-CN"/>
        </w:rPr>
        <w:t>那是咎由自取。西伯昌此举。是指寡人残暴无良吗？大王。早在您征伐东夷的时候，齐伯昌对百姓减免税收拉拢人心。对老人加以赡养，以博贤明，前者投奔诸侯，归顺他。这是想取代大王。想取代我。三公里</w:t>
      </w:r>
      <w:proofErr w:type="gramStart"/>
      <w:r>
        <w:rPr>
          <w:rFonts w:ascii="仿宋" w:eastAsia="仿宋" w:hAnsi="仿宋"/>
          <w:sz w:val="32"/>
          <w:lang w:eastAsia="zh-CN"/>
        </w:rPr>
        <w:t>的九侯和</w:t>
      </w:r>
      <w:proofErr w:type="gramEnd"/>
      <w:r>
        <w:rPr>
          <w:rFonts w:ascii="仿宋" w:eastAsia="仿宋" w:hAnsi="仿宋"/>
          <w:sz w:val="32"/>
          <w:lang w:eastAsia="zh-CN"/>
        </w:rPr>
        <w:t>鄂侯，就是我平日对他们施恩太多，</w:t>
      </w:r>
      <w:proofErr w:type="gramStart"/>
      <w:r>
        <w:rPr>
          <w:rFonts w:ascii="仿宋" w:eastAsia="仿宋" w:hAnsi="仿宋"/>
          <w:sz w:val="32"/>
          <w:lang w:eastAsia="zh-CN"/>
        </w:rPr>
        <w:t>才犯生无益</w:t>
      </w:r>
      <w:proofErr w:type="gramEnd"/>
      <w:r>
        <w:rPr>
          <w:rFonts w:ascii="仿宋" w:eastAsia="仿宋" w:hAnsi="仿宋"/>
          <w:sz w:val="32"/>
          <w:lang w:eastAsia="zh-CN"/>
        </w:rPr>
        <w:t>。</w:t>
      </w:r>
    </w:p>
    <w:p w14:paraId="368BBB9A" w14:textId="77777777" w:rsidR="00E87C95" w:rsidRDefault="00000000">
      <w:pPr>
        <w:spacing w:after="0" w:line="579" w:lineRule="exact"/>
        <w:ind w:firstLine="640"/>
        <w:rPr>
          <w:lang w:eastAsia="zh-CN"/>
        </w:rPr>
      </w:pPr>
      <w:r>
        <w:rPr>
          <w:rFonts w:ascii="仿宋" w:eastAsia="仿宋" w:hAnsi="仿宋"/>
          <w:sz w:val="32"/>
          <w:lang w:eastAsia="zh-CN"/>
        </w:rPr>
        <w:t>呵呵。这个西伯昌。是想找他们去了。大王不可周国镇守西方，西伯</w:t>
      </w:r>
      <w:proofErr w:type="gramStart"/>
      <w:r>
        <w:rPr>
          <w:rFonts w:ascii="仿宋" w:eastAsia="仿宋" w:hAnsi="仿宋"/>
          <w:sz w:val="32"/>
          <w:lang w:eastAsia="zh-CN"/>
        </w:rPr>
        <w:t>乃西方</w:t>
      </w:r>
      <w:proofErr w:type="gramEnd"/>
      <w:r>
        <w:rPr>
          <w:rFonts w:ascii="仿宋" w:eastAsia="仿宋" w:hAnsi="仿宋"/>
          <w:sz w:val="32"/>
          <w:lang w:eastAsia="zh-CN"/>
        </w:rPr>
        <w:t>诸侯之长，广有威望，如果贸然出去，恐诸侯不稳，到时会</w:t>
      </w:r>
      <w:proofErr w:type="gramStart"/>
      <w:r>
        <w:rPr>
          <w:rFonts w:ascii="仿宋" w:eastAsia="仿宋" w:hAnsi="仿宋"/>
          <w:sz w:val="32"/>
          <w:lang w:eastAsia="zh-CN"/>
        </w:rPr>
        <w:t>天下震斗啊</w:t>
      </w:r>
      <w:proofErr w:type="gramEnd"/>
      <w:r>
        <w:rPr>
          <w:rFonts w:ascii="仿宋" w:eastAsia="仿宋" w:hAnsi="仿宋"/>
          <w:sz w:val="32"/>
          <w:lang w:eastAsia="zh-CN"/>
        </w:rPr>
        <w:t>。</w:t>
      </w:r>
      <w:proofErr w:type="gramStart"/>
      <w:r>
        <w:rPr>
          <w:rFonts w:ascii="仿宋" w:eastAsia="仿宋" w:hAnsi="仿宋"/>
          <w:sz w:val="32"/>
          <w:lang w:eastAsia="zh-CN"/>
        </w:rPr>
        <w:t>昔伯恩泽</w:t>
      </w:r>
      <w:proofErr w:type="gramEnd"/>
      <w:r>
        <w:rPr>
          <w:rFonts w:ascii="仿宋" w:eastAsia="仿宋" w:hAnsi="仿宋"/>
          <w:sz w:val="32"/>
          <w:lang w:eastAsia="zh-CN"/>
        </w:rPr>
        <w:t>，集于鸟兽。</w:t>
      </w:r>
      <w:proofErr w:type="gramStart"/>
      <w:r>
        <w:rPr>
          <w:rFonts w:ascii="仿宋" w:eastAsia="仿宋" w:hAnsi="仿宋"/>
          <w:sz w:val="32"/>
          <w:lang w:eastAsia="zh-CN"/>
        </w:rPr>
        <w:t>实承其</w:t>
      </w:r>
      <w:proofErr w:type="gramEnd"/>
      <w:r>
        <w:rPr>
          <w:rFonts w:ascii="仿宋" w:eastAsia="仿宋" w:hAnsi="仿宋"/>
          <w:sz w:val="32"/>
          <w:lang w:eastAsia="zh-CN"/>
        </w:rPr>
        <w:t>我，商汤先往。美德大王，应当褒奖啊。</w:t>
      </w:r>
    </w:p>
    <w:p w14:paraId="29A8C795" w14:textId="77777777" w:rsidR="00E87C95" w:rsidRDefault="00000000">
      <w:pPr>
        <w:spacing w:after="0" w:line="579" w:lineRule="exact"/>
        <w:ind w:firstLine="640"/>
        <w:rPr>
          <w:lang w:eastAsia="zh-CN"/>
        </w:rPr>
      </w:pPr>
      <w:r>
        <w:rPr>
          <w:rFonts w:ascii="仿宋" w:eastAsia="仿宋" w:hAnsi="仿宋"/>
          <w:sz w:val="32"/>
          <w:lang w:eastAsia="zh-CN"/>
        </w:rPr>
        <w:lastRenderedPageBreak/>
        <w:t>我朝先王灭，</w:t>
      </w:r>
      <w:proofErr w:type="gramStart"/>
      <w:r>
        <w:rPr>
          <w:rFonts w:ascii="仿宋" w:eastAsia="仿宋" w:hAnsi="仿宋"/>
          <w:sz w:val="32"/>
          <w:lang w:eastAsia="zh-CN"/>
        </w:rPr>
        <w:t>夏节建商朝</w:t>
      </w:r>
      <w:proofErr w:type="gramEnd"/>
      <w:r>
        <w:rPr>
          <w:rFonts w:ascii="仿宋" w:eastAsia="仿宋" w:hAnsi="仿宋"/>
          <w:sz w:val="32"/>
          <w:lang w:eastAsia="zh-CN"/>
        </w:rPr>
        <w:t>。你说他是仙王。那谁是小子？臣不敢大王饶命。大王。这种人心里哪里还有大王您的位置？</w:t>
      </w:r>
      <w:proofErr w:type="gramStart"/>
      <w:r>
        <w:rPr>
          <w:rFonts w:ascii="仿宋" w:eastAsia="仿宋" w:hAnsi="仿宋"/>
          <w:sz w:val="32"/>
          <w:lang w:eastAsia="zh-CN"/>
        </w:rPr>
        <w:t>崇侯虎</w:t>
      </w:r>
      <w:proofErr w:type="gramEnd"/>
      <w:r>
        <w:rPr>
          <w:rFonts w:ascii="仿宋" w:eastAsia="仿宋" w:hAnsi="仿宋"/>
          <w:sz w:val="32"/>
          <w:lang w:eastAsia="zh-CN"/>
        </w:rPr>
        <w:t>。你禅言祸主，勾线忠臣。大王，他还在说，岂不是忠臣呐？还有人在。把他拖下去。</w:t>
      </w:r>
    </w:p>
    <w:p w14:paraId="4AFD614A" w14:textId="77777777" w:rsidR="00E87C95" w:rsidRDefault="00000000">
      <w:pPr>
        <w:spacing w:after="0" w:line="579" w:lineRule="exact"/>
        <w:ind w:firstLine="640"/>
        <w:rPr>
          <w:lang w:eastAsia="zh-CN"/>
        </w:rPr>
      </w:pPr>
      <w:r>
        <w:rPr>
          <w:rFonts w:ascii="仿宋" w:eastAsia="仿宋" w:hAnsi="仿宋"/>
          <w:sz w:val="32"/>
          <w:lang w:eastAsia="zh-CN"/>
        </w:rPr>
        <w:t>上次诺。纣王。凶残暴虐，滥杀众臣是要亡国的。对他施以炮罗之刑，烧死他。西伯早晚会取代你。好嘞，即刻将西伯昌。徐进羑里诺。哼。姬昌。以贤者自居。收买人心。没想到自己会落到这幅田地吧。</w:t>
      </w:r>
    </w:p>
    <w:p w14:paraId="758A3CA1" w14:textId="77777777" w:rsidR="00E87C95" w:rsidRDefault="00000000">
      <w:pPr>
        <w:spacing w:after="0" w:line="579" w:lineRule="exact"/>
        <w:ind w:firstLine="640"/>
        <w:rPr>
          <w:lang w:eastAsia="zh-CN"/>
        </w:rPr>
      </w:pPr>
      <w:proofErr w:type="gramStart"/>
      <w:r>
        <w:rPr>
          <w:rFonts w:ascii="仿宋" w:eastAsia="仿宋" w:hAnsi="仿宋"/>
          <w:sz w:val="32"/>
          <w:lang w:eastAsia="zh-CN"/>
        </w:rPr>
        <w:t>崇侯虎你</w:t>
      </w:r>
      <w:proofErr w:type="gramEnd"/>
      <w:r>
        <w:rPr>
          <w:rFonts w:ascii="仿宋" w:eastAsia="仿宋" w:hAnsi="仿宋"/>
          <w:sz w:val="32"/>
          <w:lang w:eastAsia="zh-CN"/>
        </w:rPr>
        <w:t>我，均为一国之主，你不把心思用在治国理政？舜天安名生。法来陷害英子。实在是可笑可悲啊。</w:t>
      </w:r>
      <w:proofErr w:type="gramStart"/>
      <w:r>
        <w:rPr>
          <w:rFonts w:ascii="仿宋" w:eastAsia="仿宋" w:hAnsi="仿宋"/>
          <w:sz w:val="32"/>
          <w:lang w:eastAsia="zh-CN"/>
        </w:rPr>
        <w:t>你周国</w:t>
      </w:r>
      <w:proofErr w:type="gramEnd"/>
      <w:r>
        <w:rPr>
          <w:rFonts w:ascii="仿宋" w:eastAsia="仿宋" w:hAnsi="仿宋"/>
          <w:sz w:val="32"/>
          <w:lang w:eastAsia="zh-CN"/>
        </w:rPr>
        <w:t>与商本就是亲戚，如果任由商王信任你。任由你与商王交好，</w:t>
      </w:r>
      <w:proofErr w:type="gramStart"/>
      <w:r>
        <w:rPr>
          <w:rFonts w:ascii="仿宋" w:eastAsia="仿宋" w:hAnsi="仿宋"/>
          <w:sz w:val="32"/>
          <w:lang w:eastAsia="zh-CN"/>
        </w:rPr>
        <w:t>我崇国家</w:t>
      </w:r>
      <w:proofErr w:type="gramEnd"/>
      <w:r>
        <w:rPr>
          <w:rFonts w:ascii="仿宋" w:eastAsia="仿宋" w:hAnsi="仿宋"/>
          <w:sz w:val="32"/>
          <w:lang w:eastAsia="zh-CN"/>
        </w:rPr>
        <w:t>，在中间早晚不是被周灭，就是被商王。我左侧有狼。右侧有虎，只有让你们两败俱伤。</w:t>
      </w:r>
    </w:p>
    <w:p w14:paraId="5344EA24" w14:textId="77777777" w:rsidR="00E87C95" w:rsidRDefault="00000000">
      <w:pPr>
        <w:spacing w:after="0" w:line="579" w:lineRule="exact"/>
        <w:ind w:firstLine="640"/>
        <w:rPr>
          <w:lang w:eastAsia="zh-CN"/>
        </w:rPr>
      </w:pPr>
      <w:proofErr w:type="gramStart"/>
      <w:r>
        <w:rPr>
          <w:rFonts w:ascii="仿宋" w:eastAsia="仿宋" w:hAnsi="仿宋"/>
          <w:sz w:val="32"/>
          <w:lang w:eastAsia="zh-CN"/>
        </w:rPr>
        <w:t>我崇国才能</w:t>
      </w:r>
      <w:proofErr w:type="gramEnd"/>
      <w:r>
        <w:rPr>
          <w:rFonts w:ascii="仿宋" w:eastAsia="仿宋" w:hAnsi="仿宋"/>
          <w:sz w:val="32"/>
          <w:lang w:eastAsia="zh-CN"/>
        </w:rPr>
        <w:t>城市崛起。替代商朝而拥有天下。见人作恶，不寻天道。早晚会自取灭亡，我尊天道。自我脱困。自取灭亡。当年你负季历，因战功镇主。受商王猜忌，被囚禁致死，这才是自取灭亡。以为善之极，假借贤德之名，</w:t>
      </w:r>
    </w:p>
    <w:p w14:paraId="15D75873" w14:textId="77777777" w:rsidR="00E87C95" w:rsidRDefault="00000000">
      <w:pPr>
        <w:spacing w:after="0" w:line="579" w:lineRule="exact"/>
        <w:ind w:firstLine="640"/>
        <w:rPr>
          <w:lang w:eastAsia="zh-CN"/>
        </w:rPr>
      </w:pPr>
      <w:r>
        <w:rPr>
          <w:rFonts w:ascii="仿宋" w:eastAsia="仿宋" w:hAnsi="仿宋"/>
          <w:sz w:val="32"/>
          <w:lang w:eastAsia="zh-CN"/>
        </w:rPr>
        <w:t>骗取天下人间。你还想脱困。</w:t>
      </w:r>
      <w:proofErr w:type="gramStart"/>
      <w:r>
        <w:rPr>
          <w:rFonts w:ascii="仿宋" w:eastAsia="仿宋" w:hAnsi="仿宋"/>
          <w:sz w:val="32"/>
          <w:lang w:eastAsia="zh-CN"/>
        </w:rPr>
        <w:t>与九侯和恶侯并</w:t>
      </w:r>
      <w:proofErr w:type="gramEnd"/>
      <w:r>
        <w:rPr>
          <w:rFonts w:ascii="仿宋" w:eastAsia="仿宋" w:hAnsi="仿宋"/>
          <w:sz w:val="32"/>
          <w:lang w:eastAsia="zh-CN"/>
        </w:rPr>
        <w:t>称天下三公，此二人均被纣王以酷刑虐杀。你还想出去做梦吧。即使我死在羑里。我儿伯</w:t>
      </w:r>
      <w:proofErr w:type="gramStart"/>
      <w:r>
        <w:rPr>
          <w:rFonts w:ascii="仿宋" w:eastAsia="仿宋" w:hAnsi="仿宋"/>
          <w:sz w:val="32"/>
          <w:lang w:eastAsia="zh-CN"/>
        </w:rPr>
        <w:t>邑</w:t>
      </w:r>
      <w:proofErr w:type="gramEnd"/>
      <w:r>
        <w:rPr>
          <w:rFonts w:ascii="仿宋" w:eastAsia="仿宋" w:hAnsi="仿宋"/>
          <w:sz w:val="32"/>
          <w:lang w:eastAsia="zh-CN"/>
        </w:rPr>
        <w:t>考姬发姬旦，生而咸浓。也能将我周国治理好。哈哈</w:t>
      </w:r>
      <w:proofErr w:type="gramStart"/>
      <w:r>
        <w:rPr>
          <w:rFonts w:ascii="仿宋" w:eastAsia="仿宋" w:hAnsi="仿宋"/>
          <w:sz w:val="32"/>
          <w:lang w:eastAsia="zh-CN"/>
        </w:rPr>
        <w:t>哈</w:t>
      </w:r>
      <w:proofErr w:type="gramEnd"/>
      <w:r>
        <w:rPr>
          <w:rFonts w:ascii="仿宋" w:eastAsia="仿宋" w:hAnsi="仿宋"/>
          <w:sz w:val="32"/>
          <w:lang w:eastAsia="zh-CN"/>
        </w:rPr>
        <w:t>。好，我今日就有一个好消息告诉你。你</w:t>
      </w:r>
      <w:r>
        <w:rPr>
          <w:rFonts w:ascii="仿宋" w:eastAsia="仿宋" w:hAnsi="仿宋"/>
          <w:sz w:val="32"/>
          <w:lang w:eastAsia="zh-CN"/>
        </w:rPr>
        <w:lastRenderedPageBreak/>
        <w:t>那贤能的长子伯</w:t>
      </w:r>
      <w:proofErr w:type="gramStart"/>
      <w:r>
        <w:rPr>
          <w:rFonts w:ascii="仿宋" w:eastAsia="仿宋" w:hAnsi="仿宋"/>
          <w:sz w:val="32"/>
          <w:lang w:eastAsia="zh-CN"/>
        </w:rPr>
        <w:t>邑</w:t>
      </w:r>
      <w:proofErr w:type="gramEnd"/>
      <w:r>
        <w:rPr>
          <w:rFonts w:ascii="仿宋" w:eastAsia="仿宋" w:hAnsi="仿宋"/>
          <w:sz w:val="32"/>
          <w:lang w:eastAsia="zh-CN"/>
        </w:rPr>
        <w:t>考是你要造反的同谋。我以为跟纣王说了，纣王把他。</w:t>
      </w:r>
    </w:p>
    <w:p w14:paraId="0168E070" w14:textId="77777777" w:rsidR="00E87C95" w:rsidRDefault="00000000">
      <w:pPr>
        <w:spacing w:after="0" w:line="579" w:lineRule="exact"/>
        <w:ind w:firstLine="640"/>
        <w:rPr>
          <w:lang w:eastAsia="zh-CN"/>
        </w:rPr>
      </w:pPr>
      <w:r>
        <w:rPr>
          <w:rFonts w:ascii="仿宋" w:eastAsia="仿宋" w:hAnsi="仿宋"/>
          <w:sz w:val="32"/>
          <w:lang w:eastAsia="zh-CN"/>
        </w:rPr>
        <w:t>杀了</w:t>
      </w:r>
      <w:proofErr w:type="gramStart"/>
      <w:r>
        <w:rPr>
          <w:rFonts w:ascii="仿宋" w:eastAsia="仿宋" w:hAnsi="仿宋"/>
          <w:sz w:val="32"/>
          <w:lang w:eastAsia="zh-CN"/>
        </w:rPr>
        <w:t>艰</w:t>
      </w:r>
      <w:proofErr w:type="gramEnd"/>
      <w:r>
        <w:rPr>
          <w:rFonts w:ascii="仿宋" w:eastAsia="仿宋" w:hAnsi="仿宋"/>
          <w:sz w:val="32"/>
          <w:lang w:eastAsia="zh-CN"/>
        </w:rPr>
        <w:t>能的长子，</w:t>
      </w:r>
      <w:proofErr w:type="gramStart"/>
      <w:r>
        <w:rPr>
          <w:rFonts w:ascii="仿宋" w:eastAsia="仿宋" w:hAnsi="仿宋"/>
          <w:sz w:val="32"/>
          <w:lang w:eastAsia="zh-CN"/>
        </w:rPr>
        <w:t>不艺考</w:t>
      </w:r>
      <w:proofErr w:type="gramEnd"/>
      <w:r>
        <w:rPr>
          <w:rFonts w:ascii="仿宋" w:eastAsia="仿宋" w:hAnsi="仿宋"/>
          <w:sz w:val="32"/>
          <w:lang w:eastAsia="zh-CN"/>
        </w:rPr>
        <w:t>就能把他杀了。你在。你不得好死。啊，你这</w:t>
      </w:r>
      <w:proofErr w:type="gramStart"/>
      <w:r>
        <w:rPr>
          <w:rFonts w:ascii="仿宋" w:eastAsia="仿宋" w:hAnsi="仿宋"/>
          <w:sz w:val="32"/>
          <w:lang w:eastAsia="zh-CN"/>
        </w:rPr>
        <w:t>天才天才天才</w:t>
      </w:r>
      <w:proofErr w:type="gramEnd"/>
      <w:r>
        <w:rPr>
          <w:rFonts w:ascii="仿宋" w:eastAsia="仿宋" w:hAnsi="仿宋"/>
          <w:sz w:val="32"/>
          <w:lang w:eastAsia="zh-CN"/>
        </w:rPr>
        <w:t>啊。你。你唱你我差的。就这点距离。我。我发誓，我若脱困。我必杀。杀我。你这辈子没机会了。</w:t>
      </w:r>
    </w:p>
    <w:p w14:paraId="2F76E60E" w14:textId="77777777" w:rsidR="00E87C95" w:rsidRDefault="00000000">
      <w:pPr>
        <w:spacing w:after="0" w:line="579" w:lineRule="exact"/>
        <w:ind w:firstLine="640"/>
        <w:rPr>
          <w:lang w:eastAsia="zh-CN"/>
        </w:rPr>
      </w:pPr>
      <w:r>
        <w:rPr>
          <w:rFonts w:ascii="仿宋" w:eastAsia="仿宋" w:hAnsi="仿宋"/>
          <w:sz w:val="32"/>
          <w:lang w:eastAsia="zh-CN"/>
        </w:rPr>
        <w:t>等你死后。我即刻发兵，</w:t>
      </w:r>
      <w:proofErr w:type="gramStart"/>
      <w:r>
        <w:rPr>
          <w:rFonts w:ascii="仿宋" w:eastAsia="仿宋" w:hAnsi="仿宋"/>
          <w:sz w:val="32"/>
          <w:lang w:eastAsia="zh-CN"/>
        </w:rPr>
        <w:t>灭你周国</w:t>
      </w:r>
      <w:proofErr w:type="gramEnd"/>
      <w:r>
        <w:rPr>
          <w:rFonts w:ascii="仿宋" w:eastAsia="仿宋" w:hAnsi="仿宋"/>
          <w:sz w:val="32"/>
          <w:lang w:eastAsia="zh-CN"/>
        </w:rPr>
        <w:t>。当你剩下的那些儿子们。去陪你和</w:t>
      </w:r>
      <w:proofErr w:type="gramStart"/>
      <w:r>
        <w:rPr>
          <w:rFonts w:ascii="仿宋" w:eastAsia="仿宋" w:hAnsi="仿宋"/>
          <w:sz w:val="32"/>
          <w:lang w:eastAsia="zh-CN"/>
        </w:rPr>
        <w:t>伯邑</w:t>
      </w:r>
      <w:proofErr w:type="gramEnd"/>
      <w:r>
        <w:rPr>
          <w:rFonts w:ascii="仿宋" w:eastAsia="仿宋" w:hAnsi="仿宋"/>
          <w:sz w:val="32"/>
          <w:lang w:eastAsia="zh-CN"/>
        </w:rPr>
        <w:t>考。这样。你们一家就能团聚了。你这奸贼</w:t>
      </w:r>
      <w:proofErr w:type="gramStart"/>
      <w:r>
        <w:rPr>
          <w:rFonts w:ascii="仿宋" w:eastAsia="仿宋" w:hAnsi="仿宋"/>
          <w:sz w:val="32"/>
          <w:lang w:eastAsia="zh-CN"/>
        </w:rPr>
        <w:t>奸贼</w:t>
      </w:r>
      <w:proofErr w:type="gramEnd"/>
      <w:r>
        <w:rPr>
          <w:rFonts w:ascii="仿宋" w:eastAsia="仿宋" w:hAnsi="仿宋"/>
          <w:sz w:val="32"/>
          <w:lang w:eastAsia="zh-CN"/>
        </w:rPr>
        <w:t>。天呐！哈哈</w:t>
      </w:r>
      <w:proofErr w:type="gramStart"/>
      <w:r>
        <w:rPr>
          <w:rFonts w:ascii="仿宋" w:eastAsia="仿宋" w:hAnsi="仿宋"/>
          <w:sz w:val="32"/>
          <w:lang w:eastAsia="zh-CN"/>
        </w:rPr>
        <w:t>哈</w:t>
      </w:r>
      <w:proofErr w:type="gramEnd"/>
      <w:r>
        <w:rPr>
          <w:rFonts w:ascii="仿宋" w:eastAsia="仿宋" w:hAnsi="仿宋"/>
          <w:sz w:val="32"/>
          <w:lang w:eastAsia="zh-CN"/>
        </w:rPr>
        <w:t>。不可。我一口。我我儿过一口。哦哦哦。然后。</w:t>
      </w:r>
    </w:p>
    <w:p w14:paraId="7F6477DB" w14:textId="77777777" w:rsidR="00E87C95" w:rsidRDefault="00000000">
      <w:pPr>
        <w:spacing w:after="0" w:line="579" w:lineRule="exact"/>
        <w:ind w:firstLine="640"/>
        <w:rPr>
          <w:lang w:eastAsia="zh-CN"/>
        </w:rPr>
      </w:pPr>
      <w:r>
        <w:rPr>
          <w:rFonts w:ascii="仿宋" w:eastAsia="仿宋" w:hAnsi="仿宋"/>
          <w:sz w:val="32"/>
          <w:lang w:eastAsia="zh-CN"/>
        </w:rPr>
        <w:t>啊啊。哈哈</w:t>
      </w:r>
      <w:proofErr w:type="gramStart"/>
      <w:r>
        <w:rPr>
          <w:rFonts w:ascii="仿宋" w:eastAsia="仿宋" w:hAnsi="仿宋"/>
          <w:sz w:val="32"/>
          <w:lang w:eastAsia="zh-CN"/>
        </w:rPr>
        <w:t>哈</w:t>
      </w:r>
      <w:proofErr w:type="gramEnd"/>
      <w:r>
        <w:rPr>
          <w:rFonts w:ascii="仿宋" w:eastAsia="仿宋" w:hAnsi="仿宋"/>
          <w:sz w:val="32"/>
          <w:lang w:eastAsia="zh-CN"/>
        </w:rPr>
        <w:t>。我。哈哈。文王。却为羑里。痛失爱子伯</w:t>
      </w:r>
      <w:proofErr w:type="gramStart"/>
      <w:r>
        <w:rPr>
          <w:rFonts w:ascii="仿宋" w:eastAsia="仿宋" w:hAnsi="仿宋"/>
          <w:sz w:val="32"/>
          <w:lang w:eastAsia="zh-CN"/>
        </w:rPr>
        <w:t>邑</w:t>
      </w:r>
      <w:proofErr w:type="gramEnd"/>
      <w:r>
        <w:rPr>
          <w:rFonts w:ascii="仿宋" w:eastAsia="仿宋" w:hAnsi="仿宋"/>
          <w:sz w:val="32"/>
          <w:lang w:eastAsia="zh-CN"/>
        </w:rPr>
        <w:t>考。正如我晚年失去两位爱徒。颜回和仲由。我依靠跟随文王。</w:t>
      </w:r>
      <w:proofErr w:type="gramStart"/>
      <w:r>
        <w:rPr>
          <w:rFonts w:ascii="仿宋" w:eastAsia="仿宋" w:hAnsi="仿宋"/>
          <w:sz w:val="32"/>
          <w:lang w:eastAsia="zh-CN"/>
        </w:rPr>
        <w:t>追随党</w:t>
      </w:r>
      <w:proofErr w:type="gramEnd"/>
      <w:r>
        <w:rPr>
          <w:rFonts w:ascii="仿宋" w:eastAsia="仿宋" w:hAnsi="仿宋"/>
          <w:sz w:val="32"/>
          <w:lang w:eastAsia="zh-CN"/>
        </w:rPr>
        <w:t>到。颜回啊。所以我就拜我为师。仲由。也是最早跟随我的弟子。</w:t>
      </w:r>
    </w:p>
    <w:p w14:paraId="4C5710EB" w14:textId="77777777" w:rsidR="00E87C95" w:rsidRDefault="00000000">
      <w:pPr>
        <w:spacing w:after="0" w:line="579" w:lineRule="exact"/>
        <w:ind w:firstLine="640"/>
        <w:rPr>
          <w:lang w:eastAsia="zh-CN"/>
        </w:rPr>
      </w:pPr>
      <w:r>
        <w:rPr>
          <w:rFonts w:ascii="仿宋" w:eastAsia="仿宋" w:hAnsi="仿宋"/>
          <w:sz w:val="32"/>
          <w:lang w:eastAsia="zh-CN"/>
        </w:rPr>
        <w:t>他们随我。周游列国风欲颠沛14年。我们早已情同浮云。没想到。</w:t>
      </w:r>
      <w:proofErr w:type="gramStart"/>
      <w:r>
        <w:rPr>
          <w:rFonts w:ascii="仿宋" w:eastAsia="仿宋" w:hAnsi="仿宋"/>
          <w:sz w:val="32"/>
          <w:lang w:eastAsia="zh-CN"/>
        </w:rPr>
        <w:t>都掀我而</w:t>
      </w:r>
      <w:proofErr w:type="gramEnd"/>
      <w:r>
        <w:rPr>
          <w:rFonts w:ascii="仿宋" w:eastAsia="仿宋" w:hAnsi="仿宋"/>
          <w:sz w:val="32"/>
          <w:lang w:eastAsia="zh-CN"/>
        </w:rPr>
        <w:t>去。白发人送黑发人。文王的伤痛。我感同身受。如果老天让我做一个选择，我宁可死的是我自己。而不是我对颜回很重意物。深受其爱。你已经困了。依然坚守大局。这样一份共同的精神追求。</w:t>
      </w:r>
    </w:p>
    <w:p w14:paraId="4330EF72" w14:textId="77777777" w:rsidR="00E87C95" w:rsidRDefault="00000000">
      <w:pPr>
        <w:spacing w:after="0" w:line="579" w:lineRule="exact"/>
        <w:ind w:firstLine="640"/>
        <w:rPr>
          <w:lang w:eastAsia="zh-CN"/>
        </w:rPr>
      </w:pPr>
      <w:r>
        <w:rPr>
          <w:rFonts w:ascii="仿宋" w:eastAsia="仿宋" w:hAnsi="仿宋"/>
          <w:sz w:val="32"/>
          <w:lang w:eastAsia="zh-CN"/>
        </w:rPr>
        <w:t>最是难能可贵。文王身处逆境。自强不息。这让我想起了当年。您和颜回仲由等贤者共同被困于陈蔡之地，绝粮七日的故事。你说的对。我当年和颜回仲由等弟子一起困于陈</w:t>
      </w:r>
      <w:r>
        <w:rPr>
          <w:rFonts w:ascii="仿宋" w:eastAsia="仿宋" w:hAnsi="仿宋"/>
          <w:sz w:val="32"/>
          <w:lang w:eastAsia="zh-CN"/>
        </w:rPr>
        <w:lastRenderedPageBreak/>
        <w:t>蔡。就是以文王的精神激励自己坚守。心中的大道。</w:t>
      </w:r>
      <w:proofErr w:type="gramStart"/>
      <w:r>
        <w:rPr>
          <w:rFonts w:ascii="仿宋" w:eastAsia="仿宋" w:hAnsi="仿宋"/>
          <w:sz w:val="32"/>
          <w:lang w:eastAsia="zh-CN"/>
        </w:rPr>
        <w:t>回啊回</w:t>
      </w:r>
      <w:proofErr w:type="gramEnd"/>
      <w:r>
        <w:rPr>
          <w:rFonts w:ascii="仿宋" w:eastAsia="仿宋" w:hAnsi="仿宋"/>
          <w:sz w:val="32"/>
          <w:lang w:eastAsia="zh-CN"/>
        </w:rPr>
        <w:t>。我是我们的。我人呐。要效仿天之运行。自强不息。</w:t>
      </w:r>
    </w:p>
    <w:p w14:paraId="475ECDB8" w14:textId="77777777" w:rsidR="00E87C95" w:rsidRDefault="00000000">
      <w:pPr>
        <w:spacing w:after="0" w:line="579" w:lineRule="exact"/>
        <w:ind w:firstLine="640"/>
        <w:rPr>
          <w:lang w:eastAsia="zh-CN"/>
        </w:rPr>
      </w:pPr>
      <w:r>
        <w:rPr>
          <w:rFonts w:ascii="仿宋" w:eastAsia="仿宋" w:hAnsi="仿宋"/>
          <w:sz w:val="32"/>
          <w:lang w:eastAsia="zh-CN"/>
        </w:rPr>
        <w:t>方为君子。自强不息。方为君子。为人。要效法地之绵延。厚德载物。方为君子。厚德载物。方为君子。夫子</w:t>
      </w:r>
      <w:proofErr w:type="gramStart"/>
      <w:r>
        <w:rPr>
          <w:rFonts w:ascii="仿宋" w:eastAsia="仿宋" w:hAnsi="仿宋"/>
          <w:sz w:val="32"/>
          <w:lang w:eastAsia="zh-CN"/>
        </w:rPr>
        <w:t>夫子</w:t>
      </w:r>
      <w:proofErr w:type="gramEnd"/>
      <w:r>
        <w:rPr>
          <w:rFonts w:ascii="仿宋" w:eastAsia="仿宋" w:hAnsi="仿宋"/>
          <w:sz w:val="32"/>
          <w:lang w:eastAsia="zh-CN"/>
        </w:rPr>
        <w:t>，您没事儿，您没事儿吧？没事，父子您都饿了这么多天了。还是先别讲义了。</w:t>
      </w:r>
    </w:p>
    <w:p w14:paraId="1B06D580" w14:textId="77777777" w:rsidR="00E87C95" w:rsidRDefault="00000000">
      <w:pPr>
        <w:spacing w:after="0" w:line="579" w:lineRule="exact"/>
        <w:ind w:firstLine="640"/>
        <w:rPr>
          <w:lang w:eastAsia="zh-CN"/>
        </w:rPr>
      </w:pPr>
      <w:r>
        <w:rPr>
          <w:rFonts w:ascii="仿宋" w:eastAsia="仿宋" w:hAnsi="仿宋"/>
          <w:sz w:val="32"/>
          <w:lang w:eastAsia="zh-CN"/>
        </w:rPr>
        <w:t>您还是休息一会儿，是您就歇歇吧。倒兵在怕。前途未卜。越是在这种艰难困苦之下，我们越要勉励自己。激励大家。夫子说。自强不息，厚德载物。方为君子。那在夫子，心中何人？称得上是君子吗？文王。</w:t>
      </w:r>
    </w:p>
    <w:p w14:paraId="7039582E" w14:textId="77777777" w:rsidR="00E87C95" w:rsidRDefault="00000000">
      <w:pPr>
        <w:spacing w:after="0" w:line="579" w:lineRule="exact"/>
        <w:ind w:firstLine="640"/>
        <w:rPr>
          <w:lang w:eastAsia="zh-CN"/>
        </w:rPr>
      </w:pPr>
      <w:r>
        <w:rPr>
          <w:rFonts w:ascii="仿宋" w:eastAsia="仿宋" w:hAnsi="仿宋"/>
          <w:sz w:val="32"/>
          <w:lang w:eastAsia="zh-CN"/>
        </w:rPr>
        <w:t>是君子。当年文王，求与羑里。他的处境比我们今天要凶险万分。喝茶。自强不息，</w:t>
      </w:r>
      <w:proofErr w:type="gramStart"/>
      <w:r>
        <w:rPr>
          <w:rFonts w:ascii="仿宋" w:eastAsia="仿宋" w:hAnsi="仿宋"/>
          <w:sz w:val="32"/>
          <w:lang w:eastAsia="zh-CN"/>
        </w:rPr>
        <w:t>推掩天道</w:t>
      </w:r>
      <w:proofErr w:type="gramEnd"/>
      <w:r>
        <w:rPr>
          <w:rFonts w:ascii="仿宋" w:eastAsia="仿宋" w:hAnsi="仿宋"/>
          <w:sz w:val="32"/>
          <w:lang w:eastAsia="zh-CN"/>
        </w:rPr>
        <w:t>。才有了我们今天所讲的意样。去幸福。求求你。我。</w:t>
      </w:r>
      <w:proofErr w:type="gramStart"/>
      <w:r>
        <w:rPr>
          <w:rFonts w:ascii="仿宋" w:eastAsia="仿宋" w:hAnsi="仿宋"/>
          <w:sz w:val="32"/>
          <w:lang w:eastAsia="zh-CN"/>
        </w:rPr>
        <w:t>如尔不</w:t>
      </w:r>
      <w:proofErr w:type="gramEnd"/>
      <w:r>
        <w:rPr>
          <w:rFonts w:ascii="仿宋" w:eastAsia="仿宋" w:hAnsi="仿宋"/>
          <w:sz w:val="32"/>
          <w:lang w:eastAsia="zh-CN"/>
        </w:rPr>
        <w:t>依靠。我</w:t>
      </w:r>
      <w:proofErr w:type="gramStart"/>
      <w:r>
        <w:rPr>
          <w:rFonts w:ascii="仿宋" w:eastAsia="仿宋" w:hAnsi="仿宋"/>
          <w:sz w:val="32"/>
          <w:lang w:eastAsia="zh-CN"/>
        </w:rPr>
        <w:t>我</w:t>
      </w:r>
      <w:proofErr w:type="gramEnd"/>
      <w:r>
        <w:rPr>
          <w:rFonts w:ascii="仿宋" w:eastAsia="仿宋" w:hAnsi="仿宋"/>
          <w:sz w:val="32"/>
          <w:lang w:eastAsia="zh-CN"/>
        </w:rPr>
        <w:t>。我</w:t>
      </w:r>
      <w:proofErr w:type="gramStart"/>
      <w:r>
        <w:rPr>
          <w:rFonts w:ascii="仿宋" w:eastAsia="仿宋" w:hAnsi="仿宋"/>
          <w:sz w:val="32"/>
          <w:lang w:eastAsia="zh-CN"/>
        </w:rPr>
        <w:t>我</w:t>
      </w:r>
      <w:proofErr w:type="gramEnd"/>
      <w:r>
        <w:rPr>
          <w:rFonts w:ascii="仿宋" w:eastAsia="仿宋" w:hAnsi="仿宋"/>
          <w:sz w:val="32"/>
          <w:lang w:eastAsia="zh-CN"/>
        </w:rPr>
        <w:t>最善良的丈夫。君父，</w:t>
      </w:r>
    </w:p>
    <w:p w14:paraId="62F8BDE4" w14:textId="77777777" w:rsidR="00E87C95" w:rsidRDefault="00000000">
      <w:pPr>
        <w:spacing w:after="0" w:line="579" w:lineRule="exact"/>
        <w:ind w:firstLine="640"/>
        <w:rPr>
          <w:lang w:eastAsia="zh-CN"/>
        </w:rPr>
      </w:pPr>
      <w:r>
        <w:rPr>
          <w:rFonts w:ascii="仿宋" w:eastAsia="仿宋" w:hAnsi="仿宋"/>
          <w:sz w:val="32"/>
          <w:lang w:eastAsia="zh-CN"/>
        </w:rPr>
        <w:t>我日后不能再陪你了。你要保重，为父。连自己的儿子都保护不了。王文人物啊。君父不必自责。伯</w:t>
      </w:r>
      <w:proofErr w:type="gramStart"/>
      <w:r>
        <w:rPr>
          <w:rFonts w:ascii="仿宋" w:eastAsia="仿宋" w:hAnsi="仿宋"/>
          <w:sz w:val="32"/>
          <w:lang w:eastAsia="zh-CN"/>
        </w:rPr>
        <w:t>邑</w:t>
      </w:r>
      <w:proofErr w:type="gramEnd"/>
      <w:r>
        <w:rPr>
          <w:rFonts w:ascii="仿宋" w:eastAsia="仿宋" w:hAnsi="仿宋"/>
          <w:sz w:val="32"/>
          <w:lang w:eastAsia="zh-CN"/>
        </w:rPr>
        <w:t>考，至死不悔。软。为什么？为什么你</w:t>
      </w:r>
      <w:proofErr w:type="gramStart"/>
      <w:r>
        <w:rPr>
          <w:rFonts w:ascii="仿宋" w:eastAsia="仿宋" w:hAnsi="仿宋"/>
          <w:sz w:val="32"/>
          <w:lang w:eastAsia="zh-CN"/>
        </w:rPr>
        <w:t>奉老尊贤</w:t>
      </w:r>
      <w:proofErr w:type="gramEnd"/>
      <w:r>
        <w:rPr>
          <w:rFonts w:ascii="仿宋" w:eastAsia="仿宋" w:hAnsi="仿宋"/>
          <w:sz w:val="32"/>
          <w:lang w:eastAsia="zh-CN"/>
        </w:rPr>
        <w:t>却遭虐杀？孩儿为百姓请命劝诫商周。是行君子之道。是遵从君父的教诲，是追梦祖父的美德。</w:t>
      </w:r>
    </w:p>
    <w:p w14:paraId="7B99C44B" w14:textId="77777777" w:rsidR="00E87C95" w:rsidRDefault="00000000">
      <w:pPr>
        <w:spacing w:after="0" w:line="579" w:lineRule="exact"/>
        <w:ind w:firstLine="640"/>
        <w:rPr>
          <w:lang w:eastAsia="zh-CN"/>
        </w:rPr>
      </w:pPr>
      <w:r>
        <w:rPr>
          <w:rFonts w:ascii="仿宋" w:eastAsia="仿宋" w:hAnsi="仿宋"/>
          <w:sz w:val="32"/>
          <w:lang w:eastAsia="zh-CN"/>
        </w:rPr>
        <w:t>您祖父当年受难时。我同样没能救他。无儿即差。举富。不要过于伤痛。也不要为了为父之死。而谦则自己。为父。但求有功于天下离别。没有为自己的安危考虑。能多多君子。</w:t>
      </w:r>
      <w:r>
        <w:rPr>
          <w:rFonts w:ascii="仿宋" w:eastAsia="仿宋" w:hAnsi="仿宋"/>
          <w:sz w:val="32"/>
          <w:lang w:eastAsia="zh-CN"/>
        </w:rPr>
        <w:lastRenderedPageBreak/>
        <w:t>真要以性命为代价吗啊。其生而为人。此生。不应该来做君子吗？</w:t>
      </w:r>
    </w:p>
    <w:p w14:paraId="550C63BC" w14:textId="77777777" w:rsidR="00E87C95" w:rsidRDefault="00000000">
      <w:pPr>
        <w:spacing w:after="0" w:line="579" w:lineRule="exact"/>
        <w:ind w:firstLine="640"/>
        <w:rPr>
          <w:lang w:eastAsia="zh-CN"/>
        </w:rPr>
      </w:pPr>
      <w:r>
        <w:rPr>
          <w:rFonts w:ascii="仿宋" w:eastAsia="仿宋" w:hAnsi="仿宋"/>
          <w:sz w:val="32"/>
          <w:lang w:eastAsia="zh-CN"/>
        </w:rPr>
        <w:t>天命有福祸君子，应当立求，无悔无故。你们为大道牺牲，让我明白君子之道。与天地相残毁。君子。教法天地行光明之举。如日月，</w:t>
      </w:r>
      <w:proofErr w:type="gramStart"/>
      <w:r>
        <w:rPr>
          <w:rFonts w:ascii="仿宋" w:eastAsia="仿宋" w:hAnsi="仿宋"/>
          <w:sz w:val="32"/>
          <w:lang w:eastAsia="zh-CN"/>
        </w:rPr>
        <w:t>永恒对</w:t>
      </w:r>
      <w:proofErr w:type="gramEnd"/>
      <w:r>
        <w:rPr>
          <w:rFonts w:ascii="仿宋" w:eastAsia="仿宋" w:hAnsi="仿宋"/>
          <w:sz w:val="32"/>
          <w:lang w:eastAsia="zh-CN"/>
        </w:rPr>
        <w:t>天。就是君子的表率。运转不息，刚健有为。对天就是君子的表率，运转不息，</w:t>
      </w:r>
    </w:p>
    <w:p w14:paraId="575B121D" w14:textId="77777777" w:rsidR="00E87C95" w:rsidRDefault="00000000">
      <w:pPr>
        <w:spacing w:after="0" w:line="579" w:lineRule="exact"/>
        <w:ind w:firstLine="640"/>
        <w:rPr>
          <w:lang w:eastAsia="zh-CN"/>
        </w:rPr>
      </w:pPr>
      <w:r>
        <w:rPr>
          <w:rFonts w:ascii="仿宋" w:eastAsia="仿宋" w:hAnsi="仿宋"/>
          <w:sz w:val="32"/>
          <w:lang w:eastAsia="zh-CN"/>
        </w:rPr>
        <w:t>刚健有为。对天。就是君子的表率。</w:t>
      </w:r>
      <w:proofErr w:type="gramStart"/>
      <w:r>
        <w:rPr>
          <w:rFonts w:ascii="仿宋" w:eastAsia="仿宋" w:hAnsi="仿宋"/>
          <w:sz w:val="32"/>
          <w:lang w:eastAsia="zh-CN"/>
        </w:rPr>
        <w:t>运存不息</w:t>
      </w:r>
      <w:proofErr w:type="gramEnd"/>
      <w:r>
        <w:rPr>
          <w:rFonts w:ascii="仿宋" w:eastAsia="仿宋" w:hAnsi="仿宋"/>
          <w:sz w:val="32"/>
          <w:lang w:eastAsia="zh-CN"/>
        </w:rPr>
        <w:t>，刚健优垂。天运转不息，刚健有为。效法天自强不息，方为君子自强不息。方为君子。商王。对天下兴残暴之举，伤厘米，损天道。我应如何作为。</w:t>
      </w:r>
    </w:p>
    <w:p w14:paraId="5BD2D52D" w14:textId="77777777" w:rsidR="00E87C95" w:rsidRDefault="00000000">
      <w:pPr>
        <w:spacing w:after="0" w:line="579" w:lineRule="exact"/>
        <w:ind w:firstLine="640"/>
        <w:rPr>
          <w:lang w:eastAsia="zh-CN"/>
        </w:rPr>
      </w:pPr>
      <w:r>
        <w:rPr>
          <w:rFonts w:ascii="仿宋" w:eastAsia="仿宋" w:hAnsi="仿宋"/>
          <w:sz w:val="32"/>
          <w:lang w:eastAsia="zh-CN"/>
        </w:rPr>
        <w:t>你应该善待世人。承载万物。山的诗人。承载万物。那就必须博大而宽厚，最博大的是什么？最宽厚的又是什么？你应该善待世人。承载万物。必须我打了方</w:t>
      </w:r>
      <w:proofErr w:type="gramStart"/>
      <w:r>
        <w:rPr>
          <w:rFonts w:ascii="仿宋" w:eastAsia="仿宋" w:hAnsi="仿宋"/>
          <w:sz w:val="32"/>
          <w:lang w:eastAsia="zh-CN"/>
        </w:rPr>
        <w:t>后最我打的</w:t>
      </w:r>
      <w:proofErr w:type="gramEnd"/>
      <w:r>
        <w:rPr>
          <w:rFonts w:ascii="仿宋" w:eastAsia="仿宋" w:hAnsi="仿宋"/>
          <w:sz w:val="32"/>
          <w:lang w:eastAsia="zh-CN"/>
        </w:rPr>
        <w:t>是什么？最关乎的又是什么？是大地。是大地呀。大地承载万物。顺天使而延绵。</w:t>
      </w:r>
    </w:p>
    <w:p w14:paraId="4248F5BD" w14:textId="77777777" w:rsidR="00E87C95" w:rsidRDefault="00000000">
      <w:pPr>
        <w:spacing w:after="0" w:line="579" w:lineRule="exact"/>
        <w:ind w:firstLine="640"/>
        <w:rPr>
          <w:lang w:eastAsia="zh-CN"/>
        </w:rPr>
      </w:pPr>
      <w:r>
        <w:rPr>
          <w:rFonts w:ascii="仿宋" w:eastAsia="仿宋" w:hAnsi="仿宋"/>
          <w:sz w:val="32"/>
          <w:lang w:eastAsia="zh-CN"/>
        </w:rPr>
        <w:t>广博无边，我应该。效法大地。我们都被大地吸引进去，我们都被大地承载。厚重延绵。承载万物。君子以效法大地。君子。你效法大地。君子之德。如大地。底是顺而绵延。以身后之德。承载万物。</w:t>
      </w:r>
    </w:p>
    <w:p w14:paraId="04083E10" w14:textId="77777777" w:rsidR="00E87C95" w:rsidRDefault="00000000">
      <w:pPr>
        <w:spacing w:after="0" w:line="579" w:lineRule="exact"/>
        <w:ind w:firstLine="640"/>
        <w:rPr>
          <w:lang w:eastAsia="zh-CN"/>
        </w:rPr>
      </w:pPr>
      <w:r>
        <w:rPr>
          <w:rFonts w:ascii="仿宋" w:eastAsia="仿宋" w:hAnsi="仿宋"/>
          <w:sz w:val="32"/>
          <w:lang w:eastAsia="zh-CN"/>
        </w:rPr>
        <w:t>所以效法地。厚德载物。方为君子。厚德载物。防伪君子。君父。伯</w:t>
      </w:r>
      <w:proofErr w:type="gramStart"/>
      <w:r>
        <w:rPr>
          <w:rFonts w:ascii="仿宋" w:eastAsia="仿宋" w:hAnsi="仿宋"/>
          <w:sz w:val="32"/>
          <w:lang w:eastAsia="zh-CN"/>
        </w:rPr>
        <w:t>邑</w:t>
      </w:r>
      <w:proofErr w:type="gramEnd"/>
      <w:r>
        <w:rPr>
          <w:rFonts w:ascii="仿宋" w:eastAsia="仿宋" w:hAnsi="仿宋"/>
          <w:sz w:val="32"/>
          <w:lang w:eastAsia="zh-CN"/>
        </w:rPr>
        <w:t>考木耳。你们以生命</w:t>
      </w:r>
      <w:proofErr w:type="gramStart"/>
      <w:r>
        <w:rPr>
          <w:rFonts w:ascii="仿宋" w:eastAsia="仿宋" w:hAnsi="仿宋"/>
          <w:sz w:val="32"/>
          <w:lang w:eastAsia="zh-CN"/>
        </w:rPr>
        <w:t>践行</w:t>
      </w:r>
      <w:proofErr w:type="gramEnd"/>
      <w:r>
        <w:rPr>
          <w:rFonts w:ascii="仿宋" w:eastAsia="仿宋" w:hAnsi="仿宋"/>
          <w:sz w:val="32"/>
          <w:lang w:eastAsia="zh-CN"/>
        </w:rPr>
        <w:t>君子之道。我</w:t>
      </w:r>
      <w:proofErr w:type="gramStart"/>
      <w:r>
        <w:rPr>
          <w:rFonts w:ascii="仿宋" w:eastAsia="仿宋" w:hAnsi="仿宋"/>
          <w:sz w:val="32"/>
          <w:lang w:eastAsia="zh-CN"/>
        </w:rPr>
        <w:t>定不</w:t>
      </w:r>
      <w:r>
        <w:rPr>
          <w:rFonts w:ascii="仿宋" w:eastAsia="仿宋" w:hAnsi="仿宋"/>
          <w:sz w:val="32"/>
          <w:lang w:eastAsia="zh-CN"/>
        </w:rPr>
        <w:lastRenderedPageBreak/>
        <w:t>会</w:t>
      </w:r>
      <w:proofErr w:type="gramEnd"/>
      <w:r>
        <w:rPr>
          <w:rFonts w:ascii="仿宋" w:eastAsia="仿宋" w:hAnsi="仿宋"/>
          <w:sz w:val="32"/>
          <w:lang w:eastAsia="zh-CN"/>
        </w:rPr>
        <w:t>辜负你们的德行和表率。身出逆境。不改节操。追寻大道。无儿。你一定能振兴中国。君父。</w:t>
      </w:r>
    </w:p>
    <w:p w14:paraId="4B419C97" w14:textId="77777777" w:rsidR="00E87C95" w:rsidRDefault="00000000">
      <w:pPr>
        <w:spacing w:after="0" w:line="579" w:lineRule="exact"/>
        <w:ind w:firstLine="640"/>
        <w:rPr>
          <w:lang w:eastAsia="zh-CN"/>
        </w:rPr>
      </w:pPr>
      <w:r>
        <w:rPr>
          <w:rFonts w:ascii="仿宋" w:eastAsia="仿宋" w:hAnsi="仿宋"/>
          <w:sz w:val="32"/>
          <w:lang w:eastAsia="zh-CN"/>
        </w:rPr>
        <w:t>您一定能护佑天下人。你今天。忽悠人。行君子之道。我要效法，先祖伏羲。推演大道。效伐先祖伏羲。炊烟大道。我当年仰观雨天。俯察余地，近取诸身，远取诸物。</w:t>
      </w:r>
      <w:proofErr w:type="gramStart"/>
      <w:r>
        <w:rPr>
          <w:rFonts w:ascii="仿宋" w:eastAsia="仿宋" w:hAnsi="仿宋"/>
          <w:sz w:val="32"/>
          <w:lang w:eastAsia="zh-CN"/>
        </w:rPr>
        <w:t>画象</w:t>
      </w:r>
      <w:proofErr w:type="gramEnd"/>
      <w:r>
        <w:rPr>
          <w:rFonts w:ascii="仿宋" w:eastAsia="仿宋" w:hAnsi="仿宋"/>
          <w:sz w:val="32"/>
          <w:lang w:eastAsia="zh-CN"/>
        </w:rPr>
        <w:t>天地之道，蕴藏于天地水火风雷山泽之中。</w:t>
      </w:r>
    </w:p>
    <w:p w14:paraId="2F213036" w14:textId="77777777" w:rsidR="00E87C95" w:rsidRDefault="00000000">
      <w:pPr>
        <w:spacing w:after="0" w:line="579" w:lineRule="exact"/>
        <w:ind w:firstLine="640"/>
        <w:rPr>
          <w:lang w:eastAsia="zh-CN"/>
        </w:rPr>
      </w:pPr>
      <w:r>
        <w:rPr>
          <w:rFonts w:ascii="仿宋" w:eastAsia="仿宋" w:hAnsi="仿宋"/>
          <w:sz w:val="32"/>
          <w:lang w:eastAsia="zh-CN"/>
        </w:rPr>
        <w:t>留于后人领悟你们。行为君子。你们刚健有为，你们厚德载物。哈哈</w:t>
      </w:r>
      <w:proofErr w:type="gramStart"/>
      <w:r>
        <w:rPr>
          <w:rFonts w:ascii="仿宋" w:eastAsia="仿宋" w:hAnsi="仿宋"/>
          <w:sz w:val="32"/>
          <w:lang w:eastAsia="zh-CN"/>
        </w:rPr>
        <w:t>哈</w:t>
      </w:r>
      <w:proofErr w:type="gramEnd"/>
      <w:r>
        <w:rPr>
          <w:rFonts w:ascii="仿宋" w:eastAsia="仿宋" w:hAnsi="仿宋"/>
          <w:sz w:val="32"/>
          <w:lang w:eastAsia="zh-CN"/>
        </w:rPr>
        <w:t>。你们。悟到了。谢先祖呼吸。在刚才的这段戏剧中，文王被囚。并且得知自己的爱子伯</w:t>
      </w:r>
      <w:proofErr w:type="gramStart"/>
      <w:r>
        <w:rPr>
          <w:rFonts w:ascii="仿宋" w:eastAsia="仿宋" w:hAnsi="仿宋"/>
          <w:sz w:val="32"/>
          <w:lang w:eastAsia="zh-CN"/>
        </w:rPr>
        <w:t>邑</w:t>
      </w:r>
      <w:proofErr w:type="gramEnd"/>
      <w:r>
        <w:rPr>
          <w:rFonts w:ascii="仿宋" w:eastAsia="仿宋" w:hAnsi="仿宋"/>
          <w:sz w:val="32"/>
          <w:lang w:eastAsia="zh-CN"/>
        </w:rPr>
        <w:t>考被害，我觉得对一个父亲来说，这应该是何等的悲痛。但尽管深陷如此艰难的困境，文王依旧。</w:t>
      </w:r>
    </w:p>
    <w:p w14:paraId="27435BEA" w14:textId="77777777" w:rsidR="00E87C95" w:rsidRDefault="00000000">
      <w:pPr>
        <w:spacing w:after="0" w:line="579" w:lineRule="exact"/>
        <w:ind w:firstLine="640"/>
        <w:rPr>
          <w:lang w:eastAsia="zh-CN"/>
        </w:rPr>
      </w:pPr>
      <w:r>
        <w:rPr>
          <w:rFonts w:ascii="仿宋" w:eastAsia="仿宋" w:hAnsi="仿宋"/>
          <w:sz w:val="32"/>
          <w:lang w:eastAsia="zh-CN"/>
        </w:rPr>
        <w:t>追寻心中大道，也更加能够感受到他这份毅然和坚定，这就是君子自强不息呀。实际上，在这段戏剧里面呐，孔子恶臣</w:t>
      </w:r>
      <w:proofErr w:type="gramStart"/>
      <w:r>
        <w:rPr>
          <w:rFonts w:ascii="仿宋" w:eastAsia="仿宋" w:hAnsi="仿宋"/>
          <w:sz w:val="32"/>
          <w:lang w:eastAsia="zh-CN"/>
        </w:rPr>
        <w:t>蔡</w:t>
      </w:r>
      <w:proofErr w:type="gramEnd"/>
      <w:r>
        <w:rPr>
          <w:rFonts w:ascii="仿宋" w:eastAsia="仿宋" w:hAnsi="仿宋"/>
          <w:sz w:val="32"/>
          <w:lang w:eastAsia="zh-CN"/>
        </w:rPr>
        <w:t>的时候</w:t>
      </w:r>
      <w:proofErr w:type="gramStart"/>
      <w:r>
        <w:rPr>
          <w:rFonts w:ascii="仿宋" w:eastAsia="仿宋" w:hAnsi="仿宋"/>
          <w:sz w:val="32"/>
          <w:lang w:eastAsia="zh-CN"/>
        </w:rPr>
        <w:t>还</w:t>
      </w:r>
      <w:proofErr w:type="gramEnd"/>
      <w:r>
        <w:rPr>
          <w:rFonts w:ascii="仿宋" w:eastAsia="仿宋" w:hAnsi="仿宋"/>
          <w:sz w:val="32"/>
          <w:lang w:eastAsia="zh-CN"/>
        </w:rPr>
        <w:t>还有一句话就是</w:t>
      </w:r>
      <w:proofErr w:type="gramStart"/>
      <w:r>
        <w:rPr>
          <w:rFonts w:ascii="仿宋" w:eastAsia="仿宋" w:hAnsi="仿宋"/>
          <w:sz w:val="32"/>
          <w:lang w:eastAsia="zh-CN"/>
        </w:rPr>
        <w:t>子路问他</w:t>
      </w:r>
      <w:proofErr w:type="gramEnd"/>
      <w:r>
        <w:rPr>
          <w:rFonts w:ascii="仿宋" w:eastAsia="仿宋" w:hAnsi="仿宋"/>
          <w:sz w:val="32"/>
          <w:lang w:eastAsia="zh-CN"/>
        </w:rPr>
        <w:t>说，君子跟着你追求道就是这个结果吗？然后孔子说对了，君子固穷。就是君子越是穷困，越要坚守，你能固守节操，遇</w:t>
      </w:r>
      <w:proofErr w:type="gramStart"/>
      <w:r>
        <w:rPr>
          <w:rFonts w:ascii="仿宋" w:eastAsia="仿宋" w:hAnsi="仿宋"/>
          <w:sz w:val="32"/>
          <w:lang w:eastAsia="zh-CN"/>
        </w:rPr>
        <w:t>挫反强</w:t>
      </w:r>
      <w:proofErr w:type="gramEnd"/>
      <w:r>
        <w:rPr>
          <w:rFonts w:ascii="仿宋" w:eastAsia="仿宋" w:hAnsi="仿宋"/>
          <w:sz w:val="32"/>
          <w:lang w:eastAsia="zh-CN"/>
        </w:rPr>
        <w:t>，刚健有为。才是真正的君子。</w:t>
      </w:r>
    </w:p>
    <w:p w14:paraId="5E29E0BF" w14:textId="77777777" w:rsidR="00E87C95" w:rsidRDefault="00000000">
      <w:pPr>
        <w:spacing w:after="0" w:line="579" w:lineRule="exact"/>
        <w:ind w:firstLine="640"/>
        <w:rPr>
          <w:lang w:eastAsia="zh-CN"/>
        </w:rPr>
      </w:pPr>
      <w:r>
        <w:rPr>
          <w:rFonts w:ascii="仿宋" w:eastAsia="仿宋" w:hAnsi="仿宋"/>
          <w:sz w:val="32"/>
          <w:lang w:eastAsia="zh-CN"/>
        </w:rPr>
        <w:t>刚才旗帜的展现是很有震撼力的，这涉及到中国哲学的一个基本命题，就是天命观。那么，夏商周三代都有天命观，但是到了周开始，天命里边儿</w:t>
      </w:r>
      <w:proofErr w:type="gramStart"/>
      <w:r>
        <w:rPr>
          <w:rFonts w:ascii="仿宋" w:eastAsia="仿宋" w:hAnsi="仿宋"/>
          <w:sz w:val="32"/>
          <w:lang w:eastAsia="zh-CN"/>
        </w:rPr>
        <w:t>最</w:t>
      </w:r>
      <w:proofErr w:type="gramEnd"/>
      <w:r>
        <w:rPr>
          <w:rFonts w:ascii="仿宋" w:eastAsia="仿宋" w:hAnsi="仿宋"/>
          <w:sz w:val="32"/>
          <w:lang w:eastAsia="zh-CN"/>
        </w:rPr>
        <w:t>关键一个因素。就变成了人的德行，所以我们看到西周人特别提出敬德。报明这一系列</w:t>
      </w:r>
      <w:r>
        <w:rPr>
          <w:rFonts w:ascii="仿宋" w:eastAsia="仿宋" w:hAnsi="仿宋"/>
          <w:sz w:val="32"/>
          <w:lang w:eastAsia="zh-CN"/>
        </w:rPr>
        <w:lastRenderedPageBreak/>
        <w:t>的观念，周人说，皇天无情，韦德是否就是说这个天地跟谁的关系都是一样的。最后天选择谁呢？选择有德行的男人。</w:t>
      </w:r>
    </w:p>
    <w:p w14:paraId="079FD6D5" w14:textId="77777777" w:rsidR="00E87C95" w:rsidRDefault="00000000">
      <w:pPr>
        <w:spacing w:after="0" w:line="579" w:lineRule="exact"/>
        <w:ind w:firstLine="640"/>
        <w:rPr>
          <w:lang w:eastAsia="zh-CN"/>
        </w:rPr>
      </w:pPr>
      <w:r>
        <w:rPr>
          <w:rFonts w:ascii="仿宋" w:eastAsia="仿宋" w:hAnsi="仿宋"/>
          <w:sz w:val="32"/>
          <w:lang w:eastAsia="zh-CN"/>
        </w:rPr>
        <w:t>整个中国文明。转向了一种人本化的思想。那我们继续往下看戏剧。文王囚于羑里。七年时间，推演天道为后世。留下义。他身处逆境，不改心志，为我等做出君子自强不息的表。请教夫子文王后来是如何脱困的？啊君子以厚德载物。诸侯有贤臣，皆仰慕文王之德。齐心设法营救他。</w:t>
      </w:r>
    </w:p>
    <w:p w14:paraId="1A015BE2" w14:textId="77777777" w:rsidR="00E87C95" w:rsidRDefault="00000000">
      <w:pPr>
        <w:spacing w:after="0" w:line="579" w:lineRule="exact"/>
        <w:ind w:firstLine="640"/>
        <w:rPr>
          <w:lang w:eastAsia="zh-CN"/>
        </w:rPr>
      </w:pPr>
      <w:r>
        <w:rPr>
          <w:rFonts w:ascii="仿宋" w:eastAsia="仿宋" w:hAnsi="仿宋"/>
          <w:sz w:val="32"/>
          <w:lang w:eastAsia="zh-CN"/>
        </w:rPr>
        <w:t>有绅士梨容，有</w:t>
      </w:r>
      <w:proofErr w:type="gramStart"/>
      <w:r>
        <w:rPr>
          <w:rFonts w:ascii="仿宋" w:eastAsia="仿宋" w:hAnsi="仿宋"/>
          <w:sz w:val="32"/>
          <w:lang w:eastAsia="zh-CN"/>
        </w:rPr>
        <w:t>雄氏纷纷</w:t>
      </w:r>
      <w:proofErr w:type="gramEnd"/>
      <w:r>
        <w:rPr>
          <w:rFonts w:ascii="仿宋" w:eastAsia="仿宋" w:hAnsi="仿宋"/>
          <w:sz w:val="32"/>
          <w:lang w:eastAsia="zh-CN"/>
        </w:rPr>
        <w:t>献出宝物。</w:t>
      </w:r>
      <w:proofErr w:type="gramStart"/>
      <w:r>
        <w:rPr>
          <w:rFonts w:ascii="仿宋" w:eastAsia="仿宋" w:hAnsi="仿宋"/>
          <w:sz w:val="32"/>
          <w:lang w:eastAsia="zh-CN"/>
        </w:rPr>
        <w:t>闳夭</w:t>
      </w:r>
      <w:proofErr w:type="gramEnd"/>
      <w:r>
        <w:rPr>
          <w:rFonts w:ascii="仿宋" w:eastAsia="仿宋" w:hAnsi="仿宋"/>
          <w:sz w:val="32"/>
          <w:lang w:eastAsia="zh-CN"/>
        </w:rPr>
        <w:t>等贤臣们以此进贡众王。向纣王显示，周国在诸侯中的威望。周王忌</w:t>
      </w:r>
      <w:proofErr w:type="gramStart"/>
      <w:r>
        <w:rPr>
          <w:rFonts w:ascii="仿宋" w:eastAsia="仿宋" w:hAnsi="仿宋"/>
          <w:sz w:val="32"/>
          <w:lang w:eastAsia="zh-CN"/>
        </w:rPr>
        <w:t>怠</w:t>
      </w:r>
      <w:proofErr w:type="gramEnd"/>
      <w:r>
        <w:rPr>
          <w:rFonts w:ascii="仿宋" w:eastAsia="仿宋" w:hAnsi="仿宋"/>
          <w:sz w:val="32"/>
          <w:lang w:eastAsia="zh-CN"/>
        </w:rPr>
        <w:t>，</w:t>
      </w:r>
      <w:proofErr w:type="gramStart"/>
      <w:r>
        <w:rPr>
          <w:rFonts w:ascii="仿宋" w:eastAsia="仿宋" w:hAnsi="仿宋"/>
          <w:sz w:val="32"/>
          <w:lang w:eastAsia="zh-CN"/>
        </w:rPr>
        <w:t>恐惹动</w:t>
      </w:r>
      <w:proofErr w:type="gramEnd"/>
      <w:r>
        <w:rPr>
          <w:rFonts w:ascii="仿宋" w:eastAsia="仿宋" w:hAnsi="仿宋"/>
          <w:sz w:val="32"/>
          <w:lang w:eastAsia="zh-CN"/>
        </w:rPr>
        <w:t>天下诸侯之怨。于是。赐西伯弓矢辅乐，给予他征伐诸侯之权。放归周国。请夫子为我们讲讲文王返回周国之后的故事吧。好。那我就为你们讲讲革故鼎新的故事。革去故国。</w:t>
      </w:r>
    </w:p>
    <w:p w14:paraId="412EB0E9" w14:textId="77777777" w:rsidR="00E87C95" w:rsidRDefault="00000000">
      <w:pPr>
        <w:spacing w:after="0" w:line="579" w:lineRule="exact"/>
        <w:ind w:firstLine="640"/>
        <w:rPr>
          <w:lang w:eastAsia="zh-CN"/>
        </w:rPr>
      </w:pPr>
      <w:proofErr w:type="gramStart"/>
      <w:r>
        <w:rPr>
          <w:rFonts w:ascii="仿宋" w:eastAsia="仿宋" w:hAnsi="仿宋"/>
          <w:sz w:val="32"/>
          <w:lang w:eastAsia="zh-CN"/>
        </w:rPr>
        <w:t>鼎取新颖</w:t>
      </w:r>
      <w:proofErr w:type="gramEnd"/>
      <w:r>
        <w:rPr>
          <w:rFonts w:ascii="仿宋" w:eastAsia="仿宋" w:hAnsi="仿宋"/>
          <w:sz w:val="32"/>
          <w:lang w:eastAsia="zh-CN"/>
        </w:rPr>
        <w:t>。文王受命。凤鸣岐山。圣人。物业。走走你的笑声是讲不讲理什么？你们的路路全到了，</w:t>
      </w:r>
      <w:proofErr w:type="gramStart"/>
      <w:r>
        <w:rPr>
          <w:rFonts w:ascii="仿宋" w:eastAsia="仿宋" w:hAnsi="仿宋"/>
          <w:sz w:val="32"/>
          <w:lang w:eastAsia="zh-CN"/>
        </w:rPr>
        <w:t>我们瑞国</w:t>
      </w:r>
      <w:proofErr w:type="gramEnd"/>
      <w:r>
        <w:rPr>
          <w:rFonts w:ascii="仿宋" w:eastAsia="仿宋" w:hAnsi="仿宋"/>
          <w:sz w:val="32"/>
          <w:lang w:eastAsia="zh-CN"/>
        </w:rPr>
        <w:t>的境内，那是你们的吗？瑞博，</w:t>
      </w:r>
      <w:proofErr w:type="gramStart"/>
      <w:r>
        <w:rPr>
          <w:rFonts w:ascii="仿宋" w:eastAsia="仿宋" w:hAnsi="仿宋"/>
          <w:sz w:val="32"/>
          <w:lang w:eastAsia="zh-CN"/>
        </w:rPr>
        <w:t>你们瑞国</w:t>
      </w:r>
      <w:proofErr w:type="gramEnd"/>
      <w:r>
        <w:rPr>
          <w:rFonts w:ascii="仿宋" w:eastAsia="仿宋" w:hAnsi="仿宋"/>
          <w:sz w:val="32"/>
          <w:lang w:eastAsia="zh-CN"/>
        </w:rPr>
        <w:t>的猎户猎杀了我们雨国的鹿群，是你们理亏。笑话于果，这路跑到</w:t>
      </w:r>
      <w:proofErr w:type="gramStart"/>
      <w:r>
        <w:rPr>
          <w:rFonts w:ascii="仿宋" w:eastAsia="仿宋" w:hAnsi="仿宋"/>
          <w:sz w:val="32"/>
          <w:lang w:eastAsia="zh-CN"/>
        </w:rPr>
        <w:t>我们瑞国</w:t>
      </w:r>
      <w:proofErr w:type="gramEnd"/>
      <w:r>
        <w:rPr>
          <w:rFonts w:ascii="仿宋" w:eastAsia="仿宋" w:hAnsi="仿宋"/>
          <w:sz w:val="32"/>
          <w:lang w:eastAsia="zh-CN"/>
        </w:rPr>
        <w:t>来，那就是</w:t>
      </w:r>
      <w:proofErr w:type="gramStart"/>
      <w:r>
        <w:rPr>
          <w:rFonts w:ascii="仿宋" w:eastAsia="仿宋" w:hAnsi="仿宋"/>
          <w:sz w:val="32"/>
          <w:lang w:eastAsia="zh-CN"/>
        </w:rPr>
        <w:t>我们瑞国</w:t>
      </w:r>
      <w:proofErr w:type="gramEnd"/>
      <w:r>
        <w:rPr>
          <w:rFonts w:ascii="仿宋" w:eastAsia="仿宋" w:hAnsi="仿宋"/>
          <w:sz w:val="32"/>
          <w:lang w:eastAsia="zh-CN"/>
        </w:rPr>
        <w:t>的，</w:t>
      </w:r>
    </w:p>
    <w:p w14:paraId="3745C33F" w14:textId="77777777" w:rsidR="00E87C95" w:rsidRDefault="00000000">
      <w:pPr>
        <w:spacing w:after="0" w:line="579" w:lineRule="exact"/>
        <w:ind w:firstLine="640"/>
        <w:rPr>
          <w:lang w:eastAsia="zh-CN"/>
        </w:rPr>
      </w:pPr>
      <w:r>
        <w:rPr>
          <w:rFonts w:ascii="仿宋" w:eastAsia="仿宋" w:hAnsi="仿宋"/>
          <w:sz w:val="32"/>
          <w:lang w:eastAsia="zh-CN"/>
        </w:rPr>
        <w:t>我们想抓就抓。那是我们于国山民畜养的鹿群，</w:t>
      </w:r>
      <w:proofErr w:type="gramStart"/>
      <w:r>
        <w:rPr>
          <w:rFonts w:ascii="仿宋" w:eastAsia="仿宋" w:hAnsi="仿宋"/>
          <w:sz w:val="32"/>
          <w:lang w:eastAsia="zh-CN"/>
        </w:rPr>
        <w:t>你们你们</w:t>
      </w:r>
      <w:proofErr w:type="gramEnd"/>
      <w:r>
        <w:rPr>
          <w:rFonts w:ascii="仿宋" w:eastAsia="仿宋" w:hAnsi="仿宋"/>
          <w:sz w:val="32"/>
          <w:lang w:eastAsia="zh-CN"/>
        </w:rPr>
        <w:t>应该奉还给我们。你说是你们于国的，就是你们于国的路了，你我们找西国评理去。走走就走，哼！沈阳应该归你，</w:t>
      </w:r>
      <w:r>
        <w:rPr>
          <w:rFonts w:ascii="仿宋" w:eastAsia="仿宋" w:hAnsi="仿宋"/>
          <w:sz w:val="32"/>
          <w:lang w:eastAsia="zh-CN"/>
        </w:rPr>
        <w:lastRenderedPageBreak/>
        <w:t>不不不，都是你的嘛！两位贵人，你们给我评评理。二位请讲，这我家的母羊跑到他家里生了小羊，</w:t>
      </w:r>
    </w:p>
    <w:p w14:paraId="0A60113F" w14:textId="77777777" w:rsidR="00E87C95" w:rsidRDefault="00000000">
      <w:pPr>
        <w:spacing w:after="0" w:line="579" w:lineRule="exact"/>
        <w:ind w:firstLine="640"/>
        <w:rPr>
          <w:lang w:eastAsia="zh-CN"/>
        </w:rPr>
      </w:pPr>
      <w:r>
        <w:rPr>
          <w:rFonts w:ascii="仿宋" w:eastAsia="仿宋" w:hAnsi="仿宋"/>
          <w:sz w:val="32"/>
          <w:lang w:eastAsia="zh-CN"/>
        </w:rPr>
        <w:t>他帮我喂养许久，还要把母羊和小羊都归还于我。我觉得这母羊我可以留下，但小羊一定要给它，我就是暂时替人喂养这母羊，跟小羊都应该归它嘛，我不能占为己有啊。是你付出了劳动，展示了美德，我应当是有所回报的西伯，敬老慈少，也显示了美德何曾向我们索要回报啊？我要学习西部，不能收你的小杨两位贵人，我到底该不该收下小杨？</w:t>
      </w:r>
    </w:p>
    <w:p w14:paraId="22824AB2" w14:textId="77777777" w:rsidR="00E87C95" w:rsidRDefault="00000000">
      <w:pPr>
        <w:spacing w:after="0" w:line="579" w:lineRule="exact"/>
        <w:ind w:firstLine="640"/>
        <w:rPr>
          <w:lang w:eastAsia="zh-CN"/>
        </w:rPr>
      </w:pPr>
      <w:r>
        <w:rPr>
          <w:rFonts w:ascii="仿宋" w:eastAsia="仿宋" w:hAnsi="仿宋"/>
          <w:sz w:val="32"/>
          <w:lang w:eastAsia="zh-CN"/>
        </w:rPr>
        <w:t>我到底该不该？归还小羊。我觉得二位都是有美德的人。我们哪有资格裁决周人的事情，周人是我们的表率呀。哎。没脸见西伯了。我也没领去。他曾经对我们有恩，但是我们却没学到他的美德，我</w:t>
      </w:r>
      <w:proofErr w:type="gramStart"/>
      <w:r>
        <w:rPr>
          <w:rFonts w:ascii="仿宋" w:eastAsia="仿宋" w:hAnsi="仿宋"/>
          <w:sz w:val="32"/>
          <w:lang w:eastAsia="zh-CN"/>
        </w:rPr>
        <w:t>要把猎道的</w:t>
      </w:r>
      <w:proofErr w:type="gramEnd"/>
      <w:r>
        <w:rPr>
          <w:rFonts w:ascii="仿宋" w:eastAsia="仿宋" w:hAnsi="仿宋"/>
          <w:sz w:val="32"/>
          <w:lang w:eastAsia="zh-CN"/>
        </w:rPr>
        <w:t>路都还给你。瑞博路不重要，我们要做友好的邻国，对对对，做友好的邻国。</w:t>
      </w:r>
    </w:p>
    <w:p w14:paraId="7B7859F7" w14:textId="77777777" w:rsidR="00E87C95" w:rsidRDefault="00000000">
      <w:pPr>
        <w:spacing w:after="0" w:line="579" w:lineRule="exact"/>
        <w:ind w:firstLine="640"/>
        <w:rPr>
          <w:lang w:eastAsia="zh-CN"/>
        </w:rPr>
      </w:pPr>
      <w:r>
        <w:rPr>
          <w:rFonts w:ascii="仿宋" w:eastAsia="仿宋" w:hAnsi="仿宋"/>
          <w:sz w:val="32"/>
          <w:lang w:eastAsia="zh-CN"/>
        </w:rPr>
        <w:t>诸侯有争宋，不再到朝歌去。朝见商纣王，而是纷纷找西伯裁决。像余国和</w:t>
      </w:r>
      <w:proofErr w:type="gramStart"/>
      <w:r>
        <w:rPr>
          <w:rFonts w:ascii="仿宋" w:eastAsia="仿宋" w:hAnsi="仿宋"/>
          <w:sz w:val="32"/>
          <w:lang w:eastAsia="zh-CN"/>
        </w:rPr>
        <w:t>瑞国</w:t>
      </w:r>
      <w:proofErr w:type="gramEnd"/>
      <w:r>
        <w:rPr>
          <w:rFonts w:ascii="仿宋" w:eastAsia="仿宋" w:hAnsi="仿宋"/>
          <w:sz w:val="32"/>
          <w:lang w:eastAsia="zh-CN"/>
        </w:rPr>
        <w:t>这样没有见到西伯，就消灭了纷争的故事。我听说过，不止一次。这就是美德的力量啊。据历史记载，当时很多诸侯都说。西伯是受有上天之命的君主。齐国受命于天。革故鼎新的使命就落在了他的身上。君父，</w:t>
      </w:r>
    </w:p>
    <w:p w14:paraId="532047A0" w14:textId="77777777" w:rsidR="00E87C95" w:rsidRDefault="00000000">
      <w:pPr>
        <w:spacing w:after="0" w:line="579" w:lineRule="exact"/>
        <w:ind w:firstLine="640"/>
        <w:rPr>
          <w:lang w:eastAsia="zh-CN"/>
        </w:rPr>
      </w:pPr>
      <w:r>
        <w:rPr>
          <w:rFonts w:ascii="仿宋" w:eastAsia="仿宋" w:hAnsi="仿宋"/>
          <w:sz w:val="32"/>
          <w:lang w:eastAsia="zh-CN"/>
        </w:rPr>
        <w:t>君父。你们寻访各地数日。结果如果。军营的士兵纪律严明，勤于操练，不扰黎民，长者得以奉养。境内的长寿者越来越多，年轻的中人们喜学文，爱喜武。精于农业。官员</w:t>
      </w:r>
      <w:r>
        <w:rPr>
          <w:rFonts w:ascii="仿宋" w:eastAsia="仿宋" w:hAnsi="仿宋"/>
          <w:sz w:val="32"/>
          <w:lang w:eastAsia="zh-CN"/>
        </w:rPr>
        <w:lastRenderedPageBreak/>
        <w:t>们皆有美德。</w:t>
      </w:r>
      <w:proofErr w:type="gramStart"/>
      <w:r>
        <w:rPr>
          <w:rFonts w:ascii="仿宋" w:eastAsia="仿宋" w:hAnsi="仿宋"/>
          <w:sz w:val="32"/>
          <w:lang w:eastAsia="zh-CN"/>
        </w:rPr>
        <w:t>待溪波</w:t>
      </w:r>
      <w:proofErr w:type="gramEnd"/>
      <w:r>
        <w:rPr>
          <w:rFonts w:ascii="仿宋" w:eastAsia="仿宋" w:hAnsi="仿宋"/>
          <w:sz w:val="32"/>
          <w:lang w:eastAsia="zh-CN"/>
        </w:rPr>
        <w:t>行善，</w:t>
      </w:r>
      <w:proofErr w:type="gramStart"/>
      <w:r>
        <w:rPr>
          <w:rFonts w:ascii="仿宋" w:eastAsia="仿宋" w:hAnsi="仿宋"/>
          <w:sz w:val="32"/>
          <w:lang w:eastAsia="zh-CN"/>
        </w:rPr>
        <w:t>择鱼离民</w:t>
      </w:r>
      <w:proofErr w:type="gramEnd"/>
      <w:r>
        <w:rPr>
          <w:rFonts w:ascii="仿宋" w:eastAsia="仿宋" w:hAnsi="仿宋"/>
          <w:sz w:val="32"/>
          <w:lang w:eastAsia="zh-CN"/>
        </w:rPr>
        <w:t>啊。听到大家寻访的结果，</w:t>
      </w:r>
    </w:p>
    <w:p w14:paraId="18689860" w14:textId="77777777" w:rsidR="00E87C95" w:rsidRDefault="00000000">
      <w:pPr>
        <w:spacing w:after="0" w:line="579" w:lineRule="exact"/>
        <w:ind w:firstLine="640"/>
        <w:rPr>
          <w:lang w:eastAsia="zh-CN"/>
        </w:rPr>
      </w:pPr>
      <w:r>
        <w:rPr>
          <w:rFonts w:ascii="仿宋" w:eastAsia="仿宋" w:hAnsi="仿宋"/>
          <w:sz w:val="32"/>
          <w:lang w:eastAsia="zh-CN"/>
        </w:rPr>
        <w:t>我心里。审视匡威。我周</w:t>
      </w:r>
      <w:proofErr w:type="gramStart"/>
      <w:r>
        <w:rPr>
          <w:rFonts w:ascii="仿宋" w:eastAsia="仿宋" w:hAnsi="仿宋"/>
          <w:sz w:val="32"/>
          <w:lang w:eastAsia="zh-CN"/>
        </w:rPr>
        <w:t>国得以</w:t>
      </w:r>
      <w:proofErr w:type="gramEnd"/>
      <w:r>
        <w:rPr>
          <w:rFonts w:ascii="仿宋" w:eastAsia="仿宋" w:hAnsi="仿宋"/>
          <w:sz w:val="32"/>
          <w:lang w:eastAsia="zh-CN"/>
        </w:rPr>
        <w:t>振兴，现在是时候为我兄长报仇了，应立刻出兵伐崇。不可。贸然新兵伐崇。会给中国的黎明带去灾难。</w:t>
      </w:r>
      <w:proofErr w:type="gramStart"/>
      <w:r>
        <w:rPr>
          <w:rFonts w:ascii="仿宋" w:eastAsia="仿宋" w:hAnsi="仿宋"/>
          <w:sz w:val="32"/>
          <w:lang w:eastAsia="zh-CN"/>
        </w:rPr>
        <w:t>包瑞波于</w:t>
      </w:r>
      <w:proofErr w:type="gramEnd"/>
      <w:r>
        <w:rPr>
          <w:rFonts w:ascii="仿宋" w:eastAsia="仿宋" w:hAnsi="仿宋"/>
          <w:sz w:val="32"/>
          <w:lang w:eastAsia="zh-CN"/>
        </w:rPr>
        <w:t>波求见。瑞博拜见大王，于博拜见大王。二位诸侯急忙赶来，所为何事啊？大王。崇国的百姓饱受</w:t>
      </w:r>
      <w:proofErr w:type="gramStart"/>
      <w:r>
        <w:rPr>
          <w:rFonts w:ascii="仿宋" w:eastAsia="仿宋" w:hAnsi="仿宋"/>
          <w:sz w:val="32"/>
          <w:lang w:eastAsia="zh-CN"/>
        </w:rPr>
        <w:t>崇侯虎</w:t>
      </w:r>
      <w:proofErr w:type="gramEnd"/>
      <w:r>
        <w:rPr>
          <w:rFonts w:ascii="仿宋" w:eastAsia="仿宋" w:hAnsi="仿宋"/>
          <w:sz w:val="32"/>
          <w:lang w:eastAsia="zh-CN"/>
        </w:rPr>
        <w:t>暴虐之苦，</w:t>
      </w:r>
    </w:p>
    <w:p w14:paraId="7FAA46C8" w14:textId="77777777" w:rsidR="00E87C95" w:rsidRDefault="00000000">
      <w:pPr>
        <w:spacing w:after="0" w:line="579" w:lineRule="exact"/>
        <w:ind w:firstLine="640"/>
        <w:rPr>
          <w:lang w:eastAsia="zh-CN"/>
        </w:rPr>
      </w:pPr>
      <w:r>
        <w:rPr>
          <w:rFonts w:ascii="仿宋" w:eastAsia="仿宋" w:hAnsi="仿宋"/>
          <w:sz w:val="32"/>
          <w:lang w:eastAsia="zh-CN"/>
        </w:rPr>
        <w:t>用尽力气劳作，依然无法吃饱穿暖呐！大王崇国，很多百姓逃难至我于国，但</w:t>
      </w:r>
      <w:proofErr w:type="gramStart"/>
      <w:r>
        <w:rPr>
          <w:rFonts w:ascii="仿宋" w:eastAsia="仿宋" w:hAnsi="仿宋"/>
          <w:sz w:val="32"/>
          <w:lang w:eastAsia="zh-CN"/>
        </w:rPr>
        <w:t>那崇侯虎</w:t>
      </w:r>
      <w:proofErr w:type="gramEnd"/>
      <w:r>
        <w:rPr>
          <w:rFonts w:ascii="仿宋" w:eastAsia="仿宋" w:hAnsi="仿宋"/>
          <w:sz w:val="32"/>
          <w:lang w:eastAsia="zh-CN"/>
        </w:rPr>
        <w:t>却命我等遣返难民。否则，否则就要罚我于国，</w:t>
      </w:r>
      <w:proofErr w:type="gramStart"/>
      <w:r>
        <w:rPr>
          <w:rFonts w:ascii="仿宋" w:eastAsia="仿宋" w:hAnsi="仿宋"/>
          <w:sz w:val="32"/>
          <w:lang w:eastAsia="zh-CN"/>
        </w:rPr>
        <w:t>我瑞国</w:t>
      </w:r>
      <w:proofErr w:type="gramEnd"/>
      <w:r>
        <w:rPr>
          <w:rFonts w:ascii="仿宋" w:eastAsia="仿宋" w:hAnsi="仿宋"/>
          <w:sz w:val="32"/>
          <w:lang w:eastAsia="zh-CN"/>
        </w:rPr>
        <w:t>也是一样。我和余波不忍将他们遣返，眼看他们送死，撤来求助大王。请大王救救这些难民吧。大王</w:t>
      </w:r>
      <w:proofErr w:type="gramStart"/>
      <w:r>
        <w:rPr>
          <w:rFonts w:ascii="仿宋" w:eastAsia="仿宋" w:hAnsi="仿宋"/>
          <w:sz w:val="32"/>
          <w:lang w:eastAsia="zh-CN"/>
        </w:rPr>
        <w:t>崇侯虎</w:t>
      </w:r>
      <w:proofErr w:type="gramEnd"/>
      <w:r>
        <w:rPr>
          <w:rFonts w:ascii="仿宋" w:eastAsia="仿宋" w:hAnsi="仿宋"/>
          <w:sz w:val="32"/>
          <w:lang w:eastAsia="zh-CN"/>
        </w:rPr>
        <w:t>。不但</w:t>
      </w:r>
      <w:proofErr w:type="gramStart"/>
      <w:r>
        <w:rPr>
          <w:rFonts w:ascii="仿宋" w:eastAsia="仿宋" w:hAnsi="仿宋"/>
          <w:sz w:val="32"/>
          <w:lang w:eastAsia="zh-CN"/>
        </w:rPr>
        <w:t>助诸为虐</w:t>
      </w:r>
      <w:proofErr w:type="gramEnd"/>
      <w:r>
        <w:rPr>
          <w:rFonts w:ascii="仿宋" w:eastAsia="仿宋" w:hAnsi="仿宋"/>
          <w:sz w:val="32"/>
          <w:lang w:eastAsia="zh-CN"/>
        </w:rPr>
        <w:t>，还对崇国黎民施以暴政。</w:t>
      </w:r>
    </w:p>
    <w:p w14:paraId="426A516E" w14:textId="77777777" w:rsidR="00E87C95" w:rsidRDefault="00000000">
      <w:pPr>
        <w:spacing w:after="0" w:line="579" w:lineRule="exact"/>
        <w:ind w:firstLine="640"/>
        <w:rPr>
          <w:lang w:eastAsia="zh-CN"/>
        </w:rPr>
      </w:pPr>
      <w:r>
        <w:rPr>
          <w:rFonts w:ascii="仿宋" w:eastAsia="仿宋" w:hAnsi="仿宋"/>
          <w:sz w:val="32"/>
          <w:lang w:eastAsia="zh-CN"/>
        </w:rPr>
        <w:t>诸侯不满，黎民受苦。到了大王。行天道的时候了。大王，大王。请大王行天道，应民心伐灭。崇国革除暴虐之</w:t>
      </w:r>
      <w:proofErr w:type="gramStart"/>
      <w:r>
        <w:rPr>
          <w:rFonts w:ascii="仿宋" w:eastAsia="仿宋" w:hAnsi="仿宋"/>
          <w:sz w:val="32"/>
          <w:lang w:eastAsia="zh-CN"/>
        </w:rPr>
        <w:t>殇</w:t>
      </w:r>
      <w:proofErr w:type="gramEnd"/>
      <w:r>
        <w:rPr>
          <w:rFonts w:ascii="仿宋" w:eastAsia="仿宋" w:hAnsi="仿宋"/>
          <w:sz w:val="32"/>
          <w:lang w:eastAsia="zh-CN"/>
        </w:rPr>
        <w:t>。为王者。当以造福天下万民为己任。我以殷商为鉴，以民心为鉴。心里早有答案。</w:t>
      </w:r>
      <w:proofErr w:type="gramStart"/>
      <w:r>
        <w:rPr>
          <w:rFonts w:ascii="仿宋" w:eastAsia="仿宋" w:hAnsi="仿宋"/>
          <w:sz w:val="32"/>
          <w:lang w:eastAsia="zh-CN"/>
        </w:rPr>
        <w:t>唯今欲</w:t>
      </w:r>
      <w:proofErr w:type="gramEnd"/>
      <w:r>
        <w:rPr>
          <w:rFonts w:ascii="仿宋" w:eastAsia="仿宋" w:hAnsi="仿宋"/>
          <w:sz w:val="32"/>
          <w:lang w:eastAsia="zh-CN"/>
        </w:rPr>
        <w:t>要，</w:t>
      </w:r>
    </w:p>
    <w:p w14:paraId="03C2BCA9" w14:textId="77777777" w:rsidR="00E87C95" w:rsidRDefault="00000000">
      <w:pPr>
        <w:spacing w:after="0" w:line="579" w:lineRule="exact"/>
        <w:ind w:firstLine="640"/>
        <w:rPr>
          <w:lang w:eastAsia="zh-CN"/>
        </w:rPr>
      </w:pPr>
      <w:r>
        <w:rPr>
          <w:rFonts w:ascii="仿宋" w:eastAsia="仿宋" w:hAnsi="仿宋"/>
          <w:sz w:val="32"/>
          <w:lang w:eastAsia="zh-CN"/>
        </w:rPr>
        <w:t>造福天下。唯有变革</w:t>
      </w:r>
      <w:proofErr w:type="gramStart"/>
      <w:r>
        <w:rPr>
          <w:rFonts w:ascii="仿宋" w:eastAsia="仿宋" w:hAnsi="仿宋"/>
          <w:sz w:val="32"/>
          <w:lang w:eastAsia="zh-CN"/>
        </w:rPr>
        <w:t>以</w:t>
      </w:r>
      <w:proofErr w:type="gramEnd"/>
      <w:r>
        <w:rPr>
          <w:rFonts w:ascii="仿宋" w:eastAsia="仿宋" w:hAnsi="仿宋"/>
          <w:sz w:val="32"/>
          <w:lang w:eastAsia="zh-CN"/>
        </w:rPr>
        <w:t>。变革的目的不仅要。推翻旧的保证。更要建立。新的统一。各诸侯国。统一于心的理智。新的美德，新的法度。此</w:t>
      </w:r>
      <w:proofErr w:type="gramStart"/>
      <w:r>
        <w:rPr>
          <w:rFonts w:ascii="仿宋" w:eastAsia="仿宋" w:hAnsi="仿宋"/>
          <w:sz w:val="32"/>
          <w:lang w:eastAsia="zh-CN"/>
        </w:rPr>
        <w:t>之</w:t>
      </w:r>
      <w:proofErr w:type="gramEnd"/>
      <w:r>
        <w:rPr>
          <w:rFonts w:ascii="仿宋" w:eastAsia="仿宋" w:hAnsi="仿宋"/>
          <w:sz w:val="32"/>
          <w:lang w:eastAsia="zh-CN"/>
        </w:rPr>
        <w:t>谓。革故鼎新。我等。愿随大王革，故鼎新众人群力。</w:t>
      </w:r>
    </w:p>
    <w:p w14:paraId="60CC4EBF" w14:textId="77777777" w:rsidR="00E87C95" w:rsidRDefault="00000000">
      <w:pPr>
        <w:spacing w:after="0" w:line="579" w:lineRule="exact"/>
        <w:ind w:firstLine="640"/>
        <w:rPr>
          <w:lang w:eastAsia="zh-CN"/>
        </w:rPr>
      </w:pPr>
      <w:r>
        <w:rPr>
          <w:rFonts w:ascii="仿宋" w:eastAsia="仿宋" w:hAnsi="仿宋"/>
          <w:sz w:val="32"/>
          <w:lang w:eastAsia="zh-CN"/>
        </w:rPr>
        <w:t>集合军队。中国</w:t>
      </w:r>
      <w:proofErr w:type="gramStart"/>
      <w:r>
        <w:rPr>
          <w:rFonts w:ascii="仿宋" w:eastAsia="仿宋" w:hAnsi="仿宋"/>
          <w:sz w:val="32"/>
          <w:lang w:eastAsia="zh-CN"/>
        </w:rPr>
        <w:t>助诸为虐</w:t>
      </w:r>
      <w:proofErr w:type="gramEnd"/>
      <w:r>
        <w:rPr>
          <w:rFonts w:ascii="仿宋" w:eastAsia="仿宋" w:hAnsi="仿宋"/>
          <w:sz w:val="32"/>
          <w:lang w:eastAsia="zh-CN"/>
        </w:rPr>
        <w:t>。致使生灵涂炭。我周国，遵循天道。因救黎明于水火，</w:t>
      </w:r>
      <w:proofErr w:type="gramStart"/>
      <w:r>
        <w:rPr>
          <w:rFonts w:ascii="仿宋" w:eastAsia="仿宋" w:hAnsi="仿宋"/>
          <w:sz w:val="32"/>
          <w:lang w:eastAsia="zh-CN"/>
        </w:rPr>
        <w:t>拔虫灭</w:t>
      </w:r>
      <w:proofErr w:type="gramEnd"/>
      <w:r>
        <w:rPr>
          <w:rFonts w:ascii="仿宋" w:eastAsia="仿宋" w:hAnsi="仿宋"/>
          <w:sz w:val="32"/>
          <w:lang w:eastAsia="zh-CN"/>
        </w:rPr>
        <w:t>伤。革故鼎新。</w:t>
      </w:r>
      <w:proofErr w:type="gramStart"/>
      <w:r>
        <w:rPr>
          <w:rFonts w:ascii="仿宋" w:eastAsia="仿宋" w:hAnsi="仿宋"/>
          <w:sz w:val="32"/>
          <w:lang w:eastAsia="zh-CN"/>
        </w:rPr>
        <w:t>茶虫电商</w:t>
      </w:r>
      <w:proofErr w:type="gramEnd"/>
      <w:r>
        <w:rPr>
          <w:rFonts w:ascii="仿宋" w:eastAsia="仿宋" w:hAnsi="仿宋"/>
          <w:sz w:val="32"/>
          <w:lang w:eastAsia="zh-CN"/>
        </w:rPr>
        <w:lastRenderedPageBreak/>
        <w:t>革故鼎新。</w:t>
      </w:r>
      <w:proofErr w:type="gramStart"/>
      <w:r>
        <w:rPr>
          <w:rFonts w:ascii="仿宋" w:eastAsia="仿宋" w:hAnsi="仿宋"/>
          <w:sz w:val="32"/>
          <w:lang w:eastAsia="zh-CN"/>
        </w:rPr>
        <w:t>茶虫电商</w:t>
      </w:r>
      <w:proofErr w:type="gramEnd"/>
      <w:r>
        <w:rPr>
          <w:rFonts w:ascii="仿宋" w:eastAsia="仿宋" w:hAnsi="仿宋"/>
          <w:sz w:val="32"/>
          <w:lang w:eastAsia="zh-CN"/>
        </w:rPr>
        <w:t>革故鼎新。痛将全令。不不。</w:t>
      </w:r>
      <w:proofErr w:type="gramStart"/>
      <w:r>
        <w:rPr>
          <w:rFonts w:ascii="仿宋" w:eastAsia="仿宋" w:hAnsi="仿宋"/>
          <w:sz w:val="32"/>
          <w:lang w:eastAsia="zh-CN"/>
        </w:rPr>
        <w:t>我发崇国</w:t>
      </w:r>
      <w:proofErr w:type="gramEnd"/>
      <w:r>
        <w:rPr>
          <w:rFonts w:ascii="仿宋" w:eastAsia="仿宋" w:hAnsi="仿宋"/>
          <w:sz w:val="32"/>
          <w:lang w:eastAsia="zh-CN"/>
        </w:rPr>
        <w:t>。是为了。护佑黎民。</w:t>
      </w:r>
    </w:p>
    <w:p w14:paraId="18F5EDCD" w14:textId="77777777" w:rsidR="00E87C95" w:rsidRDefault="00000000">
      <w:pPr>
        <w:spacing w:after="0" w:line="579" w:lineRule="exact"/>
        <w:ind w:firstLine="640"/>
        <w:rPr>
          <w:lang w:eastAsia="zh-CN"/>
        </w:rPr>
      </w:pPr>
      <w:r>
        <w:rPr>
          <w:rFonts w:ascii="仿宋" w:eastAsia="仿宋" w:hAnsi="仿宋"/>
          <w:sz w:val="32"/>
          <w:lang w:eastAsia="zh-CN"/>
        </w:rPr>
        <w:t>即使在此。严明军纪。玉不许杀害黎明。二不许破坏房屋。三不许填埋水井。四不许砍伐树木。五不许伤害深处。但此五项军纪者。并斩不饶。简直。哦哦哦。经过铜锅城墙十分坚固，久攻不下，我军连三攻城，商王颇大。</w:t>
      </w:r>
    </w:p>
    <w:p w14:paraId="2DB080FB" w14:textId="77777777" w:rsidR="00E87C95" w:rsidRDefault="00000000">
      <w:pPr>
        <w:spacing w:after="0" w:line="579" w:lineRule="exact"/>
        <w:ind w:firstLine="640"/>
        <w:rPr>
          <w:lang w:eastAsia="zh-CN"/>
        </w:rPr>
      </w:pPr>
      <w:r>
        <w:rPr>
          <w:rFonts w:ascii="仿宋" w:eastAsia="仿宋" w:hAnsi="仿宋"/>
          <w:sz w:val="32"/>
          <w:lang w:eastAsia="zh-CN"/>
        </w:rPr>
        <w:t>中奖，天地。暂停工程休整军队。哦。革其故，</w:t>
      </w:r>
      <w:proofErr w:type="gramStart"/>
      <w:r>
        <w:rPr>
          <w:rFonts w:ascii="仿宋" w:eastAsia="仿宋" w:hAnsi="仿宋"/>
          <w:sz w:val="32"/>
          <w:lang w:eastAsia="zh-CN"/>
        </w:rPr>
        <w:t>鼎其新</w:t>
      </w:r>
      <w:proofErr w:type="gramEnd"/>
      <w:r>
        <w:rPr>
          <w:rFonts w:ascii="仿宋" w:eastAsia="仿宋" w:hAnsi="仿宋"/>
          <w:sz w:val="32"/>
          <w:lang w:eastAsia="zh-CN"/>
        </w:rPr>
        <w:t>。即使像文王这样的君子。也经历了一场艰难的过程。据历史记载。文</w:t>
      </w:r>
      <w:proofErr w:type="gramStart"/>
      <w:r>
        <w:rPr>
          <w:rFonts w:ascii="仿宋" w:eastAsia="仿宋" w:hAnsi="仿宋"/>
          <w:sz w:val="32"/>
          <w:lang w:eastAsia="zh-CN"/>
        </w:rPr>
        <w:t>王伐崇战事</w:t>
      </w:r>
      <w:proofErr w:type="gramEnd"/>
      <w:r>
        <w:rPr>
          <w:rFonts w:ascii="仿宋" w:eastAsia="仿宋" w:hAnsi="仿宋"/>
          <w:sz w:val="32"/>
          <w:lang w:eastAsia="zh-CN"/>
        </w:rPr>
        <w:t>极其宏大。无奈，崇国的城墙实在太坚固。周国和诸侯的军队苦战数月，久攻不下。但文王没有放弃。</w:t>
      </w:r>
    </w:p>
    <w:p w14:paraId="6750D6CD" w14:textId="77777777" w:rsidR="00E87C95" w:rsidRDefault="00000000">
      <w:pPr>
        <w:spacing w:after="0" w:line="579" w:lineRule="exact"/>
        <w:ind w:firstLine="640"/>
        <w:rPr>
          <w:lang w:eastAsia="zh-CN"/>
        </w:rPr>
      </w:pPr>
      <w:r>
        <w:rPr>
          <w:rFonts w:ascii="仿宋" w:eastAsia="仿宋" w:hAnsi="仿宋"/>
          <w:sz w:val="32"/>
          <w:lang w:eastAsia="zh-CN"/>
        </w:rPr>
        <w:t>后来他休教军民，振奋人心，再发崇国。起床，起床。看见这些奴隶没有？看见这些贱民没有？你不是爱您吗？你若攻城。我</w:t>
      </w:r>
      <w:proofErr w:type="gramStart"/>
      <w:r>
        <w:rPr>
          <w:rFonts w:ascii="仿宋" w:eastAsia="仿宋" w:hAnsi="仿宋"/>
          <w:sz w:val="32"/>
          <w:lang w:eastAsia="zh-CN"/>
        </w:rPr>
        <w:t>将见先对准</w:t>
      </w:r>
      <w:proofErr w:type="gramEnd"/>
      <w:r>
        <w:rPr>
          <w:rFonts w:ascii="仿宋" w:eastAsia="仿宋" w:hAnsi="仿宋"/>
          <w:sz w:val="32"/>
          <w:lang w:eastAsia="zh-CN"/>
        </w:rPr>
        <w:t>他们。我他妈先射死。大王。冲后虎驱赶武功，黎民在城墙上张箭。阻挡我军攻势啊！</w:t>
      </w:r>
    </w:p>
    <w:p w14:paraId="234D6A77" w14:textId="77777777" w:rsidR="00E87C95" w:rsidRDefault="00000000">
      <w:pPr>
        <w:spacing w:after="0" w:line="579" w:lineRule="exact"/>
        <w:ind w:firstLine="640"/>
        <w:rPr>
          <w:lang w:eastAsia="zh-CN"/>
        </w:rPr>
      </w:pPr>
      <w:r>
        <w:rPr>
          <w:rFonts w:ascii="仿宋" w:eastAsia="仿宋" w:hAnsi="仿宋"/>
          <w:sz w:val="32"/>
          <w:lang w:eastAsia="zh-CN"/>
        </w:rPr>
        <w:t>君父，我军将士既不敢放手攻击退，又恐遭伏击，进退两难啊！楚国虎此举皆恶，我若顺势破城，必然商王惨重，血流成河。号令众将，按兵不动。射杀百姓者斩。到。敌军援兵正在来袭。一旦龙和虎的援兵到达，腹背受敌，</w:t>
      </w:r>
    </w:p>
    <w:p w14:paraId="6BFA1199" w14:textId="77777777" w:rsidR="00E87C95" w:rsidRDefault="00000000">
      <w:pPr>
        <w:spacing w:after="0" w:line="579" w:lineRule="exact"/>
        <w:ind w:firstLine="640"/>
        <w:rPr>
          <w:lang w:eastAsia="zh-CN"/>
        </w:rPr>
      </w:pPr>
      <w:r>
        <w:rPr>
          <w:rFonts w:ascii="仿宋" w:eastAsia="仿宋" w:hAnsi="仿宋"/>
          <w:sz w:val="32"/>
          <w:lang w:eastAsia="zh-CN"/>
        </w:rPr>
        <w:t>我们必败无疑，或进或撤，请君父速速决断。</w:t>
      </w:r>
      <w:proofErr w:type="gramStart"/>
      <w:r>
        <w:rPr>
          <w:rFonts w:ascii="仿宋" w:eastAsia="仿宋" w:hAnsi="仿宋"/>
          <w:sz w:val="32"/>
          <w:lang w:eastAsia="zh-CN"/>
        </w:rPr>
        <w:t>崇侯虎就是</w:t>
      </w:r>
      <w:proofErr w:type="gramEnd"/>
      <w:r>
        <w:rPr>
          <w:rFonts w:ascii="仿宋" w:eastAsia="仿宋" w:hAnsi="仿宋"/>
          <w:sz w:val="32"/>
          <w:lang w:eastAsia="zh-CN"/>
        </w:rPr>
        <w:t>禽兽，他把我的父兄给拉到城墙上去挡箭，没活路了，咱们拼死一搏，攻上城墙，杀死</w:t>
      </w:r>
      <w:proofErr w:type="gramStart"/>
      <w:r>
        <w:rPr>
          <w:rFonts w:ascii="仿宋" w:eastAsia="仿宋" w:hAnsi="仿宋"/>
          <w:sz w:val="32"/>
          <w:lang w:eastAsia="zh-CN"/>
        </w:rPr>
        <w:t>崇侯虎</w:t>
      </w:r>
      <w:proofErr w:type="gramEnd"/>
      <w:r>
        <w:rPr>
          <w:rFonts w:ascii="仿宋" w:eastAsia="仿宋" w:hAnsi="仿宋"/>
          <w:sz w:val="32"/>
          <w:lang w:eastAsia="zh-CN"/>
        </w:rPr>
        <w:t>。横竖都是一死。拼了</w:t>
      </w:r>
      <w:r>
        <w:rPr>
          <w:rFonts w:ascii="仿宋" w:eastAsia="仿宋" w:hAnsi="仿宋"/>
          <w:sz w:val="32"/>
          <w:lang w:eastAsia="zh-CN"/>
        </w:rPr>
        <w:lastRenderedPageBreak/>
        <w:t>若</w:t>
      </w:r>
      <w:proofErr w:type="gramStart"/>
      <w:r>
        <w:rPr>
          <w:rFonts w:ascii="仿宋" w:eastAsia="仿宋" w:hAnsi="仿宋"/>
          <w:sz w:val="32"/>
          <w:lang w:eastAsia="zh-CN"/>
        </w:rPr>
        <w:t>能迎西伯</w:t>
      </w:r>
      <w:proofErr w:type="gramEnd"/>
      <w:r>
        <w:rPr>
          <w:rFonts w:ascii="仿宋" w:eastAsia="仿宋" w:hAnsi="仿宋"/>
          <w:sz w:val="32"/>
          <w:lang w:eastAsia="zh-CN"/>
        </w:rPr>
        <w:t>进城，咱们就还有活路，杀死楚河胡，</w:t>
      </w:r>
      <w:proofErr w:type="gramStart"/>
      <w:r>
        <w:rPr>
          <w:rFonts w:ascii="仿宋" w:eastAsia="仿宋" w:hAnsi="仿宋"/>
          <w:sz w:val="32"/>
          <w:lang w:eastAsia="zh-CN"/>
        </w:rPr>
        <w:t>恭迎西</w:t>
      </w:r>
      <w:proofErr w:type="gramEnd"/>
      <w:r>
        <w:rPr>
          <w:rFonts w:ascii="仿宋" w:eastAsia="仿宋" w:hAnsi="仿宋"/>
          <w:sz w:val="32"/>
          <w:lang w:eastAsia="zh-CN"/>
        </w:rPr>
        <w:t>伯。不干了，</w:t>
      </w:r>
    </w:p>
    <w:p w14:paraId="73820786" w14:textId="77777777" w:rsidR="00E87C95" w:rsidRDefault="00000000">
      <w:pPr>
        <w:spacing w:after="0" w:line="579" w:lineRule="exact"/>
        <w:ind w:firstLine="640"/>
        <w:rPr>
          <w:lang w:eastAsia="zh-CN"/>
        </w:rPr>
      </w:pPr>
      <w:r>
        <w:rPr>
          <w:rFonts w:ascii="仿宋" w:eastAsia="仿宋" w:hAnsi="仿宋"/>
          <w:sz w:val="32"/>
          <w:lang w:eastAsia="zh-CN"/>
        </w:rPr>
        <w:t>我也干了，咱们一起干，对一起干，杀虫吼虎，</w:t>
      </w:r>
      <w:proofErr w:type="gramStart"/>
      <w:r>
        <w:rPr>
          <w:rFonts w:ascii="仿宋" w:eastAsia="仿宋" w:hAnsi="仿宋"/>
          <w:sz w:val="32"/>
          <w:lang w:eastAsia="zh-CN"/>
        </w:rPr>
        <w:t>岩锡光</w:t>
      </w:r>
      <w:proofErr w:type="gramEnd"/>
      <w:r>
        <w:rPr>
          <w:rFonts w:ascii="仿宋" w:eastAsia="仿宋" w:hAnsi="仿宋"/>
          <w:sz w:val="32"/>
          <w:lang w:eastAsia="zh-CN"/>
        </w:rPr>
        <w:t>冲啊。冲</w:t>
      </w:r>
      <w:proofErr w:type="gramStart"/>
      <w:r>
        <w:rPr>
          <w:rFonts w:ascii="仿宋" w:eastAsia="仿宋" w:hAnsi="仿宋"/>
          <w:sz w:val="32"/>
          <w:lang w:eastAsia="zh-CN"/>
        </w:rPr>
        <w:t>啊冲啊冲</w:t>
      </w:r>
      <w:proofErr w:type="gramEnd"/>
      <w:r>
        <w:rPr>
          <w:rFonts w:ascii="仿宋" w:eastAsia="仿宋" w:hAnsi="仿宋"/>
          <w:sz w:val="32"/>
          <w:lang w:eastAsia="zh-CN"/>
        </w:rPr>
        <w:t>啊。师父，快看！崇国的黎明去世了。虎口虎无</w:t>
      </w:r>
      <w:proofErr w:type="gramStart"/>
      <w:r>
        <w:rPr>
          <w:rFonts w:ascii="仿宋" w:eastAsia="仿宋" w:hAnsi="仿宋"/>
          <w:sz w:val="32"/>
          <w:lang w:eastAsia="zh-CN"/>
        </w:rPr>
        <w:t>躁</w:t>
      </w:r>
      <w:proofErr w:type="gramEnd"/>
      <w:r>
        <w:rPr>
          <w:rFonts w:ascii="仿宋" w:eastAsia="仿宋" w:hAnsi="仿宋"/>
          <w:sz w:val="32"/>
          <w:lang w:eastAsia="zh-CN"/>
        </w:rPr>
        <w:t>，不战自乱呐，你们敢反？你们敢反把你们都杀了，快全都杀了，</w:t>
      </w:r>
      <w:proofErr w:type="gramStart"/>
      <w:r>
        <w:rPr>
          <w:rFonts w:ascii="仿宋" w:eastAsia="仿宋" w:hAnsi="仿宋"/>
          <w:sz w:val="32"/>
          <w:lang w:eastAsia="zh-CN"/>
        </w:rPr>
        <w:t>崇侯虎</w:t>
      </w:r>
      <w:proofErr w:type="gramEnd"/>
      <w:r>
        <w:rPr>
          <w:rFonts w:ascii="仿宋" w:eastAsia="仿宋" w:hAnsi="仿宋"/>
          <w:sz w:val="32"/>
          <w:lang w:eastAsia="zh-CN"/>
        </w:rPr>
        <w:t>。</w:t>
      </w:r>
    </w:p>
    <w:p w14:paraId="5E67A414" w14:textId="77777777" w:rsidR="00E87C95" w:rsidRDefault="00000000">
      <w:pPr>
        <w:spacing w:after="0" w:line="579" w:lineRule="exact"/>
        <w:ind w:firstLine="640"/>
        <w:rPr>
          <w:lang w:eastAsia="zh-CN"/>
        </w:rPr>
      </w:pPr>
      <w:r>
        <w:rPr>
          <w:rFonts w:ascii="仿宋" w:eastAsia="仿宋" w:hAnsi="仿宋"/>
          <w:sz w:val="32"/>
          <w:lang w:eastAsia="zh-CN"/>
        </w:rPr>
        <w:t>沧海黎明。将士们。受够你了。哦哦。你们也敢反我下。重后护一杯新的啊。压下去，迎接西部。中国居民供应希望中国居民供应希望。</w:t>
      </w:r>
      <w:proofErr w:type="gramStart"/>
      <w:r>
        <w:rPr>
          <w:rFonts w:ascii="仿宋" w:eastAsia="仿宋" w:hAnsi="仿宋"/>
          <w:sz w:val="32"/>
          <w:lang w:eastAsia="zh-CN"/>
        </w:rPr>
        <w:t>君父出火</w:t>
      </w:r>
      <w:proofErr w:type="gramEnd"/>
      <w:r>
        <w:rPr>
          <w:rFonts w:ascii="仿宋" w:eastAsia="仿宋" w:hAnsi="仿宋"/>
          <w:sz w:val="32"/>
          <w:lang w:eastAsia="zh-CN"/>
        </w:rPr>
        <w:t>，虎被擒了。崇国的军民在迎接我们。随我进球。拜谢崇国军民西伯威武，西伯威武，</w:t>
      </w:r>
    </w:p>
    <w:p w14:paraId="490E6B9B" w14:textId="77777777" w:rsidR="00E87C95" w:rsidRDefault="00000000">
      <w:pPr>
        <w:spacing w:after="0" w:line="579" w:lineRule="exact"/>
        <w:ind w:firstLine="640"/>
        <w:rPr>
          <w:lang w:eastAsia="zh-CN"/>
        </w:rPr>
      </w:pPr>
      <w:r>
        <w:rPr>
          <w:rFonts w:ascii="仿宋" w:eastAsia="仿宋" w:hAnsi="仿宋"/>
          <w:sz w:val="32"/>
          <w:lang w:eastAsia="zh-CN"/>
        </w:rPr>
        <w:t>西伯威武，西伯威武。西部队伍。西伯威武。西伯昌拜谢崇国君民。拜谢崇国军民。锡波威武，锡波威武锡。</w:t>
      </w:r>
      <w:proofErr w:type="gramStart"/>
      <w:r>
        <w:rPr>
          <w:rFonts w:ascii="仿宋" w:eastAsia="仿宋" w:hAnsi="仿宋"/>
          <w:sz w:val="32"/>
          <w:lang w:eastAsia="zh-CN"/>
        </w:rPr>
        <w:t>西伯威虎西伯威虎西伯威虎西伯威虎</w:t>
      </w:r>
      <w:proofErr w:type="gramEnd"/>
      <w:r>
        <w:rPr>
          <w:rFonts w:ascii="仿宋" w:eastAsia="仿宋" w:hAnsi="仿宋"/>
          <w:sz w:val="32"/>
          <w:lang w:eastAsia="zh-CN"/>
        </w:rPr>
        <w:t>西</w:t>
      </w:r>
      <w:proofErr w:type="gramStart"/>
      <w:r>
        <w:rPr>
          <w:rFonts w:ascii="仿宋" w:eastAsia="仿宋" w:hAnsi="仿宋"/>
          <w:sz w:val="32"/>
          <w:lang w:eastAsia="zh-CN"/>
        </w:rPr>
        <w:t>伯威虎虎口虎</w:t>
      </w:r>
      <w:proofErr w:type="gramEnd"/>
      <w:r>
        <w:rPr>
          <w:rFonts w:ascii="仿宋" w:eastAsia="仿宋" w:hAnsi="仿宋"/>
          <w:sz w:val="32"/>
          <w:lang w:eastAsia="zh-CN"/>
        </w:rPr>
        <w:t>。残害黎明。拖下去斩。你不得好死。你不得好死。西伯利亚。西伯威武，</w:t>
      </w:r>
    </w:p>
    <w:p w14:paraId="4942F911" w14:textId="77777777" w:rsidR="00E87C95" w:rsidRDefault="00000000">
      <w:pPr>
        <w:spacing w:after="0" w:line="579" w:lineRule="exact"/>
        <w:ind w:firstLine="640"/>
        <w:rPr>
          <w:lang w:eastAsia="zh-CN"/>
        </w:rPr>
      </w:pPr>
      <w:r>
        <w:rPr>
          <w:rFonts w:ascii="仿宋" w:eastAsia="仿宋" w:hAnsi="仿宋"/>
          <w:sz w:val="32"/>
          <w:lang w:eastAsia="zh-CN"/>
        </w:rPr>
        <w:t>西伯威武，西伯威武。七国威武，七国威武。锡波威武，锡波威武。威武西伯威武。</w:t>
      </w:r>
      <w:proofErr w:type="gramStart"/>
      <w:r>
        <w:rPr>
          <w:rFonts w:ascii="仿宋" w:eastAsia="仿宋" w:hAnsi="仿宋"/>
          <w:sz w:val="32"/>
          <w:lang w:eastAsia="zh-CN"/>
        </w:rPr>
        <w:t>西伯威虎西伯威虎西伯威虎</w:t>
      </w:r>
      <w:proofErr w:type="gramEnd"/>
      <w:r>
        <w:rPr>
          <w:rFonts w:ascii="仿宋" w:eastAsia="仿宋" w:hAnsi="仿宋"/>
          <w:sz w:val="32"/>
          <w:lang w:eastAsia="zh-CN"/>
        </w:rPr>
        <w:t>。</w:t>
      </w:r>
      <w:proofErr w:type="gramStart"/>
      <w:r>
        <w:rPr>
          <w:rFonts w:ascii="仿宋" w:eastAsia="仿宋" w:hAnsi="仿宋"/>
          <w:sz w:val="32"/>
          <w:lang w:eastAsia="zh-CN"/>
        </w:rPr>
        <w:t>七波威武</w:t>
      </w:r>
      <w:proofErr w:type="gramEnd"/>
      <w:r>
        <w:rPr>
          <w:rFonts w:ascii="仿宋" w:eastAsia="仿宋" w:hAnsi="仿宋"/>
          <w:sz w:val="32"/>
          <w:lang w:eastAsia="zh-CN"/>
        </w:rPr>
        <w:t>，</w:t>
      </w:r>
      <w:proofErr w:type="gramStart"/>
      <w:r>
        <w:rPr>
          <w:rFonts w:ascii="仿宋" w:eastAsia="仿宋" w:hAnsi="仿宋"/>
          <w:sz w:val="32"/>
          <w:lang w:eastAsia="zh-CN"/>
        </w:rPr>
        <w:t>七波威武</w:t>
      </w:r>
      <w:proofErr w:type="gramEnd"/>
      <w:r>
        <w:rPr>
          <w:rFonts w:ascii="仿宋" w:eastAsia="仿宋" w:hAnsi="仿宋"/>
          <w:sz w:val="32"/>
          <w:lang w:eastAsia="zh-CN"/>
        </w:rPr>
        <w:t>，</w:t>
      </w:r>
      <w:proofErr w:type="gramStart"/>
      <w:r>
        <w:rPr>
          <w:rFonts w:ascii="仿宋" w:eastAsia="仿宋" w:hAnsi="仿宋"/>
          <w:sz w:val="32"/>
          <w:lang w:eastAsia="zh-CN"/>
        </w:rPr>
        <w:t>七波威武</w:t>
      </w:r>
      <w:proofErr w:type="gramEnd"/>
      <w:r>
        <w:rPr>
          <w:rFonts w:ascii="仿宋" w:eastAsia="仿宋" w:hAnsi="仿宋"/>
          <w:sz w:val="32"/>
          <w:lang w:eastAsia="zh-CN"/>
        </w:rPr>
        <w:t>。文王伐楚。顺天应民。上下一心最终。取胜吧。</w:t>
      </w:r>
    </w:p>
    <w:p w14:paraId="2959E043" w14:textId="77777777" w:rsidR="00E87C95" w:rsidRDefault="00000000">
      <w:pPr>
        <w:spacing w:after="0" w:line="579" w:lineRule="exact"/>
        <w:ind w:firstLine="640"/>
        <w:rPr>
          <w:lang w:eastAsia="zh-CN"/>
        </w:rPr>
      </w:pPr>
      <w:proofErr w:type="gramStart"/>
      <w:r>
        <w:rPr>
          <w:rFonts w:ascii="仿宋" w:eastAsia="仿宋" w:hAnsi="仿宋"/>
          <w:sz w:val="32"/>
          <w:lang w:eastAsia="zh-CN"/>
        </w:rPr>
        <w:t>周文王伐重胜利</w:t>
      </w:r>
      <w:proofErr w:type="gramEnd"/>
      <w:r>
        <w:rPr>
          <w:rFonts w:ascii="仿宋" w:eastAsia="仿宋" w:hAnsi="仿宋"/>
          <w:sz w:val="32"/>
          <w:lang w:eastAsia="zh-CN"/>
        </w:rPr>
        <w:t>。实现了三分天下有其二的格局。为后来武王伐寇，建立一个大一统的周朝奠定了决定性的基础。但可惜发</w:t>
      </w:r>
      <w:proofErr w:type="gramStart"/>
      <w:r>
        <w:rPr>
          <w:rFonts w:ascii="仿宋" w:eastAsia="仿宋" w:hAnsi="仿宋"/>
          <w:sz w:val="32"/>
          <w:lang w:eastAsia="zh-CN"/>
        </w:rPr>
        <w:t>重胜利</w:t>
      </w:r>
      <w:proofErr w:type="gramEnd"/>
      <w:r>
        <w:rPr>
          <w:rFonts w:ascii="仿宋" w:eastAsia="仿宋" w:hAnsi="仿宋"/>
          <w:sz w:val="32"/>
          <w:lang w:eastAsia="zh-CN"/>
        </w:rPr>
        <w:t>几年后。周文王就</w:t>
      </w:r>
      <w:proofErr w:type="gramStart"/>
      <w:r>
        <w:rPr>
          <w:rFonts w:ascii="仿宋" w:eastAsia="仿宋" w:hAnsi="仿宋"/>
          <w:sz w:val="32"/>
          <w:lang w:eastAsia="zh-CN"/>
        </w:rPr>
        <w:t>在西齐病逝</w:t>
      </w:r>
      <w:proofErr w:type="gramEnd"/>
      <w:r>
        <w:rPr>
          <w:rFonts w:ascii="仿宋" w:eastAsia="仿宋" w:hAnsi="仿宋"/>
          <w:sz w:val="32"/>
          <w:lang w:eastAsia="zh-CN"/>
        </w:rPr>
        <w:t>。</w:t>
      </w:r>
      <w:proofErr w:type="gramStart"/>
      <w:r>
        <w:rPr>
          <w:rFonts w:ascii="仿宋" w:eastAsia="仿宋" w:hAnsi="仿宋"/>
          <w:sz w:val="32"/>
          <w:lang w:eastAsia="zh-CN"/>
        </w:rPr>
        <w:t>我纪昌</w:t>
      </w:r>
      <w:proofErr w:type="gramEnd"/>
      <w:r>
        <w:rPr>
          <w:rFonts w:ascii="仿宋" w:eastAsia="仿宋" w:hAnsi="仿宋"/>
          <w:sz w:val="32"/>
          <w:lang w:eastAsia="zh-CN"/>
        </w:rPr>
        <w:t>一生</w:t>
      </w:r>
      <w:r>
        <w:rPr>
          <w:rFonts w:ascii="仿宋" w:eastAsia="仿宋" w:hAnsi="仿宋"/>
          <w:sz w:val="32"/>
          <w:lang w:eastAsia="zh-CN"/>
        </w:rPr>
        <w:lastRenderedPageBreak/>
        <w:t>憧憬贤能。爱心的用语顺应天道。尽我周国，民生安乐。钱能汇聚。诸侯悦服。但人生有限。我只能做到这儿了。天父。</w:t>
      </w:r>
    </w:p>
    <w:p w14:paraId="77FD3112" w14:textId="77777777" w:rsidR="00E87C95" w:rsidRDefault="00000000">
      <w:pPr>
        <w:spacing w:after="0" w:line="579" w:lineRule="exact"/>
        <w:ind w:firstLine="640"/>
        <w:rPr>
          <w:lang w:eastAsia="zh-CN"/>
        </w:rPr>
      </w:pPr>
      <w:r>
        <w:rPr>
          <w:rFonts w:ascii="仿宋" w:eastAsia="仿宋" w:hAnsi="仿宋"/>
          <w:sz w:val="32"/>
          <w:lang w:eastAsia="zh-CN"/>
        </w:rPr>
        <w:t>你们一定要记住。以仁德之国。日月交叉。修德镇兵，欣喜为民。是老有所养。又有所教诲，谨记君父教会。你没有担负起革故鼎新的使命。独立。新的。大</w:t>
      </w:r>
      <w:proofErr w:type="gramStart"/>
      <w:r>
        <w:rPr>
          <w:rFonts w:ascii="仿宋" w:eastAsia="仿宋" w:hAnsi="仿宋"/>
          <w:sz w:val="32"/>
          <w:lang w:eastAsia="zh-CN"/>
        </w:rPr>
        <w:t>医</w:t>
      </w:r>
      <w:proofErr w:type="gramEnd"/>
      <w:r>
        <w:rPr>
          <w:rFonts w:ascii="仿宋" w:eastAsia="仿宋" w:hAnsi="仿宋"/>
          <w:sz w:val="32"/>
          <w:lang w:eastAsia="zh-CN"/>
        </w:rPr>
        <w:t>统王朝。迅速。君父。没有您，</w:t>
      </w:r>
    </w:p>
    <w:p w14:paraId="47506B5C" w14:textId="77777777" w:rsidR="00E87C95" w:rsidRDefault="00000000">
      <w:pPr>
        <w:spacing w:after="0" w:line="579" w:lineRule="exact"/>
        <w:ind w:firstLine="640"/>
        <w:rPr>
          <w:lang w:eastAsia="zh-CN"/>
        </w:rPr>
      </w:pPr>
      <w:r>
        <w:rPr>
          <w:rFonts w:ascii="仿宋" w:eastAsia="仿宋" w:hAnsi="仿宋"/>
          <w:sz w:val="32"/>
          <w:lang w:eastAsia="zh-CN"/>
        </w:rPr>
        <w:t>我们怎么办？我相信。你们一定能做得到。君父。我们一定能做到。文王与周国重贤，革故鼎新振兴周国。武王即发。周公击</w:t>
      </w:r>
      <w:proofErr w:type="gramStart"/>
      <w:r>
        <w:rPr>
          <w:rFonts w:ascii="仿宋" w:eastAsia="仿宋" w:hAnsi="仿宋"/>
          <w:sz w:val="32"/>
          <w:lang w:eastAsia="zh-CN"/>
        </w:rPr>
        <w:t>旦</w:t>
      </w:r>
      <w:proofErr w:type="gramEnd"/>
      <w:r>
        <w:rPr>
          <w:rFonts w:ascii="仿宋" w:eastAsia="仿宋" w:hAnsi="仿宋"/>
          <w:sz w:val="32"/>
          <w:lang w:eastAsia="zh-CN"/>
        </w:rPr>
        <w:t>。继承父亲文王的美德，推翻了商纣王的暴政，建立了。周朝。开创了礼乐之邦的大一统盛世。每当我讲起这些先贤的故事。</w:t>
      </w:r>
    </w:p>
    <w:p w14:paraId="733390F2" w14:textId="77777777" w:rsidR="00E87C95" w:rsidRDefault="00000000">
      <w:pPr>
        <w:spacing w:after="0" w:line="579" w:lineRule="exact"/>
        <w:ind w:firstLine="640"/>
        <w:rPr>
          <w:lang w:eastAsia="zh-CN"/>
        </w:rPr>
      </w:pPr>
      <w:r>
        <w:rPr>
          <w:rFonts w:ascii="仿宋" w:eastAsia="仿宋" w:hAnsi="仿宋"/>
          <w:sz w:val="32"/>
          <w:lang w:eastAsia="zh-CN"/>
        </w:rPr>
        <w:t>都让我神往了。我们后世都知道，先生一生期盼的就是天下大治，天下大同。您学艺讲义都是为了向天下传播美德和大道。学生今日第一次听讲才明白先祖伏羲</w:t>
      </w:r>
      <w:proofErr w:type="gramStart"/>
      <w:r>
        <w:rPr>
          <w:rFonts w:ascii="仿宋" w:eastAsia="仿宋" w:hAnsi="仿宋"/>
          <w:sz w:val="32"/>
          <w:lang w:eastAsia="zh-CN"/>
        </w:rPr>
        <w:t>世</w:t>
      </w:r>
      <w:proofErr w:type="gramEnd"/>
      <w:r>
        <w:rPr>
          <w:rFonts w:ascii="仿宋" w:eastAsia="仿宋" w:hAnsi="仿宋"/>
          <w:sz w:val="32"/>
          <w:lang w:eastAsia="zh-CN"/>
        </w:rPr>
        <w:t>为何画天地之相，听夫子讲义。君子之德与天地相参合，君子为政革故鼎新，君子为学也应传承创新。敬天爱人，乃我华夏文化之根本，应当永世奉行，好好好啊。你们都学的非常好，</w:t>
      </w:r>
    </w:p>
    <w:p w14:paraId="1C4C7CAB" w14:textId="77777777" w:rsidR="00E87C95" w:rsidRDefault="00000000">
      <w:pPr>
        <w:spacing w:after="0" w:line="579" w:lineRule="exact"/>
        <w:ind w:firstLine="640"/>
        <w:rPr>
          <w:lang w:eastAsia="zh-CN"/>
        </w:rPr>
      </w:pPr>
      <w:r>
        <w:rPr>
          <w:rFonts w:ascii="仿宋" w:eastAsia="仿宋" w:hAnsi="仿宋"/>
          <w:sz w:val="32"/>
          <w:lang w:eastAsia="zh-CN"/>
        </w:rPr>
        <w:t>温故而知新学艺更应该如此。谢谢夫子教会。先生可愿随我到后世去看一看《周易》的流传。好啊，请请。</w:t>
      </w:r>
      <w:proofErr w:type="gramStart"/>
      <w:r>
        <w:rPr>
          <w:rFonts w:ascii="仿宋" w:eastAsia="仿宋" w:hAnsi="仿宋"/>
          <w:sz w:val="32"/>
          <w:lang w:eastAsia="zh-CN"/>
        </w:rPr>
        <w:t>不</w:t>
      </w:r>
      <w:proofErr w:type="gramEnd"/>
      <w:r>
        <w:rPr>
          <w:rFonts w:ascii="仿宋" w:eastAsia="仿宋" w:hAnsi="仿宋"/>
          <w:sz w:val="32"/>
          <w:lang w:eastAsia="zh-CN"/>
        </w:rPr>
        <w:t>曰，</w:t>
      </w:r>
      <w:proofErr w:type="gramStart"/>
      <w:r>
        <w:rPr>
          <w:rFonts w:ascii="仿宋" w:eastAsia="仿宋" w:hAnsi="仿宋"/>
          <w:sz w:val="32"/>
          <w:lang w:eastAsia="zh-CN"/>
        </w:rPr>
        <w:t>亦道身</w:t>
      </w:r>
      <w:proofErr w:type="gramEnd"/>
      <w:r>
        <w:rPr>
          <w:rFonts w:ascii="仿宋" w:eastAsia="仿宋" w:hAnsi="仿宋"/>
          <w:sz w:val="32"/>
          <w:lang w:eastAsia="zh-CN"/>
        </w:rPr>
        <w:t>矣。</w:t>
      </w:r>
      <w:proofErr w:type="gramStart"/>
      <w:r>
        <w:rPr>
          <w:rFonts w:ascii="仿宋" w:eastAsia="仿宋" w:hAnsi="仿宋"/>
          <w:sz w:val="32"/>
          <w:lang w:eastAsia="zh-CN"/>
        </w:rPr>
        <w:t>人更三圣</w:t>
      </w:r>
      <w:proofErr w:type="gramEnd"/>
      <w:r>
        <w:rPr>
          <w:rFonts w:ascii="仿宋" w:eastAsia="仿宋" w:hAnsi="仿宋"/>
          <w:sz w:val="32"/>
          <w:lang w:eastAsia="zh-CN"/>
        </w:rPr>
        <w:t>。事例。三谷。</w:t>
      </w:r>
      <w:proofErr w:type="gramStart"/>
      <w:r>
        <w:rPr>
          <w:rFonts w:ascii="仿宋" w:eastAsia="仿宋" w:hAnsi="仿宋"/>
          <w:sz w:val="32"/>
          <w:lang w:eastAsia="zh-CN"/>
        </w:rPr>
        <w:t>撒君此</w:t>
      </w:r>
      <w:proofErr w:type="gramEnd"/>
      <w:r>
        <w:rPr>
          <w:rFonts w:ascii="仿宋" w:eastAsia="仿宋" w:hAnsi="仿宋"/>
          <w:sz w:val="32"/>
          <w:lang w:eastAsia="zh-CN"/>
        </w:rPr>
        <w:t>为何人？这是在您500多年之后，东汉史学家颁布的。他认为，《周易》的成书离不开您和先贤，</w:t>
      </w:r>
    </w:p>
    <w:p w14:paraId="3D575D33" w14:textId="77777777" w:rsidR="00E87C95" w:rsidRDefault="00000000">
      <w:pPr>
        <w:spacing w:after="0" w:line="579" w:lineRule="exact"/>
        <w:ind w:firstLine="640"/>
        <w:rPr>
          <w:lang w:eastAsia="zh-CN"/>
        </w:rPr>
      </w:pPr>
      <w:r>
        <w:rPr>
          <w:rFonts w:ascii="仿宋" w:eastAsia="仿宋" w:hAnsi="仿宋"/>
          <w:sz w:val="32"/>
          <w:lang w:eastAsia="zh-CN"/>
        </w:rPr>
        <w:lastRenderedPageBreak/>
        <w:t>伏羲，还有周文王。所以把您和两位先贤并称为三圣。把我和伏羲文王并为三圣。哎</w:t>
      </w:r>
      <w:proofErr w:type="gramStart"/>
      <w:r>
        <w:rPr>
          <w:rFonts w:ascii="仿宋" w:eastAsia="仿宋" w:hAnsi="仿宋"/>
          <w:sz w:val="32"/>
          <w:lang w:eastAsia="zh-CN"/>
        </w:rPr>
        <w:t>呦</w:t>
      </w:r>
      <w:proofErr w:type="gramEnd"/>
      <w:r>
        <w:rPr>
          <w:rFonts w:ascii="仿宋" w:eastAsia="仿宋" w:hAnsi="仿宋"/>
          <w:sz w:val="32"/>
          <w:lang w:eastAsia="zh-CN"/>
        </w:rPr>
        <w:t>，愧不敢当啊，您是当之无愧。物无忘然，必有喜礼。</w:t>
      </w:r>
      <w:proofErr w:type="gramStart"/>
      <w:r>
        <w:rPr>
          <w:rFonts w:ascii="仿宋" w:eastAsia="仿宋" w:hAnsi="仿宋"/>
          <w:sz w:val="32"/>
          <w:lang w:eastAsia="zh-CN"/>
        </w:rPr>
        <w:t>我偏惜《周易》</w:t>
      </w:r>
      <w:proofErr w:type="gramEnd"/>
      <w:r>
        <w:rPr>
          <w:rFonts w:ascii="仿宋" w:eastAsia="仿宋" w:hAnsi="仿宋"/>
          <w:sz w:val="32"/>
          <w:lang w:eastAsia="zh-CN"/>
        </w:rPr>
        <w:t>研究，当晚无舍寸阴。此人这是在您700多年之后，曹魏时期，一个少年哲学家，他叫王弼。</w:t>
      </w:r>
    </w:p>
    <w:p w14:paraId="5B9F4664" w14:textId="77777777" w:rsidR="00E87C95" w:rsidRDefault="00000000">
      <w:pPr>
        <w:spacing w:after="0" w:line="579" w:lineRule="exact"/>
        <w:ind w:firstLine="640"/>
        <w:rPr>
          <w:lang w:eastAsia="zh-CN"/>
        </w:rPr>
      </w:pPr>
      <w:r>
        <w:rPr>
          <w:rFonts w:ascii="仿宋" w:eastAsia="仿宋" w:hAnsi="仿宋"/>
          <w:sz w:val="32"/>
          <w:lang w:eastAsia="zh-CN"/>
        </w:rPr>
        <w:t>他在《周易》略历里说，天地万物的生成和运行都不是随意的，一定有其必然的规律。遵循自身的道理。他说的不错。易道中蕴含了天下的道理。他以为《周易》作著。以思辨的哲学高度向世人宣扬三</w:t>
      </w:r>
      <w:proofErr w:type="gramStart"/>
      <w:r>
        <w:rPr>
          <w:rFonts w:ascii="仿宋" w:eastAsia="仿宋" w:hAnsi="仿宋"/>
          <w:sz w:val="32"/>
          <w:lang w:eastAsia="zh-CN"/>
        </w:rPr>
        <w:t>圣留下</w:t>
      </w:r>
      <w:proofErr w:type="gramEnd"/>
      <w:r>
        <w:rPr>
          <w:rFonts w:ascii="仿宋" w:eastAsia="仿宋" w:hAnsi="仿宋"/>
          <w:sz w:val="32"/>
          <w:lang w:eastAsia="zh-CN"/>
        </w:rPr>
        <w:t>的易学大道。为天地立心。为生民立命。为往圣继绝，学为万世。开太平。他是在您1500多年之后，北宋思想家张载，</w:t>
      </w:r>
    </w:p>
    <w:p w14:paraId="085C5481" w14:textId="77777777" w:rsidR="00E87C95" w:rsidRDefault="00000000">
      <w:pPr>
        <w:spacing w:after="0" w:line="579" w:lineRule="exact"/>
        <w:ind w:firstLine="640"/>
        <w:rPr>
          <w:lang w:eastAsia="zh-CN"/>
        </w:rPr>
      </w:pPr>
      <w:r>
        <w:rPr>
          <w:rFonts w:ascii="仿宋" w:eastAsia="仿宋" w:hAnsi="仿宋"/>
          <w:sz w:val="32"/>
          <w:lang w:eastAsia="zh-CN"/>
        </w:rPr>
        <w:t>他和周敦颐。邵雍程</w:t>
      </w:r>
      <w:proofErr w:type="gramStart"/>
      <w:r>
        <w:rPr>
          <w:rFonts w:ascii="仿宋" w:eastAsia="仿宋" w:hAnsi="仿宋"/>
          <w:sz w:val="32"/>
          <w:lang w:eastAsia="zh-CN"/>
        </w:rPr>
        <w:t>颢</w:t>
      </w:r>
      <w:proofErr w:type="gramEnd"/>
      <w:r>
        <w:rPr>
          <w:rFonts w:ascii="仿宋" w:eastAsia="仿宋" w:hAnsi="仿宋"/>
          <w:sz w:val="32"/>
          <w:lang w:eastAsia="zh-CN"/>
        </w:rPr>
        <w:t>程颐四人并称北宋五子。他们以《周易》的思想作为依托，建立起了理学的哲学体系，并且从中引申出一套经世之学。培养一批以天下为己任的人才。好啊。传说在遥远的东方，数千年前出现了一个叫做伏羲的哲学家。他留下了一些古老的图像，东方古老意图中，稻苗连通着一些真理。他和我的辛酸史是完全一致的。夏军这还是2000多年之后，德国的哲学家，</w:t>
      </w:r>
    </w:p>
    <w:p w14:paraId="59229B19" w14:textId="77777777" w:rsidR="00E87C95" w:rsidRDefault="00000000">
      <w:pPr>
        <w:spacing w:after="0" w:line="579" w:lineRule="exact"/>
        <w:ind w:firstLine="640"/>
        <w:rPr>
          <w:lang w:eastAsia="zh-CN"/>
        </w:rPr>
      </w:pPr>
      <w:r>
        <w:rPr>
          <w:rFonts w:ascii="仿宋" w:eastAsia="仿宋" w:hAnsi="仿宋"/>
          <w:sz w:val="32"/>
          <w:lang w:eastAsia="zh-CN"/>
        </w:rPr>
        <w:t>数学家名叫莱布尼茨。他发现并且完善了二进制的计数法。何为二进制啊？二进制就是只用零和</w:t>
      </w:r>
      <w:proofErr w:type="gramStart"/>
      <w:r>
        <w:rPr>
          <w:rFonts w:ascii="仿宋" w:eastAsia="仿宋" w:hAnsi="仿宋"/>
          <w:sz w:val="32"/>
          <w:lang w:eastAsia="zh-CN"/>
        </w:rPr>
        <w:t>一</w:t>
      </w:r>
      <w:proofErr w:type="gramEnd"/>
      <w:r>
        <w:rPr>
          <w:rFonts w:ascii="仿宋" w:eastAsia="仿宋" w:hAnsi="仿宋"/>
          <w:sz w:val="32"/>
          <w:lang w:eastAsia="zh-CN"/>
        </w:rPr>
        <w:t>排列组合而成的一种进制方式，您可以把它。想象成。乾和坤。作为基础。然后用《周易》里的这些符号的变化来表达世间万物的规律。</w:t>
      </w:r>
      <w:r>
        <w:rPr>
          <w:rFonts w:ascii="仿宋" w:eastAsia="仿宋" w:hAnsi="仿宋"/>
          <w:sz w:val="32"/>
          <w:lang w:eastAsia="zh-CN"/>
        </w:rPr>
        <w:lastRenderedPageBreak/>
        <w:t>在我生活的这个时代，二进制成为了信息科学的基础，而且应用到了互联网技术当中。经过几轮儿的技术迭代，现在我们正在迈向万物互联的时代。何为万物互联啊？</w:t>
      </w:r>
    </w:p>
    <w:p w14:paraId="1FA4FDCD" w14:textId="77777777" w:rsidR="00E87C95" w:rsidRDefault="00000000">
      <w:pPr>
        <w:spacing w:after="0" w:line="579" w:lineRule="exact"/>
        <w:ind w:firstLine="640"/>
        <w:rPr>
          <w:lang w:eastAsia="zh-CN"/>
        </w:rPr>
      </w:pPr>
      <w:r>
        <w:rPr>
          <w:rFonts w:ascii="仿宋" w:eastAsia="仿宋" w:hAnsi="仿宋"/>
          <w:sz w:val="32"/>
          <w:lang w:eastAsia="zh-CN"/>
        </w:rPr>
        <w:t>呃，打个比方吧。这浩如烟海的典籍，我们都可以把它变成零和</w:t>
      </w:r>
      <w:proofErr w:type="gramStart"/>
      <w:r>
        <w:rPr>
          <w:rFonts w:ascii="仿宋" w:eastAsia="仿宋" w:hAnsi="仿宋"/>
          <w:sz w:val="32"/>
          <w:lang w:eastAsia="zh-CN"/>
        </w:rPr>
        <w:t>一</w:t>
      </w:r>
      <w:proofErr w:type="gramEnd"/>
      <w:r>
        <w:rPr>
          <w:rFonts w:ascii="仿宋" w:eastAsia="仿宋" w:hAnsi="仿宋"/>
          <w:sz w:val="32"/>
          <w:lang w:eastAsia="zh-CN"/>
        </w:rPr>
        <w:t>，然后存到云端。您想看其中的任何一个篇章，只需要在索引里轻轻一点，它就会出现在您的眼前。哎</w:t>
      </w:r>
      <w:proofErr w:type="gramStart"/>
      <w:r>
        <w:rPr>
          <w:rFonts w:ascii="仿宋" w:eastAsia="仿宋" w:hAnsi="仿宋"/>
          <w:sz w:val="32"/>
          <w:lang w:eastAsia="zh-CN"/>
        </w:rPr>
        <w:t>呦</w:t>
      </w:r>
      <w:proofErr w:type="gramEnd"/>
      <w:r>
        <w:rPr>
          <w:rFonts w:ascii="仿宋" w:eastAsia="仿宋" w:hAnsi="仿宋"/>
          <w:sz w:val="32"/>
          <w:lang w:eastAsia="zh-CN"/>
        </w:rPr>
        <w:t>，</w:t>
      </w:r>
      <w:proofErr w:type="gramStart"/>
      <w:r>
        <w:rPr>
          <w:rFonts w:ascii="仿宋" w:eastAsia="仿宋" w:hAnsi="仿宋"/>
          <w:sz w:val="32"/>
          <w:lang w:eastAsia="zh-CN"/>
        </w:rPr>
        <w:t>撒君呐</w:t>
      </w:r>
      <w:proofErr w:type="gramEnd"/>
      <w:r>
        <w:rPr>
          <w:rFonts w:ascii="仿宋" w:eastAsia="仿宋" w:hAnsi="仿宋"/>
          <w:sz w:val="32"/>
          <w:lang w:eastAsia="zh-CN"/>
        </w:rPr>
        <w:t>，要是在我那个时代有这万物互联，那我就可以看更多的典籍了。不仅如此，它还能让我们看到《周易》在各行各业里的应用。你看点点</w:t>
      </w:r>
      <w:proofErr w:type="gramStart"/>
      <w:r>
        <w:rPr>
          <w:rFonts w:ascii="仿宋" w:eastAsia="仿宋" w:hAnsi="仿宋"/>
          <w:sz w:val="32"/>
          <w:lang w:eastAsia="zh-CN"/>
        </w:rPr>
        <w:t>你好你好</w:t>
      </w:r>
      <w:proofErr w:type="gramEnd"/>
      <w:r>
        <w:rPr>
          <w:rFonts w:ascii="仿宋" w:eastAsia="仿宋" w:hAnsi="仿宋"/>
          <w:sz w:val="32"/>
          <w:lang w:eastAsia="zh-CN"/>
        </w:rPr>
        <w:t>撒贝宁。</w:t>
      </w:r>
    </w:p>
    <w:p w14:paraId="17A974A5" w14:textId="77777777" w:rsidR="00E87C95" w:rsidRDefault="00000000">
      <w:pPr>
        <w:spacing w:after="0" w:line="579" w:lineRule="exact"/>
        <w:ind w:firstLine="640"/>
        <w:rPr>
          <w:lang w:eastAsia="zh-CN"/>
        </w:rPr>
      </w:pPr>
      <w:r>
        <w:rPr>
          <w:rFonts w:ascii="仿宋" w:eastAsia="仿宋" w:hAnsi="仿宋"/>
          <w:sz w:val="32"/>
          <w:lang w:eastAsia="zh-CN"/>
        </w:rPr>
        <w:t>你能为我们说说你所了解的《周易》吗？《周易》流传数千年，它被广泛运用于人们生活中的各个领域。</w:t>
      </w:r>
      <w:proofErr w:type="gramStart"/>
      <w:r>
        <w:rPr>
          <w:rFonts w:ascii="仿宋" w:eastAsia="仿宋" w:hAnsi="仿宋"/>
          <w:sz w:val="32"/>
          <w:lang w:eastAsia="zh-CN"/>
        </w:rPr>
        <w:t>那据你</w:t>
      </w:r>
      <w:proofErr w:type="gramEnd"/>
      <w:r>
        <w:rPr>
          <w:rFonts w:ascii="仿宋" w:eastAsia="仿宋" w:hAnsi="仿宋"/>
          <w:sz w:val="32"/>
          <w:lang w:eastAsia="zh-CN"/>
        </w:rPr>
        <w:t>统计。在人们读《周易》，用《周易》的时候，引用最多的一句话是哪一句？根据我的分析，在《周易》中，人们引用最多的一句话是天行健，君子以自强不息。还有呢，地势坤，君子以厚德载物。谢谢点点，再见。</w:t>
      </w:r>
    </w:p>
    <w:p w14:paraId="5AECA93E" w14:textId="77777777" w:rsidR="00E87C95" w:rsidRDefault="00000000">
      <w:pPr>
        <w:spacing w:after="0" w:line="579" w:lineRule="exact"/>
        <w:ind w:firstLine="640"/>
        <w:rPr>
          <w:lang w:eastAsia="zh-CN"/>
        </w:rPr>
      </w:pPr>
      <w:r>
        <w:rPr>
          <w:rFonts w:ascii="仿宋" w:eastAsia="仿宋" w:hAnsi="仿宋"/>
          <w:sz w:val="32"/>
          <w:lang w:eastAsia="zh-CN"/>
        </w:rPr>
        <w:t>不出我所料，就是这两句。这可是易中的精髓呀。天行健，君子以自强不息。地势坤，君子以厚德载物。天行健，君子以自强不息；地势坤，君子以厚德载物。天行健，君子以自强不息。地势吞君，子以厚德。</w:t>
      </w:r>
    </w:p>
    <w:p w14:paraId="44259E6B" w14:textId="77777777" w:rsidR="00E87C95" w:rsidRDefault="00000000">
      <w:pPr>
        <w:spacing w:after="0" w:line="579" w:lineRule="exact"/>
        <w:ind w:firstLine="640"/>
        <w:rPr>
          <w:lang w:eastAsia="zh-CN"/>
        </w:rPr>
      </w:pPr>
      <w:r>
        <w:rPr>
          <w:rFonts w:ascii="仿宋" w:eastAsia="仿宋" w:hAnsi="仿宋"/>
          <w:sz w:val="32"/>
          <w:lang w:eastAsia="zh-CN"/>
        </w:rPr>
        <w:t>德载物天，行健君子。你自强不息，逆势不倒。君子以厚德载物，天行健君子。以自强不息，立</w:t>
      </w:r>
      <w:proofErr w:type="gramStart"/>
      <w:r>
        <w:rPr>
          <w:rFonts w:ascii="仿宋" w:eastAsia="仿宋" w:hAnsi="仿宋"/>
          <w:sz w:val="32"/>
          <w:lang w:eastAsia="zh-CN"/>
        </w:rPr>
        <w:t>势坤君辞</w:t>
      </w:r>
      <w:proofErr w:type="gramEnd"/>
      <w:r>
        <w:rPr>
          <w:rFonts w:ascii="仿宋" w:eastAsia="仿宋" w:hAnsi="仿宋"/>
          <w:sz w:val="32"/>
          <w:lang w:eastAsia="zh-CN"/>
        </w:rPr>
        <w:t>。以厚德载物。见行健君子，以自强不息立是归。君子以厚德载物。</w:t>
      </w:r>
      <w:r>
        <w:rPr>
          <w:rFonts w:ascii="仿宋" w:eastAsia="仿宋" w:hAnsi="仿宋"/>
          <w:sz w:val="32"/>
          <w:lang w:eastAsia="zh-CN"/>
        </w:rPr>
        <w:lastRenderedPageBreak/>
        <w:t>天行健，君子以自强不息。地势坤，君子以厚德载物。相隔了数千年，这两句话依然有着让我们为之振奋的力量。我相信刚才在齐颂的时候，我们现场以及屏幕前的所有人。和我一样心潮澎湃，这也正是我们共同的文化基因。在产生着共鸣。《周易》中有谦，谦君子非以自牧也。说的是中国人谦逊包容的民族品格，又有二人同心。其利断金。是描述团结一致，齐心协力的优良传统。</w:t>
      </w:r>
    </w:p>
    <w:p w14:paraId="723B421D" w14:textId="77777777" w:rsidR="00E87C95" w:rsidRDefault="00000000">
      <w:pPr>
        <w:spacing w:after="0" w:line="579" w:lineRule="exact"/>
        <w:ind w:firstLine="640"/>
        <w:rPr>
          <w:lang w:eastAsia="zh-CN"/>
        </w:rPr>
      </w:pPr>
      <w:r>
        <w:rPr>
          <w:rFonts w:ascii="仿宋" w:eastAsia="仿宋" w:hAnsi="仿宋"/>
          <w:sz w:val="32"/>
          <w:lang w:eastAsia="zh-CN"/>
        </w:rPr>
        <w:t>可以说，从伏羲的仰观俯察天地开始。《周易》作为中华民族最重要的典籍之一。就承载着中国人感知世界，总结规律的思想成果。指导着中国人立身处世的准则。刚才的节目使人感受到一种震动心灵的力量，文王把德引入</w:t>
      </w:r>
      <w:proofErr w:type="gramStart"/>
      <w:r>
        <w:rPr>
          <w:rFonts w:ascii="仿宋" w:eastAsia="仿宋" w:hAnsi="仿宋"/>
          <w:sz w:val="32"/>
          <w:lang w:eastAsia="zh-CN"/>
        </w:rPr>
        <w:t>到义里去</w:t>
      </w:r>
      <w:proofErr w:type="gramEnd"/>
      <w:r>
        <w:rPr>
          <w:rFonts w:ascii="仿宋" w:eastAsia="仿宋" w:hAnsi="仿宋"/>
          <w:sz w:val="32"/>
          <w:lang w:eastAsia="zh-CN"/>
        </w:rPr>
        <w:t>。孔子把社会伦常引入到易里去，朱熹就直接把礼称作太极。王阳明也是用</w:t>
      </w:r>
      <w:proofErr w:type="gramStart"/>
      <w:r>
        <w:rPr>
          <w:rFonts w:ascii="仿宋" w:eastAsia="仿宋" w:hAnsi="仿宋"/>
          <w:sz w:val="32"/>
          <w:lang w:eastAsia="zh-CN"/>
        </w:rPr>
        <w:t>易这个</w:t>
      </w:r>
      <w:proofErr w:type="gramEnd"/>
      <w:r>
        <w:rPr>
          <w:rFonts w:ascii="仿宋" w:eastAsia="仿宋" w:hAnsi="仿宋"/>
          <w:sz w:val="32"/>
          <w:lang w:eastAsia="zh-CN"/>
        </w:rPr>
        <w:t>体系。来解释它的哲学，整个的意义在中国文化当中，它是一直发挥作用的。英语大概是从明末传到西方去。</w:t>
      </w:r>
    </w:p>
    <w:p w14:paraId="66644B2B" w14:textId="77777777" w:rsidR="00E87C95" w:rsidRDefault="00000000">
      <w:pPr>
        <w:spacing w:after="0" w:line="579" w:lineRule="exact"/>
        <w:ind w:firstLine="640"/>
        <w:rPr>
          <w:lang w:eastAsia="zh-CN"/>
        </w:rPr>
      </w:pPr>
      <w:r>
        <w:rPr>
          <w:rFonts w:ascii="仿宋" w:eastAsia="仿宋" w:hAnsi="仿宋"/>
          <w:sz w:val="32"/>
          <w:lang w:eastAsia="zh-CN"/>
        </w:rPr>
        <w:t>到目前为止，西方学界认为，《周易》指最能代表中国哲学的典籍之一，也是代表世界古。代文明的重要奠基。收益这种。我们中国人的哲学智慧，他对于中国文化有一种非常特殊的价值，而在中国的文化典籍当中，《周易》是。最具有这种探索未知的这样一种精神的，就像徐老师刚才所提到的，《周易》恰恰是中国。最哲学同时也是</w:t>
      </w:r>
      <w:proofErr w:type="gramStart"/>
      <w:r>
        <w:rPr>
          <w:rFonts w:ascii="仿宋" w:eastAsia="仿宋" w:hAnsi="仿宋"/>
          <w:sz w:val="32"/>
          <w:lang w:eastAsia="zh-CN"/>
        </w:rPr>
        <w:t>最</w:t>
      </w:r>
      <w:proofErr w:type="gramEnd"/>
      <w:r>
        <w:rPr>
          <w:rFonts w:ascii="仿宋" w:eastAsia="仿宋" w:hAnsi="仿宋"/>
          <w:sz w:val="32"/>
          <w:lang w:eastAsia="zh-CN"/>
        </w:rPr>
        <w:t>世界的一个代表。大道至简，</w:t>
      </w:r>
    </w:p>
    <w:p w14:paraId="30A49B8C" w14:textId="77777777" w:rsidR="00E87C95" w:rsidRDefault="00000000">
      <w:pPr>
        <w:spacing w:after="0" w:line="579" w:lineRule="exact"/>
        <w:ind w:firstLine="640"/>
        <w:rPr>
          <w:lang w:eastAsia="zh-CN"/>
        </w:rPr>
      </w:pPr>
      <w:r>
        <w:rPr>
          <w:rFonts w:ascii="仿宋" w:eastAsia="仿宋" w:hAnsi="仿宋"/>
          <w:sz w:val="32"/>
          <w:lang w:eastAsia="zh-CN"/>
        </w:rPr>
        <w:lastRenderedPageBreak/>
        <w:t>生生不息，穿越数千年时光。《周易》，上述鲜明智慧与思想的源头，下棋文化的更替与文明的觉醒。其中所蕴含的哲思深奥精微，包罗万象，而这些也早已经融入了中华儿女的血脉</w:t>
      </w:r>
      <w:proofErr w:type="gramStart"/>
      <w:r>
        <w:rPr>
          <w:rFonts w:ascii="仿宋" w:eastAsia="仿宋" w:hAnsi="仿宋"/>
          <w:sz w:val="32"/>
          <w:lang w:eastAsia="zh-CN"/>
        </w:rPr>
        <w:t>和</w:t>
      </w:r>
      <w:proofErr w:type="gramEnd"/>
      <w:r>
        <w:rPr>
          <w:rFonts w:ascii="仿宋" w:eastAsia="仿宋" w:hAnsi="仿宋"/>
          <w:sz w:val="32"/>
          <w:lang w:eastAsia="zh-CN"/>
        </w:rPr>
        <w:t>。和基因之中关照着中华民族的当下和未来，我们再次感谢三位读书人与我们共同。识读，《周易》。我是王嘉宁，下一步典籍。我们再会。</w:t>
      </w:r>
    </w:p>
    <w:p w14:paraId="35F0050E" w14:textId="77777777" w:rsidR="00E87C95" w:rsidRDefault="00000000">
      <w:pPr>
        <w:spacing w:after="0" w:line="579" w:lineRule="exact"/>
        <w:ind w:firstLine="640"/>
        <w:rPr>
          <w:lang w:eastAsia="zh-CN"/>
        </w:rPr>
      </w:pPr>
      <w:r>
        <w:rPr>
          <w:rFonts w:ascii="仿宋" w:eastAsia="仿宋" w:hAnsi="仿宋"/>
          <w:sz w:val="32"/>
          <w:lang w:eastAsia="zh-CN"/>
        </w:rPr>
        <w:t>每天鲜活多一点，本节目由更多鲜活营养的光明乳业独家冠名播出。光明乳业乐在新鲜。中国味鲁花香《典籍里的中国》，由中国民族品牌的骄子鲁花特约播出。鲁花荣获国家科技进步奖。植物补益读书有底气，感谢云南白药集团气血康口服液对本节目的赞助播出。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观看《典籍里的中国》完整视频专享幕后精彩内容。《典籍里的中国》由更多鲜活营养的光明乳业独家冠名播出。每天鲜活多一点，本节目由更多鲜活营养的光明乳业独家冠名播出。光明乳业乐在新鲜。中国味鲁花香《典籍里的中国》，</w:t>
      </w:r>
    </w:p>
    <w:p w14:paraId="53FEB098" w14:textId="77777777" w:rsidR="00E87C95" w:rsidRDefault="00000000">
      <w:pPr>
        <w:spacing w:after="0" w:line="579" w:lineRule="exact"/>
        <w:ind w:firstLine="640"/>
        <w:rPr>
          <w:lang w:eastAsia="zh-CN"/>
        </w:rPr>
      </w:pPr>
      <w:r>
        <w:rPr>
          <w:rFonts w:ascii="仿宋" w:eastAsia="仿宋" w:hAnsi="仿宋"/>
          <w:sz w:val="32"/>
          <w:lang w:eastAsia="zh-CN"/>
        </w:rPr>
        <w:t>由中国民族品牌的骄子鲁花特约播出。鲁花荣获国家科技进步奖。扫描屏幕上方二维码，下载央视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观看《典籍里的中国》完整视频专享幕后精彩内容。</w:t>
      </w:r>
    </w:p>
    <w:p w14:paraId="6CC98E22" w14:textId="77777777" w:rsidR="00E87C95" w:rsidRDefault="00000000">
      <w:pPr>
        <w:rPr>
          <w:lang w:eastAsia="zh-CN"/>
        </w:rPr>
      </w:pPr>
      <w:r>
        <w:rPr>
          <w:lang w:eastAsia="zh-CN"/>
        </w:rPr>
        <w:br w:type="page"/>
      </w:r>
    </w:p>
    <w:p w14:paraId="0B5EA32B" w14:textId="77777777" w:rsidR="00E87C95" w:rsidRDefault="00000000">
      <w:pPr>
        <w:spacing w:after="0" w:line="579" w:lineRule="exact"/>
        <w:jc w:val="center"/>
        <w:rPr>
          <w:lang w:eastAsia="zh-CN"/>
        </w:rPr>
      </w:pPr>
      <w:r>
        <w:rPr>
          <w:rFonts w:ascii="方正小标宋简体" w:eastAsia="方正小标宋简体" w:hAnsi="方正小标宋简体"/>
          <w:sz w:val="44"/>
          <w:lang w:eastAsia="zh-CN"/>
        </w:rPr>
        <w:lastRenderedPageBreak/>
        <w:t>第11集 《传习录》</w:t>
      </w:r>
    </w:p>
    <w:p w14:paraId="48A662FD" w14:textId="77777777" w:rsidR="00E87C95" w:rsidRDefault="00000000">
      <w:pPr>
        <w:spacing w:after="0" w:line="579" w:lineRule="exact"/>
        <w:ind w:firstLine="640"/>
        <w:rPr>
          <w:lang w:eastAsia="zh-CN"/>
        </w:rPr>
      </w:pPr>
      <w:r>
        <w:rPr>
          <w:rFonts w:ascii="仿宋" w:eastAsia="仿宋" w:hAnsi="仿宋"/>
          <w:sz w:val="32"/>
          <w:lang w:eastAsia="zh-CN"/>
        </w:rPr>
        <w:t>今天在《典籍里的中国》，晚辈是来自400多年之后的读书人，向先生请教您是如何悟得知识。知行合一的大道，仁德的心，良知的心，我明白了。知行合一是我的立言宗旨，也为我一生所奉行。知是行之始，行是知之成。此心光明，亦复。我们得，我们得。公元一五一二年。明朝正德年间。</w:t>
      </w:r>
    </w:p>
    <w:p w14:paraId="323070DB" w14:textId="77777777" w:rsidR="00E87C95" w:rsidRDefault="00000000">
      <w:pPr>
        <w:spacing w:after="0" w:line="579" w:lineRule="exact"/>
        <w:ind w:firstLine="640"/>
        <w:rPr>
          <w:lang w:eastAsia="zh-CN"/>
        </w:rPr>
      </w:pPr>
      <w:r>
        <w:rPr>
          <w:rFonts w:ascii="仿宋" w:eastAsia="仿宋" w:hAnsi="仿宋"/>
          <w:sz w:val="32"/>
          <w:lang w:eastAsia="zh-CN"/>
        </w:rPr>
        <w:t>京师。知是行的主意，行是知的功夫，知是行的主意。行是知的功夫。先生所讲内容我都记录下来了，我想把这些道理记录整理成书。此书若成，后人皆可如临先生课堂。曾子曰，传不习乎？如何？《传习录》。是传而习之。</w:t>
      </w:r>
      <w:proofErr w:type="gramStart"/>
      <w:r>
        <w:rPr>
          <w:rFonts w:ascii="仿宋" w:eastAsia="仿宋" w:hAnsi="仿宋"/>
          <w:sz w:val="32"/>
          <w:lang w:eastAsia="zh-CN"/>
        </w:rPr>
        <w:t>学案记录</w:t>
      </w:r>
      <w:proofErr w:type="gramEnd"/>
      <w:r>
        <w:rPr>
          <w:rFonts w:ascii="仿宋" w:eastAsia="仿宋" w:hAnsi="仿宋"/>
          <w:sz w:val="32"/>
          <w:lang w:eastAsia="zh-CN"/>
        </w:rPr>
        <w:t>。</w:t>
      </w:r>
    </w:p>
    <w:p w14:paraId="07665F73" w14:textId="77777777" w:rsidR="00E87C95" w:rsidRDefault="00000000">
      <w:pPr>
        <w:spacing w:after="0" w:line="579" w:lineRule="exact"/>
        <w:ind w:firstLine="640"/>
        <w:rPr>
          <w:lang w:eastAsia="zh-CN"/>
        </w:rPr>
      </w:pPr>
      <w:r>
        <w:rPr>
          <w:rFonts w:ascii="仿宋" w:eastAsia="仿宋" w:hAnsi="仿宋"/>
          <w:sz w:val="32"/>
          <w:lang w:eastAsia="zh-CN"/>
        </w:rPr>
        <w:t>要明晰精确。先生放心，等我整理好会给先生审阅。由他的弟子记录整理完成，成书原因和另一部儒家典籍非常相似。那就是《论语》。学而时习之，不亦说乎？夫子讲的课子鱼记得最仔细。曾生是善于学习的人。夫子教导我们，要善于反省自己，所以吾日三省吾身：为人谋而不忠乎？与朋友交而不信乎？传不习乎？。</w:t>
      </w:r>
    </w:p>
    <w:p w14:paraId="7D6862BD" w14:textId="77777777" w:rsidR="00E87C95" w:rsidRDefault="00000000">
      <w:pPr>
        <w:spacing w:after="0" w:line="579" w:lineRule="exact"/>
        <w:ind w:firstLine="640"/>
        <w:rPr>
          <w:lang w:eastAsia="zh-CN"/>
        </w:rPr>
      </w:pPr>
      <w:r>
        <w:rPr>
          <w:rFonts w:ascii="仿宋" w:eastAsia="仿宋" w:hAnsi="仿宋"/>
          <w:sz w:val="32"/>
          <w:lang w:eastAsia="zh-CN"/>
        </w:rPr>
        <w:t>对传</w:t>
      </w:r>
      <w:proofErr w:type="gramStart"/>
      <w:r>
        <w:rPr>
          <w:rFonts w:ascii="仿宋" w:eastAsia="仿宋" w:hAnsi="仿宋"/>
          <w:sz w:val="32"/>
          <w:lang w:eastAsia="zh-CN"/>
        </w:rPr>
        <w:t>不习乎把夫子</w:t>
      </w:r>
      <w:proofErr w:type="gramEnd"/>
      <w:r>
        <w:rPr>
          <w:rFonts w:ascii="仿宋" w:eastAsia="仿宋" w:hAnsi="仿宋"/>
          <w:sz w:val="32"/>
          <w:lang w:eastAsia="zh-CN"/>
        </w:rPr>
        <w:t>讲的话记下来，便于付诸实践。温故而知新。</w:t>
      </w:r>
      <w:proofErr w:type="gramStart"/>
      <w:r>
        <w:rPr>
          <w:rFonts w:ascii="仿宋" w:eastAsia="仿宋" w:hAnsi="仿宋"/>
          <w:sz w:val="32"/>
          <w:lang w:eastAsia="zh-CN"/>
        </w:rPr>
        <w:t>可以为师矣读《论语》</w:t>
      </w:r>
      <w:proofErr w:type="gramEnd"/>
      <w:r>
        <w:rPr>
          <w:rFonts w:ascii="仿宋" w:eastAsia="仿宋" w:hAnsi="仿宋"/>
          <w:sz w:val="32"/>
          <w:lang w:eastAsia="zh-CN"/>
        </w:rPr>
        <w:t>。如同亲吻孔夫子教会。如同清陵阳明先生学堂。知是行之始，行是知之成，知是行之始，行是知之成。先生是说，真知是行动的开始。行动是真知的达成。知行合一知与行密不可分。知而不行，</w:t>
      </w:r>
    </w:p>
    <w:p w14:paraId="28A0F40F" w14:textId="77777777" w:rsidR="00E87C95" w:rsidRDefault="00000000">
      <w:pPr>
        <w:spacing w:after="0" w:line="579" w:lineRule="exact"/>
        <w:ind w:firstLine="640"/>
        <w:rPr>
          <w:lang w:eastAsia="zh-CN"/>
        </w:rPr>
      </w:pPr>
      <w:r>
        <w:rPr>
          <w:rFonts w:ascii="仿宋" w:eastAsia="仿宋" w:hAnsi="仿宋"/>
          <w:sz w:val="32"/>
          <w:lang w:eastAsia="zh-CN"/>
        </w:rPr>
        <w:lastRenderedPageBreak/>
        <w:t>等于不知。这是先生的开创啊，言之必行。孔夫子早有教诲。君子名之，必可言也；言之，必可行也。夫子，这是何意？啊君子，确定民分。要能说得通。我说得通，还要行得通。行得通，</w:t>
      </w:r>
    </w:p>
    <w:p w14:paraId="41BF9F9E" w14:textId="77777777" w:rsidR="00E87C95" w:rsidRDefault="00000000">
      <w:pPr>
        <w:spacing w:after="0" w:line="579" w:lineRule="exact"/>
        <w:ind w:firstLine="640"/>
        <w:rPr>
          <w:lang w:eastAsia="zh-CN"/>
        </w:rPr>
      </w:pPr>
      <w:r>
        <w:rPr>
          <w:rFonts w:ascii="仿宋" w:eastAsia="仿宋" w:hAnsi="仿宋"/>
          <w:sz w:val="32"/>
          <w:lang w:eastAsia="zh-CN"/>
        </w:rPr>
        <w:t>做得到。才是君子之明。君子名之必可言也，言之必可行也。《论语》说言之必可行也。先贤典籍，如同源头活水。后世典籍。如同百川奔流，共同汇入中华文明的长河奔涌，千年从未断流。今天在《典籍里的中国》。让我们一起识读为往圣继绝学的明代典籍。打开典籍品读中国，欢迎走进《典籍里的中国》。</w:t>
      </w:r>
    </w:p>
    <w:p w14:paraId="6F5B44C4" w14:textId="77777777" w:rsidR="00E87C95" w:rsidRDefault="00000000">
      <w:pPr>
        <w:spacing w:after="0" w:line="579" w:lineRule="exact"/>
        <w:ind w:firstLine="640"/>
        <w:rPr>
          <w:lang w:eastAsia="zh-CN"/>
        </w:rPr>
      </w:pPr>
      <w:r>
        <w:rPr>
          <w:rFonts w:ascii="仿宋" w:eastAsia="仿宋" w:hAnsi="仿宋"/>
          <w:sz w:val="32"/>
          <w:lang w:eastAsia="zh-CN"/>
        </w:rPr>
        <w:t>我是王嘉宁。提起王阳明，我们眼前可能会浮现出一个</w:t>
      </w:r>
      <w:proofErr w:type="gramStart"/>
      <w:r>
        <w:rPr>
          <w:rFonts w:ascii="仿宋" w:eastAsia="仿宋" w:hAnsi="仿宋"/>
          <w:sz w:val="32"/>
          <w:lang w:eastAsia="zh-CN"/>
        </w:rPr>
        <w:t>吟诵着吾心</w:t>
      </w:r>
      <w:proofErr w:type="gramEnd"/>
      <w:r>
        <w:rPr>
          <w:rFonts w:ascii="仿宋" w:eastAsia="仿宋" w:hAnsi="仿宋"/>
          <w:sz w:val="32"/>
          <w:lang w:eastAsia="zh-CN"/>
        </w:rPr>
        <w:t>自有光明月的销售身影。穿越近500年的时光，阳明学历经跌荡起伏，仍散发着睿智的光辉。他的思想学说处世之道。都已经成为中国文化基因的一部分。今天就让我们走进这部立志立言之作，立德立身之点，与三位读书人一同品读。每天鲜活多一点，本节目由更多鲜活营养的光明乳业独家冠名播出。光明乳业乐在新鲜。中国味鲁花香《典籍里的中国》，</w:t>
      </w:r>
    </w:p>
    <w:p w14:paraId="1B6A0146" w14:textId="77777777" w:rsidR="00E87C95" w:rsidRDefault="00000000">
      <w:pPr>
        <w:spacing w:after="0" w:line="579" w:lineRule="exact"/>
        <w:ind w:firstLine="640"/>
        <w:rPr>
          <w:lang w:eastAsia="zh-CN"/>
        </w:rPr>
      </w:pPr>
      <w:r>
        <w:rPr>
          <w:rFonts w:ascii="仿宋" w:eastAsia="仿宋" w:hAnsi="仿宋"/>
          <w:sz w:val="32"/>
          <w:lang w:eastAsia="zh-CN"/>
        </w:rPr>
        <w:t>由中国民族品牌的骄子鲁花赞助播出。鲁花荣获国家科技进步奖。植物补益读书有底气，感谢云南白药集团气血康口服液对本节目的赞助播出。扫描屏幕上方二维码，下载央视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观看《典籍里的中国》完整视频专享幕后精彩内容。几</w:t>
      </w:r>
      <w:r>
        <w:rPr>
          <w:rFonts w:ascii="仿宋" w:eastAsia="仿宋" w:hAnsi="仿宋"/>
          <w:sz w:val="32"/>
          <w:lang w:eastAsia="zh-CN"/>
        </w:rPr>
        <w:lastRenderedPageBreak/>
        <w:t>位老师好。在刚才的开场戏剧当中，《论语》里面记载，曾子曾经说，吾日三省吾身。其中有一条就是传不习乎。传是什么意思呢？我们通常都说言传身教，传是老师所讲述的内容。</w:t>
      </w:r>
    </w:p>
    <w:p w14:paraId="4CBFADD3" w14:textId="77777777" w:rsidR="00E87C95" w:rsidRDefault="00000000">
      <w:pPr>
        <w:spacing w:after="0" w:line="579" w:lineRule="exact"/>
        <w:ind w:firstLine="640"/>
        <w:rPr>
          <w:lang w:eastAsia="zh-CN"/>
        </w:rPr>
      </w:pPr>
      <w:r>
        <w:rPr>
          <w:rFonts w:ascii="仿宋" w:eastAsia="仿宋" w:hAnsi="仿宋"/>
          <w:sz w:val="32"/>
          <w:lang w:eastAsia="zh-CN"/>
        </w:rPr>
        <w:t>还包括事件的处理的方式，行为态度。</w:t>
      </w:r>
      <w:proofErr w:type="gramStart"/>
      <w:r>
        <w:rPr>
          <w:rFonts w:ascii="仿宋" w:eastAsia="仿宋" w:hAnsi="仿宋"/>
          <w:sz w:val="32"/>
          <w:lang w:eastAsia="zh-CN"/>
        </w:rPr>
        <w:t>习是实践</w:t>
      </w:r>
      <w:proofErr w:type="gramEnd"/>
      <w:r>
        <w:rPr>
          <w:rFonts w:ascii="仿宋" w:eastAsia="仿宋" w:hAnsi="仿宋"/>
          <w:sz w:val="32"/>
          <w:lang w:eastAsia="zh-CN"/>
        </w:rPr>
        <w:t>。行动，所以这句话的意思，那就是老师所传递给我们的东西，我们有没有实时的去实践去运用啊？用传习作为书名，我们就可以知道</w:t>
      </w:r>
      <w:proofErr w:type="gramStart"/>
      <w:r>
        <w:rPr>
          <w:rFonts w:ascii="仿宋" w:eastAsia="仿宋" w:hAnsi="仿宋"/>
          <w:sz w:val="32"/>
          <w:lang w:eastAsia="zh-CN"/>
        </w:rPr>
        <w:t>帝</w:t>
      </w:r>
      <w:proofErr w:type="gramEnd"/>
      <w:r>
        <w:rPr>
          <w:rFonts w:ascii="仿宋" w:eastAsia="仿宋" w:hAnsi="仿宋"/>
          <w:sz w:val="32"/>
          <w:lang w:eastAsia="zh-CN"/>
        </w:rPr>
        <w:t>怎么是想把阳明先生的思想记录下来，不断地将它运用于实践。其实，王阳明和孔子有相当多的相似之处。阳明12岁立下大志，要读书学圣人。孔子15岁，</w:t>
      </w:r>
    </w:p>
    <w:p w14:paraId="707C57DC" w14:textId="77777777" w:rsidR="00E87C95" w:rsidRDefault="00000000">
      <w:pPr>
        <w:spacing w:after="0" w:line="579" w:lineRule="exact"/>
        <w:ind w:firstLine="640"/>
        <w:rPr>
          <w:lang w:eastAsia="zh-CN"/>
        </w:rPr>
      </w:pPr>
      <w:r>
        <w:rPr>
          <w:rFonts w:ascii="仿宋" w:eastAsia="仿宋" w:hAnsi="仿宋"/>
          <w:sz w:val="32"/>
          <w:lang w:eastAsia="zh-CN"/>
        </w:rPr>
        <w:t>有知医学那两个人也都是大教育家嘛，而且呢，他们的弟子都觉得老师有非常多的启发，人心的东西真知灼见。一定要把它记录下来，所以孔子的弟子留下《论语》哈，刚才在戏剧当中，我们也看到是弟子徐爱，率先提出要将老师的这些教诲记录成书的。徐爱也是王阳明先生的第一位弟子，深受先生的喜爱，所以呢，王阳明曾经称其为无知颜渊，是的，徐爱很早呢就记录王阳明跟学生之间。</w:t>
      </w:r>
    </w:p>
    <w:p w14:paraId="6D437573" w14:textId="77777777" w:rsidR="00E87C95" w:rsidRDefault="00000000">
      <w:pPr>
        <w:spacing w:after="0" w:line="579" w:lineRule="exact"/>
        <w:ind w:firstLine="640"/>
        <w:rPr>
          <w:lang w:eastAsia="zh-CN"/>
        </w:rPr>
      </w:pPr>
      <w:r>
        <w:rPr>
          <w:rFonts w:ascii="仿宋" w:eastAsia="仿宋" w:hAnsi="仿宋"/>
          <w:sz w:val="32"/>
          <w:lang w:eastAsia="zh-CN"/>
        </w:rPr>
        <w:t>授课的情形，后来呢，王阳明的</w:t>
      </w:r>
      <w:proofErr w:type="gramStart"/>
      <w:r>
        <w:rPr>
          <w:rFonts w:ascii="仿宋" w:eastAsia="仿宋" w:hAnsi="仿宋"/>
          <w:sz w:val="32"/>
          <w:lang w:eastAsia="zh-CN"/>
        </w:rPr>
        <w:t>弟子南大吉</w:t>
      </w:r>
      <w:proofErr w:type="gramEnd"/>
      <w:r>
        <w:rPr>
          <w:rFonts w:ascii="仿宋" w:eastAsia="仿宋" w:hAnsi="仿宋"/>
          <w:sz w:val="32"/>
          <w:lang w:eastAsia="zh-CN"/>
        </w:rPr>
        <w:t>，又把阳明的一些书信呐，</w:t>
      </w:r>
      <w:proofErr w:type="gramStart"/>
      <w:r>
        <w:rPr>
          <w:rFonts w:ascii="仿宋" w:eastAsia="仿宋" w:hAnsi="仿宋"/>
          <w:sz w:val="32"/>
          <w:lang w:eastAsia="zh-CN"/>
        </w:rPr>
        <w:t>信闸呀</w:t>
      </w:r>
      <w:proofErr w:type="gramEnd"/>
      <w:r>
        <w:rPr>
          <w:rFonts w:ascii="仿宋" w:eastAsia="仿宋" w:hAnsi="仿宋"/>
          <w:sz w:val="32"/>
          <w:lang w:eastAsia="zh-CN"/>
        </w:rPr>
        <w:t>，在王阳明去世之后，阳明先生啊，一生是命运多，可以说是历经磨难，那小的时候啊，因为格竹子隔了七天七夜没有隔出道理来。留下了咳血的疾病啊，</w:t>
      </w:r>
      <w:r>
        <w:rPr>
          <w:rFonts w:ascii="仿宋" w:eastAsia="仿宋" w:hAnsi="仿宋"/>
          <w:sz w:val="32"/>
          <w:lang w:eastAsia="zh-CN"/>
        </w:rPr>
        <w:lastRenderedPageBreak/>
        <w:t>这是一个心灵的磨难，然后就有仕途的磨难了。王阳明30出头的时候，</w:t>
      </w:r>
    </w:p>
    <w:p w14:paraId="4FFDB796" w14:textId="77777777" w:rsidR="00E87C95" w:rsidRDefault="00000000">
      <w:pPr>
        <w:spacing w:after="0" w:line="579" w:lineRule="exact"/>
        <w:ind w:firstLine="640"/>
        <w:rPr>
          <w:lang w:eastAsia="zh-CN"/>
        </w:rPr>
      </w:pPr>
      <w:r>
        <w:rPr>
          <w:rFonts w:ascii="仿宋" w:eastAsia="仿宋" w:hAnsi="仿宋"/>
          <w:sz w:val="32"/>
          <w:lang w:eastAsia="zh-CN"/>
        </w:rPr>
        <w:t>当时是宦官刘瑾专权嘛，所以他为了这个反对刘瑾。又遭到廷杖，贬到贵州这一系列的磨难，加到他身上，一方面是折磨了他，另外一方面也是成。成就了他出现了人生中非</w:t>
      </w:r>
      <w:proofErr w:type="gramStart"/>
      <w:r>
        <w:rPr>
          <w:rFonts w:ascii="仿宋" w:eastAsia="仿宋" w:hAnsi="仿宋"/>
          <w:sz w:val="32"/>
          <w:lang w:eastAsia="zh-CN"/>
        </w:rPr>
        <w:t>常非常</w:t>
      </w:r>
      <w:proofErr w:type="gramEnd"/>
      <w:r>
        <w:rPr>
          <w:rFonts w:ascii="仿宋" w:eastAsia="仿宋" w:hAnsi="仿宋"/>
          <w:sz w:val="32"/>
          <w:lang w:eastAsia="zh-CN"/>
        </w:rPr>
        <w:t>重大的一次转折，一次心灵的震荡，叫做龙场悟道。从而就悟出了知行合一这个道理。那么，到底什么是知行合一呢？传世陆地里面曾经用孝</w:t>
      </w:r>
      <w:proofErr w:type="gramStart"/>
      <w:r>
        <w:rPr>
          <w:rFonts w:ascii="仿宋" w:eastAsia="仿宋" w:hAnsi="仿宋"/>
          <w:sz w:val="32"/>
          <w:lang w:eastAsia="zh-CN"/>
        </w:rPr>
        <w:t>缔</w:t>
      </w:r>
      <w:proofErr w:type="gramEnd"/>
      <w:r>
        <w:rPr>
          <w:rFonts w:ascii="仿宋" w:eastAsia="仿宋" w:hAnsi="仿宋"/>
          <w:sz w:val="32"/>
          <w:lang w:eastAsia="zh-CN"/>
        </w:rPr>
        <w:t>举过一个例子。王阳明说呢，</w:t>
      </w:r>
    </w:p>
    <w:p w14:paraId="5378C43E" w14:textId="77777777" w:rsidR="00E87C95" w:rsidRDefault="00000000">
      <w:pPr>
        <w:spacing w:after="0" w:line="579" w:lineRule="exact"/>
        <w:ind w:firstLine="640"/>
        <w:rPr>
          <w:lang w:eastAsia="zh-CN"/>
        </w:rPr>
      </w:pPr>
      <w:r>
        <w:rPr>
          <w:rFonts w:ascii="仿宋" w:eastAsia="仿宋" w:hAnsi="仿宋"/>
          <w:sz w:val="32"/>
          <w:lang w:eastAsia="zh-CN"/>
        </w:rPr>
        <w:t>如果说一个人是一个孝</w:t>
      </w:r>
      <w:proofErr w:type="gramStart"/>
      <w:r>
        <w:rPr>
          <w:rFonts w:ascii="仿宋" w:eastAsia="仿宋" w:hAnsi="仿宋"/>
          <w:sz w:val="32"/>
          <w:lang w:eastAsia="zh-CN"/>
        </w:rPr>
        <w:t>缔</w:t>
      </w:r>
      <w:proofErr w:type="gramEnd"/>
      <w:r>
        <w:rPr>
          <w:rFonts w:ascii="仿宋" w:eastAsia="仿宋" w:hAnsi="仿宋"/>
          <w:sz w:val="32"/>
          <w:lang w:eastAsia="zh-CN"/>
        </w:rPr>
        <w:t>的人。并不是因为他能说一些孝弟的话，而一定是由于他做了孝弟的事，知而不行。只是未知，只有付诸行动，才是真正的知的表达，或者说体现没错。王阳明另外一个非常非常重要的思想。叫做致良知龙场悟道之后呢，又出现了一个很大的事情，就是宁王之乱43天的时间，一举平定宁王朱宸</w:t>
      </w:r>
      <w:proofErr w:type="gramStart"/>
      <w:r>
        <w:rPr>
          <w:rFonts w:ascii="仿宋" w:eastAsia="仿宋" w:hAnsi="仿宋"/>
          <w:sz w:val="32"/>
          <w:lang w:eastAsia="zh-CN"/>
        </w:rPr>
        <w:t>濠</w:t>
      </w:r>
      <w:proofErr w:type="gramEnd"/>
      <w:r>
        <w:rPr>
          <w:rFonts w:ascii="仿宋" w:eastAsia="仿宋" w:hAnsi="仿宋"/>
          <w:sz w:val="32"/>
          <w:lang w:eastAsia="zh-CN"/>
        </w:rPr>
        <w:t>。大功一件呐，但是王阳明非但没有得到褒奖，</w:t>
      </w:r>
    </w:p>
    <w:p w14:paraId="5B0D54B1" w14:textId="77777777" w:rsidR="00E87C95" w:rsidRDefault="00000000">
      <w:pPr>
        <w:spacing w:after="0" w:line="579" w:lineRule="exact"/>
        <w:ind w:firstLine="640"/>
        <w:rPr>
          <w:lang w:eastAsia="zh-CN"/>
        </w:rPr>
      </w:pPr>
      <w:r>
        <w:rPr>
          <w:rFonts w:ascii="仿宋" w:eastAsia="仿宋" w:hAnsi="仿宋"/>
          <w:sz w:val="32"/>
          <w:lang w:eastAsia="zh-CN"/>
        </w:rPr>
        <w:t>反而呢，落了一个谋反的罪名，哎，这个时候重新跌入一种谷底。王阳明在这个时候提出了致良知，对王阳明曾经</w:t>
      </w:r>
      <w:proofErr w:type="gramStart"/>
      <w:r>
        <w:rPr>
          <w:rFonts w:ascii="仿宋" w:eastAsia="仿宋" w:hAnsi="仿宋"/>
          <w:sz w:val="32"/>
          <w:lang w:eastAsia="zh-CN"/>
        </w:rPr>
        <w:t>说过吾良知</w:t>
      </w:r>
      <w:proofErr w:type="gramEnd"/>
      <w:r>
        <w:rPr>
          <w:rFonts w:ascii="仿宋" w:eastAsia="仿宋" w:hAnsi="仿宋"/>
          <w:sz w:val="32"/>
          <w:lang w:eastAsia="zh-CN"/>
        </w:rPr>
        <w:t>二字。自龙场以后，便已不出此地，只是点此二字不出。他说，我呢，从龙场之后。我讲学的宗旨。事实上，就不出良知二字，</w:t>
      </w:r>
    </w:p>
    <w:p w14:paraId="2976DFCC" w14:textId="77777777" w:rsidR="00E87C95" w:rsidRDefault="00000000">
      <w:pPr>
        <w:spacing w:after="0" w:line="579" w:lineRule="exact"/>
        <w:ind w:firstLine="640"/>
        <w:rPr>
          <w:lang w:eastAsia="zh-CN"/>
        </w:rPr>
      </w:pPr>
      <w:r>
        <w:rPr>
          <w:rFonts w:ascii="仿宋" w:eastAsia="仿宋" w:hAnsi="仿宋"/>
          <w:sz w:val="32"/>
          <w:lang w:eastAsia="zh-CN"/>
        </w:rPr>
        <w:t>可是很遗憾，当时还想不到，用这么两个字。我们也可以想见，对于这个从</w:t>
      </w:r>
      <w:proofErr w:type="gramStart"/>
      <w:r>
        <w:rPr>
          <w:rFonts w:ascii="仿宋" w:eastAsia="仿宋" w:hAnsi="仿宋"/>
          <w:sz w:val="32"/>
          <w:lang w:eastAsia="zh-CN"/>
        </w:rPr>
        <w:t>百死千难</w:t>
      </w:r>
      <w:proofErr w:type="gramEnd"/>
      <w:r>
        <w:rPr>
          <w:rFonts w:ascii="仿宋" w:eastAsia="仿宋" w:hAnsi="仿宋"/>
          <w:sz w:val="32"/>
          <w:lang w:eastAsia="zh-CN"/>
        </w:rPr>
        <w:t>中得来的致良知的学说，当年</w:t>
      </w:r>
      <w:r>
        <w:rPr>
          <w:rFonts w:ascii="仿宋" w:eastAsia="仿宋" w:hAnsi="仿宋"/>
          <w:sz w:val="32"/>
          <w:lang w:eastAsia="zh-CN"/>
        </w:rPr>
        <w:lastRenderedPageBreak/>
        <w:t>阳明先生把它讲出来。是何等的鼓舞人心，激动人心，启迪人心？他提出的这些致良知和知行合一等等思想，对后世产生了非常深远的影响。王阳明先生从小就立志薛胜贤。他最终也是成为了为后世所尊崇的圣贤，是跟孔夫子一样啊，晚年他是在家乡讲学呀，</w:t>
      </w:r>
    </w:p>
    <w:p w14:paraId="50745240" w14:textId="77777777" w:rsidR="00E87C95" w:rsidRDefault="00000000">
      <w:pPr>
        <w:spacing w:after="0" w:line="579" w:lineRule="exact"/>
        <w:ind w:firstLine="640"/>
        <w:rPr>
          <w:lang w:eastAsia="zh-CN"/>
        </w:rPr>
      </w:pPr>
      <w:r>
        <w:rPr>
          <w:rFonts w:ascii="仿宋" w:eastAsia="仿宋" w:hAnsi="仿宋"/>
          <w:sz w:val="32"/>
          <w:lang w:eastAsia="zh-CN"/>
        </w:rPr>
        <w:t>在他去世之前的那年。又接到朝廷命令，让他到广西去评判，可是这时候王阳明身体已经非常非常不好了，去还是不去？一个老人家了，他做出的抉择是什么呢？是去，但是再也没有能回到家中。就在生命的最后一刻呀，他的弟子就问他，您还有什么话要说吗？王阳明只答了八个字。此心光明，亦复何言啊？</w:t>
      </w:r>
    </w:p>
    <w:p w14:paraId="1984437C" w14:textId="77777777" w:rsidR="00E87C95" w:rsidRDefault="00000000">
      <w:pPr>
        <w:spacing w:after="0" w:line="579" w:lineRule="exact"/>
        <w:ind w:firstLine="640"/>
        <w:rPr>
          <w:lang w:eastAsia="zh-CN"/>
        </w:rPr>
      </w:pPr>
      <w:r>
        <w:rPr>
          <w:rFonts w:ascii="仿宋" w:eastAsia="仿宋" w:hAnsi="仿宋"/>
          <w:sz w:val="32"/>
          <w:lang w:eastAsia="zh-CN"/>
        </w:rPr>
        <w:t>说我的心一片光明，一片坦荡，我没有什么要说的了。这也就是中国古代知识分子的理想人格呀，就是后人说的真三不朽啊立德。立功立言。他用自己的生命真正</w:t>
      </w:r>
      <w:proofErr w:type="gramStart"/>
      <w:r>
        <w:rPr>
          <w:rFonts w:ascii="仿宋" w:eastAsia="仿宋" w:hAnsi="仿宋"/>
          <w:sz w:val="32"/>
          <w:lang w:eastAsia="zh-CN"/>
        </w:rPr>
        <w:t>践行</w:t>
      </w:r>
      <w:proofErr w:type="gramEnd"/>
      <w:r>
        <w:rPr>
          <w:rFonts w:ascii="仿宋" w:eastAsia="仿宋" w:hAnsi="仿宋"/>
          <w:sz w:val="32"/>
          <w:lang w:eastAsia="zh-CN"/>
        </w:rPr>
        <w:t>了知行合一这样的一个道理。那么，今天在《典籍里的中国》的舞台上，将会讲述《传习录》背后怎样传奇的故事？大家好，欢迎来到《典籍里的中国》</w:t>
      </w:r>
      <w:proofErr w:type="gramStart"/>
      <w:r>
        <w:rPr>
          <w:rFonts w:ascii="仿宋" w:eastAsia="仿宋" w:hAnsi="仿宋"/>
          <w:sz w:val="32"/>
          <w:lang w:eastAsia="zh-CN"/>
        </w:rPr>
        <w:t>典读会</w:t>
      </w:r>
      <w:proofErr w:type="gramEnd"/>
      <w:r>
        <w:rPr>
          <w:rFonts w:ascii="仿宋" w:eastAsia="仿宋" w:hAnsi="仿宋"/>
          <w:sz w:val="32"/>
          <w:lang w:eastAsia="zh-CN"/>
        </w:rPr>
        <w:t>，我是当代读书人撒贝宁。一块儿走进王阳明先生知行合一的传奇人生掌声，欢迎我们的几位嘉宾。</w:t>
      </w:r>
    </w:p>
    <w:p w14:paraId="021DA48C" w14:textId="77777777" w:rsidR="00E87C95" w:rsidRDefault="00000000">
      <w:pPr>
        <w:spacing w:after="0" w:line="579" w:lineRule="exact"/>
        <w:ind w:firstLine="640"/>
        <w:rPr>
          <w:lang w:eastAsia="zh-CN"/>
        </w:rPr>
      </w:pPr>
      <w:r>
        <w:rPr>
          <w:rFonts w:ascii="仿宋" w:eastAsia="仿宋" w:hAnsi="仿宋"/>
          <w:sz w:val="32"/>
          <w:lang w:eastAsia="zh-CN"/>
        </w:rPr>
        <w:t>给大家自我介绍一下吧。大家好，我是演员辛柏青，在戏剧当中饰演王阳明。大家好，我是演员王森，在剧中饰演王阳明先生的徒弟徐爱。大家好，我是演员程枫，我饰演的</w:t>
      </w:r>
      <w:r>
        <w:rPr>
          <w:rFonts w:ascii="仿宋" w:eastAsia="仿宋" w:hAnsi="仿宋"/>
          <w:sz w:val="32"/>
          <w:lang w:eastAsia="zh-CN"/>
        </w:rPr>
        <w:lastRenderedPageBreak/>
        <w:t>是王阳明先生的弟子钱德洪。王阳明先生在中国思想史上确实是一位非常了不起的，标志性的人物。您心目中的王阳明是一个什么样的人？王阳明先生啊，是以有非常之人，</w:t>
      </w:r>
    </w:p>
    <w:p w14:paraId="463E40B0" w14:textId="77777777" w:rsidR="00E87C95" w:rsidRDefault="00000000">
      <w:pPr>
        <w:spacing w:after="0" w:line="579" w:lineRule="exact"/>
        <w:ind w:firstLine="640"/>
        <w:rPr>
          <w:lang w:eastAsia="zh-CN"/>
        </w:rPr>
      </w:pPr>
      <w:proofErr w:type="spellStart"/>
      <w:r>
        <w:rPr>
          <w:rFonts w:ascii="仿宋" w:eastAsia="仿宋" w:hAnsi="仿宋"/>
          <w:sz w:val="32"/>
        </w:rPr>
        <w:t>然后有非常之事，有非常之事，然后立非常之功的</w:t>
      </w:r>
      <w:proofErr w:type="spellEnd"/>
      <w:r>
        <w:rPr>
          <w:rFonts w:ascii="仿宋" w:eastAsia="仿宋" w:hAnsi="仿宋"/>
          <w:sz w:val="32"/>
        </w:rPr>
        <w:t>。</w:t>
      </w:r>
      <w:r>
        <w:rPr>
          <w:rFonts w:ascii="仿宋" w:eastAsia="仿宋" w:hAnsi="仿宋"/>
          <w:sz w:val="32"/>
          <w:lang w:eastAsia="zh-CN"/>
        </w:rPr>
        <w:t>这样一位圣贤王阳明先生悟道呢，恰恰又是在历经磨难之后，对生命本质的一种内心的感应。编剧在创作这个剧本的时候，用知行合一这四个字成为了我们整个故事的主线，对也是王阳明先生一生奉行的对。所以在我们《典籍里的中国》，这个剧本当中有一句台词应该是反复出现。是的，而且这句台词我相信在大家看完这一期《典籍里的中国》之后，会牢牢记住有请辛柏青老师。来为我们诵读一下这句台词。</w:t>
      </w:r>
    </w:p>
    <w:p w14:paraId="5D4471C3" w14:textId="77777777" w:rsidR="00E87C95" w:rsidRDefault="00000000">
      <w:pPr>
        <w:spacing w:after="0" w:line="579" w:lineRule="exact"/>
        <w:ind w:firstLine="640"/>
        <w:rPr>
          <w:lang w:eastAsia="zh-CN"/>
        </w:rPr>
      </w:pPr>
      <w:r>
        <w:rPr>
          <w:rFonts w:ascii="仿宋" w:eastAsia="仿宋" w:hAnsi="仿宋"/>
          <w:sz w:val="32"/>
          <w:lang w:eastAsia="zh-CN"/>
        </w:rPr>
        <w:t>知是行的主意。行是知的功夫。知是行之始，行是知之成。这句话的意思就是说知是行的头脑，行是知的落实，知是行的开始。行使之的完成。我想我们今天所有的现场观众和我们四位一块儿，我们把这两句话再重温一下。知是行的主意。行是知的功夫。知是行之始，行是知之成。再一次演绎王阳明先生呢，</w:t>
      </w:r>
    </w:p>
    <w:p w14:paraId="25CD1DCF" w14:textId="77777777" w:rsidR="00E87C95" w:rsidRDefault="00000000">
      <w:pPr>
        <w:spacing w:after="0" w:line="579" w:lineRule="exact"/>
        <w:ind w:firstLine="640"/>
        <w:rPr>
          <w:lang w:eastAsia="zh-CN"/>
        </w:rPr>
      </w:pPr>
      <w:r>
        <w:rPr>
          <w:rFonts w:ascii="仿宋" w:eastAsia="仿宋" w:hAnsi="仿宋"/>
          <w:sz w:val="32"/>
          <w:lang w:eastAsia="zh-CN"/>
        </w:rPr>
        <w:t>是完全不同的体验，因为这一次的戏剧性更强，故事性更强，所以你需要更多的。情感和感情的投入。希望更多的年轻人和我一起走进典籍，对话圣贤，传承和弘扬我们中国优秀的传统文化。先生，赶快服药吧。新建伯王</w:t>
      </w:r>
      <w:proofErr w:type="gramStart"/>
      <w:r>
        <w:rPr>
          <w:rFonts w:ascii="仿宋" w:eastAsia="仿宋" w:hAnsi="仿宋"/>
          <w:sz w:val="32"/>
          <w:lang w:eastAsia="zh-CN"/>
        </w:rPr>
        <w:t>守仁接旨</w:t>
      </w:r>
      <w:proofErr w:type="gramEnd"/>
      <w:r>
        <w:rPr>
          <w:rFonts w:ascii="仿宋" w:eastAsia="仿宋" w:hAnsi="仿宋"/>
          <w:sz w:val="32"/>
          <w:lang w:eastAsia="zh-CN"/>
        </w:rPr>
        <w:t>。</w:t>
      </w:r>
      <w:r>
        <w:rPr>
          <w:rFonts w:ascii="仿宋" w:eastAsia="仿宋" w:hAnsi="仿宋"/>
          <w:sz w:val="32"/>
          <w:lang w:eastAsia="zh-CN"/>
        </w:rPr>
        <w:lastRenderedPageBreak/>
        <w:t>新建伯王</w:t>
      </w:r>
      <w:proofErr w:type="gramStart"/>
      <w:r>
        <w:rPr>
          <w:rFonts w:ascii="仿宋" w:eastAsia="仿宋" w:hAnsi="仿宋"/>
          <w:sz w:val="32"/>
          <w:lang w:eastAsia="zh-CN"/>
        </w:rPr>
        <w:t>守仁皆指</w:t>
      </w:r>
      <w:proofErr w:type="gramEnd"/>
      <w:r>
        <w:rPr>
          <w:rFonts w:ascii="仿宋" w:eastAsia="仿宋" w:hAnsi="仿宋"/>
          <w:sz w:val="32"/>
          <w:lang w:eastAsia="zh-CN"/>
        </w:rPr>
        <w:t>。陈王守仁。皆指。奉天承运皇帝</w:t>
      </w:r>
      <w:proofErr w:type="gramStart"/>
      <w:r>
        <w:rPr>
          <w:rFonts w:ascii="仿宋" w:eastAsia="仿宋" w:hAnsi="仿宋"/>
          <w:sz w:val="32"/>
          <w:lang w:eastAsia="zh-CN"/>
        </w:rPr>
        <w:t>赐曰卿石敏</w:t>
      </w:r>
      <w:proofErr w:type="gramEnd"/>
      <w:r>
        <w:rPr>
          <w:rFonts w:ascii="仿宋" w:eastAsia="仿宋" w:hAnsi="仿宋"/>
          <w:sz w:val="32"/>
          <w:lang w:eastAsia="zh-CN"/>
        </w:rPr>
        <w:t>才，</w:t>
      </w:r>
    </w:p>
    <w:p w14:paraId="48FD4B1E" w14:textId="77777777" w:rsidR="00E87C95" w:rsidRDefault="00000000">
      <w:pPr>
        <w:spacing w:after="0" w:line="579" w:lineRule="exact"/>
        <w:ind w:firstLine="640"/>
        <w:rPr>
          <w:lang w:eastAsia="zh-CN"/>
        </w:rPr>
      </w:pPr>
      <w:r>
        <w:rPr>
          <w:rFonts w:ascii="仿宋" w:eastAsia="仿宋" w:hAnsi="仿宋"/>
          <w:sz w:val="32"/>
          <w:lang w:eastAsia="zh-CN"/>
        </w:rPr>
        <w:t>高忠诚体国今。两广多事，以卿之威，望定能为</w:t>
      </w:r>
      <w:proofErr w:type="gramStart"/>
      <w:r>
        <w:rPr>
          <w:rFonts w:ascii="仿宋" w:eastAsia="仿宋" w:hAnsi="仿宋"/>
          <w:sz w:val="32"/>
          <w:lang w:eastAsia="zh-CN"/>
        </w:rPr>
        <w:t>朕</w:t>
      </w:r>
      <w:proofErr w:type="gramEnd"/>
      <w:r>
        <w:rPr>
          <w:rFonts w:ascii="仿宋" w:eastAsia="仿宋" w:hAnsi="仿宋"/>
          <w:sz w:val="32"/>
          <w:lang w:eastAsia="zh-CN"/>
        </w:rPr>
        <w:t>分忧。卿以兴业前去，节制诸司。公元一五二七年，明朝嘉靖六年，王阳明56岁。这也是他。去世的前一年，当时的王阳明积劳成疾。在老家绍兴养病。但是嘉靖皇帝连下圣旨，命他前往广西平乱。</w:t>
      </w:r>
    </w:p>
    <w:p w14:paraId="38378B3A" w14:textId="77777777" w:rsidR="00E87C95" w:rsidRDefault="00000000">
      <w:pPr>
        <w:spacing w:after="0" w:line="579" w:lineRule="exact"/>
        <w:ind w:firstLine="640"/>
        <w:rPr>
          <w:lang w:eastAsia="zh-CN"/>
        </w:rPr>
      </w:pPr>
      <w:r>
        <w:rPr>
          <w:rFonts w:ascii="仿宋" w:eastAsia="仿宋" w:hAnsi="仿宋"/>
          <w:sz w:val="32"/>
          <w:lang w:eastAsia="zh-CN"/>
        </w:rPr>
        <w:t>王阳明心忧家国。抱病出征。于第二年。客死在回乡的路上，勿再迟疑。</w:t>
      </w:r>
      <w:proofErr w:type="gramStart"/>
      <w:r>
        <w:rPr>
          <w:rFonts w:ascii="仿宋" w:eastAsia="仿宋" w:hAnsi="仿宋"/>
          <w:sz w:val="32"/>
          <w:lang w:eastAsia="zh-CN"/>
        </w:rPr>
        <w:t>推伟以复震忘</w:t>
      </w:r>
      <w:proofErr w:type="gramEnd"/>
      <w:r>
        <w:rPr>
          <w:rFonts w:ascii="仿宋" w:eastAsia="仿宋" w:hAnsi="仿宋"/>
          <w:sz w:val="32"/>
          <w:lang w:eastAsia="zh-CN"/>
        </w:rPr>
        <w:t>钦此。陈王守仁。灵芝关大人，快请起。嗯。嗯。哈哈</w:t>
      </w:r>
      <w:proofErr w:type="gramStart"/>
      <w:r>
        <w:rPr>
          <w:rFonts w:ascii="仿宋" w:eastAsia="仿宋" w:hAnsi="仿宋"/>
          <w:sz w:val="32"/>
          <w:lang w:eastAsia="zh-CN"/>
        </w:rPr>
        <w:t>哈</w:t>
      </w:r>
      <w:proofErr w:type="gramEnd"/>
      <w:r>
        <w:rPr>
          <w:rFonts w:ascii="仿宋" w:eastAsia="仿宋" w:hAnsi="仿宋"/>
          <w:sz w:val="32"/>
          <w:lang w:eastAsia="zh-CN"/>
        </w:rPr>
        <w:t>。</w:t>
      </w:r>
      <w:proofErr w:type="gramStart"/>
      <w:r>
        <w:rPr>
          <w:rFonts w:ascii="仿宋" w:eastAsia="仿宋" w:hAnsi="仿宋"/>
          <w:sz w:val="32"/>
          <w:lang w:eastAsia="zh-CN"/>
        </w:rPr>
        <w:t>臣会尽快</w:t>
      </w:r>
      <w:proofErr w:type="gramEnd"/>
      <w:r>
        <w:rPr>
          <w:rFonts w:ascii="仿宋" w:eastAsia="仿宋" w:hAnsi="仿宋"/>
          <w:sz w:val="32"/>
          <w:lang w:eastAsia="zh-CN"/>
        </w:rPr>
        <w:t>启程。先生。先生若是热闹。</w:t>
      </w:r>
    </w:p>
    <w:p w14:paraId="45E4F4EE" w14:textId="77777777" w:rsidR="00E87C95" w:rsidRDefault="00000000">
      <w:pPr>
        <w:spacing w:after="0" w:line="579" w:lineRule="exact"/>
        <w:ind w:firstLine="640"/>
        <w:rPr>
          <w:lang w:eastAsia="zh-CN"/>
        </w:rPr>
      </w:pPr>
      <w:r>
        <w:rPr>
          <w:rFonts w:ascii="仿宋" w:eastAsia="仿宋" w:hAnsi="仿宋"/>
          <w:sz w:val="32"/>
          <w:lang w:eastAsia="zh-CN"/>
        </w:rPr>
        <w:t>就请先宽衣吧。好好。咳。哈哈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。啊。先生当年，勤于公事。积劳成疾，又居龙场湿热之地。种下了病根，平定宁王朱宸</w:t>
      </w:r>
      <w:proofErr w:type="gramStart"/>
      <w:r>
        <w:rPr>
          <w:rFonts w:ascii="仿宋" w:eastAsia="仿宋" w:hAnsi="仿宋"/>
          <w:sz w:val="32"/>
          <w:lang w:eastAsia="zh-CN"/>
        </w:rPr>
        <w:t>濠</w:t>
      </w:r>
      <w:proofErr w:type="gramEnd"/>
      <w:r>
        <w:rPr>
          <w:rFonts w:ascii="仿宋" w:eastAsia="仿宋" w:hAnsi="仿宋"/>
          <w:sz w:val="32"/>
          <w:lang w:eastAsia="zh-CN"/>
        </w:rPr>
        <w:t>之乱，神思焦虑，旧疾时常复发。先生的咳喘之急，</w:t>
      </w:r>
    </w:p>
    <w:p w14:paraId="7B952586" w14:textId="77777777" w:rsidR="00E87C95" w:rsidRDefault="00000000">
      <w:pPr>
        <w:spacing w:after="0" w:line="579" w:lineRule="exact"/>
        <w:ind w:firstLine="640"/>
        <w:rPr>
          <w:lang w:eastAsia="zh-CN"/>
        </w:rPr>
      </w:pPr>
      <w:r>
        <w:rPr>
          <w:rFonts w:ascii="仿宋" w:eastAsia="仿宋" w:hAnsi="仿宋"/>
          <w:sz w:val="32"/>
          <w:lang w:eastAsia="zh-CN"/>
        </w:rPr>
        <w:t>日语加重了两广，是瘴疠之地，潮湿闷热，对先生的病情甚至。甚为不利。此行千里舟车劳顿，又要行军打仗。我只担心先生死去，你们是担心。我回不来了，</w:t>
      </w:r>
      <w:proofErr w:type="gramStart"/>
      <w:r>
        <w:rPr>
          <w:rFonts w:ascii="仿宋" w:eastAsia="仿宋" w:hAnsi="仿宋"/>
          <w:sz w:val="32"/>
          <w:lang w:eastAsia="zh-CN"/>
        </w:rPr>
        <w:t>先生先生</w:t>
      </w:r>
      <w:proofErr w:type="gramEnd"/>
      <w:r>
        <w:rPr>
          <w:rFonts w:ascii="仿宋" w:eastAsia="仿宋" w:hAnsi="仿宋"/>
          <w:sz w:val="32"/>
          <w:lang w:eastAsia="zh-CN"/>
        </w:rPr>
        <w:t>能否给皇上再上一书，辞去两广差事？是啊，朝廷啊。数次下令催促。</w:t>
      </w:r>
    </w:p>
    <w:p w14:paraId="23CD886E" w14:textId="77777777" w:rsidR="00E87C95" w:rsidRDefault="00000000">
      <w:pPr>
        <w:spacing w:after="0" w:line="579" w:lineRule="exact"/>
        <w:ind w:firstLine="640"/>
        <w:rPr>
          <w:lang w:eastAsia="zh-CN"/>
        </w:rPr>
      </w:pPr>
      <w:r>
        <w:rPr>
          <w:rFonts w:ascii="仿宋" w:eastAsia="仿宋" w:hAnsi="仿宋"/>
          <w:sz w:val="32"/>
          <w:lang w:eastAsia="zh-CN"/>
        </w:rPr>
        <w:t>尽忠职守，理应前去。但这只是其一。那其二呢？先生，我知道您曾经说</w:t>
      </w:r>
      <w:proofErr w:type="gramStart"/>
      <w:r>
        <w:rPr>
          <w:rFonts w:ascii="仿宋" w:eastAsia="仿宋" w:hAnsi="仿宋"/>
          <w:sz w:val="32"/>
          <w:lang w:eastAsia="zh-CN"/>
        </w:rPr>
        <w:t>过思恩之</w:t>
      </w:r>
      <w:proofErr w:type="gramEnd"/>
      <w:r>
        <w:rPr>
          <w:rFonts w:ascii="仿宋" w:eastAsia="仿宋" w:hAnsi="仿宋"/>
          <w:sz w:val="32"/>
          <w:lang w:eastAsia="zh-CN"/>
        </w:rPr>
        <w:t>民饥。有机可乘呢？尽管我也想</w:t>
      </w:r>
      <w:proofErr w:type="gramStart"/>
      <w:r>
        <w:rPr>
          <w:rFonts w:ascii="仿宋" w:eastAsia="仿宋" w:hAnsi="仿宋"/>
          <w:sz w:val="32"/>
          <w:lang w:eastAsia="zh-CN"/>
        </w:rPr>
        <w:t>劝</w:t>
      </w:r>
      <w:r>
        <w:rPr>
          <w:rFonts w:ascii="仿宋" w:eastAsia="仿宋" w:hAnsi="仿宋"/>
          <w:sz w:val="32"/>
          <w:lang w:eastAsia="zh-CN"/>
        </w:rPr>
        <w:lastRenderedPageBreak/>
        <w:t>先生</w:t>
      </w:r>
      <w:proofErr w:type="gramEnd"/>
      <w:r>
        <w:rPr>
          <w:rFonts w:ascii="仿宋" w:eastAsia="仿宋" w:hAnsi="仿宋"/>
          <w:sz w:val="32"/>
          <w:lang w:eastAsia="zh-CN"/>
        </w:rPr>
        <w:t>留在家中，以身体为重，但</w:t>
      </w:r>
      <w:proofErr w:type="gramStart"/>
      <w:r>
        <w:rPr>
          <w:rFonts w:ascii="仿宋" w:eastAsia="仿宋" w:hAnsi="仿宋"/>
          <w:sz w:val="32"/>
          <w:lang w:eastAsia="zh-CN"/>
        </w:rPr>
        <w:t>为了思恩田</w:t>
      </w:r>
      <w:proofErr w:type="gramEnd"/>
      <w:r>
        <w:rPr>
          <w:rFonts w:ascii="仿宋" w:eastAsia="仿宋" w:hAnsi="仿宋"/>
          <w:sz w:val="32"/>
          <w:lang w:eastAsia="zh-CN"/>
        </w:rPr>
        <w:t>州百姓的福</w:t>
      </w:r>
      <w:proofErr w:type="gramStart"/>
      <w:r>
        <w:rPr>
          <w:rFonts w:ascii="仿宋" w:eastAsia="仿宋" w:hAnsi="仿宋"/>
          <w:sz w:val="32"/>
          <w:lang w:eastAsia="zh-CN"/>
        </w:rPr>
        <w:t>芷</w:t>
      </w:r>
      <w:proofErr w:type="gramEnd"/>
      <w:r>
        <w:rPr>
          <w:rFonts w:ascii="仿宋" w:eastAsia="仿宋" w:hAnsi="仿宋"/>
          <w:sz w:val="32"/>
          <w:lang w:eastAsia="zh-CN"/>
        </w:rPr>
        <w:t>。想必先生仍会执意前行。你是何人？晚辈撒贝宁是来自400多年之后的读书人。400多年。正是。</w:t>
      </w:r>
    </w:p>
    <w:p w14:paraId="1EF7BC74" w14:textId="77777777" w:rsidR="00E87C95" w:rsidRDefault="00000000">
      <w:pPr>
        <w:spacing w:after="0" w:line="579" w:lineRule="exact"/>
        <w:ind w:firstLine="640"/>
        <w:rPr>
          <w:lang w:eastAsia="zh-CN"/>
        </w:rPr>
      </w:pPr>
      <w:r>
        <w:rPr>
          <w:rFonts w:ascii="仿宋" w:eastAsia="仿宋" w:hAnsi="仿宋"/>
          <w:sz w:val="32"/>
          <w:lang w:eastAsia="zh-CN"/>
        </w:rPr>
        <w:t>你竟然知道我去年书信中说的话，</w:t>
      </w:r>
      <w:proofErr w:type="gramStart"/>
      <w:r>
        <w:rPr>
          <w:rFonts w:ascii="仿宋" w:eastAsia="仿宋" w:hAnsi="仿宋"/>
          <w:sz w:val="32"/>
          <w:lang w:eastAsia="zh-CN"/>
        </w:rPr>
        <w:t>那些话德洪</w:t>
      </w:r>
      <w:proofErr w:type="gramEnd"/>
      <w:r>
        <w:rPr>
          <w:rFonts w:ascii="仿宋" w:eastAsia="仿宋" w:hAnsi="仿宋"/>
          <w:sz w:val="32"/>
          <w:lang w:eastAsia="zh-CN"/>
        </w:rPr>
        <w:t>都不一定知晓啊。在我们后世被奉为典籍之。特来向先生请教，何来三卷。400多年之后，分上中下三卷。上卷和中卷是您的学生徐爱，薛侃，南大吉等人编撰。而下卷。则是由这位钱德洪先生整理教刊，使其流传于天下。我有心了。先生。</w:t>
      </w:r>
    </w:p>
    <w:p w14:paraId="21057579" w14:textId="77777777" w:rsidR="00E87C95" w:rsidRDefault="00000000">
      <w:pPr>
        <w:spacing w:after="0" w:line="579" w:lineRule="exact"/>
        <w:ind w:firstLine="640"/>
        <w:rPr>
          <w:lang w:eastAsia="zh-CN"/>
        </w:rPr>
      </w:pPr>
      <w:r>
        <w:rPr>
          <w:rFonts w:ascii="仿宋" w:eastAsia="仿宋" w:hAnsi="仿宋"/>
          <w:sz w:val="32"/>
          <w:lang w:eastAsia="zh-CN"/>
        </w:rPr>
        <w:t>近些年，您讲课的内容。我都详细记录。你再说</w:t>
      </w:r>
      <w:proofErr w:type="gramStart"/>
      <w:r>
        <w:rPr>
          <w:rFonts w:ascii="仿宋" w:eastAsia="仿宋" w:hAnsi="仿宋"/>
          <w:sz w:val="32"/>
          <w:lang w:eastAsia="zh-CN"/>
        </w:rPr>
        <w:t>说</w:t>
      </w:r>
      <w:proofErr w:type="gramEnd"/>
      <w:r>
        <w:rPr>
          <w:rFonts w:ascii="仿宋" w:eastAsia="仿宋" w:hAnsi="仿宋"/>
          <w:sz w:val="32"/>
          <w:lang w:eastAsia="zh-CN"/>
        </w:rPr>
        <w:t>还读到了什么？知是行之始，行是知之成。先生，您知行合一的思想在后世可是备受推崇。如若世人皆能知行合一。我将会感到极大的欣慰。德</w:t>
      </w:r>
      <w:proofErr w:type="gramStart"/>
      <w:r>
        <w:rPr>
          <w:rFonts w:ascii="仿宋" w:eastAsia="仿宋" w:hAnsi="仿宋"/>
          <w:sz w:val="32"/>
          <w:lang w:eastAsia="zh-CN"/>
        </w:rPr>
        <w:t>洪汝中</w:t>
      </w:r>
      <w:proofErr w:type="gramEnd"/>
      <w:r>
        <w:rPr>
          <w:rFonts w:ascii="仿宋" w:eastAsia="仿宋" w:hAnsi="仿宋"/>
          <w:sz w:val="32"/>
          <w:lang w:eastAsia="zh-CN"/>
        </w:rPr>
        <w:t>。先生，你们可去告知我家人。不日即将启程，替我收拾行装。</w:t>
      </w:r>
    </w:p>
    <w:p w14:paraId="697879CC" w14:textId="77777777" w:rsidR="00E87C95" w:rsidRDefault="00000000">
      <w:pPr>
        <w:spacing w:after="0" w:line="579" w:lineRule="exact"/>
        <w:ind w:firstLine="640"/>
        <w:rPr>
          <w:lang w:eastAsia="zh-CN"/>
        </w:rPr>
      </w:pPr>
      <w:r>
        <w:rPr>
          <w:rFonts w:ascii="仿宋" w:eastAsia="仿宋" w:hAnsi="仿宋"/>
          <w:sz w:val="32"/>
          <w:lang w:eastAsia="zh-CN"/>
        </w:rPr>
        <w:t>是先生。你来寻我。所谓合适。晚辈是想来向先生请教，您是如何悟得知行合一的大道？说来话长啊。我年少时。就因家学渊源。生出学圣贤之心。父亲他们告诉我，父亲是状元，状元是天底下读书最厉害的人。哈哈</w:t>
      </w:r>
      <w:proofErr w:type="gramStart"/>
      <w:r>
        <w:rPr>
          <w:rFonts w:ascii="仿宋" w:eastAsia="仿宋" w:hAnsi="仿宋"/>
          <w:sz w:val="32"/>
          <w:lang w:eastAsia="zh-CN"/>
        </w:rPr>
        <w:t>哈</w:t>
      </w:r>
      <w:proofErr w:type="gramEnd"/>
      <w:r>
        <w:rPr>
          <w:rFonts w:ascii="仿宋" w:eastAsia="仿宋" w:hAnsi="仿宋"/>
          <w:sz w:val="32"/>
          <w:lang w:eastAsia="zh-CN"/>
        </w:rPr>
        <w:t>。主人不能这么说。还有比状元更厉害的人。</w:t>
      </w:r>
    </w:p>
    <w:p w14:paraId="4DE574F4" w14:textId="77777777" w:rsidR="00E87C95" w:rsidRDefault="00000000">
      <w:pPr>
        <w:spacing w:after="0" w:line="579" w:lineRule="exact"/>
        <w:ind w:firstLine="640"/>
        <w:rPr>
          <w:lang w:eastAsia="zh-CN"/>
        </w:rPr>
      </w:pPr>
      <w:r>
        <w:rPr>
          <w:rFonts w:ascii="仿宋" w:eastAsia="仿宋" w:hAnsi="仿宋"/>
          <w:sz w:val="32"/>
          <w:lang w:eastAsia="zh-CN"/>
        </w:rPr>
        <w:t>那就是圣贤。孔子。《孟子》，朱子。他们都没有当过状元。却都成了圣贤。什么是圣贤？圣贤。就是。能够领悟天道的人。是按照天道行事，能够为百姓谋福的人，就像《论语》中所说，不是于民。</w:t>
      </w:r>
      <w:proofErr w:type="gramStart"/>
      <w:r>
        <w:rPr>
          <w:rFonts w:ascii="仿宋" w:eastAsia="仿宋" w:hAnsi="仿宋"/>
          <w:sz w:val="32"/>
          <w:lang w:eastAsia="zh-CN"/>
        </w:rPr>
        <w:t>而能济众</w:t>
      </w:r>
      <w:proofErr w:type="gramEnd"/>
      <w:r>
        <w:rPr>
          <w:rFonts w:ascii="仿宋" w:eastAsia="仿宋" w:hAnsi="仿宋"/>
          <w:sz w:val="32"/>
          <w:lang w:eastAsia="zh-CN"/>
        </w:rPr>
        <w:t>。</w:t>
      </w:r>
    </w:p>
    <w:p w14:paraId="76C4996B" w14:textId="77777777" w:rsidR="00E87C95" w:rsidRDefault="00000000">
      <w:pPr>
        <w:spacing w:after="0" w:line="579" w:lineRule="exact"/>
        <w:ind w:firstLine="640"/>
        <w:rPr>
          <w:lang w:eastAsia="zh-CN"/>
        </w:rPr>
      </w:pPr>
      <w:r>
        <w:rPr>
          <w:rFonts w:ascii="仿宋" w:eastAsia="仿宋" w:hAnsi="仿宋"/>
          <w:sz w:val="32"/>
          <w:lang w:eastAsia="zh-CN"/>
        </w:rPr>
        <w:lastRenderedPageBreak/>
        <w:t>那我要学圣贤为天下的人谋福。哈哈</w:t>
      </w:r>
      <w:proofErr w:type="gramStart"/>
      <w:r>
        <w:rPr>
          <w:rFonts w:ascii="仿宋" w:eastAsia="仿宋" w:hAnsi="仿宋"/>
          <w:sz w:val="32"/>
          <w:lang w:eastAsia="zh-CN"/>
        </w:rPr>
        <w:t>哈</w:t>
      </w:r>
      <w:proofErr w:type="gramEnd"/>
      <w:r>
        <w:rPr>
          <w:rFonts w:ascii="仿宋" w:eastAsia="仿宋" w:hAnsi="仿宋"/>
          <w:sz w:val="32"/>
          <w:lang w:eastAsia="zh-CN"/>
        </w:rPr>
        <w:t>。哎</w:t>
      </w:r>
      <w:proofErr w:type="gramStart"/>
      <w:r>
        <w:rPr>
          <w:rFonts w:ascii="仿宋" w:eastAsia="仿宋" w:hAnsi="仿宋"/>
          <w:sz w:val="32"/>
          <w:lang w:eastAsia="zh-CN"/>
        </w:rPr>
        <w:t>呦</w:t>
      </w:r>
      <w:proofErr w:type="gramEnd"/>
      <w:r>
        <w:rPr>
          <w:rFonts w:ascii="仿宋" w:eastAsia="仿宋" w:hAnsi="仿宋"/>
          <w:sz w:val="32"/>
          <w:lang w:eastAsia="zh-CN"/>
        </w:rPr>
        <w:t>。守仁，你要做圣贤。</w:t>
      </w:r>
      <w:proofErr w:type="gramStart"/>
      <w:r>
        <w:rPr>
          <w:rFonts w:ascii="仿宋" w:eastAsia="仿宋" w:hAnsi="仿宋"/>
          <w:sz w:val="32"/>
          <w:lang w:eastAsia="zh-CN"/>
        </w:rPr>
        <w:t>孔夫子十</w:t>
      </w:r>
      <w:proofErr w:type="gramEnd"/>
      <w:r>
        <w:rPr>
          <w:rFonts w:ascii="仿宋" w:eastAsia="仿宋" w:hAnsi="仿宋"/>
          <w:sz w:val="32"/>
          <w:lang w:eastAsia="zh-CN"/>
        </w:rPr>
        <w:t>有五而志于学。您更早，您12岁就立志学圣贤了，我那时是初生牛犊，不怕虎啊。不过，立志要早，志向要高。志不立，</w:t>
      </w:r>
    </w:p>
    <w:p w14:paraId="6F3E8379" w14:textId="77777777" w:rsidR="00E87C95" w:rsidRDefault="00000000">
      <w:pPr>
        <w:spacing w:after="0" w:line="579" w:lineRule="exact"/>
        <w:ind w:firstLine="640"/>
        <w:rPr>
          <w:lang w:eastAsia="zh-CN"/>
        </w:rPr>
      </w:pPr>
      <w:r>
        <w:rPr>
          <w:rFonts w:ascii="仿宋" w:eastAsia="仿宋" w:hAnsi="仿宋"/>
          <w:sz w:val="32"/>
          <w:lang w:eastAsia="zh-CN"/>
        </w:rPr>
        <w:t>天下无可成之事啊。</w:t>
      </w:r>
      <w:proofErr w:type="gramStart"/>
      <w:r>
        <w:rPr>
          <w:rFonts w:ascii="仿宋" w:eastAsia="仿宋" w:hAnsi="仿宋"/>
          <w:sz w:val="32"/>
          <w:lang w:eastAsia="zh-CN"/>
        </w:rPr>
        <w:t>后来您随父亲</w:t>
      </w:r>
      <w:proofErr w:type="gramEnd"/>
      <w:r>
        <w:rPr>
          <w:rFonts w:ascii="仿宋" w:eastAsia="仿宋" w:hAnsi="仿宋"/>
          <w:sz w:val="32"/>
          <w:lang w:eastAsia="zh-CN"/>
        </w:rPr>
        <w:t>去了京师。我在学堂念书，兴致极高，学到一些道理，便想着去检验。那应该算是最早的知行合一了吧对。为了推究事物的道理。我曾经七日七夜不吃不喝，去格竹子。哎。钱同学钱同学，你怎么啦？你快醒醒，守仁，</w:t>
      </w:r>
    </w:p>
    <w:p w14:paraId="4C469E7C" w14:textId="77777777" w:rsidR="00E87C95" w:rsidRDefault="00000000">
      <w:pPr>
        <w:spacing w:after="0" w:line="579" w:lineRule="exact"/>
        <w:ind w:firstLine="640"/>
        <w:rPr>
          <w:lang w:eastAsia="zh-CN"/>
        </w:rPr>
      </w:pPr>
      <w:r>
        <w:rPr>
          <w:rFonts w:ascii="仿宋" w:eastAsia="仿宋" w:hAnsi="仿宋"/>
          <w:sz w:val="32"/>
          <w:lang w:eastAsia="zh-CN"/>
        </w:rPr>
        <w:t>我现在看什么都是绿的，我看你的脸。也是绿的啊，同学，你没事吧？我就是晕。你为甚非得让我陪着你，跟着竹子看呀？这不是看，是格竹子。朱夫子说。一草一木，皆有至理。朱夫子的一句话，咱俩就得盯着看，</w:t>
      </w:r>
    </w:p>
    <w:p w14:paraId="4C3AD9AE" w14:textId="77777777" w:rsidR="00E87C95" w:rsidRDefault="00000000">
      <w:pPr>
        <w:spacing w:after="0" w:line="579" w:lineRule="exact"/>
        <w:ind w:firstLine="640"/>
        <w:rPr>
          <w:lang w:eastAsia="zh-CN"/>
        </w:rPr>
      </w:pPr>
      <w:proofErr w:type="gramStart"/>
      <w:r>
        <w:rPr>
          <w:rFonts w:ascii="仿宋" w:eastAsia="仿宋" w:hAnsi="仿宋"/>
          <w:sz w:val="32"/>
          <w:lang w:eastAsia="zh-CN"/>
        </w:rPr>
        <w:t>三日三日</w:t>
      </w:r>
      <w:proofErr w:type="gramEnd"/>
      <w:r>
        <w:rPr>
          <w:rFonts w:ascii="仿宋" w:eastAsia="仿宋" w:hAnsi="仿宋"/>
          <w:sz w:val="32"/>
          <w:lang w:eastAsia="zh-CN"/>
        </w:rPr>
        <w:t>恐怕不够，我还没得出道理来啊。那你自己隔吧，我隔不了了，你可以的专注些，我头晕。嗯。你让我躺会儿。哎呀。这位小钱同学看了三天就躺平了，我也是看到第七日。就</w:t>
      </w:r>
      <w:proofErr w:type="gramStart"/>
      <w:r>
        <w:rPr>
          <w:rFonts w:ascii="仿宋" w:eastAsia="仿宋" w:hAnsi="仿宋"/>
          <w:sz w:val="32"/>
          <w:lang w:eastAsia="zh-CN"/>
        </w:rPr>
        <w:t>劳</w:t>
      </w:r>
      <w:proofErr w:type="gramEnd"/>
      <w:r>
        <w:rPr>
          <w:rFonts w:ascii="仿宋" w:eastAsia="仿宋" w:hAnsi="仿宋"/>
          <w:sz w:val="32"/>
          <w:lang w:eastAsia="zh-CN"/>
        </w:rPr>
        <w:t>斯至极呀。十几岁的孩子能够盯着竹子看七天。我可没有您这样的定力。但我好奇。</w:t>
      </w:r>
    </w:p>
    <w:p w14:paraId="08BDD1DD" w14:textId="77777777" w:rsidR="00E87C95" w:rsidRDefault="00000000">
      <w:pPr>
        <w:spacing w:after="0" w:line="579" w:lineRule="exact"/>
        <w:ind w:firstLine="640"/>
        <w:rPr>
          <w:lang w:eastAsia="zh-CN"/>
        </w:rPr>
      </w:pPr>
      <w:proofErr w:type="gramStart"/>
      <w:r>
        <w:rPr>
          <w:rFonts w:ascii="仿宋" w:eastAsia="仿宋" w:hAnsi="仿宋"/>
          <w:sz w:val="32"/>
          <w:lang w:eastAsia="zh-CN"/>
        </w:rPr>
        <w:t>格竹七日</w:t>
      </w:r>
      <w:proofErr w:type="gramEnd"/>
      <w:r>
        <w:rPr>
          <w:rFonts w:ascii="仿宋" w:eastAsia="仿宋" w:hAnsi="仿宋"/>
          <w:sz w:val="32"/>
          <w:lang w:eastAsia="zh-CN"/>
        </w:rPr>
        <w:t>，您隔出什么道理了？当初什么也没悟到。但学到一些道理，便想着去检验，总是没错。您学习圣贤，力求文武双全。我知道，后来您还修习兵法游历边关。对，我</w:t>
      </w:r>
      <w:r>
        <w:rPr>
          <w:rFonts w:ascii="仿宋" w:eastAsia="仿宋" w:hAnsi="仿宋"/>
          <w:sz w:val="32"/>
          <w:lang w:eastAsia="zh-CN"/>
        </w:rPr>
        <w:lastRenderedPageBreak/>
        <w:t>还梦到了汉朝伏波将军。马援。男儿要当死于边野，以马革裹尸还葬耳。</w:t>
      </w:r>
    </w:p>
    <w:p w14:paraId="7528C31B" w14:textId="77777777" w:rsidR="00E87C95" w:rsidRDefault="00000000">
      <w:pPr>
        <w:spacing w:after="0" w:line="579" w:lineRule="exact"/>
        <w:ind w:firstLine="640"/>
        <w:rPr>
          <w:lang w:eastAsia="zh-CN"/>
        </w:rPr>
      </w:pPr>
      <w:r>
        <w:rPr>
          <w:rFonts w:ascii="仿宋" w:eastAsia="仿宋" w:hAnsi="仿宋"/>
          <w:sz w:val="32"/>
          <w:lang w:eastAsia="zh-CN"/>
        </w:rPr>
        <w:t>谁在念我的货？我叫王守仁，您是谁？大汉伏波将军马援。将军辅佐光武帝刘秀，中兴汉室是汉朝的大功臣。晚生要学你做</w:t>
      </w:r>
      <w:proofErr w:type="gramStart"/>
      <w:r>
        <w:rPr>
          <w:rFonts w:ascii="仿宋" w:eastAsia="仿宋" w:hAnsi="仿宋"/>
          <w:sz w:val="32"/>
          <w:lang w:eastAsia="zh-CN"/>
        </w:rPr>
        <w:t>有谊家国</w:t>
      </w:r>
      <w:proofErr w:type="gramEnd"/>
      <w:r>
        <w:rPr>
          <w:rFonts w:ascii="仿宋" w:eastAsia="仿宋" w:hAnsi="仿宋"/>
          <w:sz w:val="32"/>
          <w:lang w:eastAsia="zh-CN"/>
        </w:rPr>
        <w:t>的男儿。所以你在游历</w:t>
      </w:r>
      <w:proofErr w:type="gramStart"/>
      <w:r>
        <w:rPr>
          <w:rFonts w:ascii="仿宋" w:eastAsia="仿宋" w:hAnsi="仿宋"/>
          <w:sz w:val="32"/>
          <w:lang w:eastAsia="zh-CN"/>
        </w:rPr>
        <w:t>金庸三观</w:t>
      </w:r>
      <w:proofErr w:type="gramEnd"/>
      <w:r>
        <w:rPr>
          <w:rFonts w:ascii="仿宋" w:eastAsia="仿宋" w:hAnsi="仿宋"/>
          <w:sz w:val="32"/>
          <w:lang w:eastAsia="zh-CN"/>
        </w:rPr>
        <w:t>谢。你还在向边民学习骑术对。不见塞上边关，无以养男儿血性志士，不忘在沟</w:t>
      </w:r>
      <w:proofErr w:type="gramStart"/>
      <w:r>
        <w:rPr>
          <w:rFonts w:ascii="仿宋" w:eastAsia="仿宋" w:hAnsi="仿宋"/>
          <w:sz w:val="32"/>
          <w:lang w:eastAsia="zh-CN"/>
        </w:rPr>
        <w:t>阖</w:t>
      </w:r>
      <w:proofErr w:type="gramEnd"/>
      <w:r>
        <w:rPr>
          <w:rFonts w:ascii="仿宋" w:eastAsia="仿宋" w:hAnsi="仿宋"/>
          <w:sz w:val="32"/>
          <w:lang w:eastAsia="zh-CN"/>
        </w:rPr>
        <w:t>永世，不忘</w:t>
      </w:r>
      <w:proofErr w:type="gramStart"/>
      <w:r>
        <w:rPr>
          <w:rFonts w:ascii="仿宋" w:eastAsia="仿宋" w:hAnsi="仿宋"/>
          <w:sz w:val="32"/>
          <w:lang w:eastAsia="zh-CN"/>
        </w:rPr>
        <w:t>丧</w:t>
      </w:r>
      <w:proofErr w:type="gramEnd"/>
      <w:r>
        <w:rPr>
          <w:rFonts w:ascii="仿宋" w:eastAsia="仿宋" w:hAnsi="仿宋"/>
          <w:sz w:val="32"/>
          <w:lang w:eastAsia="zh-CN"/>
        </w:rPr>
        <w:t>其源。这是我说的话。有志之士，</w:t>
      </w:r>
    </w:p>
    <w:p w14:paraId="37D1C903" w14:textId="77777777" w:rsidR="00E87C95" w:rsidRDefault="00000000">
      <w:pPr>
        <w:spacing w:after="0" w:line="579" w:lineRule="exact"/>
        <w:ind w:firstLine="640"/>
        <w:rPr>
          <w:lang w:eastAsia="zh-CN"/>
        </w:rPr>
      </w:pPr>
      <w:r>
        <w:rPr>
          <w:rFonts w:ascii="仿宋" w:eastAsia="仿宋" w:hAnsi="仿宋"/>
          <w:sz w:val="32"/>
          <w:lang w:eastAsia="zh-CN"/>
        </w:rPr>
        <w:t>纵使葬身野外，也不改其志向。真正的勇士。纵使在战斗中身首异处，也在所不惜。这是孟夫子的话对。我就是孟轲。我想必是在做梦。</w:t>
      </w:r>
      <w:proofErr w:type="gramStart"/>
      <w:r>
        <w:rPr>
          <w:rFonts w:ascii="仿宋" w:eastAsia="仿宋" w:hAnsi="仿宋"/>
          <w:sz w:val="32"/>
          <w:lang w:eastAsia="zh-CN"/>
        </w:rPr>
        <w:t>这个梦我喜欢</w:t>
      </w:r>
      <w:proofErr w:type="gramEnd"/>
      <w:r>
        <w:rPr>
          <w:rFonts w:ascii="仿宋" w:eastAsia="仿宋" w:hAnsi="仿宋"/>
          <w:sz w:val="32"/>
          <w:lang w:eastAsia="zh-CN"/>
        </w:rPr>
        <w:t>。孟夫子马将军，你们二位都是我心中的圣贤。天将降大任于是人也，必先苦其心志。我不怕口气，</w:t>
      </w:r>
    </w:p>
    <w:p w14:paraId="061948A4" w14:textId="77777777" w:rsidR="00E87C95" w:rsidRDefault="00000000">
      <w:pPr>
        <w:spacing w:after="0" w:line="579" w:lineRule="exact"/>
        <w:ind w:firstLine="640"/>
        <w:rPr>
          <w:lang w:eastAsia="zh-CN"/>
        </w:rPr>
      </w:pPr>
      <w:r>
        <w:rPr>
          <w:rFonts w:ascii="仿宋" w:eastAsia="仿宋" w:hAnsi="仿宋"/>
          <w:sz w:val="32"/>
          <w:lang w:eastAsia="zh-CN"/>
        </w:rPr>
        <w:t>先治。也不怕马革裹尸好一个，不怕马革裹尸好一个，不怕苦尽心志。无论身处何种境遇，都坚守自己的志向。不为外物所扰，才能真正有所成就。谢两位先生教诲。我小的时候。也梦到过自己敬仰的人。但不像您这个梦。您这一次，两位圣贤入梦，阵容也太豪华了。</w:t>
      </w:r>
    </w:p>
    <w:p w14:paraId="1304792C" w14:textId="77777777" w:rsidR="00E87C95" w:rsidRDefault="00000000">
      <w:pPr>
        <w:spacing w:after="0" w:line="579" w:lineRule="exact"/>
        <w:ind w:firstLine="640"/>
        <w:rPr>
          <w:lang w:eastAsia="zh-CN"/>
        </w:rPr>
      </w:pPr>
      <w:r>
        <w:rPr>
          <w:rFonts w:ascii="仿宋" w:eastAsia="仿宋" w:hAnsi="仿宋"/>
          <w:sz w:val="32"/>
          <w:lang w:eastAsia="zh-CN"/>
        </w:rPr>
        <w:t>年轻人要敢做梦啊。凡事预则立，不预则废。后来您求取功名21岁中举人，28岁中进士，踏上了仕途。但是我们也知道35岁那一年。</w:t>
      </w:r>
      <w:proofErr w:type="gramStart"/>
      <w:r>
        <w:rPr>
          <w:rFonts w:ascii="仿宋" w:eastAsia="仿宋" w:hAnsi="仿宋"/>
          <w:sz w:val="32"/>
          <w:lang w:eastAsia="zh-CN"/>
        </w:rPr>
        <w:t>您挨了</w:t>
      </w:r>
      <w:proofErr w:type="gramEnd"/>
      <w:r>
        <w:rPr>
          <w:rFonts w:ascii="仿宋" w:eastAsia="仿宋" w:hAnsi="仿宋"/>
          <w:sz w:val="32"/>
          <w:lang w:eastAsia="zh-CN"/>
        </w:rPr>
        <w:t>一顿毒打。差点丢了性命。那年，武宗初政，</w:t>
      </w:r>
      <w:proofErr w:type="gramStart"/>
      <w:r>
        <w:rPr>
          <w:rFonts w:ascii="仿宋" w:eastAsia="仿宋" w:hAnsi="仿宋"/>
          <w:sz w:val="32"/>
          <w:lang w:eastAsia="zh-CN"/>
        </w:rPr>
        <w:t>浣官专权</w:t>
      </w:r>
      <w:proofErr w:type="gramEnd"/>
      <w:r>
        <w:rPr>
          <w:rFonts w:ascii="仿宋" w:eastAsia="仿宋" w:hAnsi="仿宋"/>
          <w:sz w:val="32"/>
          <w:lang w:eastAsia="zh-CN"/>
        </w:rPr>
        <w:t>。刘瑾等奸臣把持朝政。中粮之臣，惨遭枪害。</w:t>
      </w:r>
    </w:p>
    <w:p w14:paraId="2DA94C4D" w14:textId="77777777" w:rsidR="00E87C95" w:rsidRDefault="00000000">
      <w:pPr>
        <w:spacing w:after="0" w:line="579" w:lineRule="exact"/>
        <w:ind w:firstLine="640"/>
        <w:rPr>
          <w:lang w:eastAsia="zh-CN"/>
        </w:rPr>
      </w:pPr>
      <w:r>
        <w:rPr>
          <w:rFonts w:ascii="仿宋" w:eastAsia="仿宋" w:hAnsi="仿宋"/>
          <w:sz w:val="32"/>
          <w:lang w:eastAsia="zh-CN"/>
        </w:rPr>
        <w:lastRenderedPageBreak/>
        <w:t>那段动荡的历史，后世称为八虎之乱。有严官戴</w:t>
      </w:r>
      <w:proofErr w:type="gramStart"/>
      <w:r>
        <w:rPr>
          <w:rFonts w:ascii="仿宋" w:eastAsia="仿宋" w:hAnsi="仿宋"/>
          <w:sz w:val="32"/>
          <w:lang w:eastAsia="zh-CN"/>
        </w:rPr>
        <w:t>铣</w:t>
      </w:r>
      <w:proofErr w:type="gramEnd"/>
      <w:r>
        <w:rPr>
          <w:rFonts w:ascii="仿宋" w:eastAsia="仿宋" w:hAnsi="仿宋"/>
          <w:sz w:val="32"/>
          <w:lang w:eastAsia="zh-CN"/>
        </w:rPr>
        <w:t>蒋钦国，</w:t>
      </w:r>
      <w:proofErr w:type="gramStart"/>
      <w:r>
        <w:rPr>
          <w:rFonts w:ascii="仿宋" w:eastAsia="仿宋" w:hAnsi="仿宋"/>
          <w:sz w:val="32"/>
          <w:lang w:eastAsia="zh-CN"/>
        </w:rPr>
        <w:t>彦</w:t>
      </w:r>
      <w:proofErr w:type="gramEnd"/>
      <w:r>
        <w:rPr>
          <w:rFonts w:ascii="仿宋" w:eastAsia="仿宋" w:hAnsi="仿宋"/>
          <w:sz w:val="32"/>
          <w:lang w:eastAsia="zh-CN"/>
        </w:rPr>
        <w:t>辉等诋毁圣德，污蔑晋臣。兵部主事王守仁等尚书为奸臣求情，身负振旺</w:t>
      </w:r>
      <w:proofErr w:type="gramStart"/>
      <w:r>
        <w:rPr>
          <w:rFonts w:ascii="仿宋" w:eastAsia="仿宋" w:hAnsi="仿宋"/>
          <w:sz w:val="32"/>
          <w:lang w:eastAsia="zh-CN"/>
        </w:rPr>
        <w:t>，着秦仗</w:t>
      </w:r>
      <w:proofErr w:type="gramEnd"/>
      <w:r>
        <w:rPr>
          <w:rFonts w:ascii="仿宋" w:eastAsia="仿宋" w:hAnsi="仿宋"/>
          <w:sz w:val="32"/>
          <w:lang w:eastAsia="zh-CN"/>
        </w:rPr>
        <w:t>30。下</w:t>
      </w:r>
      <w:proofErr w:type="gramStart"/>
      <w:r>
        <w:rPr>
          <w:rFonts w:ascii="仿宋" w:eastAsia="仿宋" w:hAnsi="仿宋"/>
          <w:sz w:val="32"/>
          <w:lang w:eastAsia="zh-CN"/>
        </w:rPr>
        <w:t>朕府司考</w:t>
      </w:r>
      <w:proofErr w:type="gramEnd"/>
      <w:r>
        <w:rPr>
          <w:rFonts w:ascii="仿宋" w:eastAsia="仿宋" w:hAnsi="仿宋"/>
          <w:sz w:val="32"/>
          <w:lang w:eastAsia="zh-CN"/>
        </w:rPr>
        <w:t>训。咳。王守仁。我劝你别嘴硬。30廷杖是能打死人的。刘瑾。身为宦官。</w:t>
      </w:r>
    </w:p>
    <w:p w14:paraId="52E0EC1B" w14:textId="77777777" w:rsidR="00E87C95" w:rsidRDefault="00000000">
      <w:pPr>
        <w:spacing w:after="0" w:line="579" w:lineRule="exact"/>
        <w:ind w:firstLine="640"/>
        <w:rPr>
          <w:lang w:eastAsia="zh-CN"/>
        </w:rPr>
      </w:pPr>
      <w:r>
        <w:rPr>
          <w:rFonts w:ascii="仿宋" w:eastAsia="仿宋" w:hAnsi="仿宋"/>
          <w:sz w:val="32"/>
          <w:lang w:eastAsia="zh-CN"/>
        </w:rPr>
        <w:t>把持朝政，残害忠良。走的不是正途啊。早晚要败。呵呵</w:t>
      </w:r>
      <w:proofErr w:type="gramStart"/>
      <w:r>
        <w:rPr>
          <w:rFonts w:ascii="仿宋" w:eastAsia="仿宋" w:hAnsi="仿宋"/>
          <w:sz w:val="32"/>
          <w:lang w:eastAsia="zh-CN"/>
        </w:rPr>
        <w:t>呵</w:t>
      </w:r>
      <w:proofErr w:type="gramEnd"/>
      <w:r>
        <w:rPr>
          <w:rFonts w:ascii="仿宋" w:eastAsia="仿宋" w:hAnsi="仿宋"/>
          <w:sz w:val="32"/>
          <w:lang w:eastAsia="zh-CN"/>
        </w:rPr>
        <w:t>。事实上说了。即使悔悟者可以宽佑。王守仁。</w:t>
      </w:r>
      <w:proofErr w:type="gramStart"/>
      <w:r>
        <w:rPr>
          <w:rFonts w:ascii="仿宋" w:eastAsia="仿宋" w:hAnsi="仿宋"/>
          <w:sz w:val="32"/>
          <w:lang w:eastAsia="zh-CN"/>
        </w:rPr>
        <w:t>求个饶听听</w:t>
      </w:r>
      <w:proofErr w:type="gramEnd"/>
      <w:r>
        <w:rPr>
          <w:rFonts w:ascii="仿宋" w:eastAsia="仿宋" w:hAnsi="仿宋"/>
          <w:sz w:val="32"/>
          <w:lang w:eastAsia="zh-CN"/>
        </w:rPr>
        <w:t>。子曰。志士仁人，无求生以害仁，有杀身以成仁。你成人。想杀身成仁。</w:t>
      </w:r>
    </w:p>
    <w:p w14:paraId="19CEA240" w14:textId="77777777" w:rsidR="00E87C95" w:rsidRDefault="00000000">
      <w:pPr>
        <w:spacing w:after="0" w:line="579" w:lineRule="exact"/>
        <w:ind w:firstLine="640"/>
        <w:rPr>
          <w:lang w:eastAsia="zh-CN"/>
        </w:rPr>
      </w:pPr>
      <w:r>
        <w:rPr>
          <w:rFonts w:ascii="仿宋" w:eastAsia="仿宋" w:hAnsi="仿宋"/>
          <w:sz w:val="32"/>
          <w:lang w:eastAsia="zh-CN"/>
        </w:rPr>
        <w:t>好，我成全你。给我打。往死里打。王大人得罪了。狗棍。君人臣职。陛下要远奸臣。着实党，着实党。</w:t>
      </w:r>
      <w:proofErr w:type="gramStart"/>
      <w:r>
        <w:rPr>
          <w:rFonts w:ascii="仿宋" w:eastAsia="仿宋" w:hAnsi="仿宋"/>
          <w:sz w:val="32"/>
          <w:lang w:eastAsia="zh-CN"/>
        </w:rPr>
        <w:t>一</w:t>
      </w:r>
      <w:proofErr w:type="gramEnd"/>
      <w:r>
        <w:rPr>
          <w:rFonts w:ascii="仿宋" w:eastAsia="仿宋" w:hAnsi="仿宋"/>
          <w:sz w:val="32"/>
          <w:lang w:eastAsia="zh-CN"/>
        </w:rPr>
        <w:t>。二三。三。坏人。啊。</w:t>
      </w:r>
    </w:p>
    <w:p w14:paraId="27332DF2" w14:textId="77777777" w:rsidR="00E87C95" w:rsidRDefault="00000000">
      <w:pPr>
        <w:spacing w:after="0" w:line="579" w:lineRule="exact"/>
        <w:ind w:firstLine="640"/>
        <w:rPr>
          <w:lang w:eastAsia="zh-CN"/>
        </w:rPr>
      </w:pPr>
      <w:r>
        <w:rPr>
          <w:rFonts w:ascii="仿宋" w:eastAsia="仿宋" w:hAnsi="仿宋"/>
          <w:sz w:val="32"/>
          <w:lang w:eastAsia="zh-CN"/>
        </w:rPr>
        <w:t>六七个。哈哈</w:t>
      </w:r>
      <w:proofErr w:type="gramStart"/>
      <w:r>
        <w:rPr>
          <w:rFonts w:ascii="仿宋" w:eastAsia="仿宋" w:hAnsi="仿宋"/>
          <w:sz w:val="32"/>
          <w:lang w:eastAsia="zh-CN"/>
        </w:rPr>
        <w:t>哈</w:t>
      </w:r>
      <w:proofErr w:type="gramEnd"/>
      <w:r>
        <w:rPr>
          <w:rFonts w:ascii="仿宋" w:eastAsia="仿宋" w:hAnsi="仿宋"/>
          <w:sz w:val="32"/>
          <w:lang w:eastAsia="zh-CN"/>
        </w:rPr>
        <w:t>。八九。师傅换人。11。12。13。14。15，换人。嗯嗯嗯。16，17。18。19，</w:t>
      </w:r>
    </w:p>
    <w:p w14:paraId="71765555" w14:textId="77777777" w:rsidR="00E87C95" w:rsidRDefault="00000000">
      <w:pPr>
        <w:spacing w:after="0" w:line="579" w:lineRule="exact"/>
        <w:ind w:firstLine="640"/>
        <w:rPr>
          <w:lang w:eastAsia="zh-CN"/>
        </w:rPr>
      </w:pPr>
      <w:r>
        <w:rPr>
          <w:rFonts w:ascii="仿宋" w:eastAsia="仿宋" w:hAnsi="仿宋"/>
          <w:sz w:val="32"/>
          <w:lang w:eastAsia="zh-CN"/>
        </w:rPr>
        <w:t>20归人。快好，二三。二四。二五，换人。26，27。二叔。二九，30。哈哈</w:t>
      </w:r>
      <w:proofErr w:type="gramStart"/>
      <w:r>
        <w:rPr>
          <w:rFonts w:ascii="仿宋" w:eastAsia="仿宋" w:hAnsi="仿宋"/>
          <w:sz w:val="32"/>
          <w:lang w:eastAsia="zh-CN"/>
        </w:rPr>
        <w:t>哈</w:t>
      </w:r>
      <w:proofErr w:type="gramEnd"/>
      <w:r>
        <w:rPr>
          <w:rFonts w:ascii="仿宋" w:eastAsia="仿宋" w:hAnsi="仿宋"/>
          <w:sz w:val="32"/>
          <w:lang w:eastAsia="zh-CN"/>
        </w:rPr>
        <w:t>。</w:t>
      </w:r>
      <w:proofErr w:type="gramStart"/>
      <w:r>
        <w:rPr>
          <w:rFonts w:ascii="仿宋" w:eastAsia="仿宋" w:hAnsi="仿宋"/>
          <w:sz w:val="32"/>
          <w:lang w:eastAsia="zh-CN"/>
        </w:rPr>
        <w:t>顶刘公公</w:t>
      </w:r>
      <w:proofErr w:type="gramEnd"/>
      <w:r>
        <w:rPr>
          <w:rFonts w:ascii="仿宋" w:eastAsia="仿宋" w:hAnsi="仿宋"/>
          <w:sz w:val="32"/>
          <w:lang w:eastAsia="zh-CN"/>
        </w:rPr>
        <w:t>三时停战已打完。王守仁。王守仁。</w:t>
      </w:r>
    </w:p>
    <w:p w14:paraId="63B49576" w14:textId="77777777" w:rsidR="00E87C95" w:rsidRDefault="00000000">
      <w:pPr>
        <w:spacing w:after="0" w:line="579" w:lineRule="exact"/>
        <w:ind w:firstLine="640"/>
        <w:rPr>
          <w:lang w:eastAsia="zh-CN"/>
        </w:rPr>
      </w:pPr>
      <w:r>
        <w:rPr>
          <w:rFonts w:ascii="仿宋" w:eastAsia="仿宋" w:hAnsi="仿宋"/>
          <w:sz w:val="32"/>
          <w:lang w:eastAsia="zh-CN"/>
        </w:rPr>
        <w:t>王守仁。还有什么想说的吗？去。神职。哈哈</w:t>
      </w:r>
      <w:proofErr w:type="gramStart"/>
      <w:r>
        <w:rPr>
          <w:rFonts w:ascii="仿宋" w:eastAsia="仿宋" w:hAnsi="仿宋"/>
          <w:sz w:val="32"/>
          <w:lang w:eastAsia="zh-CN"/>
        </w:rPr>
        <w:t>哈</w:t>
      </w:r>
      <w:proofErr w:type="gramEnd"/>
      <w:r>
        <w:rPr>
          <w:rFonts w:ascii="仿宋" w:eastAsia="仿宋" w:hAnsi="仿宋"/>
          <w:sz w:val="32"/>
          <w:lang w:eastAsia="zh-CN"/>
        </w:rPr>
        <w:t>。拖下去吧。带回镇抚司。先生自幼体弱。小的时候又</w:t>
      </w:r>
      <w:proofErr w:type="gramStart"/>
      <w:r>
        <w:rPr>
          <w:rFonts w:ascii="仿宋" w:eastAsia="仿宋" w:hAnsi="仿宋"/>
          <w:sz w:val="32"/>
          <w:lang w:eastAsia="zh-CN"/>
        </w:rPr>
        <w:t>因为隔诸七日</w:t>
      </w:r>
      <w:proofErr w:type="gramEnd"/>
      <w:r>
        <w:rPr>
          <w:rFonts w:ascii="仿宋" w:eastAsia="仿宋" w:hAnsi="仿宋"/>
          <w:sz w:val="32"/>
          <w:lang w:eastAsia="zh-CN"/>
        </w:rPr>
        <w:t>伤了心神。常年多病。这30廷杖对于先生而言。无疑是一场生死劫难呐！若忠良之臣，含冤而无人，敢为他们仗义执言，</w:t>
      </w:r>
    </w:p>
    <w:p w14:paraId="21D6CC2D" w14:textId="77777777" w:rsidR="00E87C95" w:rsidRDefault="00000000">
      <w:pPr>
        <w:spacing w:after="0" w:line="579" w:lineRule="exact"/>
        <w:ind w:firstLine="640"/>
        <w:rPr>
          <w:lang w:eastAsia="zh-CN"/>
        </w:rPr>
      </w:pPr>
      <w:r>
        <w:rPr>
          <w:rFonts w:ascii="仿宋" w:eastAsia="仿宋" w:hAnsi="仿宋"/>
          <w:sz w:val="32"/>
          <w:lang w:eastAsia="zh-CN"/>
        </w:rPr>
        <w:lastRenderedPageBreak/>
        <w:t>这才更是一场劫难。我只知道。该做什么就必须去做。先生为了心中正道，不顾生死。这才是知行合一。兄长。休息好。兄弟啊。</w:t>
      </w:r>
      <w:proofErr w:type="gramStart"/>
      <w:r>
        <w:rPr>
          <w:rFonts w:ascii="仿宋" w:eastAsia="仿宋" w:hAnsi="仿宋"/>
          <w:sz w:val="32"/>
          <w:lang w:eastAsia="zh-CN"/>
        </w:rPr>
        <w:t>王主席</w:t>
      </w:r>
      <w:proofErr w:type="gramEnd"/>
      <w:r>
        <w:rPr>
          <w:rFonts w:ascii="仿宋" w:eastAsia="仿宋" w:hAnsi="仿宋"/>
          <w:sz w:val="32"/>
          <w:lang w:eastAsia="zh-CN"/>
        </w:rPr>
        <w:t>已经昏迷好几天了，滴水未进。不知道能不能挺过去。行吧。哈哈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w:t>
      </w:r>
    </w:p>
    <w:p w14:paraId="48639AF0" w14:textId="77777777" w:rsidR="00E87C95" w:rsidRDefault="00000000">
      <w:pPr>
        <w:spacing w:after="0" w:line="579" w:lineRule="exact"/>
        <w:ind w:firstLine="640"/>
        <w:rPr>
          <w:lang w:eastAsia="zh-CN"/>
        </w:rPr>
      </w:pPr>
      <w:r>
        <w:rPr>
          <w:rFonts w:ascii="仿宋" w:eastAsia="仿宋" w:hAnsi="仿宋"/>
          <w:sz w:val="32"/>
          <w:lang w:eastAsia="zh-CN"/>
        </w:rPr>
        <w:t>兄长，兄长。兄长，兄长。哦。而心爱。师父，你哭什么？我以为。以为。我会死。哈哈</w:t>
      </w:r>
      <w:proofErr w:type="gramStart"/>
      <w:r>
        <w:rPr>
          <w:rFonts w:ascii="仿宋" w:eastAsia="仿宋" w:hAnsi="仿宋"/>
          <w:sz w:val="32"/>
          <w:lang w:eastAsia="zh-CN"/>
        </w:rPr>
        <w:t>哈</w:t>
      </w:r>
      <w:proofErr w:type="gramEnd"/>
      <w:r>
        <w:rPr>
          <w:rFonts w:ascii="仿宋" w:eastAsia="仿宋" w:hAnsi="仿宋"/>
          <w:sz w:val="32"/>
          <w:lang w:eastAsia="zh-CN"/>
        </w:rPr>
        <w:t>。渴了。我带了热汤。咳。</w:t>
      </w:r>
    </w:p>
    <w:p w14:paraId="303BB2B2" w14:textId="77777777" w:rsidR="00E87C95" w:rsidRDefault="00000000">
      <w:pPr>
        <w:spacing w:after="0" w:line="579" w:lineRule="exact"/>
        <w:ind w:firstLine="640"/>
        <w:rPr>
          <w:lang w:eastAsia="zh-CN"/>
        </w:rPr>
      </w:pPr>
      <w:r>
        <w:rPr>
          <w:rFonts w:ascii="仿宋" w:eastAsia="仿宋" w:hAnsi="仿宋"/>
          <w:sz w:val="32"/>
          <w:lang w:eastAsia="zh-CN"/>
        </w:rPr>
        <w:t>啊。啊。家人。没有被我牵连吧。家中一切安好。岳父大人让我给您带话。说以物而为荣。从小。父亲就对我说。《孟子》曰。天下有道，以道殉身；天下无道，以身殉道。尽别人去想你。</w:t>
      </w:r>
    </w:p>
    <w:p w14:paraId="7D431168" w14:textId="77777777" w:rsidR="00E87C95" w:rsidRDefault="00000000">
      <w:pPr>
        <w:spacing w:after="0" w:line="579" w:lineRule="exact"/>
        <w:ind w:firstLine="640"/>
        <w:rPr>
          <w:lang w:eastAsia="zh-CN"/>
        </w:rPr>
      </w:pPr>
      <w:r>
        <w:rPr>
          <w:rFonts w:ascii="仿宋" w:eastAsia="仿宋" w:hAnsi="仿宋"/>
          <w:sz w:val="32"/>
          <w:lang w:eastAsia="zh-CN"/>
        </w:rPr>
        <w:t>再过几日。便是除夕了。我不能和家人们过年了。进了这。镇抚司大运。我</w:t>
      </w:r>
      <w:proofErr w:type="gramStart"/>
      <w:r>
        <w:rPr>
          <w:rFonts w:ascii="仿宋" w:eastAsia="仿宋" w:hAnsi="仿宋"/>
          <w:sz w:val="32"/>
          <w:lang w:eastAsia="zh-CN"/>
        </w:rPr>
        <w:t>就报定了</w:t>
      </w:r>
      <w:proofErr w:type="gramEnd"/>
      <w:r>
        <w:rPr>
          <w:rFonts w:ascii="仿宋" w:eastAsia="仿宋" w:hAnsi="仿宋"/>
          <w:sz w:val="32"/>
          <w:lang w:eastAsia="zh-CN"/>
        </w:rPr>
        <w:t>。以</w:t>
      </w:r>
      <w:proofErr w:type="gramStart"/>
      <w:r>
        <w:rPr>
          <w:rFonts w:ascii="仿宋" w:eastAsia="仿宋" w:hAnsi="仿宋"/>
          <w:sz w:val="32"/>
          <w:lang w:eastAsia="zh-CN"/>
        </w:rPr>
        <w:t>身汛道</w:t>
      </w:r>
      <w:proofErr w:type="gramEnd"/>
      <w:r>
        <w:rPr>
          <w:rFonts w:ascii="仿宋" w:eastAsia="仿宋" w:hAnsi="仿宋"/>
          <w:sz w:val="32"/>
          <w:lang w:eastAsia="zh-CN"/>
        </w:rPr>
        <w:t>的。嘻。兄长，兄长。兄长，兄长。来人啊。来人呐。啊。</w:t>
      </w:r>
    </w:p>
    <w:p w14:paraId="10FFAC35" w14:textId="77777777" w:rsidR="00E87C95" w:rsidRDefault="00000000">
      <w:pPr>
        <w:spacing w:after="0" w:line="579" w:lineRule="exact"/>
        <w:ind w:firstLine="640"/>
        <w:rPr>
          <w:lang w:eastAsia="zh-CN"/>
        </w:rPr>
      </w:pPr>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。后来我与50</w:t>
      </w:r>
      <w:proofErr w:type="gramStart"/>
      <w:r>
        <w:rPr>
          <w:rFonts w:ascii="仿宋" w:eastAsia="仿宋" w:hAnsi="仿宋"/>
          <w:sz w:val="32"/>
          <w:lang w:eastAsia="zh-CN"/>
        </w:rPr>
        <w:t>几</w:t>
      </w:r>
      <w:proofErr w:type="gramEnd"/>
      <w:r>
        <w:rPr>
          <w:rFonts w:ascii="仿宋" w:eastAsia="仿宋" w:hAnsi="仿宋"/>
          <w:sz w:val="32"/>
          <w:lang w:eastAsia="zh-CN"/>
        </w:rPr>
        <w:t>位同僚。被刘瑾诬陷成为奸党。蒋钦</w:t>
      </w:r>
      <w:proofErr w:type="gramStart"/>
      <w:r>
        <w:rPr>
          <w:rFonts w:ascii="仿宋" w:eastAsia="仿宋" w:hAnsi="仿宋"/>
          <w:sz w:val="32"/>
          <w:lang w:eastAsia="zh-CN"/>
        </w:rPr>
        <w:t>大人三受廷杖</w:t>
      </w:r>
      <w:proofErr w:type="gramEnd"/>
      <w:r>
        <w:rPr>
          <w:rFonts w:ascii="仿宋" w:eastAsia="仿宋" w:hAnsi="仿宋"/>
          <w:sz w:val="32"/>
          <w:lang w:eastAsia="zh-CN"/>
        </w:rPr>
        <w:t>冤，死于众代，显大人也。身遭廷杖。伤中而亡。诸位大人，除</w:t>
      </w:r>
      <w:proofErr w:type="gramStart"/>
      <w:r>
        <w:rPr>
          <w:rFonts w:ascii="仿宋" w:eastAsia="仿宋" w:hAnsi="仿宋"/>
          <w:sz w:val="32"/>
          <w:lang w:eastAsia="zh-CN"/>
        </w:rPr>
        <w:t>焉党斗</w:t>
      </w:r>
      <w:proofErr w:type="gramEnd"/>
      <w:r>
        <w:rPr>
          <w:rFonts w:ascii="仿宋" w:eastAsia="仿宋" w:hAnsi="仿宋"/>
          <w:sz w:val="32"/>
          <w:lang w:eastAsia="zh-CN"/>
        </w:rPr>
        <w:t>八虎的壮举。名留青史。在后世。备受敬仰。感谢</w:t>
      </w:r>
      <w:proofErr w:type="gramStart"/>
      <w:r>
        <w:rPr>
          <w:rFonts w:ascii="仿宋" w:eastAsia="仿宋" w:hAnsi="仿宋"/>
          <w:sz w:val="32"/>
          <w:lang w:eastAsia="zh-CN"/>
        </w:rPr>
        <w:t>撒先生</w:t>
      </w:r>
      <w:proofErr w:type="gramEnd"/>
      <w:r>
        <w:rPr>
          <w:rFonts w:ascii="仿宋" w:eastAsia="仿宋" w:hAnsi="仿宋"/>
          <w:sz w:val="32"/>
          <w:lang w:eastAsia="zh-CN"/>
        </w:rPr>
        <w:t>告诉我这些。</w:t>
      </w:r>
    </w:p>
    <w:p w14:paraId="3B7E369C" w14:textId="77777777" w:rsidR="00E87C95" w:rsidRDefault="00000000">
      <w:pPr>
        <w:spacing w:after="0" w:line="579" w:lineRule="exact"/>
        <w:ind w:firstLine="640"/>
        <w:rPr>
          <w:lang w:eastAsia="zh-CN"/>
        </w:rPr>
      </w:pPr>
      <w:r>
        <w:rPr>
          <w:rFonts w:ascii="仿宋" w:eastAsia="仿宋" w:hAnsi="仿宋"/>
          <w:sz w:val="32"/>
          <w:lang w:eastAsia="zh-CN"/>
        </w:rPr>
        <w:t>如若</w:t>
      </w:r>
      <w:proofErr w:type="gramStart"/>
      <w:r>
        <w:rPr>
          <w:rFonts w:ascii="仿宋" w:eastAsia="仿宋" w:hAnsi="仿宋"/>
          <w:sz w:val="32"/>
          <w:lang w:eastAsia="zh-CN"/>
        </w:rPr>
        <w:t>蒋钦待显大人</w:t>
      </w:r>
      <w:proofErr w:type="gramEnd"/>
      <w:r>
        <w:rPr>
          <w:rFonts w:ascii="仿宋" w:eastAsia="仿宋" w:hAnsi="仿宋"/>
          <w:sz w:val="32"/>
          <w:lang w:eastAsia="zh-CN"/>
        </w:rPr>
        <w:t>，在天有之。竟然欣慰不已。您九死一生，虽然活着走出了镇抚司大狱。但是却被贬值到了千里之外的贵州龙场。做了一个没有品级的议程。我那时。掌上卫浴。所幸有徐爱，一路相随，沿途找过。您去龙场之前徐</w:t>
      </w:r>
      <w:r>
        <w:rPr>
          <w:rFonts w:ascii="仿宋" w:eastAsia="仿宋" w:hAnsi="仿宋"/>
          <w:sz w:val="32"/>
          <w:lang w:eastAsia="zh-CN"/>
        </w:rPr>
        <w:lastRenderedPageBreak/>
        <w:t>爱拜您为师。他应该是您的第一位弟子吧。他本想陪我远赴贵州。</w:t>
      </w:r>
    </w:p>
    <w:p w14:paraId="7401D1D7" w14:textId="77777777" w:rsidR="00E87C95" w:rsidRDefault="00000000">
      <w:pPr>
        <w:spacing w:after="0" w:line="579" w:lineRule="exact"/>
        <w:ind w:firstLine="640"/>
        <w:rPr>
          <w:lang w:eastAsia="zh-CN"/>
        </w:rPr>
      </w:pPr>
      <w:r>
        <w:rPr>
          <w:rFonts w:ascii="仿宋" w:eastAsia="仿宋" w:hAnsi="仿宋"/>
          <w:sz w:val="32"/>
          <w:lang w:eastAsia="zh-CN"/>
        </w:rPr>
        <w:t>我劝他以科考报国为重，在杭州分别。贵州龙场地处西南。极为偏远，您那个时代交通又不便利，这一路上没少遭罪吧？</w:t>
      </w:r>
      <w:proofErr w:type="gramStart"/>
      <w:r>
        <w:rPr>
          <w:rFonts w:ascii="仿宋" w:eastAsia="仿宋" w:hAnsi="仿宋"/>
          <w:sz w:val="32"/>
          <w:lang w:eastAsia="zh-CN"/>
        </w:rPr>
        <w:t>我账伤</w:t>
      </w:r>
      <w:proofErr w:type="gramEnd"/>
      <w:r>
        <w:rPr>
          <w:rFonts w:ascii="仿宋" w:eastAsia="仿宋" w:hAnsi="仿宋"/>
          <w:sz w:val="32"/>
          <w:lang w:eastAsia="zh-CN"/>
        </w:rPr>
        <w:t>未愈，一路颠沛。从</w:t>
      </w:r>
      <w:proofErr w:type="gramStart"/>
      <w:r>
        <w:rPr>
          <w:rFonts w:ascii="仿宋" w:eastAsia="仿宋" w:hAnsi="仿宋"/>
          <w:sz w:val="32"/>
          <w:lang w:eastAsia="zh-CN"/>
        </w:rPr>
        <w:t>京师赴</w:t>
      </w:r>
      <w:proofErr w:type="gramEnd"/>
      <w:r>
        <w:rPr>
          <w:rFonts w:ascii="仿宋" w:eastAsia="仿宋" w:hAnsi="仿宋"/>
          <w:sz w:val="32"/>
          <w:lang w:eastAsia="zh-CN"/>
        </w:rPr>
        <w:t>贵州竞走了一年远。我本就体弱。</w:t>
      </w:r>
      <w:proofErr w:type="gramStart"/>
      <w:r>
        <w:rPr>
          <w:rFonts w:ascii="仿宋" w:eastAsia="仿宋" w:hAnsi="仿宋"/>
          <w:sz w:val="32"/>
          <w:lang w:eastAsia="zh-CN"/>
        </w:rPr>
        <w:t>拥有账商在身</w:t>
      </w:r>
      <w:proofErr w:type="gramEnd"/>
      <w:r>
        <w:rPr>
          <w:rFonts w:ascii="仿宋" w:eastAsia="仿宋" w:hAnsi="仿宋"/>
          <w:sz w:val="32"/>
          <w:lang w:eastAsia="zh-CN"/>
        </w:rPr>
        <w:t>。初到贵州。就一病不起。哈哈</w:t>
      </w:r>
      <w:proofErr w:type="gramStart"/>
      <w:r>
        <w:rPr>
          <w:rFonts w:ascii="仿宋" w:eastAsia="仿宋" w:hAnsi="仿宋"/>
          <w:sz w:val="32"/>
          <w:lang w:eastAsia="zh-CN"/>
        </w:rPr>
        <w:t>哈</w:t>
      </w:r>
      <w:proofErr w:type="gramEnd"/>
      <w:r>
        <w:rPr>
          <w:rFonts w:ascii="仿宋" w:eastAsia="仿宋" w:hAnsi="仿宋"/>
          <w:sz w:val="32"/>
          <w:lang w:eastAsia="zh-CN"/>
        </w:rPr>
        <w:t>。噔噔。</w:t>
      </w:r>
    </w:p>
    <w:p w14:paraId="04DC16C7" w14:textId="77777777" w:rsidR="00E87C95" w:rsidRDefault="00000000">
      <w:pPr>
        <w:spacing w:after="0" w:line="579" w:lineRule="exact"/>
        <w:ind w:firstLine="640"/>
        <w:rPr>
          <w:lang w:eastAsia="zh-CN"/>
        </w:rPr>
      </w:pPr>
      <w:r>
        <w:rPr>
          <w:rFonts w:ascii="仿宋" w:eastAsia="仿宋" w:hAnsi="仿宋"/>
          <w:sz w:val="32"/>
          <w:lang w:eastAsia="zh-CN"/>
        </w:rPr>
        <w:t>王守仁王守仁。王守仁。王守仁。你给本官吃的是什么东西？这是给人吃的饭吗？怎么又我开了呀？哎，怎么又是他呀？百姓们吃的。我吃的，你</w:t>
      </w:r>
      <w:proofErr w:type="gramStart"/>
      <w:r>
        <w:rPr>
          <w:rFonts w:ascii="仿宋" w:eastAsia="仿宋" w:hAnsi="仿宋"/>
          <w:sz w:val="32"/>
          <w:lang w:eastAsia="zh-CN"/>
        </w:rPr>
        <w:t>为何吃</w:t>
      </w:r>
      <w:proofErr w:type="gramEnd"/>
      <w:r>
        <w:rPr>
          <w:rFonts w:ascii="仿宋" w:eastAsia="仿宋" w:hAnsi="仿宋"/>
          <w:sz w:val="32"/>
          <w:lang w:eastAsia="zh-CN"/>
        </w:rPr>
        <w:t>不得？他们算什么东西？你</w:t>
      </w:r>
      <w:proofErr w:type="gramStart"/>
      <w:r>
        <w:rPr>
          <w:rFonts w:ascii="仿宋" w:eastAsia="仿宋" w:hAnsi="仿宋"/>
          <w:sz w:val="32"/>
          <w:lang w:eastAsia="zh-CN"/>
        </w:rPr>
        <w:t>你</w:t>
      </w:r>
      <w:proofErr w:type="gramEnd"/>
      <w:r>
        <w:rPr>
          <w:rFonts w:ascii="仿宋" w:eastAsia="仿宋" w:hAnsi="仿宋"/>
          <w:sz w:val="32"/>
          <w:lang w:eastAsia="zh-CN"/>
        </w:rPr>
        <w:t>又算是个什么东西？马本官和几个草民，一个被贬到没有品级的罪人同等对待。</w:t>
      </w:r>
    </w:p>
    <w:p w14:paraId="0A62728A" w14:textId="77777777" w:rsidR="00E87C95" w:rsidRDefault="00000000">
      <w:pPr>
        <w:spacing w:after="0" w:line="579" w:lineRule="exact"/>
        <w:ind w:firstLine="640"/>
        <w:rPr>
          <w:lang w:eastAsia="zh-CN"/>
        </w:rPr>
      </w:pPr>
      <w:r>
        <w:rPr>
          <w:rFonts w:ascii="仿宋" w:eastAsia="仿宋" w:hAnsi="仿宋"/>
          <w:sz w:val="32"/>
          <w:lang w:eastAsia="zh-CN"/>
        </w:rPr>
        <w:t>吃这么粗劣的食物。住这么破烂的山洞。不吃就饿着，大胆刁民。肯跟本</w:t>
      </w:r>
      <w:proofErr w:type="gramStart"/>
      <w:r>
        <w:rPr>
          <w:rFonts w:ascii="仿宋" w:eastAsia="仿宋" w:hAnsi="仿宋"/>
          <w:sz w:val="32"/>
          <w:lang w:eastAsia="zh-CN"/>
        </w:rPr>
        <w:t>官这么</w:t>
      </w:r>
      <w:proofErr w:type="gramEnd"/>
      <w:r>
        <w:rPr>
          <w:rFonts w:ascii="仿宋" w:eastAsia="仿宋" w:hAnsi="仿宋"/>
          <w:sz w:val="32"/>
          <w:lang w:eastAsia="zh-CN"/>
        </w:rPr>
        <w:t>说话。王大人。它是个什么东西？他呀。不是个东西。是周历来的官员哦。哦。王守仁，我觉得你在骂我，我哪句话说的不对？你自己说说，</w:t>
      </w:r>
    </w:p>
    <w:p w14:paraId="7DD0CBFB" w14:textId="77777777" w:rsidR="00E87C95" w:rsidRDefault="00000000">
      <w:pPr>
        <w:spacing w:after="0" w:line="579" w:lineRule="exact"/>
        <w:ind w:firstLine="640"/>
        <w:rPr>
          <w:lang w:eastAsia="zh-CN"/>
        </w:rPr>
      </w:pPr>
      <w:r>
        <w:rPr>
          <w:rFonts w:ascii="仿宋" w:eastAsia="仿宋" w:hAnsi="仿宋"/>
          <w:sz w:val="32"/>
          <w:lang w:eastAsia="zh-CN"/>
        </w:rPr>
        <w:t>你是不是个东西，我能肯定你在骂我。你们可以办官。跪下。我敢跪。可</w:t>
      </w:r>
      <w:proofErr w:type="gramStart"/>
      <w:r>
        <w:rPr>
          <w:rFonts w:ascii="仿宋" w:eastAsia="仿宋" w:hAnsi="仿宋"/>
          <w:sz w:val="32"/>
          <w:lang w:eastAsia="zh-CN"/>
        </w:rPr>
        <w:t>你敢瘦吗</w:t>
      </w:r>
      <w:proofErr w:type="gramEnd"/>
      <w:r>
        <w:rPr>
          <w:rFonts w:ascii="仿宋" w:eastAsia="仿宋" w:hAnsi="仿宋"/>
          <w:sz w:val="32"/>
          <w:lang w:eastAsia="zh-CN"/>
        </w:rPr>
        <w:t>？来人啊。给我打他。愣着干什么打呀？</w:t>
      </w:r>
      <w:proofErr w:type="spellStart"/>
      <w:r>
        <w:rPr>
          <w:rFonts w:ascii="仿宋" w:eastAsia="仿宋" w:hAnsi="仿宋"/>
          <w:sz w:val="32"/>
        </w:rPr>
        <w:t>살라문제가많아요</w:t>
      </w:r>
      <w:proofErr w:type="spellEnd"/>
      <w:r>
        <w:rPr>
          <w:rFonts w:ascii="仿宋" w:eastAsia="仿宋" w:hAnsi="仿宋"/>
          <w:sz w:val="32"/>
          <w:lang w:eastAsia="zh-CN"/>
        </w:rPr>
        <w:t>。打呀。太好了，哎呀</w:t>
      </w:r>
      <w:proofErr w:type="gramStart"/>
      <w:r>
        <w:rPr>
          <w:rFonts w:ascii="仿宋" w:eastAsia="仿宋" w:hAnsi="仿宋"/>
          <w:sz w:val="32"/>
          <w:lang w:eastAsia="zh-CN"/>
        </w:rPr>
        <w:t>哎呀</w:t>
      </w:r>
      <w:proofErr w:type="gramEnd"/>
      <w:r>
        <w:rPr>
          <w:rFonts w:ascii="仿宋" w:eastAsia="仿宋" w:hAnsi="仿宋"/>
          <w:sz w:val="32"/>
          <w:lang w:eastAsia="zh-CN"/>
        </w:rPr>
        <w:t>，不是打我，是打他。</w:t>
      </w:r>
    </w:p>
    <w:p w14:paraId="4E2E50B2" w14:textId="77777777" w:rsidR="00E87C95" w:rsidRDefault="00000000">
      <w:pPr>
        <w:spacing w:after="0" w:line="579" w:lineRule="exact"/>
        <w:ind w:firstLine="640"/>
        <w:rPr>
          <w:lang w:eastAsia="zh-CN"/>
        </w:rPr>
      </w:pPr>
      <w:proofErr w:type="spellStart"/>
      <w:r>
        <w:rPr>
          <w:rFonts w:ascii="仿宋" w:eastAsia="仿宋" w:hAnsi="仿宋"/>
          <w:sz w:val="32"/>
        </w:rPr>
        <w:t>哎呀哎呀，被打了。可笑啊，可笑</w:t>
      </w:r>
      <w:proofErr w:type="spellEnd"/>
      <w:r>
        <w:rPr>
          <w:rFonts w:ascii="仿宋" w:eastAsia="仿宋" w:hAnsi="仿宋"/>
          <w:sz w:val="32"/>
        </w:rPr>
        <w:t>。</w:t>
      </w:r>
      <w:r>
        <w:rPr>
          <w:rFonts w:ascii="仿宋" w:eastAsia="仿宋" w:hAnsi="仿宋"/>
          <w:sz w:val="32"/>
          <w:lang w:eastAsia="zh-CN"/>
        </w:rPr>
        <w:t>好好的人。居然活成了这个样子。可叹呐。可烫。我王守仁。居然也活成了这</w:t>
      </w:r>
      <w:r>
        <w:rPr>
          <w:rFonts w:ascii="仿宋" w:eastAsia="仿宋" w:hAnsi="仿宋"/>
          <w:sz w:val="32"/>
          <w:lang w:eastAsia="zh-CN"/>
        </w:rPr>
        <w:lastRenderedPageBreak/>
        <w:t>个样子。我生于状元门第。少府天才之名，心目圣人之道。熟读兵法，练就武艺。</w:t>
      </w:r>
    </w:p>
    <w:p w14:paraId="61DAA7E2" w14:textId="77777777" w:rsidR="00E87C95" w:rsidRDefault="00000000">
      <w:pPr>
        <w:spacing w:after="0" w:line="579" w:lineRule="exact"/>
        <w:ind w:firstLine="640"/>
        <w:rPr>
          <w:lang w:eastAsia="zh-CN"/>
        </w:rPr>
      </w:pPr>
      <w:r>
        <w:rPr>
          <w:rFonts w:ascii="仿宋" w:eastAsia="仿宋" w:hAnsi="仿宋"/>
          <w:sz w:val="32"/>
          <w:lang w:eastAsia="zh-CN"/>
        </w:rPr>
        <w:t>为求有朝一日能，为国效力为民除害。以仁义。施于人民。成就君子之命。奇亮。</w:t>
      </w:r>
      <w:proofErr w:type="gramStart"/>
      <w:r>
        <w:rPr>
          <w:rFonts w:ascii="仿宋" w:eastAsia="仿宋" w:hAnsi="仿宋"/>
          <w:sz w:val="32"/>
          <w:lang w:eastAsia="zh-CN"/>
        </w:rPr>
        <w:t>遭千党陷害</w:t>
      </w:r>
      <w:proofErr w:type="gramEnd"/>
      <w:r>
        <w:rPr>
          <w:rFonts w:ascii="仿宋" w:eastAsia="仿宋" w:hAnsi="仿宋"/>
          <w:sz w:val="32"/>
          <w:lang w:eastAsia="zh-CN"/>
        </w:rPr>
        <w:t>。受廷杖之责，蒙牢狱之灾，</w:t>
      </w:r>
      <w:proofErr w:type="gramStart"/>
      <w:r>
        <w:rPr>
          <w:rFonts w:ascii="仿宋" w:eastAsia="仿宋" w:hAnsi="仿宋"/>
          <w:sz w:val="32"/>
          <w:lang w:eastAsia="zh-CN"/>
        </w:rPr>
        <w:t>头荒万里</w:t>
      </w:r>
      <w:proofErr w:type="gramEnd"/>
      <w:r>
        <w:rPr>
          <w:rFonts w:ascii="仿宋" w:eastAsia="仿宋" w:hAnsi="仿宋"/>
          <w:sz w:val="32"/>
          <w:lang w:eastAsia="zh-CN"/>
        </w:rPr>
        <w:t>，九死一生。生命的意义究竟是什么？孔子说至于道。什么是道？道在哪里？</w:t>
      </w:r>
    </w:p>
    <w:p w14:paraId="1C678689" w14:textId="77777777" w:rsidR="00E87C95" w:rsidRDefault="00000000">
      <w:pPr>
        <w:spacing w:after="0" w:line="579" w:lineRule="exact"/>
        <w:ind w:firstLine="640"/>
        <w:rPr>
          <w:lang w:eastAsia="zh-CN"/>
        </w:rPr>
      </w:pPr>
      <w:r>
        <w:rPr>
          <w:rFonts w:ascii="仿宋" w:eastAsia="仿宋" w:hAnsi="仿宋"/>
          <w:sz w:val="32"/>
          <w:lang w:eastAsia="zh-CN"/>
        </w:rPr>
        <w:t>如若孔圣人在世，处于和我今日一样的境地，他会如何想？他会如何？道不远人，人之为道而远人，不可以为道。夫子是说道。必须通过人来体现吗？君子至于道。造次必于是，颠沛必于是。夫子昔日匡帝遇难，可谓造次困于陈蔡，</w:t>
      </w:r>
    </w:p>
    <w:p w14:paraId="4AA0EBCB" w14:textId="77777777" w:rsidR="00E87C95" w:rsidRDefault="00000000">
      <w:pPr>
        <w:spacing w:after="0" w:line="579" w:lineRule="exact"/>
        <w:ind w:firstLine="640"/>
        <w:rPr>
          <w:lang w:eastAsia="zh-CN"/>
        </w:rPr>
      </w:pPr>
      <w:r>
        <w:rPr>
          <w:rFonts w:ascii="仿宋" w:eastAsia="仿宋" w:hAnsi="仿宋"/>
          <w:sz w:val="32"/>
          <w:lang w:eastAsia="zh-CN"/>
        </w:rPr>
        <w:t>可谓颠沛。守人今日洪荒万里，为何还不能悟道？你此时。我正在悟嘛。身居逆境。尚能求道。近乎道理。如何才能更近。学问之道无他，求其放心而已矣。孟夫子。求得本心，便能悟道吗？请教我。</w:t>
      </w:r>
    </w:p>
    <w:p w14:paraId="1A82A32A" w14:textId="2BE0004E" w:rsidR="00E87C95" w:rsidRDefault="002A36C0">
      <w:pPr>
        <w:spacing w:after="0" w:line="579" w:lineRule="exact"/>
        <w:ind w:firstLine="640"/>
        <w:rPr>
          <w:lang w:eastAsia="zh-CN"/>
        </w:rPr>
      </w:pPr>
      <w:r>
        <w:rPr>
          <w:rFonts w:ascii="仿宋" w:eastAsia="仿宋" w:hAnsi="仿宋" w:hint="eastAsia"/>
          <w:sz w:val="32"/>
          <w:lang w:eastAsia="zh-CN"/>
        </w:rPr>
        <w:t>悟</w:t>
      </w:r>
      <w:r w:rsidR="00000000">
        <w:rPr>
          <w:rFonts w:ascii="仿宋" w:eastAsia="仿宋" w:hAnsi="仿宋"/>
          <w:sz w:val="32"/>
          <w:lang w:eastAsia="zh-CN"/>
        </w:rPr>
        <w:t>道由心而生。向心问道，你。已经很近了。还要更近。一草一木皆有至理</w:t>
      </w:r>
      <w:r>
        <w:rPr>
          <w:rFonts w:ascii="仿宋" w:eastAsia="仿宋" w:hAnsi="仿宋" w:hint="eastAsia"/>
          <w:sz w:val="32"/>
          <w:lang w:eastAsia="zh-CN"/>
        </w:rPr>
        <w:t>，</w:t>
      </w:r>
      <w:r w:rsidR="00000000">
        <w:rPr>
          <w:rFonts w:ascii="仿宋" w:eastAsia="仿宋" w:hAnsi="仿宋"/>
          <w:sz w:val="32"/>
          <w:lang w:eastAsia="zh-CN"/>
        </w:rPr>
        <w:t>如能豁然贯通</w:t>
      </w:r>
      <w:r>
        <w:rPr>
          <w:rFonts w:ascii="仿宋" w:eastAsia="仿宋" w:hAnsi="仿宋" w:hint="eastAsia"/>
          <w:sz w:val="32"/>
          <w:lang w:eastAsia="zh-CN"/>
        </w:rPr>
        <w:t>，</w:t>
      </w:r>
      <w:proofErr w:type="gramStart"/>
      <w:r w:rsidR="00000000">
        <w:rPr>
          <w:rFonts w:ascii="仿宋" w:eastAsia="仿宋" w:hAnsi="仿宋"/>
          <w:sz w:val="32"/>
          <w:lang w:eastAsia="zh-CN"/>
        </w:rPr>
        <w:t>便终</w:t>
      </w:r>
      <w:r>
        <w:rPr>
          <w:rFonts w:ascii="仿宋" w:eastAsia="仿宋" w:hAnsi="仿宋" w:hint="eastAsia"/>
          <w:sz w:val="32"/>
          <w:lang w:eastAsia="zh-CN"/>
        </w:rPr>
        <w:t>知</w:t>
      </w:r>
      <w:proofErr w:type="gramEnd"/>
      <w:r w:rsidR="00000000">
        <w:rPr>
          <w:rFonts w:ascii="仿宋" w:eastAsia="仿宋" w:hAnsi="仿宋"/>
          <w:sz w:val="32"/>
          <w:lang w:eastAsia="zh-CN"/>
        </w:rPr>
        <w:t>天理。朱夫子，我</w:t>
      </w:r>
      <w:proofErr w:type="gramStart"/>
      <w:r w:rsidR="00000000">
        <w:rPr>
          <w:rFonts w:ascii="仿宋" w:eastAsia="仿宋" w:hAnsi="仿宋"/>
          <w:sz w:val="32"/>
          <w:lang w:eastAsia="zh-CN"/>
        </w:rPr>
        <w:t>曾格竹七日</w:t>
      </w:r>
      <w:proofErr w:type="gramEnd"/>
      <w:r w:rsidR="00000000">
        <w:rPr>
          <w:rFonts w:ascii="仿宋" w:eastAsia="仿宋" w:hAnsi="仿宋"/>
          <w:sz w:val="32"/>
          <w:lang w:eastAsia="zh-CN"/>
        </w:rPr>
        <w:t>，却未能悟道。纵使悟得草木之理，如何直指大道请教我。豁然贯通。</w:t>
      </w:r>
    </w:p>
    <w:p w14:paraId="20BA42A0" w14:textId="54F1ED54" w:rsidR="00E87C95" w:rsidRDefault="00000000">
      <w:pPr>
        <w:spacing w:after="0" w:line="579" w:lineRule="exact"/>
        <w:ind w:firstLine="640"/>
        <w:rPr>
          <w:lang w:eastAsia="zh-CN"/>
        </w:rPr>
      </w:pPr>
      <w:r>
        <w:rPr>
          <w:rFonts w:ascii="仿宋" w:eastAsia="仿宋" w:hAnsi="仿宋"/>
          <w:sz w:val="32"/>
          <w:lang w:eastAsia="zh-CN"/>
        </w:rPr>
        <w:t>豁然贯通。我无法贯通，谁能教我能教你的？只有你自己。人皆有是心。心皆具事理。夫子，你是说心即是理嘛？求问大道，难道求的就是本心吗？学为君子，天下归仁。修的便是一颗仁德的心。</w:t>
      </w:r>
      <w:proofErr w:type="gramStart"/>
      <w:r>
        <w:rPr>
          <w:rFonts w:ascii="仿宋" w:eastAsia="仿宋" w:hAnsi="仿宋"/>
          <w:sz w:val="32"/>
          <w:lang w:eastAsia="zh-CN"/>
        </w:rPr>
        <w:t>君子所性仁义</w:t>
      </w:r>
      <w:proofErr w:type="gramEnd"/>
      <w:r>
        <w:rPr>
          <w:rFonts w:ascii="仿宋" w:eastAsia="仿宋" w:hAnsi="仿宋"/>
          <w:sz w:val="32"/>
          <w:lang w:eastAsia="zh-CN"/>
        </w:rPr>
        <w:t>礼智</w:t>
      </w:r>
      <w:r w:rsidR="002A36C0">
        <w:rPr>
          <w:rFonts w:ascii="仿宋" w:eastAsia="仿宋" w:hAnsi="仿宋" w:hint="eastAsia"/>
          <w:sz w:val="32"/>
          <w:lang w:eastAsia="zh-CN"/>
        </w:rPr>
        <w:t>，</w:t>
      </w:r>
      <w:r>
        <w:rPr>
          <w:rFonts w:ascii="仿宋" w:eastAsia="仿宋" w:hAnsi="仿宋"/>
          <w:sz w:val="32"/>
          <w:lang w:eastAsia="zh-CN"/>
        </w:rPr>
        <w:t>根于心。</w:t>
      </w:r>
    </w:p>
    <w:p w14:paraId="5C47AEAD" w14:textId="5FEB911E" w:rsidR="00E87C95" w:rsidRDefault="00000000">
      <w:pPr>
        <w:spacing w:after="0" w:line="579" w:lineRule="exact"/>
        <w:ind w:firstLine="640"/>
        <w:rPr>
          <w:lang w:eastAsia="zh-CN"/>
        </w:rPr>
      </w:pPr>
      <w:r>
        <w:rPr>
          <w:rFonts w:ascii="仿宋" w:eastAsia="仿宋" w:hAnsi="仿宋"/>
          <w:sz w:val="32"/>
          <w:lang w:eastAsia="zh-CN"/>
        </w:rPr>
        <w:lastRenderedPageBreak/>
        <w:t>豁然贯通，终之天理。人心志凌。此理至明，万物皆备于我也。仁德的心。良知的心。心中贯通仁，心智灵万物。皆备于我，备于我心，我心</w:t>
      </w:r>
      <w:r w:rsidR="002A36C0">
        <w:rPr>
          <w:rFonts w:ascii="仿宋" w:eastAsia="仿宋" w:hAnsi="仿宋" w:hint="eastAsia"/>
          <w:sz w:val="32"/>
          <w:lang w:eastAsia="zh-CN"/>
        </w:rPr>
        <w:t>，即是</w:t>
      </w:r>
      <w:r>
        <w:rPr>
          <w:rFonts w:ascii="仿宋" w:eastAsia="仿宋" w:hAnsi="仿宋"/>
          <w:sz w:val="32"/>
          <w:lang w:eastAsia="zh-CN"/>
        </w:rPr>
        <w:t>仁德的心良知，心中贯通，人心之明，其本无。我会用那个锡。我心</w:t>
      </w:r>
      <w:proofErr w:type="gramStart"/>
      <w:r>
        <w:rPr>
          <w:rFonts w:ascii="仿宋" w:eastAsia="仿宋" w:hAnsi="仿宋"/>
          <w:sz w:val="32"/>
          <w:lang w:eastAsia="zh-CN"/>
        </w:rPr>
        <w:t>七七十五</w:t>
      </w:r>
      <w:proofErr w:type="gramEnd"/>
      <w:r>
        <w:rPr>
          <w:rFonts w:ascii="仿宋" w:eastAsia="仿宋" w:hAnsi="仿宋"/>
          <w:sz w:val="32"/>
          <w:lang w:eastAsia="zh-CN"/>
        </w:rPr>
        <w:t>。心即是理。我明白了。我明白了。我明白了。圣人之道，</w:t>
      </w:r>
      <w:proofErr w:type="gramStart"/>
      <w:r>
        <w:rPr>
          <w:rFonts w:ascii="仿宋" w:eastAsia="仿宋" w:hAnsi="仿宋"/>
          <w:sz w:val="32"/>
          <w:lang w:eastAsia="zh-CN"/>
        </w:rPr>
        <w:t>吾性自足</w:t>
      </w:r>
      <w:proofErr w:type="gramEnd"/>
      <w:r>
        <w:rPr>
          <w:rFonts w:ascii="仿宋" w:eastAsia="仿宋" w:hAnsi="仿宋"/>
          <w:sz w:val="32"/>
          <w:lang w:eastAsia="zh-CN"/>
        </w:rPr>
        <w:t>，不假外求。多谢各位先贤。四。龙城。您的龙场悟道。</w:t>
      </w:r>
    </w:p>
    <w:p w14:paraId="45050B26" w14:textId="77777777" w:rsidR="00E87C95" w:rsidRDefault="00000000">
      <w:pPr>
        <w:spacing w:after="0" w:line="579" w:lineRule="exact"/>
        <w:ind w:firstLine="640"/>
        <w:rPr>
          <w:lang w:eastAsia="zh-CN"/>
        </w:rPr>
      </w:pPr>
      <w:r>
        <w:rPr>
          <w:rFonts w:ascii="仿宋" w:eastAsia="仿宋" w:hAnsi="仿宋"/>
          <w:sz w:val="32"/>
          <w:lang w:eastAsia="zh-CN"/>
        </w:rPr>
        <w:t>在后世成为了中国思想史</w:t>
      </w:r>
      <w:proofErr w:type="gramStart"/>
      <w:r>
        <w:rPr>
          <w:rFonts w:ascii="仿宋" w:eastAsia="仿宋" w:hAnsi="仿宋"/>
          <w:sz w:val="32"/>
          <w:lang w:eastAsia="zh-CN"/>
        </w:rPr>
        <w:t>上动达本心</w:t>
      </w:r>
      <w:proofErr w:type="gramEnd"/>
      <w:r>
        <w:rPr>
          <w:rFonts w:ascii="仿宋" w:eastAsia="仿宋" w:hAnsi="仿宋"/>
          <w:sz w:val="32"/>
          <w:lang w:eastAsia="zh-CN"/>
        </w:rPr>
        <w:t>，领悟真理的一个标志性的事件。而您也成为了在艰难困顿中追求真理的典范。足下之言。</w:t>
      </w:r>
      <w:proofErr w:type="gramStart"/>
      <w:r>
        <w:rPr>
          <w:rFonts w:ascii="仿宋" w:eastAsia="仿宋" w:hAnsi="仿宋"/>
          <w:sz w:val="32"/>
          <w:lang w:eastAsia="zh-CN"/>
        </w:rPr>
        <w:t>过欲了</w:t>
      </w:r>
      <w:proofErr w:type="gramEnd"/>
      <w:r>
        <w:rPr>
          <w:rFonts w:ascii="仿宋" w:eastAsia="仿宋" w:hAnsi="仿宋"/>
          <w:sz w:val="32"/>
          <w:lang w:eastAsia="zh-CN"/>
        </w:rPr>
        <w:t>。后来您便开始在龙场讲学。以立志勤学，改过择善教育龙场诸生。但后来您是在贵阳的文明书院第一次提出了知行合一。知行合一。是我的立言宗旨。也为我一生所奉献。刚才的戏剧啊，太震撼了，我们见证了影响中国思想史的一个标志性事件。</w:t>
      </w:r>
    </w:p>
    <w:p w14:paraId="6D8984A6" w14:textId="77777777" w:rsidR="00E87C95" w:rsidRDefault="00000000">
      <w:pPr>
        <w:spacing w:after="0" w:line="579" w:lineRule="exact"/>
        <w:ind w:firstLine="640"/>
        <w:rPr>
          <w:lang w:eastAsia="zh-CN"/>
        </w:rPr>
      </w:pPr>
      <w:r>
        <w:rPr>
          <w:rFonts w:ascii="仿宋" w:eastAsia="仿宋" w:hAnsi="仿宋"/>
          <w:sz w:val="32"/>
          <w:lang w:eastAsia="zh-CN"/>
        </w:rPr>
        <w:t>龙场悟道。那大家看戏剧里，王阳明说到了心即理，什么叫心</w:t>
      </w:r>
      <w:proofErr w:type="gramStart"/>
      <w:r>
        <w:rPr>
          <w:rFonts w:ascii="仿宋" w:eastAsia="仿宋" w:hAnsi="仿宋"/>
          <w:sz w:val="32"/>
          <w:lang w:eastAsia="zh-CN"/>
        </w:rPr>
        <w:t>即理呀</w:t>
      </w:r>
      <w:proofErr w:type="gramEnd"/>
      <w:r>
        <w:rPr>
          <w:rFonts w:ascii="仿宋" w:eastAsia="仿宋" w:hAnsi="仿宋"/>
          <w:sz w:val="32"/>
          <w:lang w:eastAsia="zh-CN"/>
        </w:rPr>
        <w:t>？道就在人的心里呀。每个人心里都有良知啊，要按照你的良知去做你应该做的事情。对呀，王阳明在面临着生死考。的情况之下，说心即理，真知即所以为行。真正的</w:t>
      </w:r>
      <w:proofErr w:type="gramStart"/>
      <w:r>
        <w:rPr>
          <w:rFonts w:ascii="仿宋" w:eastAsia="仿宋" w:hAnsi="仿宋"/>
          <w:sz w:val="32"/>
          <w:lang w:eastAsia="zh-CN"/>
        </w:rPr>
        <w:t>知一定</w:t>
      </w:r>
      <w:proofErr w:type="gramEnd"/>
      <w:r>
        <w:rPr>
          <w:rFonts w:ascii="仿宋" w:eastAsia="仿宋" w:hAnsi="仿宋"/>
          <w:sz w:val="32"/>
          <w:lang w:eastAsia="zh-CN"/>
        </w:rPr>
        <w:t>是要通过行动来呈现，来展开的，所以王阳明讲知行合一。</w:t>
      </w:r>
    </w:p>
    <w:p w14:paraId="4FB2B7F5" w14:textId="77777777" w:rsidR="00E87C95" w:rsidRDefault="00000000">
      <w:pPr>
        <w:spacing w:after="0" w:line="579" w:lineRule="exact"/>
        <w:ind w:firstLine="640"/>
        <w:rPr>
          <w:lang w:eastAsia="zh-CN"/>
        </w:rPr>
      </w:pPr>
      <w:r>
        <w:rPr>
          <w:rFonts w:ascii="仿宋" w:eastAsia="仿宋" w:hAnsi="仿宋"/>
          <w:sz w:val="32"/>
          <w:lang w:eastAsia="zh-CN"/>
        </w:rPr>
        <w:t>没错，儒家历来有重视实践的传统，但是呢，呃，在传统思想里头，知和行啊，往往是作为两件事来看待的，而且呢，多主张。知先行后，王阳</w:t>
      </w:r>
      <w:proofErr w:type="gramStart"/>
      <w:r>
        <w:rPr>
          <w:rFonts w:ascii="仿宋" w:eastAsia="仿宋" w:hAnsi="仿宋"/>
          <w:sz w:val="32"/>
          <w:lang w:eastAsia="zh-CN"/>
        </w:rPr>
        <w:t>明首次把知</w:t>
      </w:r>
      <w:proofErr w:type="gramEnd"/>
      <w:r>
        <w:rPr>
          <w:rFonts w:ascii="仿宋" w:eastAsia="仿宋" w:hAnsi="仿宋"/>
          <w:sz w:val="32"/>
          <w:lang w:eastAsia="zh-CN"/>
        </w:rPr>
        <w:t>行合一作为一个重</w:t>
      </w:r>
      <w:r>
        <w:rPr>
          <w:rFonts w:ascii="仿宋" w:eastAsia="仿宋" w:hAnsi="仿宋"/>
          <w:sz w:val="32"/>
          <w:lang w:eastAsia="zh-CN"/>
        </w:rPr>
        <w:lastRenderedPageBreak/>
        <w:t>要的而且是系统的哲学命题。提了出来，这个是我们中国哲学史上一次非常了不起的突破和创新。阳明先生当时讲，知行合一这个观点，</w:t>
      </w:r>
    </w:p>
    <w:p w14:paraId="16482253" w14:textId="77777777" w:rsidR="00E87C95" w:rsidRDefault="00000000">
      <w:pPr>
        <w:spacing w:after="0" w:line="579" w:lineRule="exact"/>
        <w:ind w:firstLine="640"/>
        <w:rPr>
          <w:lang w:eastAsia="zh-CN"/>
        </w:rPr>
      </w:pPr>
      <w:r>
        <w:rPr>
          <w:rFonts w:ascii="仿宋" w:eastAsia="仿宋" w:hAnsi="仿宋"/>
          <w:sz w:val="32"/>
          <w:lang w:eastAsia="zh-CN"/>
        </w:rPr>
        <w:t>思想界几乎是一片哗然。包括徐爱刚听到的时候，既惊且害呀，心中充满疑虑，可是慢慢的琢磨明白了，知行合一为。天下之大道，他的其他一些同门来听先生讲学的，听不明白什么？徐爱最早给他们去解释，所以对王阳明思想的传播，徐</w:t>
      </w:r>
      <w:proofErr w:type="gramStart"/>
      <w:r>
        <w:rPr>
          <w:rFonts w:ascii="仿宋" w:eastAsia="仿宋" w:hAnsi="仿宋"/>
          <w:sz w:val="32"/>
          <w:lang w:eastAsia="zh-CN"/>
        </w:rPr>
        <w:t>爱做出</w:t>
      </w:r>
      <w:proofErr w:type="gramEnd"/>
      <w:r>
        <w:rPr>
          <w:rFonts w:ascii="仿宋" w:eastAsia="仿宋" w:hAnsi="仿宋"/>
          <w:sz w:val="32"/>
          <w:lang w:eastAsia="zh-CN"/>
        </w:rPr>
        <w:t>了很大的贡献。是的，可惜呀，就在越来越多的人都了解和认同他的思想观念的时候，</w:t>
      </w:r>
    </w:p>
    <w:p w14:paraId="68598857" w14:textId="77777777" w:rsidR="00E87C95" w:rsidRDefault="00000000">
      <w:pPr>
        <w:spacing w:after="0" w:line="579" w:lineRule="exact"/>
        <w:ind w:firstLine="640"/>
        <w:rPr>
          <w:lang w:eastAsia="zh-CN"/>
        </w:rPr>
      </w:pPr>
      <w:r>
        <w:rPr>
          <w:rFonts w:ascii="仿宋" w:eastAsia="仿宋" w:hAnsi="仿宋"/>
          <w:sz w:val="32"/>
          <w:lang w:eastAsia="zh-CN"/>
        </w:rPr>
        <w:t>他的爱徒徐爱。竟然不幸去世。徐爱，他是王阳明的一个文化托命之人呐。徐爱死后呢？王阳明他说什么呀？天而丧于也之丧于也，而又尚无曰人何在。天要要我的命，就要我的命罢了，为什么还要带走我的约人呢？其实徐爱的精神也活下去了，我们继续往下看。您回京师之后，在大兴隆寺讲学，</w:t>
      </w:r>
    </w:p>
    <w:p w14:paraId="4DD068AA" w14:textId="77777777" w:rsidR="00E87C95" w:rsidRDefault="00000000">
      <w:pPr>
        <w:spacing w:after="0" w:line="579" w:lineRule="exact"/>
        <w:ind w:firstLine="640"/>
        <w:rPr>
          <w:lang w:eastAsia="zh-CN"/>
        </w:rPr>
      </w:pPr>
      <w:r>
        <w:rPr>
          <w:rFonts w:ascii="仿宋" w:eastAsia="仿宋" w:hAnsi="仿宋"/>
          <w:sz w:val="32"/>
          <w:lang w:eastAsia="zh-CN"/>
        </w:rPr>
        <w:t>哎，来来来，给你看样东西。哈哈。这是这是当年徐</w:t>
      </w:r>
      <w:proofErr w:type="gramStart"/>
      <w:r>
        <w:rPr>
          <w:rFonts w:ascii="仿宋" w:eastAsia="仿宋" w:hAnsi="仿宋"/>
          <w:sz w:val="32"/>
          <w:lang w:eastAsia="zh-CN"/>
        </w:rPr>
        <w:t>爱记录</w:t>
      </w:r>
      <w:proofErr w:type="gramEnd"/>
      <w:r>
        <w:rPr>
          <w:rFonts w:ascii="仿宋" w:eastAsia="仿宋" w:hAnsi="仿宋"/>
          <w:sz w:val="32"/>
          <w:lang w:eastAsia="zh-CN"/>
        </w:rPr>
        <w:t>下来的手稿。我太幸运了吧，居然能看到这部典籍最初的样子。先说我可否？知是行的主意，行是知的功夫。徐爱先生的字儿漂亮啊。徐爱是我的妹子，哈哈，也是我所有学生中最有才华的一位。知是行之始。</w:t>
      </w:r>
    </w:p>
    <w:p w14:paraId="4F4C33A6" w14:textId="77777777" w:rsidR="00E87C95" w:rsidRDefault="00000000">
      <w:pPr>
        <w:spacing w:after="0" w:line="579" w:lineRule="exact"/>
        <w:ind w:firstLine="640"/>
        <w:rPr>
          <w:lang w:eastAsia="zh-CN"/>
        </w:rPr>
      </w:pPr>
      <w:r>
        <w:rPr>
          <w:rFonts w:ascii="仿宋" w:eastAsia="仿宋" w:hAnsi="仿宋"/>
          <w:sz w:val="32"/>
          <w:lang w:eastAsia="zh-CN"/>
        </w:rPr>
        <w:t>行是知之成。没想到啊，徐爱等学生们记下的这些话。居然为后世增添了一部典籍，你没想到吧？正是这些记录，</w:t>
      </w:r>
      <w:r>
        <w:rPr>
          <w:rFonts w:ascii="仿宋" w:eastAsia="仿宋" w:hAnsi="仿宋"/>
          <w:sz w:val="32"/>
          <w:lang w:eastAsia="zh-CN"/>
        </w:rPr>
        <w:lastRenderedPageBreak/>
        <w:t>使得您的思想能够流传后世。当然也让英年早逝的徐爱先生。因典籍而不朽。先生。哈哈</w:t>
      </w:r>
      <w:proofErr w:type="gramStart"/>
      <w:r>
        <w:rPr>
          <w:rFonts w:ascii="仿宋" w:eastAsia="仿宋" w:hAnsi="仿宋"/>
          <w:sz w:val="32"/>
          <w:lang w:eastAsia="zh-CN"/>
        </w:rPr>
        <w:t>哈</w:t>
      </w:r>
      <w:proofErr w:type="gramEnd"/>
      <w:r>
        <w:rPr>
          <w:rFonts w:ascii="仿宋" w:eastAsia="仿宋" w:hAnsi="仿宋"/>
          <w:sz w:val="32"/>
          <w:lang w:eastAsia="zh-CN"/>
        </w:rPr>
        <w:t>。感谢先生。你知行合一教我。徐爱。我不敢看你的手稿。</w:t>
      </w:r>
    </w:p>
    <w:p w14:paraId="396644BE" w14:textId="77777777" w:rsidR="00E87C95" w:rsidRDefault="00000000">
      <w:pPr>
        <w:spacing w:after="0" w:line="579" w:lineRule="exact"/>
        <w:ind w:firstLine="640"/>
        <w:rPr>
          <w:lang w:eastAsia="zh-CN"/>
        </w:rPr>
      </w:pPr>
      <w:r>
        <w:rPr>
          <w:rFonts w:ascii="仿宋" w:eastAsia="仿宋" w:hAnsi="仿宋"/>
          <w:sz w:val="32"/>
          <w:lang w:eastAsia="zh-CN"/>
        </w:rPr>
        <w:t>每当取出。尔言再无耳。</w:t>
      </w:r>
      <w:proofErr w:type="gramStart"/>
      <w:r>
        <w:rPr>
          <w:rFonts w:ascii="仿宋" w:eastAsia="仿宋" w:hAnsi="仿宋"/>
          <w:sz w:val="32"/>
          <w:lang w:eastAsia="zh-CN"/>
        </w:rPr>
        <w:t>耳貌再无</w:t>
      </w:r>
      <w:proofErr w:type="gramEnd"/>
      <w:r>
        <w:rPr>
          <w:rFonts w:ascii="仿宋" w:eastAsia="仿宋" w:hAnsi="仿宋"/>
          <w:sz w:val="32"/>
          <w:lang w:eastAsia="zh-CN"/>
        </w:rPr>
        <w:t>目。而志在无心。</w:t>
      </w:r>
      <w:proofErr w:type="gramStart"/>
      <w:r>
        <w:rPr>
          <w:rFonts w:ascii="仿宋" w:eastAsia="仿宋" w:hAnsi="仿宋"/>
          <w:sz w:val="32"/>
          <w:lang w:eastAsia="zh-CN"/>
        </w:rPr>
        <w:t>你掀我</w:t>
      </w:r>
      <w:proofErr w:type="gramEnd"/>
      <w:r>
        <w:rPr>
          <w:rFonts w:ascii="仿宋" w:eastAsia="仿宋" w:hAnsi="仿宋"/>
          <w:sz w:val="32"/>
          <w:lang w:eastAsia="zh-CN"/>
        </w:rPr>
        <w:t>而去。是我一生最大的伤痛。最大的遗憾。得以先生为师。是徐爱此生最大的幸运。知道先生所讲内容珍贵。我便去记录它。我想这</w:t>
      </w:r>
      <w:proofErr w:type="gramStart"/>
      <w:r>
        <w:rPr>
          <w:rFonts w:ascii="仿宋" w:eastAsia="仿宋" w:hAnsi="仿宋"/>
          <w:sz w:val="32"/>
          <w:lang w:eastAsia="zh-CN"/>
        </w:rPr>
        <w:t>便是我徐爱</w:t>
      </w:r>
      <w:proofErr w:type="gramEnd"/>
      <w:r>
        <w:rPr>
          <w:rFonts w:ascii="仿宋" w:eastAsia="仿宋" w:hAnsi="仿宋"/>
          <w:sz w:val="32"/>
          <w:lang w:eastAsia="zh-CN"/>
        </w:rPr>
        <w:t>的知情合一吧。在后世成为典籍。希望借助你。得知先生思想传之后事。</w:t>
      </w:r>
    </w:p>
    <w:p w14:paraId="2367F3E8" w14:textId="77777777" w:rsidR="00E87C95" w:rsidRDefault="00000000">
      <w:pPr>
        <w:spacing w:after="0" w:line="579" w:lineRule="exact"/>
        <w:ind w:firstLine="640"/>
        <w:rPr>
          <w:lang w:eastAsia="zh-CN"/>
        </w:rPr>
      </w:pPr>
      <w:r>
        <w:rPr>
          <w:rFonts w:ascii="仿宋" w:eastAsia="仿宋" w:hAnsi="仿宋"/>
          <w:sz w:val="32"/>
          <w:lang w:eastAsia="zh-CN"/>
        </w:rPr>
        <w:t>却爱此生无憾。先生。徐爱之于先生。犹如颜回之于孔子。虽不能相斥始终。却最得真传。嗯。王守仁。奸贼。小人披肤，王爷息怒。你说什么？我也息怒。圣盾陛下。陛下来人拖住你，</w:t>
      </w:r>
    </w:p>
    <w:p w14:paraId="6604DEAD" w14:textId="77777777" w:rsidR="00E87C95" w:rsidRDefault="00000000">
      <w:pPr>
        <w:spacing w:after="0" w:line="579" w:lineRule="exact"/>
        <w:ind w:firstLine="640"/>
        <w:rPr>
          <w:lang w:eastAsia="zh-CN"/>
        </w:rPr>
      </w:pPr>
      <w:r>
        <w:rPr>
          <w:rFonts w:ascii="仿宋" w:eastAsia="仿宋" w:hAnsi="仿宋"/>
          <w:sz w:val="32"/>
          <w:lang w:eastAsia="zh-CN"/>
        </w:rPr>
        <w:t>砍了你下饶命啊，一下饶命啊，一下饶命啊，陛下。陛下息怒。让</w:t>
      </w:r>
      <w:proofErr w:type="gramStart"/>
      <w:r>
        <w:rPr>
          <w:rFonts w:ascii="仿宋" w:eastAsia="仿宋" w:hAnsi="仿宋"/>
          <w:sz w:val="32"/>
          <w:lang w:eastAsia="zh-CN"/>
        </w:rPr>
        <w:t>朕如何</w:t>
      </w:r>
      <w:proofErr w:type="gramEnd"/>
      <w:r>
        <w:rPr>
          <w:rFonts w:ascii="仿宋" w:eastAsia="仿宋" w:hAnsi="仿宋"/>
          <w:sz w:val="32"/>
          <w:lang w:eastAsia="zh-CN"/>
        </w:rPr>
        <w:t>息怒。他没有一兵一卒。用几封书信。骗</w:t>
      </w:r>
      <w:proofErr w:type="gramStart"/>
      <w:r>
        <w:rPr>
          <w:rFonts w:ascii="仿宋" w:eastAsia="仿宋" w:hAnsi="仿宋"/>
          <w:sz w:val="32"/>
          <w:lang w:eastAsia="zh-CN"/>
        </w:rPr>
        <w:t>朕相信</w:t>
      </w:r>
      <w:proofErr w:type="gramEnd"/>
      <w:r>
        <w:rPr>
          <w:rFonts w:ascii="仿宋" w:eastAsia="仿宋" w:hAnsi="仿宋"/>
          <w:sz w:val="32"/>
          <w:lang w:eastAsia="zh-CN"/>
        </w:rPr>
        <w:t>他有48万兵马。还收买真的左右丞相。让朕心生疑虑。身边没有可信之人。如今。有多阵苦心经营多年的南昌。海朕后宫佳卷。</w:t>
      </w:r>
    </w:p>
    <w:p w14:paraId="63DF730E" w14:textId="77777777" w:rsidR="00E87C95" w:rsidRDefault="00000000">
      <w:pPr>
        <w:spacing w:after="0" w:line="579" w:lineRule="exact"/>
        <w:ind w:firstLine="640"/>
        <w:rPr>
          <w:lang w:eastAsia="zh-CN"/>
        </w:rPr>
      </w:pPr>
      <w:r>
        <w:rPr>
          <w:rFonts w:ascii="仿宋" w:eastAsia="仿宋" w:hAnsi="仿宋"/>
          <w:sz w:val="32"/>
          <w:lang w:eastAsia="zh-CN"/>
        </w:rPr>
        <w:t>隐身迅捷。这般深仇大恨。不杀王守仁。</w:t>
      </w:r>
      <w:proofErr w:type="gramStart"/>
      <w:r>
        <w:rPr>
          <w:rFonts w:ascii="仿宋" w:eastAsia="仿宋" w:hAnsi="仿宋"/>
          <w:sz w:val="32"/>
          <w:lang w:eastAsia="zh-CN"/>
        </w:rPr>
        <w:t>朕誓不</w:t>
      </w:r>
      <w:proofErr w:type="gramEnd"/>
      <w:r>
        <w:rPr>
          <w:rFonts w:ascii="仿宋" w:eastAsia="仿宋" w:hAnsi="仿宋"/>
          <w:sz w:val="32"/>
          <w:lang w:eastAsia="zh-CN"/>
        </w:rPr>
        <w:t>为朕。来人。众将士听令。点齐十万兵马，回师南征</w:t>
      </w:r>
      <w:proofErr w:type="gramStart"/>
      <w:r>
        <w:rPr>
          <w:rFonts w:ascii="仿宋" w:eastAsia="仿宋" w:hAnsi="仿宋"/>
          <w:sz w:val="32"/>
          <w:lang w:eastAsia="zh-CN"/>
        </w:rPr>
        <w:t>朕</w:t>
      </w:r>
      <w:proofErr w:type="gramEnd"/>
      <w:r>
        <w:rPr>
          <w:rFonts w:ascii="仿宋" w:eastAsia="仿宋" w:hAnsi="仿宋"/>
          <w:sz w:val="32"/>
          <w:lang w:eastAsia="zh-CN"/>
        </w:rPr>
        <w:t>。要将他碎尸万段。哦。</w:t>
      </w:r>
      <w:proofErr w:type="gramStart"/>
      <w:r>
        <w:rPr>
          <w:rFonts w:ascii="仿宋" w:eastAsia="仿宋" w:hAnsi="仿宋"/>
          <w:sz w:val="32"/>
          <w:lang w:eastAsia="zh-CN"/>
        </w:rPr>
        <w:t>不</w:t>
      </w:r>
      <w:proofErr w:type="gramEnd"/>
      <w:r>
        <w:rPr>
          <w:rFonts w:ascii="仿宋" w:eastAsia="仿宋" w:hAnsi="仿宋"/>
          <w:sz w:val="32"/>
          <w:lang w:eastAsia="zh-CN"/>
        </w:rPr>
        <w:t>诸公大人反贼朱宸濠率十万精兵从安庆向南昌杀来。不好。我军仅有临时聚集的几万兵士，这诸城好有十万精兵啊。这如何是好了，</w:t>
      </w:r>
    </w:p>
    <w:p w14:paraId="0E4DC29F" w14:textId="77777777" w:rsidR="00E87C95" w:rsidRDefault="00000000">
      <w:pPr>
        <w:spacing w:after="0" w:line="579" w:lineRule="exact"/>
        <w:ind w:firstLine="640"/>
        <w:rPr>
          <w:lang w:eastAsia="zh-CN"/>
        </w:rPr>
      </w:pPr>
      <w:proofErr w:type="gramStart"/>
      <w:r>
        <w:rPr>
          <w:rFonts w:ascii="仿宋" w:eastAsia="仿宋" w:hAnsi="仿宋"/>
          <w:sz w:val="32"/>
          <w:lang w:eastAsia="zh-CN"/>
        </w:rPr>
        <w:lastRenderedPageBreak/>
        <w:t>大人大人</w:t>
      </w:r>
      <w:proofErr w:type="gramEnd"/>
      <w:r>
        <w:rPr>
          <w:rFonts w:ascii="仿宋" w:eastAsia="仿宋" w:hAnsi="仿宋"/>
          <w:sz w:val="32"/>
          <w:lang w:eastAsia="zh-CN"/>
        </w:rPr>
        <w:t>诸位以为如何？大人下官以为应先撤出南昌，为何要撤？说要来的援兵，现在一个未到，咱们先撤回。张数待秦王之师集结完毕，再打回南昌讨伐反贼，对不可。雷击。你说说该如何应对？宁王朱宸</w:t>
      </w:r>
      <w:proofErr w:type="gramStart"/>
      <w:r>
        <w:rPr>
          <w:rFonts w:ascii="仿宋" w:eastAsia="仿宋" w:hAnsi="仿宋"/>
          <w:sz w:val="32"/>
          <w:lang w:eastAsia="zh-CN"/>
        </w:rPr>
        <w:t>濠</w:t>
      </w:r>
      <w:proofErr w:type="gramEnd"/>
      <w:r>
        <w:rPr>
          <w:rFonts w:ascii="仿宋" w:eastAsia="仿宋" w:hAnsi="仿宋"/>
          <w:sz w:val="32"/>
          <w:lang w:eastAsia="zh-CN"/>
        </w:rPr>
        <w:t>反叛。王大人只身家性，命于不顾，率领我等挥师擒马，</w:t>
      </w:r>
    </w:p>
    <w:p w14:paraId="582FFBC4" w14:textId="77777777" w:rsidR="00E87C95" w:rsidRDefault="00000000">
      <w:pPr>
        <w:spacing w:after="0" w:line="579" w:lineRule="exact"/>
        <w:ind w:firstLine="640"/>
        <w:rPr>
          <w:lang w:eastAsia="zh-CN"/>
        </w:rPr>
      </w:pPr>
      <w:r>
        <w:rPr>
          <w:rFonts w:ascii="仿宋" w:eastAsia="仿宋" w:hAnsi="仿宋"/>
          <w:sz w:val="32"/>
          <w:lang w:eastAsia="zh-CN"/>
        </w:rPr>
        <w:t>攻取南昌，南昌。都来不易啊，誓死。也要保住他对下官</w:t>
      </w:r>
      <w:proofErr w:type="gramStart"/>
      <w:r>
        <w:rPr>
          <w:rFonts w:ascii="仿宋" w:eastAsia="仿宋" w:hAnsi="仿宋"/>
          <w:sz w:val="32"/>
          <w:lang w:eastAsia="zh-CN"/>
        </w:rPr>
        <w:t>萧羽愿</w:t>
      </w:r>
      <w:proofErr w:type="gramEnd"/>
      <w:r>
        <w:rPr>
          <w:rFonts w:ascii="仿宋" w:eastAsia="仿宋" w:hAnsi="仿宋"/>
          <w:sz w:val="32"/>
          <w:lang w:eastAsia="zh-CN"/>
        </w:rPr>
        <w:t>死守南昌。对南昌有奸臣生蚝粮草充足，担任百姓诸我等，收复南昌朱宸</w:t>
      </w:r>
      <w:proofErr w:type="gramStart"/>
      <w:r>
        <w:rPr>
          <w:rFonts w:ascii="仿宋" w:eastAsia="仿宋" w:hAnsi="仿宋"/>
          <w:sz w:val="32"/>
          <w:lang w:eastAsia="zh-CN"/>
        </w:rPr>
        <w:t>濠</w:t>
      </w:r>
      <w:proofErr w:type="gramEnd"/>
      <w:r>
        <w:rPr>
          <w:rFonts w:ascii="仿宋" w:eastAsia="仿宋" w:hAnsi="仿宋"/>
          <w:sz w:val="32"/>
          <w:lang w:eastAsia="zh-CN"/>
        </w:rPr>
        <w:t>回来，势必向百姓复仇。我等为百姓，计也应死守。对坚守南昌，等待援军将反贼监于城下。死守南昌，大人请下令吧。</w:t>
      </w:r>
    </w:p>
    <w:p w14:paraId="43DA7C46" w14:textId="77777777" w:rsidR="00E87C95" w:rsidRDefault="00000000">
      <w:pPr>
        <w:spacing w:after="0" w:line="579" w:lineRule="exact"/>
        <w:ind w:firstLine="640"/>
        <w:rPr>
          <w:lang w:eastAsia="zh-CN"/>
        </w:rPr>
      </w:pPr>
      <w:r>
        <w:rPr>
          <w:rFonts w:ascii="仿宋" w:eastAsia="仿宋" w:hAnsi="仿宋"/>
          <w:sz w:val="32"/>
          <w:lang w:eastAsia="zh-CN"/>
        </w:rPr>
        <w:t>你们以为。反贼宁王朱宸</w:t>
      </w:r>
      <w:proofErr w:type="gramStart"/>
      <w:r>
        <w:rPr>
          <w:rFonts w:ascii="仿宋" w:eastAsia="仿宋" w:hAnsi="仿宋"/>
          <w:sz w:val="32"/>
          <w:lang w:eastAsia="zh-CN"/>
        </w:rPr>
        <w:t>濠</w:t>
      </w:r>
      <w:proofErr w:type="gramEnd"/>
      <w:r>
        <w:rPr>
          <w:rFonts w:ascii="仿宋" w:eastAsia="仿宋" w:hAnsi="仿宋"/>
          <w:sz w:val="32"/>
          <w:lang w:eastAsia="zh-CN"/>
        </w:rPr>
        <w:t>，反扑南昌是祸事。这当然是南昌之祸。而我以为是天下之福啊。大人何出此言呢？诸臣好友三条路可走，第一条路出其不意，只取进士。大人只取京师，那不是找死吗错？这是我最担心的。若如此。则棕色威尼。那第二条路呢？</w:t>
      </w:r>
    </w:p>
    <w:p w14:paraId="2FDE5CC0" w14:textId="77777777" w:rsidR="00E87C95" w:rsidRDefault="00000000">
      <w:pPr>
        <w:spacing w:after="0" w:line="579" w:lineRule="exact"/>
        <w:ind w:firstLine="640"/>
        <w:rPr>
          <w:lang w:eastAsia="zh-CN"/>
        </w:rPr>
      </w:pPr>
      <w:r>
        <w:rPr>
          <w:rFonts w:ascii="仿宋" w:eastAsia="仿宋" w:hAnsi="仿宋"/>
          <w:sz w:val="32"/>
          <w:lang w:eastAsia="zh-CN"/>
        </w:rPr>
        <w:t>只取南京。裂土称帝。有何结果？大江南北，亦被其害。这第三条路呢，不光南京。反扑南昌，此番结果是，这是我求之不得的结果呀！我等誓死抗敌设计。则可以安逸。大人宁王朱</w:t>
      </w:r>
      <w:proofErr w:type="gramStart"/>
      <w:r>
        <w:rPr>
          <w:rFonts w:ascii="仿宋" w:eastAsia="仿宋" w:hAnsi="仿宋"/>
          <w:sz w:val="32"/>
          <w:lang w:eastAsia="zh-CN"/>
        </w:rPr>
        <w:t>宸</w:t>
      </w:r>
      <w:proofErr w:type="gramEnd"/>
      <w:r>
        <w:rPr>
          <w:rFonts w:ascii="仿宋" w:eastAsia="仿宋" w:hAnsi="仿宋"/>
          <w:sz w:val="32"/>
          <w:lang w:eastAsia="zh-CN"/>
        </w:rPr>
        <w:t>濠，兵强将来势汹汹，咱们不可硬挡啊，</w:t>
      </w:r>
    </w:p>
    <w:p w14:paraId="00990AFE" w14:textId="77777777" w:rsidR="00E87C95" w:rsidRDefault="00000000">
      <w:pPr>
        <w:spacing w:after="0" w:line="579" w:lineRule="exact"/>
        <w:ind w:firstLine="640"/>
        <w:rPr>
          <w:lang w:eastAsia="zh-CN"/>
        </w:rPr>
      </w:pPr>
      <w:r>
        <w:rPr>
          <w:rFonts w:ascii="仿宋" w:eastAsia="仿宋" w:hAnsi="仿宋"/>
          <w:sz w:val="32"/>
          <w:lang w:eastAsia="zh-CN"/>
        </w:rPr>
        <w:t>为何不可呀？</w:t>
      </w:r>
      <w:proofErr w:type="gramStart"/>
      <w:r>
        <w:rPr>
          <w:rFonts w:ascii="仿宋" w:eastAsia="仿宋" w:hAnsi="仿宋"/>
          <w:sz w:val="32"/>
          <w:lang w:eastAsia="zh-CN"/>
        </w:rPr>
        <w:t>大人大人</w:t>
      </w:r>
      <w:proofErr w:type="gramEnd"/>
      <w:r>
        <w:rPr>
          <w:rFonts w:ascii="仿宋" w:eastAsia="仿宋" w:hAnsi="仿宋"/>
          <w:sz w:val="32"/>
          <w:lang w:eastAsia="zh-CN"/>
        </w:rPr>
        <w:t>离婚。咳咳咳。大人。当然。不可过于焦急啊，大人。大人放宽心。我等愿追随大臣。此首</w:t>
      </w:r>
      <w:r>
        <w:rPr>
          <w:rFonts w:ascii="仿宋" w:eastAsia="仿宋" w:hAnsi="仿宋"/>
          <w:sz w:val="32"/>
          <w:lang w:eastAsia="zh-CN"/>
        </w:rPr>
        <w:lastRenderedPageBreak/>
        <w:t>难唱。我想的不是死守南昌。大人英明，咱们撤往樟树。</w:t>
      </w:r>
      <w:proofErr w:type="gramStart"/>
      <w:r>
        <w:rPr>
          <w:rFonts w:ascii="仿宋" w:eastAsia="仿宋" w:hAnsi="仿宋"/>
          <w:sz w:val="32"/>
          <w:lang w:eastAsia="zh-CN"/>
        </w:rPr>
        <w:t>哼更不是</w:t>
      </w:r>
      <w:proofErr w:type="gramEnd"/>
      <w:r>
        <w:rPr>
          <w:rFonts w:ascii="仿宋" w:eastAsia="仿宋" w:hAnsi="仿宋"/>
          <w:sz w:val="32"/>
          <w:lang w:eastAsia="zh-CN"/>
        </w:rPr>
        <w:t>撤退逃跑啊。那大人的意思是。</w:t>
      </w:r>
    </w:p>
    <w:p w14:paraId="0A477291" w14:textId="77777777" w:rsidR="00E87C95" w:rsidRDefault="00000000">
      <w:pPr>
        <w:spacing w:after="0" w:line="579" w:lineRule="exact"/>
        <w:ind w:firstLine="640"/>
        <w:rPr>
          <w:lang w:eastAsia="zh-CN"/>
        </w:rPr>
      </w:pPr>
      <w:r>
        <w:rPr>
          <w:rFonts w:ascii="仿宋" w:eastAsia="仿宋" w:hAnsi="仿宋"/>
          <w:sz w:val="32"/>
          <w:lang w:eastAsia="zh-CN"/>
        </w:rPr>
        <w:t>出城迎敌。迎头痛击。哎</w:t>
      </w:r>
      <w:proofErr w:type="gramStart"/>
      <w:r>
        <w:rPr>
          <w:rFonts w:ascii="仿宋" w:eastAsia="仿宋" w:hAnsi="仿宋"/>
          <w:sz w:val="32"/>
          <w:lang w:eastAsia="zh-CN"/>
        </w:rPr>
        <w:t>呦</w:t>
      </w:r>
      <w:proofErr w:type="gramEnd"/>
      <w:r>
        <w:rPr>
          <w:rFonts w:ascii="仿宋" w:eastAsia="仿宋" w:hAnsi="仿宋"/>
          <w:sz w:val="32"/>
          <w:lang w:eastAsia="zh-CN"/>
        </w:rPr>
        <w:t>，大人</w:t>
      </w:r>
      <w:proofErr w:type="gramStart"/>
      <w:r>
        <w:rPr>
          <w:rFonts w:ascii="仿宋" w:eastAsia="仿宋" w:hAnsi="仿宋"/>
          <w:sz w:val="32"/>
          <w:lang w:eastAsia="zh-CN"/>
        </w:rPr>
        <w:t>大人</w:t>
      </w:r>
      <w:proofErr w:type="gramEnd"/>
      <w:r>
        <w:rPr>
          <w:rFonts w:ascii="仿宋" w:eastAsia="仿宋" w:hAnsi="仿宋"/>
          <w:sz w:val="32"/>
          <w:lang w:eastAsia="zh-CN"/>
        </w:rPr>
        <w:t>。大人我军匆匆聚集，军备粗劣，无法匹敌诸神豪的精锐之师啊大人。尔等可有报国之</w:t>
      </w:r>
      <w:proofErr w:type="gramStart"/>
      <w:r>
        <w:rPr>
          <w:rFonts w:ascii="仿宋" w:eastAsia="仿宋" w:hAnsi="仿宋"/>
          <w:sz w:val="32"/>
          <w:lang w:eastAsia="zh-CN"/>
        </w:rPr>
        <w:t>之</w:t>
      </w:r>
      <w:proofErr w:type="gramEnd"/>
      <w:r>
        <w:rPr>
          <w:rFonts w:ascii="仿宋" w:eastAsia="仿宋" w:hAnsi="仿宋"/>
          <w:sz w:val="32"/>
          <w:lang w:eastAsia="zh-CN"/>
        </w:rPr>
        <w:t>否？下官等有报国之志。既有报国之志，就应按照心中所愿，心中所知施行开来呀！知</w:t>
      </w:r>
      <w:proofErr w:type="gramStart"/>
      <w:r>
        <w:rPr>
          <w:rFonts w:ascii="仿宋" w:eastAsia="仿宋" w:hAnsi="仿宋"/>
          <w:sz w:val="32"/>
          <w:lang w:eastAsia="zh-CN"/>
        </w:rPr>
        <w:t>行应当</w:t>
      </w:r>
      <w:proofErr w:type="gramEnd"/>
      <w:r>
        <w:rPr>
          <w:rFonts w:ascii="仿宋" w:eastAsia="仿宋" w:hAnsi="仿宋"/>
          <w:sz w:val="32"/>
          <w:lang w:eastAsia="zh-CN"/>
        </w:rPr>
        <w:t>合一。知而能行。方是真知啊。</w:t>
      </w:r>
    </w:p>
    <w:p w14:paraId="7202D24E" w14:textId="77777777" w:rsidR="00E87C95" w:rsidRDefault="00000000">
      <w:pPr>
        <w:spacing w:after="0" w:line="579" w:lineRule="exact"/>
        <w:ind w:firstLine="640"/>
        <w:rPr>
          <w:lang w:eastAsia="zh-CN"/>
        </w:rPr>
      </w:pPr>
      <w:r>
        <w:rPr>
          <w:rFonts w:ascii="仿宋" w:eastAsia="仿宋" w:hAnsi="仿宋"/>
          <w:sz w:val="32"/>
          <w:lang w:eastAsia="zh-CN"/>
        </w:rPr>
        <w:t>当初朱宸</w:t>
      </w:r>
      <w:proofErr w:type="gramStart"/>
      <w:r>
        <w:rPr>
          <w:rFonts w:ascii="仿宋" w:eastAsia="仿宋" w:hAnsi="仿宋"/>
          <w:sz w:val="32"/>
          <w:lang w:eastAsia="zh-CN"/>
        </w:rPr>
        <w:t>濠</w:t>
      </w:r>
      <w:proofErr w:type="gramEnd"/>
      <w:r>
        <w:rPr>
          <w:rFonts w:ascii="仿宋" w:eastAsia="仿宋" w:hAnsi="仿宋"/>
          <w:sz w:val="32"/>
          <w:lang w:eastAsia="zh-CN"/>
        </w:rPr>
        <w:t>以十万之众起兵谋反。虽然我身边兵士不足百人。仍决然起兵评判。因为我</w:t>
      </w:r>
      <w:proofErr w:type="gramStart"/>
      <w:r>
        <w:rPr>
          <w:rFonts w:ascii="仿宋" w:eastAsia="仿宋" w:hAnsi="仿宋"/>
          <w:sz w:val="32"/>
          <w:lang w:eastAsia="zh-CN"/>
        </w:rPr>
        <w:t>睹信丈夫</w:t>
      </w:r>
      <w:proofErr w:type="gramEnd"/>
      <w:r>
        <w:rPr>
          <w:rFonts w:ascii="仿宋" w:eastAsia="仿宋" w:hAnsi="仿宋"/>
          <w:sz w:val="32"/>
          <w:lang w:eastAsia="zh-CN"/>
        </w:rPr>
        <w:t>为治。</w:t>
      </w:r>
      <w:proofErr w:type="gramStart"/>
      <w:r>
        <w:rPr>
          <w:rFonts w:ascii="仿宋" w:eastAsia="仿宋" w:hAnsi="仿宋"/>
          <w:sz w:val="32"/>
          <w:lang w:eastAsia="zh-CN"/>
        </w:rPr>
        <w:t>穷当一间</w:t>
      </w:r>
      <w:proofErr w:type="gramEnd"/>
      <w:r>
        <w:rPr>
          <w:rFonts w:ascii="仿宋" w:eastAsia="仿宋" w:hAnsi="仿宋"/>
          <w:sz w:val="32"/>
          <w:lang w:eastAsia="zh-CN"/>
        </w:rPr>
        <w:t>。我与诸位召集香槟传习州府与樟树誓师。共</w:t>
      </w:r>
      <w:proofErr w:type="gramStart"/>
      <w:r>
        <w:rPr>
          <w:rFonts w:ascii="仿宋" w:eastAsia="仿宋" w:hAnsi="仿宋"/>
          <w:sz w:val="32"/>
          <w:lang w:eastAsia="zh-CN"/>
        </w:rPr>
        <w:t>坚</w:t>
      </w:r>
      <w:proofErr w:type="gramEnd"/>
      <w:r>
        <w:rPr>
          <w:rFonts w:ascii="仿宋" w:eastAsia="仿宋" w:hAnsi="仿宋"/>
          <w:sz w:val="32"/>
          <w:lang w:eastAsia="zh-CN"/>
        </w:rPr>
        <w:t>靖难，报国之志。南昌虽成千豪绅，敌军数万，粮草众多，但我军上下一心，</w:t>
      </w:r>
      <w:proofErr w:type="gramStart"/>
      <w:r>
        <w:rPr>
          <w:rFonts w:ascii="仿宋" w:eastAsia="仿宋" w:hAnsi="仿宋"/>
          <w:sz w:val="32"/>
          <w:lang w:eastAsia="zh-CN"/>
        </w:rPr>
        <w:t>同仇敌慨</w:t>
      </w:r>
      <w:proofErr w:type="gramEnd"/>
      <w:r>
        <w:rPr>
          <w:rFonts w:ascii="仿宋" w:eastAsia="仿宋" w:hAnsi="仿宋"/>
          <w:sz w:val="32"/>
          <w:lang w:eastAsia="zh-CN"/>
        </w:rPr>
        <w:t>。最终一举收复南昌。此番决战。</w:t>
      </w:r>
    </w:p>
    <w:p w14:paraId="714AF76D" w14:textId="77777777" w:rsidR="00E87C95" w:rsidRDefault="00000000">
      <w:pPr>
        <w:spacing w:after="0" w:line="579" w:lineRule="exact"/>
        <w:ind w:firstLine="640"/>
        <w:rPr>
          <w:lang w:eastAsia="zh-CN"/>
        </w:rPr>
      </w:pPr>
      <w:r>
        <w:rPr>
          <w:rFonts w:ascii="仿宋" w:eastAsia="仿宋" w:hAnsi="仿宋"/>
          <w:sz w:val="32"/>
          <w:lang w:eastAsia="zh-CN"/>
        </w:rPr>
        <w:t>欢呼百姓福，祸将士生死。国家存亡。传我军令。我速行</w:t>
      </w:r>
      <w:proofErr w:type="gramStart"/>
      <w:r>
        <w:rPr>
          <w:rFonts w:ascii="仿宋" w:eastAsia="仿宋" w:hAnsi="仿宋"/>
          <w:sz w:val="32"/>
          <w:lang w:eastAsia="zh-CN"/>
        </w:rPr>
        <w:t>兵备战鄱阳</w:t>
      </w:r>
      <w:proofErr w:type="gramEnd"/>
      <w:r>
        <w:rPr>
          <w:rFonts w:ascii="仿宋" w:eastAsia="仿宋" w:hAnsi="仿宋"/>
          <w:sz w:val="32"/>
          <w:lang w:eastAsia="zh-CN"/>
        </w:rPr>
        <w:t>，抢占先机。迎战。反贼。战新机迎战反贼。迎战反贼。战先机迎战反贼上战。那场蓄谋已久的繁忙叛乱，短短43天就平定了。别看您外表文</w:t>
      </w:r>
      <w:proofErr w:type="gramStart"/>
      <w:r>
        <w:rPr>
          <w:rFonts w:ascii="仿宋" w:eastAsia="仿宋" w:hAnsi="仿宋"/>
          <w:sz w:val="32"/>
          <w:lang w:eastAsia="zh-CN"/>
        </w:rPr>
        <w:t>文弱</w:t>
      </w:r>
      <w:proofErr w:type="gramEnd"/>
      <w:r>
        <w:rPr>
          <w:rFonts w:ascii="仿宋" w:eastAsia="仿宋" w:hAnsi="仿宋"/>
          <w:sz w:val="32"/>
          <w:lang w:eastAsia="zh-CN"/>
        </w:rPr>
        <w:t>弱。但是鄱阳湖一役，</w:t>
      </w:r>
    </w:p>
    <w:p w14:paraId="64030735" w14:textId="77777777" w:rsidR="00E87C95" w:rsidRDefault="00000000">
      <w:pPr>
        <w:spacing w:after="0" w:line="579" w:lineRule="exact"/>
        <w:ind w:firstLine="640"/>
        <w:rPr>
          <w:lang w:eastAsia="zh-CN"/>
        </w:rPr>
      </w:pPr>
      <w:r>
        <w:rPr>
          <w:rFonts w:ascii="仿宋" w:eastAsia="仿宋" w:hAnsi="仿宋"/>
          <w:sz w:val="32"/>
          <w:lang w:eastAsia="zh-CN"/>
        </w:rPr>
        <w:t>大破十万叛军，活捉宁王朱</w:t>
      </w:r>
      <w:proofErr w:type="gramStart"/>
      <w:r>
        <w:rPr>
          <w:rFonts w:ascii="仿宋" w:eastAsia="仿宋" w:hAnsi="仿宋"/>
          <w:sz w:val="32"/>
          <w:lang w:eastAsia="zh-CN"/>
        </w:rPr>
        <w:t>宸</w:t>
      </w:r>
      <w:proofErr w:type="gramEnd"/>
      <w:r>
        <w:rPr>
          <w:rFonts w:ascii="仿宋" w:eastAsia="仿宋" w:hAnsi="仿宋"/>
          <w:sz w:val="32"/>
          <w:lang w:eastAsia="zh-CN"/>
        </w:rPr>
        <w:t>濠。完备，佩服。这可是一场闻官领兵以少胜多的棋圣之战。破山中贼易。</w:t>
      </w:r>
      <w:proofErr w:type="gramStart"/>
      <w:r>
        <w:rPr>
          <w:rFonts w:ascii="仿宋" w:eastAsia="仿宋" w:hAnsi="仿宋"/>
          <w:sz w:val="32"/>
          <w:lang w:eastAsia="zh-CN"/>
        </w:rPr>
        <w:t>平定宁凡叛乱</w:t>
      </w:r>
      <w:proofErr w:type="gramEnd"/>
      <w:r>
        <w:rPr>
          <w:rFonts w:ascii="仿宋" w:eastAsia="仿宋" w:hAnsi="仿宋"/>
          <w:sz w:val="32"/>
          <w:lang w:eastAsia="zh-CN"/>
        </w:rPr>
        <w:t>，并不难。真正难的是评判之后。如何破除人心中之罪。后世在学历史的时候，我们读到了一件。有点荒谬的事。据说打了胜仗之后，正德皇帝自封为威武大将军镇国公。</w:t>
      </w:r>
    </w:p>
    <w:p w14:paraId="63386AC5" w14:textId="77777777" w:rsidR="00E87C95" w:rsidRDefault="00000000">
      <w:pPr>
        <w:spacing w:after="0" w:line="579" w:lineRule="exact"/>
        <w:ind w:firstLine="640"/>
        <w:rPr>
          <w:lang w:eastAsia="zh-CN"/>
        </w:rPr>
      </w:pPr>
      <w:r>
        <w:rPr>
          <w:rFonts w:ascii="仿宋" w:eastAsia="仿宋" w:hAnsi="仿宋"/>
          <w:sz w:val="32"/>
          <w:lang w:eastAsia="zh-CN"/>
        </w:rPr>
        <w:lastRenderedPageBreak/>
        <w:t>率十万大军御驾亲征，并且给您下命令，让您在鄱阳湖放了宁王诸臣号。以便让他再活捉一次。江西百姓遭叛乱之祸，本就苦难不堪。若圣上御驾亲至，放了宁王朱</w:t>
      </w:r>
      <w:proofErr w:type="gramStart"/>
      <w:r>
        <w:rPr>
          <w:rFonts w:ascii="仿宋" w:eastAsia="仿宋" w:hAnsi="仿宋"/>
          <w:sz w:val="32"/>
          <w:lang w:eastAsia="zh-CN"/>
        </w:rPr>
        <w:t>宸</w:t>
      </w:r>
      <w:proofErr w:type="gramEnd"/>
      <w:r>
        <w:rPr>
          <w:rFonts w:ascii="仿宋" w:eastAsia="仿宋" w:hAnsi="仿宋"/>
          <w:sz w:val="32"/>
          <w:lang w:eastAsia="zh-CN"/>
        </w:rPr>
        <w:t>濠，再捉一次。劳民伤财，必使民生更加艰难。所以您再三上书。劝皇帝返京，但这一劝。又让您陷入了生死危难。</w:t>
      </w:r>
    </w:p>
    <w:p w14:paraId="066504B3" w14:textId="77777777" w:rsidR="00E87C95" w:rsidRDefault="00000000">
      <w:pPr>
        <w:spacing w:after="0" w:line="579" w:lineRule="exact"/>
        <w:ind w:firstLine="640"/>
        <w:rPr>
          <w:lang w:eastAsia="zh-CN"/>
        </w:rPr>
      </w:pPr>
      <w:r>
        <w:rPr>
          <w:rFonts w:ascii="仿宋" w:eastAsia="仿宋" w:hAnsi="仿宋"/>
          <w:sz w:val="32"/>
          <w:lang w:eastAsia="zh-CN"/>
        </w:rPr>
        <w:t>张公公。王大人。圣上让本间问你话。升上亲率十万大军南下。擒拿宁王朱</w:t>
      </w:r>
      <w:proofErr w:type="gramStart"/>
      <w:r>
        <w:rPr>
          <w:rFonts w:ascii="仿宋" w:eastAsia="仿宋" w:hAnsi="仿宋"/>
          <w:sz w:val="32"/>
          <w:lang w:eastAsia="zh-CN"/>
        </w:rPr>
        <w:t>宸</w:t>
      </w:r>
      <w:proofErr w:type="gramEnd"/>
      <w:r>
        <w:rPr>
          <w:rFonts w:ascii="仿宋" w:eastAsia="仿宋" w:hAnsi="仿宋"/>
          <w:sz w:val="32"/>
          <w:lang w:eastAsia="zh-CN"/>
        </w:rPr>
        <w:t>濠。你。数次阻拦御驾亲征。你是？有谋反之心吗？宦官张永手握兵权，位高权重。此人是个狠角色，就连当年打了您三</w:t>
      </w:r>
      <w:proofErr w:type="gramStart"/>
      <w:r>
        <w:rPr>
          <w:rFonts w:ascii="仿宋" w:eastAsia="仿宋" w:hAnsi="仿宋"/>
          <w:sz w:val="32"/>
          <w:lang w:eastAsia="zh-CN"/>
        </w:rPr>
        <w:t>世</w:t>
      </w:r>
      <w:proofErr w:type="gramEnd"/>
      <w:r>
        <w:rPr>
          <w:rFonts w:ascii="仿宋" w:eastAsia="仿宋" w:hAnsi="仿宋"/>
          <w:sz w:val="32"/>
          <w:lang w:eastAsia="zh-CN"/>
        </w:rPr>
        <w:t>廷杖的刘瑾，后来都是死在他手里。圣上问我是否有谋反之心。</w:t>
      </w:r>
    </w:p>
    <w:p w14:paraId="6C72078A" w14:textId="77777777" w:rsidR="00E87C95" w:rsidRDefault="00000000">
      <w:pPr>
        <w:spacing w:after="0" w:line="579" w:lineRule="exact"/>
        <w:ind w:firstLine="640"/>
        <w:rPr>
          <w:lang w:eastAsia="zh-CN"/>
        </w:rPr>
      </w:pPr>
      <w:r>
        <w:rPr>
          <w:rFonts w:ascii="仿宋" w:eastAsia="仿宋" w:hAnsi="仿宋"/>
          <w:sz w:val="32"/>
          <w:lang w:eastAsia="zh-CN"/>
        </w:rPr>
        <w:t>答错一个字。便会引来滔天的祸事。父亲。孩儿明知怎么做才是对的。但若真的做凶险万分，有可能会招来灭族之祸。你儿时就跟我说过。你要学圣贤。我幼时贪玩。您是最宽容我的人。入仕途。你仗义执言。受廷杖。</w:t>
      </w:r>
      <w:proofErr w:type="gramStart"/>
      <w:r>
        <w:rPr>
          <w:rFonts w:ascii="仿宋" w:eastAsia="仿宋" w:hAnsi="仿宋"/>
          <w:sz w:val="32"/>
          <w:lang w:eastAsia="zh-CN"/>
        </w:rPr>
        <w:t>夏昭玉</w:t>
      </w:r>
      <w:proofErr w:type="gramEnd"/>
      <w:r>
        <w:rPr>
          <w:rFonts w:ascii="仿宋" w:eastAsia="仿宋" w:hAnsi="仿宋"/>
          <w:sz w:val="32"/>
          <w:lang w:eastAsia="zh-CN"/>
        </w:rPr>
        <w:t>初心不改。那时我就说。</w:t>
      </w:r>
    </w:p>
    <w:p w14:paraId="6D982208" w14:textId="77777777" w:rsidR="00E87C95" w:rsidRDefault="00000000">
      <w:pPr>
        <w:spacing w:after="0" w:line="579" w:lineRule="exact"/>
        <w:ind w:firstLine="640"/>
        <w:rPr>
          <w:lang w:eastAsia="zh-CN"/>
        </w:rPr>
      </w:pPr>
      <w:r>
        <w:rPr>
          <w:rFonts w:ascii="仿宋" w:eastAsia="仿宋" w:hAnsi="仿宋"/>
          <w:sz w:val="32"/>
          <w:lang w:eastAsia="zh-CN"/>
        </w:rPr>
        <w:t>以物而为荣。您的勉励。让我第一次为自己骄傲。你被贬制。贵州龙场。万里桃花。却在困苦中悟道。我求问本心。悟出了。知行合一的道理。隐于设计危难之中。以书生领兵，平定叛乱。就黎明于水火。</w:t>
      </w:r>
      <w:proofErr w:type="gramStart"/>
      <w:r>
        <w:rPr>
          <w:rFonts w:ascii="仿宋" w:eastAsia="仿宋" w:hAnsi="仿宋"/>
          <w:sz w:val="32"/>
          <w:lang w:eastAsia="zh-CN"/>
        </w:rPr>
        <w:t>伏</w:t>
      </w:r>
      <w:proofErr w:type="gramEnd"/>
      <w:r>
        <w:rPr>
          <w:rFonts w:ascii="仿宋" w:eastAsia="仿宋" w:hAnsi="仿宋"/>
          <w:sz w:val="32"/>
          <w:lang w:eastAsia="zh-CN"/>
        </w:rPr>
        <w:t>大厦之江清。</w:t>
      </w:r>
    </w:p>
    <w:p w14:paraId="005E7223" w14:textId="77777777" w:rsidR="00E87C95" w:rsidRDefault="00000000">
      <w:pPr>
        <w:spacing w:after="0" w:line="579" w:lineRule="exact"/>
        <w:ind w:firstLine="640"/>
        <w:rPr>
          <w:lang w:eastAsia="zh-CN"/>
        </w:rPr>
      </w:pPr>
      <w:r>
        <w:rPr>
          <w:rFonts w:ascii="仿宋" w:eastAsia="仿宋" w:hAnsi="仿宋"/>
          <w:sz w:val="32"/>
          <w:lang w:eastAsia="zh-CN"/>
        </w:rPr>
        <w:t>立德立功立言，在维护心中。你都做到了。我王华此生，不以众状元为最大的荣耀。而已能有你这样的儿子。为最大</w:t>
      </w:r>
      <w:r>
        <w:rPr>
          <w:rFonts w:ascii="仿宋" w:eastAsia="仿宋" w:hAnsi="仿宋"/>
          <w:sz w:val="32"/>
          <w:lang w:eastAsia="zh-CN"/>
        </w:rPr>
        <w:lastRenderedPageBreak/>
        <w:t>荣耀。</w:t>
      </w:r>
      <w:proofErr w:type="gramStart"/>
      <w:r>
        <w:rPr>
          <w:rFonts w:ascii="仿宋" w:eastAsia="仿宋" w:hAnsi="仿宋"/>
          <w:sz w:val="32"/>
          <w:lang w:eastAsia="zh-CN"/>
        </w:rPr>
        <w:t>佛行你</w:t>
      </w:r>
      <w:proofErr w:type="gramEnd"/>
      <w:r>
        <w:rPr>
          <w:rFonts w:ascii="仿宋" w:eastAsia="仿宋" w:hAnsi="仿宋"/>
          <w:sz w:val="32"/>
          <w:lang w:eastAsia="zh-CN"/>
        </w:rPr>
        <w:t>心中。自有良知。只需知行合一。无论结局如何。为父。都以你为荣。知行合一。致良知。</w:t>
      </w:r>
    </w:p>
    <w:p w14:paraId="424D6B7A" w14:textId="77777777" w:rsidR="00E87C95" w:rsidRDefault="00000000">
      <w:pPr>
        <w:spacing w:after="0" w:line="579" w:lineRule="exact"/>
        <w:ind w:firstLine="640"/>
        <w:rPr>
          <w:lang w:eastAsia="zh-CN"/>
        </w:rPr>
      </w:pPr>
      <w:r>
        <w:rPr>
          <w:rFonts w:ascii="仿宋" w:eastAsia="仿宋" w:hAnsi="仿宋"/>
          <w:sz w:val="32"/>
          <w:lang w:eastAsia="zh-CN"/>
        </w:rPr>
        <w:t>孩儿明白了。谢父亲。后来先生居然能够</w:t>
      </w:r>
      <w:proofErr w:type="gramStart"/>
      <w:r>
        <w:rPr>
          <w:rFonts w:ascii="仿宋" w:eastAsia="仿宋" w:hAnsi="仿宋"/>
          <w:sz w:val="32"/>
          <w:lang w:eastAsia="zh-CN"/>
        </w:rPr>
        <w:t>说动浣官张永</w:t>
      </w:r>
      <w:proofErr w:type="gramEnd"/>
      <w:r>
        <w:rPr>
          <w:rFonts w:ascii="仿宋" w:eastAsia="仿宋" w:hAnsi="仿宋"/>
          <w:sz w:val="32"/>
          <w:lang w:eastAsia="zh-CN"/>
        </w:rPr>
        <w:t>和您一块儿成功劝谏正德皇帝返京。您这简直就是挑战，不可能。</w:t>
      </w:r>
      <w:proofErr w:type="gramStart"/>
      <w:r>
        <w:rPr>
          <w:rFonts w:ascii="仿宋" w:eastAsia="仿宋" w:hAnsi="仿宋"/>
          <w:sz w:val="32"/>
          <w:lang w:eastAsia="zh-CN"/>
        </w:rPr>
        <w:t>贱富自然</w:t>
      </w:r>
      <w:proofErr w:type="gramEnd"/>
      <w:r>
        <w:rPr>
          <w:rFonts w:ascii="仿宋" w:eastAsia="仿宋" w:hAnsi="仿宋"/>
          <w:sz w:val="32"/>
          <w:lang w:eastAsia="zh-CN"/>
        </w:rPr>
        <w:t>之香。见</w:t>
      </w:r>
      <w:proofErr w:type="gramStart"/>
      <w:r>
        <w:rPr>
          <w:rFonts w:ascii="仿宋" w:eastAsia="仿宋" w:hAnsi="仿宋"/>
          <w:sz w:val="32"/>
          <w:lang w:eastAsia="zh-CN"/>
        </w:rPr>
        <w:t>胸自然之涕</w:t>
      </w:r>
      <w:proofErr w:type="gramEnd"/>
      <w:r>
        <w:rPr>
          <w:rFonts w:ascii="仿宋" w:eastAsia="仿宋" w:hAnsi="仿宋"/>
          <w:sz w:val="32"/>
          <w:lang w:eastAsia="zh-CN"/>
        </w:rPr>
        <w:t>，见孺子入颈自然之侧也，这就是良知。我这样做是因为我有良知。张永能听是因为人人皆有量。原来先生是在历经了</w:t>
      </w:r>
      <w:proofErr w:type="gramStart"/>
      <w:r>
        <w:rPr>
          <w:rFonts w:ascii="仿宋" w:eastAsia="仿宋" w:hAnsi="仿宋"/>
          <w:sz w:val="32"/>
          <w:lang w:eastAsia="zh-CN"/>
        </w:rPr>
        <w:t>百死千难</w:t>
      </w:r>
      <w:proofErr w:type="gramEnd"/>
      <w:r>
        <w:rPr>
          <w:rFonts w:ascii="仿宋" w:eastAsia="仿宋" w:hAnsi="仿宋"/>
          <w:sz w:val="32"/>
          <w:lang w:eastAsia="zh-CN"/>
        </w:rPr>
        <w:t>之后。才悟出知行</w:t>
      </w:r>
      <w:proofErr w:type="gramStart"/>
      <w:r>
        <w:rPr>
          <w:rFonts w:ascii="仿宋" w:eastAsia="仿宋" w:hAnsi="仿宋"/>
          <w:sz w:val="32"/>
          <w:lang w:eastAsia="zh-CN"/>
        </w:rPr>
        <w:t>合一致</w:t>
      </w:r>
      <w:proofErr w:type="gramEnd"/>
      <w:r>
        <w:rPr>
          <w:rFonts w:ascii="仿宋" w:eastAsia="仿宋" w:hAnsi="仿宋"/>
          <w:sz w:val="32"/>
          <w:lang w:eastAsia="zh-CN"/>
        </w:rPr>
        <w:t>良知的真理。先生可愿随我到后世去看一看此书的流传。想走。</w:t>
      </w:r>
    </w:p>
    <w:p w14:paraId="2F20FB18" w14:textId="77777777" w:rsidR="00E87C95" w:rsidRDefault="00000000">
      <w:pPr>
        <w:spacing w:after="0" w:line="579" w:lineRule="exact"/>
        <w:ind w:firstLine="640"/>
        <w:rPr>
          <w:lang w:eastAsia="zh-CN"/>
        </w:rPr>
      </w:pPr>
      <w:r>
        <w:rPr>
          <w:rFonts w:ascii="仿宋" w:eastAsia="仿宋" w:hAnsi="仿宋"/>
          <w:sz w:val="32"/>
          <w:lang w:eastAsia="zh-CN"/>
        </w:rPr>
        <w:t>先生果然是知行合一，请请。阳明先生的学说历经同门徐岸</w:t>
      </w:r>
      <w:proofErr w:type="gramStart"/>
      <w:r>
        <w:rPr>
          <w:rFonts w:ascii="仿宋" w:eastAsia="仿宋" w:hAnsi="仿宋"/>
          <w:sz w:val="32"/>
          <w:lang w:eastAsia="zh-CN"/>
        </w:rPr>
        <w:t>薛</w:t>
      </w:r>
      <w:proofErr w:type="gramEnd"/>
      <w:r>
        <w:rPr>
          <w:rFonts w:ascii="仿宋" w:eastAsia="仿宋" w:hAnsi="仿宋"/>
          <w:sz w:val="32"/>
          <w:lang w:eastAsia="zh-CN"/>
        </w:rPr>
        <w:t>坎。和《传习续录》。共三卷书稿。往后是。</w:t>
      </w:r>
      <w:proofErr w:type="gramStart"/>
      <w:r>
        <w:rPr>
          <w:rFonts w:ascii="仿宋" w:eastAsia="仿宋" w:hAnsi="仿宋"/>
          <w:sz w:val="32"/>
          <w:lang w:eastAsia="zh-CN"/>
        </w:rPr>
        <w:t>共习之</w:t>
      </w:r>
      <w:proofErr w:type="gramEnd"/>
      <w:r>
        <w:rPr>
          <w:rFonts w:ascii="仿宋" w:eastAsia="仿宋" w:hAnsi="仿宋"/>
          <w:sz w:val="32"/>
          <w:lang w:eastAsia="zh-CN"/>
        </w:rPr>
        <w:t>，共传之。这是钱德洪吗？对呀。他也老了。阳明先生在近代学术界中极其伟大。在军事上，政治上亦有很大的勋业。学阳明先生思想。</w:t>
      </w:r>
    </w:p>
    <w:p w14:paraId="1F4D8C6E" w14:textId="77777777" w:rsidR="00E87C95" w:rsidRDefault="00000000">
      <w:pPr>
        <w:spacing w:after="0" w:line="579" w:lineRule="exact"/>
        <w:ind w:firstLine="640"/>
        <w:rPr>
          <w:lang w:eastAsia="zh-CN"/>
        </w:rPr>
      </w:pPr>
      <w:r>
        <w:rPr>
          <w:rFonts w:ascii="仿宋" w:eastAsia="仿宋" w:hAnsi="仿宋"/>
          <w:sz w:val="32"/>
          <w:lang w:eastAsia="zh-CN"/>
        </w:rPr>
        <w:t>阴毒传邪。此为何人。这位先生叫梁启超。生于清朝，他年轻的时候曾和上千举人联名向皇帝上书，呼吁变法。史称公车上书。也是个有胆识的人。阳明先生说，知是行之始。行事知之成，自今日起。我为自己改名。这位是这位陶先生最兴于您的知行合一学，说改名叫陶行知。</w:t>
      </w:r>
    </w:p>
    <w:p w14:paraId="7D112116" w14:textId="77777777" w:rsidR="00E87C95" w:rsidRDefault="00000000">
      <w:pPr>
        <w:spacing w:after="0" w:line="579" w:lineRule="exact"/>
        <w:ind w:firstLine="640"/>
        <w:rPr>
          <w:lang w:eastAsia="zh-CN"/>
        </w:rPr>
      </w:pPr>
      <w:r>
        <w:rPr>
          <w:rFonts w:ascii="仿宋" w:eastAsia="仿宋" w:hAnsi="仿宋"/>
          <w:sz w:val="32"/>
          <w:lang w:eastAsia="zh-CN"/>
        </w:rPr>
        <w:t>他是近代最著名的教育家之一，他提出教学做合一。享有伟大的人民教育家的美誉。人如其名，名如其志。后生可畏。先生，您再往这儿看。哎，我们要拍照，麻烦让一下。</w:t>
      </w:r>
      <w:r>
        <w:rPr>
          <w:rFonts w:ascii="仿宋" w:eastAsia="仿宋" w:hAnsi="仿宋"/>
          <w:sz w:val="32"/>
          <w:lang w:eastAsia="zh-CN"/>
        </w:rPr>
        <w:lastRenderedPageBreak/>
        <w:t>先生，您还记得这个地方吗？这莫非是我住过的山洞？正是当年您起名叫阳明小洞天后世，</w:t>
      </w:r>
    </w:p>
    <w:p w14:paraId="152F53FD" w14:textId="77777777" w:rsidR="00E87C95" w:rsidRDefault="00000000">
      <w:pPr>
        <w:spacing w:after="0" w:line="579" w:lineRule="exact"/>
        <w:ind w:firstLine="640"/>
        <w:rPr>
          <w:lang w:eastAsia="zh-CN"/>
        </w:rPr>
      </w:pPr>
      <w:r>
        <w:rPr>
          <w:rFonts w:ascii="仿宋" w:eastAsia="仿宋" w:hAnsi="仿宋"/>
          <w:sz w:val="32"/>
          <w:lang w:eastAsia="zh-CN"/>
        </w:rPr>
        <w:t>管它叫阳明洞。400多年之后，读书人要想学习您的理论啊，都得到这儿打个卡。打卡。就是到此一游。慢点，慢点。杨明先生在这里悟道，还教了很多学生，哎，我听说啊，里边有杨明先生做过的石墩呢，我也得去做做，看能不能悟到。</w:t>
      </w:r>
    </w:p>
    <w:p w14:paraId="53B5C249" w14:textId="77777777" w:rsidR="00E87C95" w:rsidRDefault="00000000">
      <w:pPr>
        <w:spacing w:after="0" w:line="579" w:lineRule="exact"/>
        <w:ind w:firstLine="640"/>
        <w:rPr>
          <w:lang w:eastAsia="zh-CN"/>
        </w:rPr>
      </w:pPr>
      <w:r>
        <w:rPr>
          <w:rFonts w:ascii="仿宋" w:eastAsia="仿宋" w:hAnsi="仿宋"/>
          <w:sz w:val="32"/>
          <w:lang w:eastAsia="zh-CN"/>
        </w:rPr>
        <w:t>来来来，大家快快快看快看。撒贝宁老师啊，老师。你有啥</w:t>
      </w:r>
      <w:proofErr w:type="gramStart"/>
      <w:r>
        <w:rPr>
          <w:rFonts w:ascii="仿宋" w:eastAsia="仿宋" w:hAnsi="仿宋"/>
          <w:sz w:val="32"/>
          <w:lang w:eastAsia="zh-CN"/>
        </w:rPr>
        <w:t>你说啥你说啥</w:t>
      </w:r>
      <w:proofErr w:type="gramEnd"/>
      <w:r>
        <w:rPr>
          <w:rFonts w:ascii="仿宋" w:eastAsia="仿宋" w:hAnsi="仿宋"/>
          <w:sz w:val="32"/>
          <w:lang w:eastAsia="zh-CN"/>
        </w:rPr>
        <w:t>。您怎么来了？跟你们一样啊，来游览阳明洞哎，先生请曹老师这位是。这位你们都不知道啊。这就是。就是。最了解杨明栋的人哦，是解说员对对对，解说员我跟大家讲啊。</w:t>
      </w:r>
    </w:p>
    <w:p w14:paraId="7EEB5F41" w14:textId="77777777" w:rsidR="00E87C95" w:rsidRDefault="00000000">
      <w:pPr>
        <w:spacing w:after="0" w:line="579" w:lineRule="exact"/>
        <w:ind w:firstLine="640"/>
        <w:rPr>
          <w:lang w:eastAsia="zh-CN"/>
        </w:rPr>
      </w:pPr>
      <w:r>
        <w:rPr>
          <w:rFonts w:ascii="仿宋" w:eastAsia="仿宋" w:hAnsi="仿宋"/>
          <w:sz w:val="32"/>
          <w:lang w:eastAsia="zh-CN"/>
        </w:rPr>
        <w:t>有什么问题赶紧向解说员提问，这可是一生只有一次的机会啊！呃</w:t>
      </w:r>
      <w:proofErr w:type="gramStart"/>
      <w:r>
        <w:rPr>
          <w:rFonts w:ascii="仿宋" w:eastAsia="仿宋" w:hAnsi="仿宋"/>
          <w:sz w:val="32"/>
          <w:lang w:eastAsia="zh-CN"/>
        </w:rPr>
        <w:t>呃</w:t>
      </w:r>
      <w:proofErr w:type="gramEnd"/>
      <w:r>
        <w:rPr>
          <w:rFonts w:ascii="仿宋" w:eastAsia="仿宋" w:hAnsi="仿宋"/>
          <w:sz w:val="32"/>
          <w:lang w:eastAsia="zh-CN"/>
        </w:rPr>
        <w:t>，老先生呃，请问一下，什么叫知行合一？先生，能不能多给我们讲一些关于杨明栋的故事？好好</w:t>
      </w:r>
      <w:proofErr w:type="gramStart"/>
      <w:r>
        <w:rPr>
          <w:rFonts w:ascii="仿宋" w:eastAsia="仿宋" w:hAnsi="仿宋"/>
          <w:sz w:val="32"/>
          <w:lang w:eastAsia="zh-CN"/>
        </w:rPr>
        <w:t>好</w:t>
      </w:r>
      <w:proofErr w:type="gramEnd"/>
      <w:r>
        <w:rPr>
          <w:rFonts w:ascii="仿宋" w:eastAsia="仿宋" w:hAnsi="仿宋"/>
          <w:sz w:val="32"/>
          <w:lang w:eastAsia="zh-CN"/>
        </w:rPr>
        <w:t>呃，来来来。坐坐坐。你慢点。阳明先生说，知行合一，那是知更重要还是行更重要？</w:t>
      </w:r>
    </w:p>
    <w:p w14:paraId="26B240AB" w14:textId="77777777" w:rsidR="00E87C95" w:rsidRDefault="00000000">
      <w:pPr>
        <w:spacing w:after="0" w:line="579" w:lineRule="exact"/>
        <w:ind w:firstLine="640"/>
        <w:rPr>
          <w:lang w:eastAsia="zh-CN"/>
        </w:rPr>
      </w:pPr>
      <w:proofErr w:type="gramStart"/>
      <w:r>
        <w:rPr>
          <w:rFonts w:ascii="仿宋" w:eastAsia="仿宋" w:hAnsi="仿宋"/>
          <w:sz w:val="32"/>
          <w:lang w:eastAsia="zh-CN"/>
        </w:rPr>
        <w:t>这知行</w:t>
      </w:r>
      <w:proofErr w:type="gramEnd"/>
      <w:r>
        <w:rPr>
          <w:rFonts w:ascii="仿宋" w:eastAsia="仿宋" w:hAnsi="仿宋"/>
          <w:sz w:val="32"/>
          <w:lang w:eastAsia="zh-CN"/>
        </w:rPr>
        <w:t>如何合一呀？好问题。谁能说说知是行之始，行是知之成。明白了自己要做的事情。就应该立刻去</w:t>
      </w:r>
      <w:proofErr w:type="gramStart"/>
      <w:r>
        <w:rPr>
          <w:rFonts w:ascii="仿宋" w:eastAsia="仿宋" w:hAnsi="仿宋"/>
          <w:sz w:val="32"/>
          <w:lang w:eastAsia="zh-CN"/>
        </w:rPr>
        <w:t>践行</w:t>
      </w:r>
      <w:proofErr w:type="gramEnd"/>
      <w:r>
        <w:rPr>
          <w:rFonts w:ascii="仿宋" w:eastAsia="仿宋" w:hAnsi="仿宋"/>
          <w:sz w:val="32"/>
          <w:lang w:eastAsia="zh-CN"/>
        </w:rPr>
        <w:t>如何能确定自己做的是对的呢？嗯，致良知。以良知</w:t>
      </w:r>
      <w:proofErr w:type="gramStart"/>
      <w:r>
        <w:rPr>
          <w:rFonts w:ascii="仿宋" w:eastAsia="仿宋" w:hAnsi="仿宋"/>
          <w:sz w:val="32"/>
          <w:lang w:eastAsia="zh-CN"/>
        </w:rPr>
        <w:t>知</w:t>
      </w:r>
      <w:proofErr w:type="gramEnd"/>
      <w:r>
        <w:rPr>
          <w:rFonts w:ascii="仿宋" w:eastAsia="仿宋" w:hAnsi="仿宋"/>
          <w:sz w:val="32"/>
          <w:lang w:eastAsia="zh-CN"/>
        </w:rPr>
        <w:t>行合一。你从哪里学到的这些？我今天还带来了。哈。您看。可否借我一关？先生，</w:t>
      </w:r>
    </w:p>
    <w:p w14:paraId="1F67A3EF" w14:textId="77777777" w:rsidR="00E87C95" w:rsidRDefault="00000000">
      <w:pPr>
        <w:spacing w:after="0" w:line="579" w:lineRule="exact"/>
        <w:ind w:firstLine="640"/>
        <w:rPr>
          <w:lang w:eastAsia="zh-CN"/>
        </w:rPr>
      </w:pPr>
      <w:r>
        <w:rPr>
          <w:rFonts w:ascii="仿宋" w:eastAsia="仿宋" w:hAnsi="仿宋"/>
          <w:sz w:val="32"/>
          <w:lang w:eastAsia="zh-CN"/>
        </w:rPr>
        <w:lastRenderedPageBreak/>
        <w:t>先生。《传习录》的序幕。是徐爱做的。徐爱是阳明先生的妹子。也是他的第一位学生。你很像我的一个学生哦，他很爱穿西装。感谢先生。以知情合一交往。曾子曰，传不习乎？如何？应该都算是阳明先生的学生。桑老师，我的老师告诉我们。</w:t>
      </w:r>
    </w:p>
    <w:p w14:paraId="6608CA0F" w14:textId="77777777" w:rsidR="00E87C95" w:rsidRDefault="00000000">
      <w:pPr>
        <w:spacing w:after="0" w:line="579" w:lineRule="exact"/>
        <w:ind w:firstLine="640"/>
        <w:rPr>
          <w:lang w:eastAsia="zh-CN"/>
        </w:rPr>
      </w:pPr>
      <w:r>
        <w:rPr>
          <w:rFonts w:ascii="仿宋" w:eastAsia="仿宋" w:hAnsi="仿宋"/>
          <w:sz w:val="32"/>
          <w:lang w:eastAsia="zh-CN"/>
        </w:rPr>
        <w:t>中国人都应该知道，王阳明先生。了解阳明先生。这样吧，我有一个提议。既然今天机会难得，我们让这位讲解员老先生带着我们一块儿。知是行之始。知是行之始，行是知之成。行是知之成，知是行之始。行是</w:t>
      </w:r>
      <w:proofErr w:type="gramStart"/>
      <w:r>
        <w:rPr>
          <w:rFonts w:ascii="仿宋" w:eastAsia="仿宋" w:hAnsi="仿宋"/>
          <w:sz w:val="32"/>
          <w:lang w:eastAsia="zh-CN"/>
        </w:rPr>
        <w:t>之</w:t>
      </w:r>
      <w:proofErr w:type="gramEnd"/>
      <w:r>
        <w:rPr>
          <w:rFonts w:ascii="仿宋" w:eastAsia="仿宋" w:hAnsi="仿宋"/>
          <w:sz w:val="32"/>
          <w:lang w:eastAsia="zh-CN"/>
        </w:rPr>
        <w:t>之成。知是行之始行。谢谢现场。</w:t>
      </w:r>
    </w:p>
    <w:p w14:paraId="7A3C912A" w14:textId="77777777" w:rsidR="00E87C95" w:rsidRDefault="00000000">
      <w:pPr>
        <w:spacing w:after="0" w:line="579" w:lineRule="exact"/>
        <w:ind w:firstLine="640"/>
        <w:rPr>
          <w:lang w:eastAsia="zh-CN"/>
        </w:rPr>
      </w:pPr>
      <w:r>
        <w:rPr>
          <w:rFonts w:ascii="仿宋" w:eastAsia="仿宋" w:hAnsi="仿宋"/>
          <w:sz w:val="32"/>
          <w:lang w:eastAsia="zh-CN"/>
        </w:rPr>
        <w:t>也谢谢同学们好了，咱们今天学问就做到这，你们接着玩去吧，谢谢老师。注意安全啊。先生，那我走了。哈哈。再见。感谢撒军。让我知道这些。谢谢先生。后世人敬我。我更</w:t>
      </w:r>
      <w:proofErr w:type="gramStart"/>
      <w:r>
        <w:rPr>
          <w:rFonts w:ascii="仿宋" w:eastAsia="仿宋" w:hAnsi="仿宋"/>
          <w:sz w:val="32"/>
          <w:lang w:eastAsia="zh-CN"/>
        </w:rPr>
        <w:t>当赌席</w:t>
      </w:r>
      <w:proofErr w:type="gramEnd"/>
      <w:r>
        <w:rPr>
          <w:rFonts w:ascii="仿宋" w:eastAsia="仿宋" w:hAnsi="仿宋"/>
          <w:sz w:val="32"/>
          <w:lang w:eastAsia="zh-CN"/>
        </w:rPr>
        <w:t>。我要即刻赶赴两广。</w:t>
      </w:r>
    </w:p>
    <w:p w14:paraId="0099F1CC" w14:textId="77777777" w:rsidR="00E87C95" w:rsidRDefault="00000000">
      <w:pPr>
        <w:spacing w:after="0" w:line="579" w:lineRule="exact"/>
        <w:ind w:firstLine="640"/>
        <w:rPr>
          <w:lang w:eastAsia="zh-CN"/>
        </w:rPr>
      </w:pPr>
      <w:r>
        <w:rPr>
          <w:rFonts w:ascii="仿宋" w:eastAsia="仿宋" w:hAnsi="仿宋"/>
          <w:sz w:val="32"/>
          <w:lang w:eastAsia="zh-CN"/>
        </w:rPr>
        <w:t>咱们就此别过。先生此去。山高水长。先生保重。此心光明，亦复何言。此心光明，亦复何言？这是阳明先生留在世间最后的八个字。豁达坦荡，掷地有声。我在想，这是怎样的一种心胸和风骨，才能在历经</w:t>
      </w:r>
      <w:proofErr w:type="gramStart"/>
      <w:r>
        <w:rPr>
          <w:rFonts w:ascii="仿宋" w:eastAsia="仿宋" w:hAnsi="仿宋"/>
          <w:sz w:val="32"/>
          <w:lang w:eastAsia="zh-CN"/>
        </w:rPr>
        <w:t>百死千难</w:t>
      </w:r>
      <w:proofErr w:type="gramEnd"/>
      <w:r>
        <w:rPr>
          <w:rFonts w:ascii="仿宋" w:eastAsia="仿宋" w:hAnsi="仿宋"/>
          <w:sz w:val="32"/>
          <w:lang w:eastAsia="zh-CN"/>
        </w:rPr>
        <w:t>之后。</w:t>
      </w:r>
    </w:p>
    <w:p w14:paraId="2CDDC433" w14:textId="77777777" w:rsidR="00E87C95" w:rsidRDefault="00000000">
      <w:pPr>
        <w:spacing w:after="0" w:line="579" w:lineRule="exact"/>
        <w:ind w:firstLine="640"/>
        <w:rPr>
          <w:lang w:eastAsia="zh-CN"/>
        </w:rPr>
      </w:pPr>
      <w:r>
        <w:rPr>
          <w:rFonts w:ascii="仿宋" w:eastAsia="仿宋" w:hAnsi="仿宋"/>
          <w:sz w:val="32"/>
          <w:lang w:eastAsia="zh-CN"/>
        </w:rPr>
        <w:t>还能心向光明。的确，这部戏剧让我感到很震撼，也非常的感动。在每一次的重大事件当中。阳明先生都能够反观自省，由此而历练的他这一颗心。是如此这般的光明通透。而又灿烂。他的心学思想成为儒学。重要的理论发展，它成</w:t>
      </w:r>
      <w:r>
        <w:rPr>
          <w:rFonts w:ascii="仿宋" w:eastAsia="仿宋" w:hAnsi="仿宋"/>
          <w:sz w:val="32"/>
          <w:lang w:eastAsia="zh-CN"/>
        </w:rPr>
        <w:lastRenderedPageBreak/>
        <w:t>为除了沉着理学之外一种先秦古典思想回归而又重建的。一种新的心态。对整个的思想界，整个东亚地区产生巨大的影响。</w:t>
      </w:r>
    </w:p>
    <w:p w14:paraId="52BCAEFF" w14:textId="77777777" w:rsidR="00E87C95" w:rsidRDefault="00000000">
      <w:pPr>
        <w:spacing w:after="0" w:line="579" w:lineRule="exact"/>
        <w:ind w:firstLine="640"/>
        <w:rPr>
          <w:lang w:eastAsia="zh-CN"/>
        </w:rPr>
      </w:pPr>
      <w:r>
        <w:rPr>
          <w:rFonts w:ascii="仿宋" w:eastAsia="仿宋" w:hAnsi="仿宋"/>
          <w:sz w:val="32"/>
          <w:lang w:eastAsia="zh-CN"/>
        </w:rPr>
        <w:t>是的，传统儒学就经过了好几个重要的发展阶段。在先秦孔子创立了儒学之后，随着历史的发展呢，代代传承。到了两宋时期，又有新的发展和创新，形成了所谓的新儒学。到了明代，王阳明进一步的继承发展。形成了我们现在所说的阳明心学。阳明先生一生都在</w:t>
      </w:r>
      <w:proofErr w:type="gramStart"/>
      <w:r>
        <w:rPr>
          <w:rFonts w:ascii="仿宋" w:eastAsia="仿宋" w:hAnsi="仿宋"/>
          <w:sz w:val="32"/>
          <w:lang w:eastAsia="zh-CN"/>
        </w:rPr>
        <w:t>践行</w:t>
      </w:r>
      <w:proofErr w:type="gramEnd"/>
      <w:r>
        <w:rPr>
          <w:rFonts w:ascii="仿宋" w:eastAsia="仿宋" w:hAnsi="仿宋"/>
          <w:sz w:val="32"/>
          <w:lang w:eastAsia="zh-CN"/>
        </w:rPr>
        <w:t>他的知行合一这个观念，那么我们今天要怎么去理解这句话呢？实践是检验真理的唯一标准，以</w:t>
      </w:r>
      <w:proofErr w:type="gramStart"/>
      <w:r>
        <w:rPr>
          <w:rFonts w:ascii="仿宋" w:eastAsia="仿宋" w:hAnsi="仿宋"/>
          <w:sz w:val="32"/>
          <w:lang w:eastAsia="zh-CN"/>
        </w:rPr>
        <w:t>知促行</w:t>
      </w:r>
      <w:proofErr w:type="gramEnd"/>
      <w:r>
        <w:rPr>
          <w:rFonts w:ascii="仿宋" w:eastAsia="仿宋" w:hAnsi="仿宋"/>
          <w:sz w:val="32"/>
          <w:lang w:eastAsia="zh-CN"/>
        </w:rPr>
        <w:t>，</w:t>
      </w:r>
    </w:p>
    <w:p w14:paraId="2B924325" w14:textId="77777777" w:rsidR="00E87C95" w:rsidRDefault="00000000">
      <w:pPr>
        <w:spacing w:after="0" w:line="579" w:lineRule="exact"/>
        <w:ind w:firstLine="640"/>
        <w:rPr>
          <w:lang w:eastAsia="zh-CN"/>
        </w:rPr>
      </w:pPr>
      <w:r>
        <w:rPr>
          <w:rFonts w:ascii="仿宋" w:eastAsia="仿宋" w:hAnsi="仿宋"/>
          <w:sz w:val="32"/>
          <w:lang w:eastAsia="zh-CN"/>
        </w:rPr>
        <w:t>以形成</w:t>
      </w:r>
      <w:proofErr w:type="gramStart"/>
      <w:r>
        <w:rPr>
          <w:rFonts w:ascii="仿宋" w:eastAsia="仿宋" w:hAnsi="仿宋"/>
          <w:sz w:val="32"/>
          <w:lang w:eastAsia="zh-CN"/>
        </w:rPr>
        <w:t>知扬明思想</w:t>
      </w:r>
      <w:proofErr w:type="gramEnd"/>
      <w:r>
        <w:rPr>
          <w:rFonts w:ascii="仿宋" w:eastAsia="仿宋" w:hAnsi="仿宋"/>
          <w:sz w:val="32"/>
          <w:lang w:eastAsia="zh-CN"/>
        </w:rPr>
        <w:t>作为中国传统文化的重要组成部分，可以帮助我们培养自主意识。肯定自我价值成为对时代有用的人。刚才看到最后啊，阳明先生和当代青年坐在一起，在这讲啊，这个知是行之始，行是知之成的时候，我一下子就想起了阳明先生的那两句诗，叫做吾心自有光明月。我觉得我们跟我们的传统文化，我们的历史跟我们的未来，在这一刻。</w:t>
      </w:r>
      <w:proofErr w:type="gramStart"/>
      <w:r>
        <w:rPr>
          <w:rFonts w:ascii="仿宋" w:eastAsia="仿宋" w:hAnsi="仿宋"/>
          <w:sz w:val="32"/>
          <w:lang w:eastAsia="zh-CN"/>
        </w:rPr>
        <w:t>喊远了</w:t>
      </w:r>
      <w:proofErr w:type="gramEnd"/>
      <w:r>
        <w:rPr>
          <w:rFonts w:ascii="仿宋" w:eastAsia="仿宋" w:hAnsi="仿宋"/>
          <w:sz w:val="32"/>
          <w:lang w:eastAsia="zh-CN"/>
        </w:rPr>
        <w:t>，阳明先生的知行合一，</w:t>
      </w:r>
    </w:p>
    <w:p w14:paraId="25269DC9" w14:textId="77777777" w:rsidR="00E87C95" w:rsidRDefault="00000000">
      <w:pPr>
        <w:spacing w:after="0" w:line="579" w:lineRule="exact"/>
        <w:ind w:firstLine="640"/>
        <w:rPr>
          <w:lang w:eastAsia="zh-CN"/>
        </w:rPr>
      </w:pPr>
      <w:r>
        <w:rPr>
          <w:rFonts w:ascii="仿宋" w:eastAsia="仿宋" w:hAnsi="仿宋"/>
          <w:sz w:val="32"/>
          <w:lang w:eastAsia="zh-CN"/>
        </w:rPr>
        <w:t>思想穿越数百年时光依旧生机勃勃。其实就是要将知行合一的思想应用于实践学史例行。行胜于言，不论是对个人还是国家，都应该铭记道不可作论德，不能空谈。于十处用力，从知行合一上下功夫，唯有如此。才能学以致用，实干兴邦。打开典籍品读中国，感谢收看《典籍里的中国》。</w:t>
      </w:r>
    </w:p>
    <w:p w14:paraId="557FFC76" w14:textId="77777777" w:rsidR="00E87C95" w:rsidRDefault="00000000">
      <w:pPr>
        <w:rPr>
          <w:lang w:eastAsia="zh-CN"/>
        </w:rPr>
      </w:pPr>
      <w:r>
        <w:rPr>
          <w:lang w:eastAsia="zh-CN"/>
        </w:rPr>
        <w:lastRenderedPageBreak/>
        <w:br w:type="page"/>
      </w:r>
    </w:p>
    <w:p w14:paraId="2A052FE8" w14:textId="77777777" w:rsidR="00E87C95" w:rsidRDefault="00000000">
      <w:pPr>
        <w:spacing w:after="0" w:line="579" w:lineRule="exact"/>
        <w:jc w:val="center"/>
        <w:rPr>
          <w:lang w:eastAsia="zh-CN"/>
        </w:rPr>
      </w:pPr>
      <w:r>
        <w:rPr>
          <w:rFonts w:ascii="方正小标宋简体" w:eastAsia="方正小标宋简体" w:hAnsi="方正小标宋简体"/>
          <w:sz w:val="44"/>
          <w:lang w:eastAsia="zh-CN"/>
        </w:rPr>
        <w:lastRenderedPageBreak/>
        <w:t>第12集 《永乐大典》</w:t>
      </w:r>
    </w:p>
    <w:p w14:paraId="240BA67C" w14:textId="77777777" w:rsidR="00E87C95" w:rsidRDefault="00000000">
      <w:pPr>
        <w:spacing w:after="0" w:line="579" w:lineRule="exact"/>
        <w:ind w:firstLine="640"/>
        <w:rPr>
          <w:lang w:eastAsia="zh-CN"/>
        </w:rPr>
      </w:pPr>
      <w:r>
        <w:rPr>
          <w:rFonts w:ascii="仿宋" w:eastAsia="仿宋" w:hAnsi="仿宋"/>
          <w:sz w:val="32"/>
          <w:lang w:eastAsia="zh-CN"/>
        </w:rPr>
        <w:t>今天就让我们一起识读中华典籍史上规模最大的百科全书《永乐大典》，我</w:t>
      </w:r>
      <w:proofErr w:type="gramStart"/>
      <w:r>
        <w:rPr>
          <w:rFonts w:ascii="仿宋" w:eastAsia="仿宋" w:hAnsi="仿宋"/>
          <w:sz w:val="32"/>
          <w:lang w:eastAsia="zh-CN"/>
        </w:rPr>
        <w:t>想秀书</w:t>
      </w:r>
      <w:proofErr w:type="gramEnd"/>
      <w:r>
        <w:rPr>
          <w:rFonts w:ascii="仿宋" w:eastAsia="仿宋" w:hAnsi="仿宋"/>
          <w:sz w:val="32"/>
          <w:lang w:eastAsia="zh-CN"/>
        </w:rPr>
        <w:t>。这部书不太一样，便于更多的人掌握学问，</w:t>
      </w:r>
      <w:proofErr w:type="gramStart"/>
      <w:r>
        <w:rPr>
          <w:rFonts w:ascii="仿宋" w:eastAsia="仿宋" w:hAnsi="仿宋"/>
          <w:sz w:val="32"/>
          <w:lang w:eastAsia="zh-CN"/>
        </w:rPr>
        <w:t>稽</w:t>
      </w:r>
      <w:proofErr w:type="gramEnd"/>
      <w:r>
        <w:rPr>
          <w:rFonts w:ascii="仿宋" w:eastAsia="仿宋" w:hAnsi="仿宋"/>
          <w:sz w:val="32"/>
          <w:lang w:eastAsia="zh-CN"/>
        </w:rPr>
        <w:t>取智慧后，人</w:t>
      </w:r>
      <w:proofErr w:type="gramStart"/>
      <w:r>
        <w:rPr>
          <w:rFonts w:ascii="仿宋" w:eastAsia="仿宋" w:hAnsi="仿宋"/>
          <w:sz w:val="32"/>
          <w:lang w:eastAsia="zh-CN"/>
        </w:rPr>
        <w:t>若明白</w:t>
      </w:r>
      <w:proofErr w:type="gramEnd"/>
      <w:r>
        <w:rPr>
          <w:rFonts w:ascii="仿宋" w:eastAsia="仿宋" w:hAnsi="仿宋"/>
          <w:sz w:val="32"/>
          <w:lang w:eastAsia="zh-CN"/>
        </w:rPr>
        <w:t>这些。便</w:t>
      </w:r>
      <w:proofErr w:type="gramStart"/>
      <w:r>
        <w:rPr>
          <w:rFonts w:ascii="仿宋" w:eastAsia="仿宋" w:hAnsi="仿宋"/>
          <w:sz w:val="32"/>
          <w:lang w:eastAsia="zh-CN"/>
        </w:rPr>
        <w:t>可执理大道</w:t>
      </w:r>
      <w:proofErr w:type="gramEnd"/>
      <w:r>
        <w:rPr>
          <w:rFonts w:ascii="仿宋" w:eastAsia="仿宋" w:hAnsi="仿宋"/>
          <w:sz w:val="32"/>
          <w:lang w:eastAsia="zh-CN"/>
        </w:rPr>
        <w:t>《永乐大典》之大。终于成了属于大家之大，这是古今之师。共</w:t>
      </w:r>
      <w:proofErr w:type="gramStart"/>
      <w:r>
        <w:rPr>
          <w:rFonts w:ascii="仿宋" w:eastAsia="仿宋" w:hAnsi="仿宋"/>
          <w:sz w:val="32"/>
          <w:lang w:eastAsia="zh-CN"/>
        </w:rPr>
        <w:t>览</w:t>
      </w:r>
      <w:proofErr w:type="gramEnd"/>
      <w:r>
        <w:rPr>
          <w:rFonts w:ascii="仿宋" w:eastAsia="仿宋" w:hAnsi="仿宋"/>
          <w:sz w:val="32"/>
          <w:lang w:eastAsia="zh-CN"/>
        </w:rPr>
        <w:t>之。惟因先人有册有典，在《典籍里的中国》第一季，我们和大家共同识读了11部。中华民族，今天我们将再度打开浩如烟海的古籍典藏。感受中华文明延绵不绝的历史。</w:t>
      </w:r>
    </w:p>
    <w:p w14:paraId="6DFE964C" w14:textId="77777777" w:rsidR="00E87C95" w:rsidRDefault="00000000">
      <w:pPr>
        <w:spacing w:after="0" w:line="579" w:lineRule="exact"/>
        <w:ind w:firstLine="640"/>
        <w:rPr>
          <w:lang w:eastAsia="zh-CN"/>
        </w:rPr>
      </w:pPr>
      <w:r>
        <w:rPr>
          <w:rFonts w:ascii="仿宋" w:eastAsia="仿宋" w:hAnsi="仿宋"/>
          <w:sz w:val="32"/>
          <w:lang w:eastAsia="zh-CN"/>
        </w:rPr>
        <w:t>吸取先贤智慧，迈出自信步伐。快点快点，咱俩要开始了。我牛奶还没喝完呢，看完展览再喝。珠还合浦，历劫重光哎，你看见没有典籍的光明在召唤咱们？咱们赶紧进去吧。欢迎来到国家图书馆，请各位尽快落座，我们的《永乐大典》文献展即将开始。为殷先人，有册有典。</w:t>
      </w:r>
    </w:p>
    <w:p w14:paraId="5AD8C4BD" w14:textId="77777777" w:rsidR="00E87C95" w:rsidRDefault="00000000">
      <w:pPr>
        <w:spacing w:after="0" w:line="579" w:lineRule="exact"/>
        <w:ind w:firstLine="640"/>
        <w:rPr>
          <w:lang w:eastAsia="zh-CN"/>
        </w:rPr>
      </w:pPr>
      <w:r>
        <w:rPr>
          <w:rFonts w:ascii="仿宋" w:eastAsia="仿宋" w:hAnsi="仿宋"/>
          <w:sz w:val="32"/>
          <w:lang w:eastAsia="zh-CN"/>
        </w:rPr>
        <w:t>世间苍生，典籍是传承下来的。究天人之际，通古今之变，成一家之言。学而时习之。不亦说乎。有朋自远方，来不亦乐乎？人不知而不</w:t>
      </w:r>
      <w:proofErr w:type="gramStart"/>
      <w:r>
        <w:rPr>
          <w:rFonts w:ascii="仿宋" w:eastAsia="仿宋" w:hAnsi="仿宋"/>
          <w:sz w:val="32"/>
          <w:lang w:eastAsia="zh-CN"/>
        </w:rPr>
        <w:t>愠</w:t>
      </w:r>
      <w:proofErr w:type="gramEnd"/>
      <w:r>
        <w:rPr>
          <w:rFonts w:ascii="仿宋" w:eastAsia="仿宋" w:hAnsi="仿宋"/>
          <w:sz w:val="32"/>
          <w:lang w:eastAsia="zh-CN"/>
        </w:rPr>
        <w:t>，不亦君子乎。兵者，国之大事。死生之地，存亡之道，不可不察也。</w:t>
      </w:r>
    </w:p>
    <w:p w14:paraId="49006C7D" w14:textId="77777777" w:rsidR="00E87C95" w:rsidRDefault="00000000">
      <w:pPr>
        <w:spacing w:after="0" w:line="579" w:lineRule="exact"/>
        <w:ind w:firstLine="640"/>
        <w:rPr>
          <w:lang w:eastAsia="zh-CN"/>
        </w:rPr>
      </w:pPr>
      <w:r>
        <w:rPr>
          <w:rFonts w:ascii="仿宋" w:eastAsia="仿宋" w:hAnsi="仿宋"/>
          <w:sz w:val="32"/>
          <w:lang w:eastAsia="zh-CN"/>
        </w:rPr>
        <w:t>路漫漫其修远兮。吾将上下而求索。上善若水，水善利万物而不争。天行健。君子以自强不息；地势坤。君子以厚德载物。距今600多年前。明朝的修书人将先贤智慧和无数典籍熔铸成了</w:t>
      </w:r>
      <w:proofErr w:type="gramStart"/>
      <w:r>
        <w:rPr>
          <w:rFonts w:ascii="仿宋" w:eastAsia="仿宋" w:hAnsi="仿宋"/>
          <w:sz w:val="32"/>
          <w:lang w:eastAsia="zh-CN"/>
        </w:rPr>
        <w:t>一部万书之</w:t>
      </w:r>
      <w:proofErr w:type="gramEnd"/>
      <w:r>
        <w:rPr>
          <w:rFonts w:ascii="仿宋" w:eastAsia="仿宋" w:hAnsi="仿宋"/>
          <w:sz w:val="32"/>
          <w:lang w:eastAsia="zh-CN"/>
        </w:rPr>
        <w:t>书。《永乐大典》。《永乐大典》是中华民族历史上规模最大的类书，屡遭劫难几经散演。今</w:t>
      </w:r>
      <w:r>
        <w:rPr>
          <w:rFonts w:ascii="仿宋" w:eastAsia="仿宋" w:hAnsi="仿宋"/>
          <w:sz w:val="32"/>
          <w:lang w:eastAsia="zh-CN"/>
        </w:rPr>
        <w:lastRenderedPageBreak/>
        <w:t>天我们就为大家讲述《永乐大典》珠还合浦历劫重光的故事。《永乐大典》。</w:t>
      </w:r>
    </w:p>
    <w:p w14:paraId="304ECB7B" w14:textId="77777777" w:rsidR="00E87C95" w:rsidRDefault="00000000">
      <w:pPr>
        <w:spacing w:after="0" w:line="579" w:lineRule="exact"/>
        <w:ind w:firstLine="640"/>
        <w:rPr>
          <w:lang w:eastAsia="zh-CN"/>
        </w:rPr>
      </w:pPr>
      <w:r>
        <w:rPr>
          <w:rFonts w:ascii="仿宋" w:eastAsia="仿宋" w:hAnsi="仿宋"/>
          <w:sz w:val="32"/>
          <w:lang w:eastAsia="zh-CN"/>
        </w:rPr>
        <w:t>是中华典籍之精髓。是中华文脉之绵延。我辈必将为民族。而保存之。一九一二年。在鲁迅等人的努力。清末翰林院所堂，《永乐大典》64册。正是一家京师图书馆。也就是今天，国家图书馆的前景。由此，《永乐大典》开启了珠还合浦历劫重光的回归之旅。保存我国数千年之文明。不知因时事而失坠。</w:t>
      </w:r>
    </w:p>
    <w:p w14:paraId="59E0FFE1" w14:textId="77777777" w:rsidR="00E87C95" w:rsidRDefault="00000000">
      <w:pPr>
        <w:spacing w:after="0" w:line="579" w:lineRule="exact"/>
        <w:ind w:firstLine="640"/>
        <w:rPr>
          <w:lang w:eastAsia="zh-CN"/>
        </w:rPr>
      </w:pPr>
      <w:r>
        <w:rPr>
          <w:rFonts w:ascii="仿宋" w:eastAsia="仿宋" w:hAnsi="仿宋"/>
          <w:sz w:val="32"/>
          <w:lang w:eastAsia="zh-CN"/>
        </w:rPr>
        <w:t>此谓应尽之责。今商务印书馆将所藏。《永乐大典》。21册捐献中央人民政府。一九五一年。在张元济先生的倡议下。商务印书馆将历经了抗日战争，烽火幸存下来的21册《永乐大典》。捐献给了国家，为国家保存文化。如在战场上作战。只有向前。绝不逃避郑振铎先生一贯重视《永乐大典》的收集。自从他担任新中国第一任文物局局长以来，更是为国家征集大典，</w:t>
      </w:r>
    </w:p>
    <w:p w14:paraId="27C53E8B" w14:textId="77777777" w:rsidR="00E87C95" w:rsidRDefault="00000000">
      <w:pPr>
        <w:spacing w:after="0" w:line="579" w:lineRule="exact"/>
        <w:ind w:firstLine="640"/>
        <w:rPr>
          <w:lang w:eastAsia="zh-CN"/>
        </w:rPr>
      </w:pPr>
      <w:r>
        <w:rPr>
          <w:rFonts w:ascii="仿宋" w:eastAsia="仿宋" w:hAnsi="仿宋"/>
          <w:sz w:val="32"/>
          <w:lang w:eastAsia="zh-CN"/>
        </w:rPr>
        <w:t>保存大典。所做供给。为世人。所铭记捐赠《永乐大典》之心。起于新中国诞生之时。夫还珠合浦。化私为公，此亦中国人民应尽之。天职也。一九五一年，周叔弢先生以个人名义将珍藏已久的《永乐大典》捐献出来。感谢先生大人。正是因为一代</w:t>
      </w:r>
      <w:proofErr w:type="gramStart"/>
      <w:r>
        <w:rPr>
          <w:rFonts w:ascii="仿宋" w:eastAsia="仿宋" w:hAnsi="仿宋"/>
          <w:sz w:val="32"/>
          <w:lang w:eastAsia="zh-CN"/>
        </w:rPr>
        <w:t>代</w:t>
      </w:r>
      <w:proofErr w:type="gramEnd"/>
      <w:r>
        <w:rPr>
          <w:rFonts w:ascii="仿宋" w:eastAsia="仿宋" w:hAnsi="仿宋"/>
          <w:sz w:val="32"/>
          <w:lang w:eastAsia="zh-CN"/>
        </w:rPr>
        <w:t>中华藏书人，护书人的努力。《永乐大典》珍贵书册历劫出。</w:t>
      </w:r>
    </w:p>
    <w:p w14:paraId="54FD323C" w14:textId="77777777" w:rsidR="00E87C95" w:rsidRDefault="00000000">
      <w:pPr>
        <w:spacing w:after="0" w:line="579" w:lineRule="exact"/>
        <w:ind w:firstLine="640"/>
        <w:rPr>
          <w:lang w:eastAsia="zh-CN"/>
        </w:rPr>
      </w:pPr>
      <w:r>
        <w:rPr>
          <w:rFonts w:ascii="仿宋" w:eastAsia="仿宋" w:hAnsi="仿宋"/>
          <w:sz w:val="32"/>
          <w:lang w:eastAsia="zh-CN"/>
        </w:rPr>
        <w:lastRenderedPageBreak/>
        <w:t>《永乐大典》的珠还合浦。仍在继续。今天。就让我们一起识读中华典籍史上规模最大的百科全书《永乐大典》。打开典籍品读中国，欢迎走进《典籍里的中国》。我是王嘉宁。典籍如灯，照亮文化之路。典籍作州，畅游文明之河。今天，让我们与三位读书人一同品读典籍，</w:t>
      </w:r>
      <w:proofErr w:type="gramStart"/>
      <w:r>
        <w:rPr>
          <w:rFonts w:ascii="仿宋" w:eastAsia="仿宋" w:hAnsi="仿宋"/>
          <w:sz w:val="32"/>
          <w:lang w:eastAsia="zh-CN"/>
        </w:rPr>
        <w:t>走进河</w:t>
      </w:r>
      <w:proofErr w:type="gramEnd"/>
      <w:r>
        <w:rPr>
          <w:rFonts w:ascii="仿宋" w:eastAsia="仿宋" w:hAnsi="仿宋"/>
          <w:sz w:val="32"/>
          <w:lang w:eastAsia="zh-CN"/>
        </w:rPr>
        <w:t>古今而集大成的。《永乐大典》。</w:t>
      </w:r>
    </w:p>
    <w:p w14:paraId="107D1C8A" w14:textId="77777777" w:rsidR="00E87C95" w:rsidRDefault="00000000">
      <w:pPr>
        <w:spacing w:after="0" w:line="579" w:lineRule="exact"/>
        <w:ind w:firstLine="640"/>
        <w:rPr>
          <w:lang w:eastAsia="zh-CN"/>
        </w:rPr>
      </w:pPr>
      <w:r>
        <w:rPr>
          <w:rFonts w:ascii="仿宋" w:eastAsia="仿宋" w:hAnsi="仿宋"/>
          <w:sz w:val="32"/>
          <w:lang w:eastAsia="zh-CN"/>
        </w:rPr>
        <w:t>几位老师好。在这全新</w:t>
      </w:r>
      <w:proofErr w:type="gramStart"/>
      <w:r>
        <w:rPr>
          <w:rFonts w:ascii="仿宋" w:eastAsia="仿宋" w:hAnsi="仿宋"/>
          <w:sz w:val="32"/>
          <w:lang w:eastAsia="zh-CN"/>
        </w:rPr>
        <w:t>一</w:t>
      </w:r>
      <w:proofErr w:type="gramEnd"/>
      <w:r>
        <w:rPr>
          <w:rFonts w:ascii="仿宋" w:eastAsia="仿宋" w:hAnsi="仿宋"/>
          <w:sz w:val="32"/>
          <w:lang w:eastAsia="zh-CN"/>
        </w:rPr>
        <w:t>季节目当中，我们将继续以文化访谈，戏剧和影视画相结合的方式，让书写在典籍中的文字火起来。同时，在本期节目中，戏剧演员会在</w:t>
      </w:r>
      <w:proofErr w:type="gramStart"/>
      <w:r>
        <w:rPr>
          <w:rFonts w:ascii="仿宋" w:eastAsia="仿宋" w:hAnsi="仿宋"/>
          <w:sz w:val="32"/>
          <w:lang w:eastAsia="zh-CN"/>
        </w:rPr>
        <w:t>观方间</w:t>
      </w:r>
      <w:proofErr w:type="gramEnd"/>
      <w:r>
        <w:rPr>
          <w:rFonts w:ascii="仿宋" w:eastAsia="仿宋" w:hAnsi="仿宋"/>
          <w:sz w:val="32"/>
          <w:lang w:eastAsia="zh-CN"/>
        </w:rPr>
        <w:t>与我们一同聆听专家老师对于典籍的解读。刚才的开场戏剧演绎了《永乐大典》，珠还合浦，历劫重光的故事。《永乐大典》从最初的几万册。几经散议，令人唏嘘。而目前中国国家图书馆是世界上《永乐大典》馆藏最多的地方，</w:t>
      </w:r>
    </w:p>
    <w:p w14:paraId="2ABC8D76" w14:textId="77777777" w:rsidR="00E87C95" w:rsidRDefault="00000000">
      <w:pPr>
        <w:spacing w:after="0" w:line="579" w:lineRule="exact"/>
        <w:ind w:firstLine="640"/>
        <w:rPr>
          <w:lang w:eastAsia="zh-CN"/>
        </w:rPr>
      </w:pPr>
      <w:r>
        <w:rPr>
          <w:rFonts w:ascii="仿宋" w:eastAsia="仿宋" w:hAnsi="仿宋"/>
          <w:sz w:val="32"/>
          <w:lang w:eastAsia="zh-CN"/>
        </w:rPr>
        <w:t>咱们现存是224册。对镇馆之宝之字，</w:t>
      </w:r>
      <w:proofErr w:type="gramStart"/>
      <w:r>
        <w:rPr>
          <w:rFonts w:ascii="仿宋" w:eastAsia="仿宋" w:hAnsi="仿宋"/>
          <w:sz w:val="32"/>
          <w:lang w:eastAsia="zh-CN"/>
        </w:rPr>
        <w:t>骗纸都</w:t>
      </w:r>
      <w:proofErr w:type="gramEnd"/>
      <w:r>
        <w:rPr>
          <w:rFonts w:ascii="仿宋" w:eastAsia="仿宋" w:hAnsi="仿宋"/>
          <w:sz w:val="32"/>
          <w:lang w:eastAsia="zh-CN"/>
        </w:rPr>
        <w:t>弥足珍贵。那今天张馆长也是将这部典籍的影印本带到了节目的现场，咱们一块来看看。今天呢，给大家呢，在案子上准备了两步一步呢，是送字册，还有一步呢，是门字册。珍贵太珍贵了。为了保护这个古代书籍啊，我们需要戴手套，这个并不是坏的，</w:t>
      </w:r>
    </w:p>
    <w:p w14:paraId="1E8BAB9B" w14:textId="77777777" w:rsidR="00E87C95" w:rsidRDefault="00000000">
      <w:pPr>
        <w:spacing w:after="0" w:line="579" w:lineRule="exact"/>
        <w:ind w:firstLine="640"/>
        <w:rPr>
          <w:lang w:eastAsia="zh-CN"/>
        </w:rPr>
      </w:pPr>
      <w:r>
        <w:rPr>
          <w:rFonts w:ascii="仿宋" w:eastAsia="仿宋" w:hAnsi="仿宋"/>
          <w:sz w:val="32"/>
          <w:lang w:eastAsia="zh-CN"/>
        </w:rPr>
        <w:t>这是故意把它剪掉的。为什么呀？在翻页的时候可以保护</w:t>
      </w:r>
      <w:proofErr w:type="gramStart"/>
      <w:r>
        <w:rPr>
          <w:rFonts w:ascii="仿宋" w:eastAsia="仿宋" w:hAnsi="仿宋"/>
          <w:sz w:val="32"/>
          <w:lang w:eastAsia="zh-CN"/>
        </w:rPr>
        <w:t>一</w:t>
      </w:r>
      <w:proofErr w:type="gramEnd"/>
      <w:r>
        <w:rPr>
          <w:rFonts w:ascii="仿宋" w:eastAsia="仿宋" w:hAnsi="仿宋"/>
          <w:sz w:val="32"/>
          <w:lang w:eastAsia="zh-CN"/>
        </w:rPr>
        <w:t>下书，咱们来看一下《永乐大典》的形式。可以看到，它比一般的书啊都要宽大适。它的这个高度啊，大概是半米</w:t>
      </w:r>
      <w:r>
        <w:rPr>
          <w:rFonts w:ascii="仿宋" w:eastAsia="仿宋" w:hAnsi="仿宋"/>
          <w:sz w:val="32"/>
          <w:lang w:eastAsia="zh-CN"/>
        </w:rPr>
        <w:lastRenderedPageBreak/>
        <w:t>的样子。宽度呢，是将近30厘米。张馆长这么拿在手里，这确实是一部</w:t>
      </w:r>
      <w:proofErr w:type="gramStart"/>
      <w:r>
        <w:rPr>
          <w:rFonts w:ascii="仿宋" w:eastAsia="仿宋" w:hAnsi="仿宋"/>
          <w:sz w:val="32"/>
          <w:lang w:eastAsia="zh-CN"/>
        </w:rPr>
        <w:t>大书啊皮的</w:t>
      </w:r>
      <w:proofErr w:type="gramEnd"/>
      <w:r>
        <w:rPr>
          <w:rFonts w:ascii="仿宋" w:eastAsia="仿宋" w:hAnsi="仿宋"/>
          <w:sz w:val="32"/>
          <w:lang w:eastAsia="zh-CN"/>
        </w:rPr>
        <w:t>。内容也大，《永乐大典》，永乐就是明成祖朱棣的年号，</w:t>
      </w:r>
    </w:p>
    <w:p w14:paraId="6F431493" w14:textId="77777777" w:rsidR="00E87C95" w:rsidRDefault="00000000">
      <w:pPr>
        <w:spacing w:after="0" w:line="579" w:lineRule="exact"/>
        <w:ind w:firstLine="640"/>
        <w:rPr>
          <w:lang w:eastAsia="zh-CN"/>
        </w:rPr>
      </w:pPr>
      <w:r>
        <w:rPr>
          <w:rFonts w:ascii="仿宋" w:eastAsia="仿宋" w:hAnsi="仿宋"/>
          <w:sz w:val="32"/>
          <w:lang w:eastAsia="zh-CN"/>
        </w:rPr>
        <w:t>那么也就意味着这部书是成书于明代的永乐年间。永乐年间，明代国力强盛，明成祖祖体驾临，修建了现在的北京故宫，疏通了大运河。还曾经派郑和下西洋开创了永乐盛世的局面，正是这样的一个盛世，才推出了这样的一部</w:t>
      </w:r>
      <w:proofErr w:type="gramStart"/>
      <w:r>
        <w:rPr>
          <w:rFonts w:ascii="仿宋" w:eastAsia="仿宋" w:hAnsi="仿宋"/>
          <w:sz w:val="32"/>
          <w:lang w:eastAsia="zh-CN"/>
        </w:rPr>
        <w:t>永乐永乐</w:t>
      </w:r>
      <w:proofErr w:type="gramEnd"/>
      <w:r>
        <w:rPr>
          <w:rFonts w:ascii="仿宋" w:eastAsia="仿宋" w:hAnsi="仿宋"/>
          <w:sz w:val="32"/>
          <w:lang w:eastAsia="zh-CN"/>
        </w:rPr>
        <w:t>大典。陈老师说的特别的重要，永乐皇帝啊，国雄心呐，他是这样讲的，唯有大。</w:t>
      </w:r>
    </w:p>
    <w:p w14:paraId="7B793F3D" w14:textId="77777777" w:rsidR="00E87C95" w:rsidRDefault="00000000">
      <w:pPr>
        <w:spacing w:after="0" w:line="579" w:lineRule="exact"/>
        <w:ind w:firstLine="640"/>
        <w:rPr>
          <w:lang w:eastAsia="zh-CN"/>
        </w:rPr>
      </w:pPr>
      <w:r>
        <w:rPr>
          <w:rFonts w:ascii="仿宋" w:eastAsia="仿宋" w:hAnsi="仿宋"/>
          <w:sz w:val="32"/>
          <w:lang w:eastAsia="zh-CN"/>
        </w:rPr>
        <w:t>混一之</w:t>
      </w:r>
      <w:proofErr w:type="gramStart"/>
      <w:r>
        <w:rPr>
          <w:rFonts w:ascii="仿宋" w:eastAsia="仿宋" w:hAnsi="仿宋"/>
          <w:sz w:val="32"/>
          <w:lang w:eastAsia="zh-CN"/>
        </w:rPr>
        <w:t>世</w:t>
      </w:r>
      <w:proofErr w:type="gramEnd"/>
      <w:r>
        <w:rPr>
          <w:rFonts w:ascii="仿宋" w:eastAsia="仿宋" w:hAnsi="仿宋"/>
          <w:sz w:val="32"/>
          <w:lang w:eastAsia="zh-CN"/>
        </w:rPr>
        <w:t>，必有一统之制作。这个一统之制作是什么呀？就是《永乐大典》这样的一部百科全书啊。《永乐大典》全书共22877卷，凡例并目录60卷，分装成一万一千零九十五册。全书约三亿七千万字。这么大的一部书，怎么用？从哪儿开始下手呢？这就要说到它非常有趣的编撰方式。《永乐大典》，它的编排方法就是用韵，以统字用字以系事。</w:t>
      </w:r>
    </w:p>
    <w:p w14:paraId="757C0077" w14:textId="77777777" w:rsidR="00E87C95" w:rsidRDefault="00000000">
      <w:pPr>
        <w:spacing w:after="0" w:line="579" w:lineRule="exact"/>
        <w:ind w:firstLine="640"/>
        <w:rPr>
          <w:lang w:eastAsia="zh-CN"/>
        </w:rPr>
      </w:pPr>
      <w:r>
        <w:rPr>
          <w:rFonts w:ascii="仿宋" w:eastAsia="仿宋" w:hAnsi="仿宋"/>
          <w:sz w:val="32"/>
          <w:lang w:eastAsia="zh-CN"/>
        </w:rPr>
        <w:t>下面写着一冬，指的是冬运。所以叫一冬，它就用冬运</w:t>
      </w:r>
      <w:proofErr w:type="gramStart"/>
      <w:r>
        <w:rPr>
          <w:rFonts w:ascii="仿宋" w:eastAsia="仿宋" w:hAnsi="仿宋"/>
          <w:sz w:val="32"/>
          <w:lang w:eastAsia="zh-CN"/>
        </w:rPr>
        <w:t>来统这个宋</w:t>
      </w:r>
      <w:proofErr w:type="gramEnd"/>
      <w:r>
        <w:rPr>
          <w:rFonts w:ascii="仿宋" w:eastAsia="仿宋" w:hAnsi="仿宋"/>
          <w:sz w:val="32"/>
          <w:lang w:eastAsia="zh-CN"/>
        </w:rPr>
        <w:t>字。然后来解释宋的读音意义，接着呢，就有事目，</w:t>
      </w:r>
      <w:proofErr w:type="gramStart"/>
      <w:r>
        <w:rPr>
          <w:rFonts w:ascii="仿宋" w:eastAsia="仿宋" w:hAnsi="仿宋"/>
          <w:sz w:val="32"/>
          <w:lang w:eastAsia="zh-CN"/>
        </w:rPr>
        <w:t>事目就是</w:t>
      </w:r>
      <w:proofErr w:type="gramEnd"/>
      <w:r>
        <w:rPr>
          <w:rFonts w:ascii="仿宋" w:eastAsia="仿宋" w:hAnsi="仿宋"/>
          <w:sz w:val="32"/>
          <w:lang w:eastAsia="zh-CN"/>
        </w:rPr>
        <w:t>我们现在所说的词条。他在下边，在引书来把出现这个事物的内容抄录下来，把当时所能找到的古今书籍七八千种。一字不改的放到了</w:t>
      </w:r>
      <w:proofErr w:type="gramStart"/>
      <w:r>
        <w:rPr>
          <w:rFonts w:ascii="仿宋" w:eastAsia="仿宋" w:hAnsi="仿宋"/>
          <w:sz w:val="32"/>
          <w:lang w:eastAsia="zh-CN"/>
        </w:rPr>
        <w:t>各个事目的</w:t>
      </w:r>
      <w:proofErr w:type="gramEnd"/>
      <w:r>
        <w:rPr>
          <w:rFonts w:ascii="仿宋" w:eastAsia="仿宋" w:hAnsi="仿宋"/>
          <w:sz w:val="32"/>
          <w:lang w:eastAsia="zh-CN"/>
        </w:rPr>
        <w:t>下边，就编成了一部大书，这部大书呢，可以用韵以统字。</w:t>
      </w:r>
    </w:p>
    <w:p w14:paraId="312AD86E" w14:textId="77777777" w:rsidR="00E87C95" w:rsidRDefault="00000000">
      <w:pPr>
        <w:spacing w:after="0" w:line="579" w:lineRule="exact"/>
        <w:ind w:firstLine="640"/>
        <w:rPr>
          <w:lang w:eastAsia="zh-CN"/>
        </w:rPr>
      </w:pPr>
      <w:r>
        <w:rPr>
          <w:rFonts w:ascii="仿宋" w:eastAsia="仿宋" w:hAnsi="仿宋"/>
          <w:sz w:val="32"/>
          <w:lang w:eastAsia="zh-CN"/>
        </w:rPr>
        <w:lastRenderedPageBreak/>
        <w:t>用字以系事，真正做到开卷，而古今之事一览可见。当初朱棣交代《永乐大典》编修原则的时候就说勿厌，好烦你可千万别怕收的书多。只要有书，我们都把它收进来，</w:t>
      </w:r>
      <w:proofErr w:type="gramStart"/>
      <w:r>
        <w:rPr>
          <w:rFonts w:ascii="仿宋" w:eastAsia="仿宋" w:hAnsi="仿宋"/>
          <w:sz w:val="32"/>
          <w:lang w:eastAsia="zh-CN"/>
        </w:rPr>
        <w:t>您举个</w:t>
      </w:r>
      <w:proofErr w:type="gramEnd"/>
      <w:r>
        <w:rPr>
          <w:rFonts w:ascii="仿宋" w:eastAsia="仿宋" w:hAnsi="仿宋"/>
          <w:sz w:val="32"/>
          <w:lang w:eastAsia="zh-CN"/>
        </w:rPr>
        <w:t>例子啊，家庭肯定《西游记》很熟，对啊，从小看到大对吧，就是《西游记》</w:t>
      </w:r>
      <w:proofErr w:type="gramStart"/>
      <w:r>
        <w:rPr>
          <w:rFonts w:ascii="仿宋" w:eastAsia="仿宋" w:hAnsi="仿宋"/>
          <w:sz w:val="32"/>
          <w:lang w:eastAsia="zh-CN"/>
        </w:rPr>
        <w:t>里魏征孟展竟</w:t>
      </w:r>
      <w:proofErr w:type="gramEnd"/>
      <w:r>
        <w:rPr>
          <w:rFonts w:ascii="仿宋" w:eastAsia="仿宋" w:hAnsi="仿宋"/>
          <w:sz w:val="32"/>
          <w:lang w:eastAsia="zh-CN"/>
        </w:rPr>
        <w:t>合龙啊。嗯，在《永乐大典》梦</w:t>
      </w:r>
      <w:proofErr w:type="gramStart"/>
      <w:r>
        <w:rPr>
          <w:rFonts w:ascii="仿宋" w:eastAsia="仿宋" w:hAnsi="仿宋"/>
          <w:sz w:val="32"/>
          <w:lang w:eastAsia="zh-CN"/>
        </w:rPr>
        <w:t>字册就</w:t>
      </w:r>
      <w:proofErr w:type="gramEnd"/>
      <w:r>
        <w:rPr>
          <w:rFonts w:ascii="仿宋" w:eastAsia="仿宋" w:hAnsi="仿宋"/>
          <w:sz w:val="32"/>
          <w:lang w:eastAsia="zh-CN"/>
        </w:rPr>
        <w:t>能找到啊，《永乐大典》，</w:t>
      </w:r>
    </w:p>
    <w:p w14:paraId="53BDCFE6" w14:textId="77777777" w:rsidR="00E87C95" w:rsidRDefault="00000000">
      <w:pPr>
        <w:spacing w:after="0" w:line="579" w:lineRule="exact"/>
        <w:ind w:firstLine="640"/>
        <w:rPr>
          <w:lang w:eastAsia="zh-CN"/>
        </w:rPr>
      </w:pPr>
      <w:r>
        <w:rPr>
          <w:rFonts w:ascii="仿宋" w:eastAsia="仿宋" w:hAnsi="仿宋"/>
          <w:sz w:val="32"/>
          <w:lang w:eastAsia="zh-CN"/>
        </w:rPr>
        <w:t>这在明初永乐年间过去100多年。吴承恩改写了《西游记》，所以你会发现《西游记》早期的一些故事可能在永乐年间或更早的时候就有了，而且就被《永乐大典》收录进来了。哦，这不就是搜词议事弥补笔迹吗？张馆长，这里面还有很多图，对不对？是的，比如说大家看到的这一页啊，就是用线描的方式。把明代那个时候的各种图的花样，把它全都做出来了，这块儿有一个</w:t>
      </w:r>
      <w:proofErr w:type="gramStart"/>
      <w:r>
        <w:rPr>
          <w:rFonts w:ascii="仿宋" w:eastAsia="仿宋" w:hAnsi="仿宋"/>
          <w:sz w:val="32"/>
          <w:lang w:eastAsia="zh-CN"/>
        </w:rPr>
        <w:t>叫菱花双</w:t>
      </w:r>
      <w:proofErr w:type="gramEnd"/>
      <w:r>
        <w:rPr>
          <w:rFonts w:ascii="仿宋" w:eastAsia="仿宋" w:hAnsi="仿宋"/>
          <w:sz w:val="32"/>
          <w:lang w:eastAsia="zh-CN"/>
        </w:rPr>
        <w:t>龟贝。</w:t>
      </w:r>
    </w:p>
    <w:p w14:paraId="33DD7F86" w14:textId="77777777" w:rsidR="00E87C95" w:rsidRDefault="00000000">
      <w:pPr>
        <w:spacing w:after="0" w:line="579" w:lineRule="exact"/>
        <w:ind w:firstLine="640"/>
        <w:rPr>
          <w:lang w:eastAsia="zh-CN"/>
        </w:rPr>
      </w:pPr>
      <w:r>
        <w:rPr>
          <w:rFonts w:ascii="仿宋" w:eastAsia="仿宋" w:hAnsi="仿宋"/>
          <w:sz w:val="32"/>
          <w:lang w:eastAsia="zh-CN"/>
        </w:rPr>
        <w:t>这样一个门的图样，在我们二零一二年建立国家典籍博物馆的时候，我们的典籍博物馆的大门。就用的是这一副图样，其实就是长这个样子，大家所看到的。推开这扇门，这就像跨越时空界限，进入了古籍的世界，也扣响了知识的大门。这么大体量的一部书。他当初的编撰工作，那将是多么的浩大繁重啊！</w:t>
      </w:r>
      <w:proofErr w:type="gramStart"/>
      <w:r>
        <w:rPr>
          <w:rFonts w:ascii="仿宋" w:eastAsia="仿宋" w:hAnsi="仿宋"/>
          <w:sz w:val="32"/>
          <w:lang w:eastAsia="zh-CN"/>
        </w:rPr>
        <w:t>这部书它不是</w:t>
      </w:r>
      <w:proofErr w:type="gramEnd"/>
      <w:r>
        <w:rPr>
          <w:rFonts w:ascii="仿宋" w:eastAsia="仿宋" w:hAnsi="仿宋"/>
          <w:sz w:val="32"/>
          <w:lang w:eastAsia="zh-CN"/>
        </w:rPr>
        <w:t>一筹而就的。第一次修书的时候，</w:t>
      </w:r>
    </w:p>
    <w:p w14:paraId="537210C5" w14:textId="77777777" w:rsidR="00E87C95" w:rsidRDefault="00000000">
      <w:pPr>
        <w:spacing w:after="0" w:line="579" w:lineRule="exact"/>
        <w:ind w:firstLine="640"/>
        <w:rPr>
          <w:lang w:eastAsia="zh-CN"/>
        </w:rPr>
      </w:pPr>
      <w:r>
        <w:rPr>
          <w:rFonts w:ascii="仿宋" w:eastAsia="仿宋" w:hAnsi="仿宋"/>
          <w:sz w:val="32"/>
          <w:lang w:eastAsia="zh-CN"/>
        </w:rPr>
        <w:t>朱棣让解缙担任了监修，大概用了一年多的时间就修成了。朱棣看过之后不满意，让他们重修，重修的时候，他当</w:t>
      </w:r>
      <w:r>
        <w:rPr>
          <w:rFonts w:ascii="仿宋" w:eastAsia="仿宋" w:hAnsi="仿宋"/>
          <w:sz w:val="32"/>
          <w:lang w:eastAsia="zh-CN"/>
        </w:rPr>
        <w:lastRenderedPageBreak/>
        <w:t>时是任命了姚广孝，刘季</w:t>
      </w:r>
      <w:proofErr w:type="gramStart"/>
      <w:r>
        <w:rPr>
          <w:rFonts w:ascii="仿宋" w:eastAsia="仿宋" w:hAnsi="仿宋"/>
          <w:sz w:val="32"/>
          <w:lang w:eastAsia="zh-CN"/>
        </w:rPr>
        <w:t>篪</w:t>
      </w:r>
      <w:proofErr w:type="gramEnd"/>
      <w:r>
        <w:rPr>
          <w:rFonts w:ascii="仿宋" w:eastAsia="仿宋" w:hAnsi="仿宋"/>
          <w:sz w:val="32"/>
          <w:lang w:eastAsia="zh-CN"/>
        </w:rPr>
        <w:t>，解缙等人兼修，整合了2000余人，可谓是天。天下闻</w:t>
      </w:r>
      <w:proofErr w:type="gramStart"/>
      <w:r>
        <w:rPr>
          <w:rFonts w:ascii="仿宋" w:eastAsia="仿宋" w:hAnsi="仿宋"/>
          <w:sz w:val="32"/>
          <w:lang w:eastAsia="zh-CN"/>
        </w:rPr>
        <w:t>一</w:t>
      </w:r>
      <w:proofErr w:type="gramEnd"/>
      <w:r>
        <w:rPr>
          <w:rFonts w:ascii="仿宋" w:eastAsia="仿宋" w:hAnsi="仿宋"/>
          <w:sz w:val="32"/>
          <w:lang w:eastAsia="zh-CN"/>
        </w:rPr>
        <w:t>之音几，几乎闲集于青师。什么叫做</w:t>
      </w:r>
      <w:proofErr w:type="gramStart"/>
      <w:r>
        <w:rPr>
          <w:rFonts w:ascii="仿宋" w:eastAsia="仿宋" w:hAnsi="仿宋"/>
          <w:sz w:val="32"/>
          <w:lang w:eastAsia="zh-CN"/>
        </w:rPr>
        <w:t>天下闻艺之</w:t>
      </w:r>
      <w:proofErr w:type="gramEnd"/>
      <w:r>
        <w:rPr>
          <w:rFonts w:ascii="仿宋" w:eastAsia="仿宋" w:hAnsi="仿宋"/>
          <w:sz w:val="32"/>
          <w:lang w:eastAsia="zh-CN"/>
        </w:rPr>
        <w:t>英？几</w:t>
      </w:r>
      <w:proofErr w:type="gramStart"/>
      <w:r>
        <w:rPr>
          <w:rFonts w:ascii="仿宋" w:eastAsia="仿宋" w:hAnsi="仿宋"/>
          <w:sz w:val="32"/>
          <w:lang w:eastAsia="zh-CN"/>
        </w:rPr>
        <w:t>几乎言居竟是</w:t>
      </w:r>
      <w:proofErr w:type="gramEnd"/>
      <w:r>
        <w:rPr>
          <w:rFonts w:ascii="仿宋" w:eastAsia="仿宋" w:hAnsi="仿宋"/>
          <w:sz w:val="32"/>
          <w:lang w:eastAsia="zh-CN"/>
        </w:rPr>
        <w:t>就是《永乐大典》呐呃解缙呃姚广孝，这都是官员层面，</w:t>
      </w:r>
    </w:p>
    <w:p w14:paraId="59FA2E48" w14:textId="77777777" w:rsidR="00E87C95" w:rsidRDefault="00000000">
      <w:pPr>
        <w:spacing w:after="0" w:line="579" w:lineRule="exact"/>
        <w:ind w:firstLine="640"/>
        <w:rPr>
          <w:lang w:eastAsia="zh-CN"/>
        </w:rPr>
      </w:pPr>
      <w:r>
        <w:rPr>
          <w:rFonts w:ascii="仿宋" w:eastAsia="仿宋" w:hAnsi="仿宋"/>
          <w:sz w:val="32"/>
          <w:lang w:eastAsia="zh-CN"/>
        </w:rPr>
        <w:t>他们是。管这事儿的，但是有一些很细致的工作，也是要有一个人来管的，这人叫陈济。陈济一介布衣，江苏武进人，就现在常州人嘛，人称两脚书橱。朱棣听说了这个人，就把他请进京师当都总裁。明史里头是这样说的呀，寄语少诗，姚广孝等数人发凡起例，这说明什么呀？</w:t>
      </w:r>
    </w:p>
    <w:p w14:paraId="6DCE5C64" w14:textId="77777777" w:rsidR="00E87C95" w:rsidRDefault="00000000">
      <w:pPr>
        <w:spacing w:after="0" w:line="579" w:lineRule="exact"/>
        <w:ind w:firstLine="640"/>
        <w:rPr>
          <w:lang w:eastAsia="zh-CN"/>
        </w:rPr>
      </w:pPr>
      <w:r>
        <w:rPr>
          <w:rFonts w:ascii="仿宋" w:eastAsia="仿宋" w:hAnsi="仿宋"/>
          <w:sz w:val="32"/>
          <w:lang w:eastAsia="zh-CN"/>
        </w:rPr>
        <w:t>说明陈济就是制定</w:t>
      </w:r>
      <w:proofErr w:type="gramStart"/>
      <w:r>
        <w:rPr>
          <w:rFonts w:ascii="仿宋" w:eastAsia="仿宋" w:hAnsi="仿宋"/>
          <w:sz w:val="32"/>
          <w:lang w:eastAsia="zh-CN"/>
        </w:rPr>
        <w:t>《永乐大典》繁力的</w:t>
      </w:r>
      <w:proofErr w:type="gramEnd"/>
      <w:r>
        <w:rPr>
          <w:rFonts w:ascii="仿宋" w:eastAsia="仿宋" w:hAnsi="仿宋"/>
          <w:sz w:val="32"/>
          <w:lang w:eastAsia="zh-CN"/>
        </w:rPr>
        <w:t>重要人物之一。大典修成之后呢，姚广孝曾经这样评价过陈济。他说呀，群书博</w:t>
      </w:r>
      <w:proofErr w:type="gramStart"/>
      <w:r>
        <w:rPr>
          <w:rFonts w:ascii="仿宋" w:eastAsia="仿宋" w:hAnsi="仿宋"/>
          <w:sz w:val="32"/>
          <w:lang w:eastAsia="zh-CN"/>
        </w:rPr>
        <w:t>记现如魁胸</w:t>
      </w:r>
      <w:proofErr w:type="gramEnd"/>
      <w:r>
        <w:rPr>
          <w:rFonts w:ascii="仿宋" w:eastAsia="仿宋" w:hAnsi="仿宋"/>
          <w:sz w:val="32"/>
          <w:lang w:eastAsia="zh-CN"/>
        </w:rPr>
        <w:t>刺，深深</w:t>
      </w:r>
      <w:proofErr w:type="gramStart"/>
      <w:r>
        <w:rPr>
          <w:rFonts w:ascii="仿宋" w:eastAsia="仿宋" w:hAnsi="仿宋"/>
          <w:sz w:val="32"/>
          <w:lang w:eastAsia="zh-CN"/>
        </w:rPr>
        <w:t>五酷开呀</w:t>
      </w:r>
      <w:proofErr w:type="gramEnd"/>
      <w:r>
        <w:rPr>
          <w:rFonts w:ascii="仿宋" w:eastAsia="仿宋" w:hAnsi="仿宋"/>
          <w:sz w:val="32"/>
          <w:lang w:eastAsia="zh-CN"/>
        </w:rPr>
        <w:t>，说他允文允武。可见，它的重要性哎，所以在学问面前是没有官阶高下这种判断标准的，只有学问这样唯一的一个标准。两脚书橱布衣都总裁陈济究竟与《永乐大典》之间有着怎样的故事？我们一块儿跟随着演员们的</w:t>
      </w:r>
      <w:proofErr w:type="gramStart"/>
      <w:r>
        <w:rPr>
          <w:rFonts w:ascii="仿宋" w:eastAsia="仿宋" w:hAnsi="仿宋"/>
          <w:sz w:val="32"/>
          <w:lang w:eastAsia="zh-CN"/>
        </w:rPr>
        <w:t>典读会</w:t>
      </w:r>
      <w:proofErr w:type="gramEnd"/>
      <w:r>
        <w:rPr>
          <w:rFonts w:ascii="仿宋" w:eastAsia="仿宋" w:hAnsi="仿宋"/>
          <w:sz w:val="32"/>
          <w:lang w:eastAsia="zh-CN"/>
        </w:rPr>
        <w:t>去看看。欢迎来到</w:t>
      </w:r>
      <w:proofErr w:type="gramStart"/>
      <w:r>
        <w:rPr>
          <w:rFonts w:ascii="仿宋" w:eastAsia="仿宋" w:hAnsi="仿宋"/>
          <w:sz w:val="32"/>
          <w:lang w:eastAsia="zh-CN"/>
        </w:rPr>
        <w:t>典读会</w:t>
      </w:r>
      <w:proofErr w:type="gramEnd"/>
      <w:r>
        <w:rPr>
          <w:rFonts w:ascii="仿宋" w:eastAsia="仿宋" w:hAnsi="仿宋"/>
          <w:sz w:val="32"/>
          <w:lang w:eastAsia="zh-CN"/>
        </w:rPr>
        <w:t>，这是给大家准备的一个非常特别的空间。</w:t>
      </w:r>
    </w:p>
    <w:p w14:paraId="20BB592C" w14:textId="77777777" w:rsidR="00E87C95" w:rsidRDefault="00000000">
      <w:pPr>
        <w:spacing w:after="0" w:line="579" w:lineRule="exact"/>
        <w:ind w:firstLine="640"/>
        <w:rPr>
          <w:lang w:eastAsia="zh-CN"/>
        </w:rPr>
      </w:pPr>
      <w:r>
        <w:rPr>
          <w:rFonts w:ascii="仿宋" w:eastAsia="仿宋" w:hAnsi="仿宋"/>
          <w:sz w:val="32"/>
          <w:lang w:eastAsia="zh-CN"/>
        </w:rPr>
        <w:t>我管它叫候机厅，厚的不是飞机，是时光机器。在这个节目当中，我擅长的是穿越时空和各种典籍的先贤去对话，去感受他们和典籍之间的渊源。几位也给大家介绍一下自己。大家好，我是演员段奕宏，在剧中视野陈济。我是毕彦君，我在戏里扮演陈济的老师谢应芳。我是郭晓东，在剧中扮演</w:t>
      </w:r>
      <w:r>
        <w:rPr>
          <w:rFonts w:ascii="仿宋" w:eastAsia="仿宋" w:hAnsi="仿宋"/>
          <w:sz w:val="32"/>
          <w:lang w:eastAsia="zh-CN"/>
        </w:rPr>
        <w:lastRenderedPageBreak/>
        <w:t>陈济的父亲陈真，我是咱们《典籍里的中国》的总编剧张昆鹏。</w:t>
      </w:r>
    </w:p>
    <w:p w14:paraId="4E58B5BD" w14:textId="77777777" w:rsidR="00E87C95" w:rsidRDefault="00000000">
      <w:pPr>
        <w:spacing w:after="0" w:line="579" w:lineRule="exact"/>
        <w:ind w:firstLine="640"/>
        <w:rPr>
          <w:lang w:eastAsia="zh-CN"/>
        </w:rPr>
      </w:pPr>
      <w:r>
        <w:rPr>
          <w:rFonts w:ascii="仿宋" w:eastAsia="仿宋" w:hAnsi="仿宋"/>
          <w:sz w:val="32"/>
          <w:lang w:eastAsia="zh-CN"/>
        </w:rPr>
        <w:t>我每次做这个节目啊，最好奇的就是会</w:t>
      </w:r>
      <w:proofErr w:type="gramStart"/>
      <w:r>
        <w:rPr>
          <w:rFonts w:ascii="仿宋" w:eastAsia="仿宋" w:hAnsi="仿宋"/>
          <w:sz w:val="32"/>
          <w:lang w:eastAsia="zh-CN"/>
        </w:rPr>
        <w:t>遇到跟</w:t>
      </w:r>
      <w:proofErr w:type="gramEnd"/>
      <w:r>
        <w:rPr>
          <w:rFonts w:ascii="仿宋" w:eastAsia="仿宋" w:hAnsi="仿宋"/>
          <w:sz w:val="32"/>
          <w:lang w:eastAsia="zh-CN"/>
        </w:rPr>
        <w:t>典籍相关的哪一位先贤，一开始我以为《永乐大典》这部戏怎么也是解缙啊，姚广孝啊。要么就是明成祖朱棣，但是没想到在这部戏当中，最后我们遇到的是陈济，出乎意料，我们一直在努力寻找有关《永乐大典》的唯一性。在总导演的带领下，我们跟很多的专家进行了研讨。在</w:t>
      </w:r>
      <w:proofErr w:type="gramStart"/>
      <w:r>
        <w:rPr>
          <w:rFonts w:ascii="仿宋" w:eastAsia="仿宋" w:hAnsi="仿宋"/>
          <w:sz w:val="32"/>
          <w:lang w:eastAsia="zh-CN"/>
        </w:rPr>
        <w:t>《永乐大典》修转的</w:t>
      </w:r>
      <w:proofErr w:type="gramEnd"/>
      <w:r>
        <w:rPr>
          <w:rFonts w:ascii="仿宋" w:eastAsia="仿宋" w:hAnsi="仿宋"/>
          <w:sz w:val="32"/>
          <w:lang w:eastAsia="zh-CN"/>
        </w:rPr>
        <w:t>历史上啊，无论是监修还是总裁，副总裁。都是多人几人或者几十人一人独当大任的位置，</w:t>
      </w:r>
    </w:p>
    <w:p w14:paraId="3C40FBD0" w14:textId="77777777" w:rsidR="00E87C95" w:rsidRDefault="00000000">
      <w:pPr>
        <w:spacing w:after="0" w:line="579" w:lineRule="exact"/>
        <w:ind w:firstLine="640"/>
        <w:rPr>
          <w:lang w:eastAsia="zh-CN"/>
        </w:rPr>
      </w:pPr>
      <w:r>
        <w:rPr>
          <w:rFonts w:ascii="仿宋" w:eastAsia="仿宋" w:hAnsi="仿宋"/>
          <w:sz w:val="32"/>
          <w:lang w:eastAsia="zh-CN"/>
        </w:rPr>
        <w:t>只有都总裁这个位置是陈济，历史上有记载说执笔者有所遗。则救济质问陈济呢，他就能够做到应口辨析无滞，也就是说你问到我了，随口就回答帮你辨析一点儿情志都没有，所以您。您的角色就相当于我们主持人当中的康辉，我们但凡有字儿不认识，就问他不带有任何迟滞的，马上告诉你这个字儿念什么？您现在和陈济熟识了吗？接到这个角色，其实我</w:t>
      </w:r>
      <w:proofErr w:type="gramStart"/>
      <w:r>
        <w:rPr>
          <w:rFonts w:ascii="仿宋" w:eastAsia="仿宋" w:hAnsi="仿宋"/>
          <w:sz w:val="32"/>
          <w:lang w:eastAsia="zh-CN"/>
        </w:rPr>
        <w:t>我</w:t>
      </w:r>
      <w:proofErr w:type="gramEnd"/>
      <w:r>
        <w:rPr>
          <w:rFonts w:ascii="仿宋" w:eastAsia="仿宋" w:hAnsi="仿宋"/>
          <w:sz w:val="32"/>
          <w:lang w:eastAsia="zh-CN"/>
        </w:rPr>
        <w:t>还是非常紧张和忐忑的。陈济，</w:t>
      </w:r>
    </w:p>
    <w:p w14:paraId="24092079" w14:textId="77777777" w:rsidR="00E87C95" w:rsidRDefault="00000000">
      <w:pPr>
        <w:spacing w:after="0" w:line="579" w:lineRule="exact"/>
        <w:ind w:firstLine="640"/>
        <w:rPr>
          <w:lang w:eastAsia="zh-CN"/>
        </w:rPr>
      </w:pPr>
      <w:r>
        <w:rPr>
          <w:rFonts w:ascii="仿宋" w:eastAsia="仿宋" w:hAnsi="仿宋"/>
          <w:sz w:val="32"/>
          <w:lang w:eastAsia="zh-CN"/>
        </w:rPr>
        <w:t>它对我来说陌生遥远。我</w:t>
      </w:r>
      <w:proofErr w:type="gramStart"/>
      <w:r>
        <w:rPr>
          <w:rFonts w:ascii="仿宋" w:eastAsia="仿宋" w:hAnsi="仿宋"/>
          <w:sz w:val="32"/>
          <w:lang w:eastAsia="zh-CN"/>
        </w:rPr>
        <w:t>我</w:t>
      </w:r>
      <w:proofErr w:type="gramEnd"/>
      <w:r>
        <w:rPr>
          <w:rFonts w:ascii="仿宋" w:eastAsia="仿宋" w:hAnsi="仿宋"/>
          <w:sz w:val="32"/>
          <w:lang w:eastAsia="zh-CN"/>
        </w:rPr>
        <w:t>觉得就是要要去找到这种根儿上的东西，我熟读剧本儿。一个40岁，不求功名。不想赚钱，就想修书。这一点特别感动我。我相信这样的人。陈济看似平凡，做最伟大的事情，而内心一定有一种浪漫情怀，</w:t>
      </w:r>
      <w:r>
        <w:rPr>
          <w:rFonts w:ascii="仿宋" w:eastAsia="仿宋" w:hAnsi="仿宋"/>
          <w:sz w:val="32"/>
          <w:lang w:eastAsia="zh-CN"/>
        </w:rPr>
        <w:lastRenderedPageBreak/>
        <w:t>悲悯甚至自我的一种。纠结挣扎矛盾这个分寸和精准度，要拿捏的非常合适，</w:t>
      </w:r>
    </w:p>
    <w:p w14:paraId="0D2F877E" w14:textId="77777777" w:rsidR="00E87C95" w:rsidRDefault="00000000">
      <w:pPr>
        <w:spacing w:after="0" w:line="579" w:lineRule="exact"/>
        <w:ind w:firstLine="640"/>
        <w:rPr>
          <w:lang w:eastAsia="zh-CN"/>
        </w:rPr>
      </w:pPr>
      <w:proofErr w:type="spellStart"/>
      <w:r>
        <w:rPr>
          <w:rFonts w:ascii="仿宋" w:eastAsia="仿宋" w:hAnsi="仿宋"/>
          <w:sz w:val="32"/>
        </w:rPr>
        <w:t>那么就要找到人物的核心力量啊，他的信仰</w:t>
      </w:r>
      <w:proofErr w:type="spellEnd"/>
      <w:r>
        <w:rPr>
          <w:rFonts w:ascii="仿宋" w:eastAsia="仿宋" w:hAnsi="仿宋"/>
          <w:sz w:val="32"/>
        </w:rPr>
        <w:t>。</w:t>
      </w:r>
      <w:r>
        <w:rPr>
          <w:rFonts w:ascii="仿宋" w:eastAsia="仿宋" w:hAnsi="仿宋"/>
          <w:sz w:val="32"/>
          <w:lang w:eastAsia="zh-CN"/>
        </w:rPr>
        <w:t>成就这样一股永乐大典，当然不是陈济一个人，但是陈济作为一介布衣，能够在这个修转的。过程当中，担任如此重要的角色相当了不起。了大连，他的用意和他在历史上的地位，其实从繁例当中你就能看得出来。我们请英红老师给我们诵读一下。庶几因韵以考字。因字以求是。</w:t>
      </w:r>
    </w:p>
    <w:p w14:paraId="736DB5D3" w14:textId="77777777" w:rsidR="00E87C95" w:rsidRDefault="00000000">
      <w:pPr>
        <w:spacing w:after="0" w:line="579" w:lineRule="exact"/>
        <w:ind w:firstLine="640"/>
        <w:rPr>
          <w:lang w:eastAsia="zh-CN"/>
        </w:rPr>
      </w:pPr>
      <w:r>
        <w:rPr>
          <w:rFonts w:ascii="仿宋" w:eastAsia="仿宋" w:hAnsi="仿宋"/>
          <w:sz w:val="32"/>
          <w:lang w:eastAsia="zh-CN"/>
        </w:rPr>
        <w:t>开卷而古今之事，一览可见。</w:t>
      </w:r>
      <w:proofErr w:type="gramStart"/>
      <w:r>
        <w:rPr>
          <w:rFonts w:ascii="仿宋" w:eastAsia="仿宋" w:hAnsi="仿宋"/>
          <w:sz w:val="32"/>
          <w:lang w:eastAsia="zh-CN"/>
        </w:rPr>
        <w:t>庶几因韵以</w:t>
      </w:r>
      <w:proofErr w:type="gramEnd"/>
      <w:r>
        <w:rPr>
          <w:rFonts w:ascii="仿宋" w:eastAsia="仿宋" w:hAnsi="仿宋"/>
          <w:sz w:val="32"/>
          <w:lang w:eastAsia="zh-CN"/>
        </w:rPr>
        <w:t>考字。因字以求是，开卷而古今之事。一览可见。用发挥与既往。用启迪与方来。希望通过这次演绎，能让更多的观众朋友了解并入大典。从既往中寻得智慧，在传承中启迪未来。火了，失火了。这火势越发大了，</w:t>
      </w:r>
    </w:p>
    <w:p w14:paraId="52E563AD" w14:textId="77777777" w:rsidR="00E87C95" w:rsidRDefault="00000000">
      <w:pPr>
        <w:spacing w:after="0" w:line="579" w:lineRule="exact"/>
        <w:ind w:firstLine="640"/>
        <w:rPr>
          <w:lang w:eastAsia="zh-CN"/>
        </w:rPr>
      </w:pPr>
      <w:r>
        <w:rPr>
          <w:rFonts w:ascii="仿宋" w:eastAsia="仿宋" w:hAnsi="仿宋"/>
          <w:sz w:val="32"/>
          <w:lang w:eastAsia="zh-CN"/>
        </w:rPr>
        <w:t>兄弟们。不是这样说话，这样说话。开始。小心谢谢大家哦。奉天华盖谨身三大殿里称火海上有雷速</w:t>
      </w:r>
      <w:proofErr w:type="gramStart"/>
      <w:r>
        <w:rPr>
          <w:rFonts w:ascii="仿宋" w:eastAsia="仿宋" w:hAnsi="仿宋"/>
          <w:sz w:val="32"/>
          <w:lang w:eastAsia="zh-CN"/>
        </w:rPr>
        <w:t>速</w:t>
      </w:r>
      <w:proofErr w:type="gramEnd"/>
      <w:r>
        <w:rPr>
          <w:rFonts w:ascii="仿宋" w:eastAsia="仿宋" w:hAnsi="仿宋"/>
          <w:sz w:val="32"/>
          <w:lang w:eastAsia="zh-CN"/>
        </w:rPr>
        <w:t>转移沉木，典籍这东华门外暂且安置《永乐大典》如有遗失，片纸一律格杀。如果大家还有这个问题。公元一四二零年。您永乐十八年。明成祖朱棣决定将都城正式从南京迁往北京。第二年四月初六，中华典籍史上规模最为浩大的类书《永乐大典》。会同南京文渊阁的其他藏书一起被运到刚刚建好的北京皇城。</w:t>
      </w:r>
    </w:p>
    <w:p w14:paraId="452DBFC9" w14:textId="77777777" w:rsidR="00E87C95" w:rsidRDefault="00000000">
      <w:pPr>
        <w:spacing w:after="0" w:line="579" w:lineRule="exact"/>
        <w:ind w:firstLine="640"/>
        <w:rPr>
          <w:lang w:eastAsia="zh-CN"/>
        </w:rPr>
      </w:pPr>
      <w:r>
        <w:rPr>
          <w:rFonts w:ascii="仿宋" w:eastAsia="仿宋" w:hAnsi="仿宋"/>
          <w:sz w:val="32"/>
          <w:lang w:eastAsia="zh-CN"/>
        </w:rPr>
        <w:t>这已是最后一批《永乐大典》了。小心大家都小心些。陈先生《永乐大典》均已全部抢出。果真全部抢出。放心吧，</w:t>
      </w:r>
      <w:r>
        <w:rPr>
          <w:rFonts w:ascii="仿宋" w:eastAsia="仿宋" w:hAnsi="仿宋"/>
          <w:sz w:val="32"/>
          <w:lang w:eastAsia="zh-CN"/>
        </w:rPr>
        <w:lastRenderedPageBreak/>
        <w:t>陈先生。《永乐大典》却已全部抢出。安然无恙。你是何人？晚辈撒贝宁。是一个热爱中华典籍的读书人，来自600多年后的北京城。哈哈</w:t>
      </w:r>
      <w:proofErr w:type="gramStart"/>
      <w:r>
        <w:rPr>
          <w:rFonts w:ascii="仿宋" w:eastAsia="仿宋" w:hAnsi="仿宋"/>
          <w:sz w:val="32"/>
          <w:lang w:eastAsia="zh-CN"/>
        </w:rPr>
        <w:t>哈</w:t>
      </w:r>
      <w:proofErr w:type="gramEnd"/>
      <w:r>
        <w:rPr>
          <w:rFonts w:ascii="仿宋" w:eastAsia="仿宋" w:hAnsi="仿宋"/>
          <w:sz w:val="32"/>
          <w:lang w:eastAsia="zh-CN"/>
        </w:rPr>
        <w:t>。你说你来这600年后。啊，</w:t>
      </w:r>
    </w:p>
    <w:p w14:paraId="072356FE" w14:textId="77777777" w:rsidR="00E87C95" w:rsidRDefault="00000000">
      <w:pPr>
        <w:spacing w:after="0" w:line="579" w:lineRule="exact"/>
        <w:ind w:firstLine="640"/>
        <w:rPr>
          <w:lang w:eastAsia="zh-CN"/>
        </w:rPr>
      </w:pPr>
      <w:r>
        <w:rPr>
          <w:rFonts w:ascii="仿宋" w:eastAsia="仿宋" w:hAnsi="仿宋"/>
          <w:sz w:val="32"/>
          <w:lang w:eastAsia="zh-CN"/>
        </w:rPr>
        <w:t>正是，而且还为先生带来了一样东西。先生，您请看。的《永乐大典》明明应该装箱。为何在你手里，何方邪神，竟敢盗取皇家藏书飞起来？且慢，让先生。仔细看看。《永乐大典》。天下人绝无仿制的机会。这是刊刻出来的。这得益于600多年之后的一种印刷技术，</w:t>
      </w:r>
    </w:p>
    <w:p w14:paraId="71CD00FF" w14:textId="77777777" w:rsidR="00E87C95" w:rsidRDefault="00000000">
      <w:pPr>
        <w:spacing w:after="0" w:line="579" w:lineRule="exact"/>
        <w:ind w:firstLine="640"/>
        <w:rPr>
          <w:lang w:eastAsia="zh-CN"/>
        </w:rPr>
      </w:pPr>
      <w:r>
        <w:rPr>
          <w:rFonts w:ascii="仿宋" w:eastAsia="仿宋" w:hAnsi="仿宋"/>
          <w:sz w:val="32"/>
          <w:lang w:eastAsia="zh-CN"/>
        </w:rPr>
        <w:t>我们叫影印，它能够非常完美逼真的把那些古老的善本进行复制，更重要的是它很必要。想</w:t>
      </w:r>
      <w:proofErr w:type="gramStart"/>
      <w:r>
        <w:rPr>
          <w:rFonts w:ascii="仿宋" w:eastAsia="仿宋" w:hAnsi="仿宋"/>
          <w:sz w:val="32"/>
          <w:lang w:eastAsia="zh-CN"/>
        </w:rPr>
        <w:t>印多少</w:t>
      </w:r>
      <w:proofErr w:type="gramEnd"/>
      <w:r>
        <w:rPr>
          <w:rFonts w:ascii="仿宋" w:eastAsia="仿宋" w:hAnsi="仿宋"/>
          <w:sz w:val="32"/>
          <w:lang w:eastAsia="zh-CN"/>
        </w:rPr>
        <w:t>就能印多少。响应多少？就应有了。想用多少就能用多少。我大明举国之力，数千人之功，耗时数年。才修在一部《永乐大典》。诸位。我已无大碍。快去协助救火吧。陈先生《永乐大典》交给您了。</w:t>
      </w:r>
    </w:p>
    <w:p w14:paraId="60AC35B7" w14:textId="77777777" w:rsidR="00E87C95" w:rsidRDefault="00000000">
      <w:pPr>
        <w:spacing w:after="0" w:line="579" w:lineRule="exact"/>
        <w:ind w:firstLine="640"/>
        <w:rPr>
          <w:lang w:eastAsia="zh-CN"/>
        </w:rPr>
      </w:pPr>
      <w:proofErr w:type="gramStart"/>
      <w:r>
        <w:rPr>
          <w:rFonts w:ascii="仿宋" w:eastAsia="仿宋" w:hAnsi="仿宋"/>
          <w:sz w:val="32"/>
          <w:lang w:eastAsia="zh-CN"/>
        </w:rPr>
        <w:t>萨</w:t>
      </w:r>
      <w:proofErr w:type="gramEnd"/>
      <w:r>
        <w:rPr>
          <w:rFonts w:ascii="仿宋" w:eastAsia="仿宋" w:hAnsi="仿宋"/>
          <w:sz w:val="32"/>
          <w:lang w:eastAsia="zh-CN"/>
        </w:rPr>
        <w:t>君。这么说，《永乐大典》600年后还在？先生当年和姚广孝。解缙等数千人</w:t>
      </w:r>
      <w:proofErr w:type="gramStart"/>
      <w:r>
        <w:rPr>
          <w:rFonts w:ascii="仿宋" w:eastAsia="仿宋" w:hAnsi="仿宋"/>
          <w:sz w:val="32"/>
          <w:lang w:eastAsia="zh-CN"/>
        </w:rPr>
        <w:t>共同修转的</w:t>
      </w:r>
      <w:proofErr w:type="gramEnd"/>
      <w:r>
        <w:rPr>
          <w:rFonts w:ascii="仿宋" w:eastAsia="仿宋" w:hAnsi="仿宋"/>
          <w:sz w:val="32"/>
          <w:lang w:eastAsia="zh-CN"/>
        </w:rPr>
        <w:t>这部《永乐大典》。包括乾坤贯通筋骨。本</w:t>
      </w:r>
      <w:proofErr w:type="gramStart"/>
      <w:r>
        <w:rPr>
          <w:rFonts w:ascii="仿宋" w:eastAsia="仿宋" w:hAnsi="仿宋"/>
          <w:sz w:val="32"/>
          <w:lang w:eastAsia="zh-CN"/>
        </w:rPr>
        <w:t>末经</w:t>
      </w:r>
      <w:proofErr w:type="gramEnd"/>
      <w:r>
        <w:rPr>
          <w:rFonts w:ascii="仿宋" w:eastAsia="仿宋" w:hAnsi="仿宋"/>
          <w:sz w:val="32"/>
          <w:lang w:eastAsia="zh-CN"/>
        </w:rPr>
        <w:t>初，灿然背离。</w:t>
      </w:r>
      <w:proofErr w:type="gramStart"/>
      <w:r>
        <w:rPr>
          <w:rFonts w:ascii="仿宋" w:eastAsia="仿宋" w:hAnsi="仿宋"/>
          <w:sz w:val="32"/>
          <w:lang w:eastAsia="zh-CN"/>
        </w:rPr>
        <w:t>庶几因韵以</w:t>
      </w:r>
      <w:proofErr w:type="gramEnd"/>
      <w:r>
        <w:rPr>
          <w:rFonts w:ascii="仿宋" w:eastAsia="仿宋" w:hAnsi="仿宋"/>
          <w:sz w:val="32"/>
          <w:lang w:eastAsia="zh-CN"/>
        </w:rPr>
        <w:t>考字，因字以求事。开卷而古今之事，一览可见。600多年后，世人皆知这部《永乐大典》是中华典籍历史上规模最大的类书。开卷而古今之事。</w:t>
      </w:r>
    </w:p>
    <w:p w14:paraId="499589B8" w14:textId="77777777" w:rsidR="00E87C95" w:rsidRDefault="00000000">
      <w:pPr>
        <w:spacing w:after="0" w:line="579" w:lineRule="exact"/>
        <w:ind w:firstLine="640"/>
        <w:rPr>
          <w:lang w:eastAsia="zh-CN"/>
        </w:rPr>
      </w:pPr>
      <w:r>
        <w:rPr>
          <w:rFonts w:ascii="仿宋" w:eastAsia="仿宋" w:hAnsi="仿宋"/>
          <w:sz w:val="32"/>
          <w:lang w:eastAsia="zh-CN"/>
        </w:rPr>
        <w:t>一览可见。《永乐大典》里。装满了水先生心里。也装满了食物。哈哈</w:t>
      </w:r>
      <w:proofErr w:type="gramStart"/>
      <w:r>
        <w:rPr>
          <w:rFonts w:ascii="仿宋" w:eastAsia="仿宋" w:hAnsi="仿宋"/>
          <w:sz w:val="32"/>
          <w:lang w:eastAsia="zh-CN"/>
        </w:rPr>
        <w:t>哈</w:t>
      </w:r>
      <w:proofErr w:type="gramEnd"/>
      <w:r>
        <w:rPr>
          <w:rFonts w:ascii="仿宋" w:eastAsia="仿宋" w:hAnsi="仿宋"/>
          <w:sz w:val="32"/>
          <w:lang w:eastAsia="zh-CN"/>
        </w:rPr>
        <w:t>。我是一个心里装满了书的。两脚书。衣</w:t>
      </w:r>
      <w:r>
        <w:rPr>
          <w:rFonts w:ascii="仿宋" w:eastAsia="仿宋" w:hAnsi="仿宋"/>
          <w:sz w:val="32"/>
          <w:lang w:eastAsia="zh-CN"/>
        </w:rPr>
        <w:lastRenderedPageBreak/>
        <w:t>橱。这套</w:t>
      </w:r>
      <w:proofErr w:type="gramStart"/>
      <w:r>
        <w:rPr>
          <w:rFonts w:ascii="仿宋" w:eastAsia="仿宋" w:hAnsi="仿宋"/>
          <w:sz w:val="32"/>
          <w:lang w:eastAsia="zh-CN"/>
        </w:rPr>
        <w:t>北唐书钞贵</w:t>
      </w:r>
      <w:proofErr w:type="gramEnd"/>
      <w:r>
        <w:rPr>
          <w:rFonts w:ascii="仿宋" w:eastAsia="仿宋" w:hAnsi="仿宋"/>
          <w:sz w:val="32"/>
          <w:lang w:eastAsia="zh-CN"/>
        </w:rPr>
        <w:t>的要命。钱花光了。怎么向父亲交代？傻子，真是个傻子。父亲前。又被你拿去买书了吧？</w:t>
      </w:r>
    </w:p>
    <w:p w14:paraId="08D12253" w14:textId="77777777" w:rsidR="00E87C95" w:rsidRDefault="00000000">
      <w:pPr>
        <w:spacing w:after="0" w:line="579" w:lineRule="exact"/>
        <w:ind w:firstLine="640"/>
        <w:rPr>
          <w:lang w:eastAsia="zh-CN"/>
        </w:rPr>
      </w:pPr>
      <w:r>
        <w:rPr>
          <w:rFonts w:ascii="仿宋" w:eastAsia="仿宋" w:hAnsi="仿宋"/>
          <w:sz w:val="32"/>
          <w:lang w:eastAsia="zh-CN"/>
        </w:rPr>
        <w:t>你看看衣服都淋湿了。就换一件。我去</w:t>
      </w:r>
      <w:proofErr w:type="gramStart"/>
      <w:r>
        <w:rPr>
          <w:rFonts w:ascii="仿宋" w:eastAsia="仿宋" w:hAnsi="仿宋"/>
          <w:sz w:val="32"/>
          <w:lang w:eastAsia="zh-CN"/>
        </w:rPr>
        <w:t>给你熬点姜汤</w:t>
      </w:r>
      <w:proofErr w:type="gramEnd"/>
      <w:r>
        <w:rPr>
          <w:rFonts w:ascii="仿宋" w:eastAsia="仿宋" w:hAnsi="仿宋"/>
          <w:sz w:val="32"/>
          <w:lang w:eastAsia="zh-CN"/>
        </w:rPr>
        <w:t>。傻子。真是个傻子，钱又被你拿去买书了吧，你看看衣服都淋湿了。继而。父亲喝了它暖暖身子。姜汤要趁热喝才好。是。父亲是最疼爱我的。只有他允许我啃两样东西。啃什么？</w:t>
      </w:r>
      <w:proofErr w:type="gramStart"/>
      <w:r>
        <w:rPr>
          <w:rFonts w:ascii="仿宋" w:eastAsia="仿宋" w:hAnsi="仿宋"/>
          <w:sz w:val="32"/>
          <w:lang w:eastAsia="zh-CN"/>
        </w:rPr>
        <w:t>啃老的</w:t>
      </w:r>
      <w:proofErr w:type="gramEnd"/>
      <w:r>
        <w:rPr>
          <w:rFonts w:ascii="仿宋" w:eastAsia="仿宋" w:hAnsi="仿宋"/>
          <w:sz w:val="32"/>
          <w:lang w:eastAsia="zh-CN"/>
        </w:rPr>
        <w:t>。</w:t>
      </w:r>
    </w:p>
    <w:p w14:paraId="5A1E92C2" w14:textId="77777777" w:rsidR="00E87C95" w:rsidRDefault="00000000">
      <w:pPr>
        <w:spacing w:after="0" w:line="579" w:lineRule="exact"/>
        <w:ind w:firstLine="640"/>
        <w:rPr>
          <w:lang w:eastAsia="zh-CN"/>
        </w:rPr>
      </w:pPr>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。这天下最好的父亲。同时也给了您一位天下最好的老师。打雷了。打雷了，大家快来搜索。把书都搬到书房去。小小子。傻小子。来比比鱼。先生。你为何</w:t>
      </w:r>
      <w:proofErr w:type="gramStart"/>
      <w:r>
        <w:rPr>
          <w:rFonts w:ascii="仿宋" w:eastAsia="仿宋" w:hAnsi="仿宋"/>
          <w:sz w:val="32"/>
          <w:lang w:eastAsia="zh-CN"/>
        </w:rPr>
        <w:t>不</w:t>
      </w:r>
      <w:proofErr w:type="gramEnd"/>
      <w:r>
        <w:rPr>
          <w:rFonts w:ascii="仿宋" w:eastAsia="仿宋" w:hAnsi="仿宋"/>
          <w:sz w:val="32"/>
          <w:lang w:eastAsia="zh-CN"/>
        </w:rPr>
        <w:t>避雨啊？心有所感。说来听听。</w:t>
      </w:r>
      <w:proofErr w:type="gramStart"/>
      <w:r>
        <w:rPr>
          <w:rFonts w:ascii="仿宋" w:eastAsia="仿宋" w:hAnsi="仿宋"/>
          <w:sz w:val="32"/>
          <w:lang w:eastAsia="zh-CN"/>
        </w:rPr>
        <w:t>语自云端</w:t>
      </w:r>
      <w:proofErr w:type="gramEnd"/>
      <w:r>
        <w:rPr>
          <w:rFonts w:ascii="仿宋" w:eastAsia="仿宋" w:hAnsi="仿宋"/>
          <w:sz w:val="32"/>
          <w:lang w:eastAsia="zh-CN"/>
        </w:rPr>
        <w:t>降落。</w:t>
      </w:r>
    </w:p>
    <w:p w14:paraId="61F0F6B0" w14:textId="77777777" w:rsidR="00E87C95" w:rsidRDefault="00000000">
      <w:pPr>
        <w:spacing w:after="0" w:line="579" w:lineRule="exact"/>
        <w:ind w:firstLine="640"/>
        <w:rPr>
          <w:lang w:eastAsia="zh-CN"/>
        </w:rPr>
      </w:pPr>
      <w:proofErr w:type="gramStart"/>
      <w:r>
        <w:rPr>
          <w:rFonts w:ascii="仿宋" w:eastAsia="仿宋" w:hAnsi="仿宋"/>
          <w:sz w:val="32"/>
          <w:lang w:eastAsia="zh-CN"/>
        </w:rPr>
        <w:t>要去润自万物</w:t>
      </w:r>
      <w:proofErr w:type="gramEnd"/>
      <w:r>
        <w:rPr>
          <w:rFonts w:ascii="仿宋" w:eastAsia="仿宋" w:hAnsi="仿宋"/>
          <w:sz w:val="32"/>
          <w:lang w:eastAsia="zh-CN"/>
        </w:rPr>
        <w:t>。就像人降临世上。总要做些什么？有的滋润了土。有的打湿了花。他们不知道将会变成什么。但他们。不惜纵身一跃。我在想，人也应该有这样的勇气。有这样的决心。</w:t>
      </w:r>
      <w:proofErr w:type="gramStart"/>
      <w:r>
        <w:rPr>
          <w:rFonts w:ascii="仿宋" w:eastAsia="仿宋" w:hAnsi="仿宋"/>
          <w:sz w:val="32"/>
          <w:lang w:eastAsia="zh-CN"/>
        </w:rPr>
        <w:t>语不能</w:t>
      </w:r>
      <w:proofErr w:type="gramEnd"/>
      <w:r>
        <w:rPr>
          <w:rFonts w:ascii="仿宋" w:eastAsia="仿宋" w:hAnsi="仿宋"/>
          <w:sz w:val="32"/>
          <w:lang w:eastAsia="zh-CN"/>
        </w:rPr>
        <w:t>自控。人可以立志。应该有所绽放。留下陈济。</w:t>
      </w:r>
    </w:p>
    <w:p w14:paraId="7434B273" w14:textId="77777777" w:rsidR="00E87C95" w:rsidRDefault="00000000">
      <w:pPr>
        <w:spacing w:after="0" w:line="579" w:lineRule="exact"/>
        <w:ind w:firstLine="640"/>
        <w:rPr>
          <w:lang w:eastAsia="zh-CN"/>
        </w:rPr>
      </w:pPr>
      <w:r>
        <w:rPr>
          <w:rFonts w:ascii="仿宋" w:eastAsia="仿宋" w:hAnsi="仿宋"/>
          <w:sz w:val="32"/>
          <w:lang w:eastAsia="zh-CN"/>
        </w:rPr>
        <w:t>这空中的雨花转瞬即逝。你在我这门前站立了树月，你为何要坚定的拜我为师啊？我想修书。那你有些什么优长？读书过目不忘算悠长吗？我年轻的时候也这样。先生年轻做了什么逃命？我年轻的志向也是想修一部书，一部教读书人读书的书，可惜呀。乱世之中，局无定所，没有救赎的可能。等到天下安定时，</w:t>
      </w:r>
    </w:p>
    <w:p w14:paraId="24AED0ED" w14:textId="77777777" w:rsidR="00E87C95" w:rsidRDefault="00000000">
      <w:pPr>
        <w:spacing w:after="0" w:line="579" w:lineRule="exact"/>
        <w:ind w:firstLine="640"/>
        <w:rPr>
          <w:lang w:eastAsia="zh-CN"/>
        </w:rPr>
      </w:pPr>
      <w:r>
        <w:rPr>
          <w:rFonts w:ascii="仿宋" w:eastAsia="仿宋" w:hAnsi="仿宋"/>
          <w:sz w:val="32"/>
          <w:lang w:eastAsia="zh-CN"/>
        </w:rPr>
        <w:lastRenderedPageBreak/>
        <w:t>我已年逾古稀，有心无力了。世上的人做学问，我为考科取做大官，可是修书。劳神费力与富贵无缘，我不要考官，不要赚钱。别人都笑我只会啃两样东西。拿两样东西。啃书啃老子，我想问你。修什么样的书？我修的这部书不太一样。有什么不一样，</w:t>
      </w:r>
    </w:p>
    <w:p w14:paraId="6191E458" w14:textId="77777777" w:rsidR="00E87C95" w:rsidRDefault="00000000">
      <w:pPr>
        <w:spacing w:after="0" w:line="579" w:lineRule="exact"/>
        <w:ind w:firstLine="640"/>
        <w:rPr>
          <w:lang w:eastAsia="zh-CN"/>
        </w:rPr>
      </w:pPr>
      <w:r>
        <w:rPr>
          <w:rFonts w:ascii="仿宋" w:eastAsia="仿宋" w:hAnsi="仿宋"/>
          <w:sz w:val="32"/>
          <w:lang w:eastAsia="zh-CN"/>
        </w:rPr>
        <w:t>我想找个好办法，一个好门禁修一部书，把这些著述中的学问和智慧选择出来。排列起来，便于更多的人掌握学问，</w:t>
      </w:r>
      <w:proofErr w:type="gramStart"/>
      <w:r>
        <w:rPr>
          <w:rFonts w:ascii="仿宋" w:eastAsia="仿宋" w:hAnsi="仿宋"/>
          <w:sz w:val="32"/>
          <w:lang w:eastAsia="zh-CN"/>
        </w:rPr>
        <w:t>稽</w:t>
      </w:r>
      <w:proofErr w:type="gramEnd"/>
      <w:r>
        <w:rPr>
          <w:rFonts w:ascii="仿宋" w:eastAsia="仿宋" w:hAnsi="仿宋"/>
          <w:sz w:val="32"/>
          <w:lang w:eastAsia="zh-CN"/>
        </w:rPr>
        <w:t>取智慧。追求大道理。廉洁智慧，知底大道的门径可是不好求啊。不好求。</w:t>
      </w:r>
      <w:proofErr w:type="gramStart"/>
      <w:r>
        <w:rPr>
          <w:rFonts w:ascii="仿宋" w:eastAsia="仿宋" w:hAnsi="仿宋"/>
          <w:sz w:val="32"/>
          <w:lang w:eastAsia="zh-CN"/>
        </w:rPr>
        <w:t>而且而且而且</w:t>
      </w:r>
      <w:proofErr w:type="gramEnd"/>
      <w:r>
        <w:rPr>
          <w:rFonts w:ascii="仿宋" w:eastAsia="仿宋" w:hAnsi="仿宋"/>
          <w:sz w:val="32"/>
          <w:lang w:eastAsia="zh-CN"/>
        </w:rPr>
        <w:t>嗯哼</w:t>
      </w:r>
      <w:proofErr w:type="gramStart"/>
      <w:r>
        <w:rPr>
          <w:rFonts w:ascii="仿宋" w:eastAsia="仿宋" w:hAnsi="仿宋"/>
          <w:sz w:val="32"/>
          <w:lang w:eastAsia="zh-CN"/>
        </w:rPr>
        <w:t>萧萧风</w:t>
      </w:r>
      <w:proofErr w:type="gramEnd"/>
      <w:r>
        <w:rPr>
          <w:rFonts w:ascii="仿宋" w:eastAsia="仿宋" w:hAnsi="仿宋"/>
          <w:sz w:val="32"/>
          <w:lang w:eastAsia="zh-CN"/>
        </w:rPr>
        <w:t>起，先生当心受寒。</w:t>
      </w:r>
      <w:proofErr w:type="gramStart"/>
      <w:r>
        <w:rPr>
          <w:rFonts w:ascii="仿宋" w:eastAsia="仿宋" w:hAnsi="仿宋"/>
          <w:sz w:val="32"/>
          <w:lang w:eastAsia="zh-CN"/>
        </w:rPr>
        <w:t>萧萧何</w:t>
      </w:r>
      <w:proofErr w:type="gramEnd"/>
      <w:r>
        <w:rPr>
          <w:rFonts w:ascii="仿宋" w:eastAsia="仿宋" w:hAnsi="仿宋"/>
          <w:sz w:val="32"/>
          <w:lang w:eastAsia="zh-CN"/>
        </w:rPr>
        <w:t>解萧萧是，风声啊李太白云。挥手自兹去，</w:t>
      </w:r>
    </w:p>
    <w:p w14:paraId="34F1F26A" w14:textId="77777777" w:rsidR="00E87C95" w:rsidRDefault="00000000">
      <w:pPr>
        <w:spacing w:after="0" w:line="579" w:lineRule="exact"/>
        <w:ind w:firstLine="640"/>
        <w:rPr>
          <w:lang w:eastAsia="zh-CN"/>
        </w:rPr>
      </w:pPr>
      <w:r>
        <w:rPr>
          <w:rFonts w:ascii="仿宋" w:eastAsia="仿宋" w:hAnsi="仿宋"/>
          <w:sz w:val="32"/>
          <w:lang w:eastAsia="zh-CN"/>
        </w:rPr>
        <w:t>萧萧斑马鸣。何洁</w:t>
      </w:r>
      <w:proofErr w:type="gramStart"/>
      <w:r>
        <w:rPr>
          <w:rFonts w:ascii="仿宋" w:eastAsia="仿宋" w:hAnsi="仿宋"/>
          <w:sz w:val="32"/>
          <w:lang w:eastAsia="zh-CN"/>
        </w:rPr>
        <w:t>萧萧是</w:t>
      </w:r>
      <w:proofErr w:type="gramEnd"/>
      <w:r>
        <w:rPr>
          <w:rFonts w:ascii="仿宋" w:eastAsia="仿宋" w:hAnsi="仿宋"/>
          <w:sz w:val="32"/>
          <w:lang w:eastAsia="zh-CN"/>
        </w:rPr>
        <w:t>马思生。杜公</w:t>
      </w:r>
      <w:proofErr w:type="gramStart"/>
      <w:r>
        <w:rPr>
          <w:rFonts w:ascii="仿宋" w:eastAsia="仿宋" w:hAnsi="仿宋"/>
          <w:sz w:val="32"/>
          <w:lang w:eastAsia="zh-CN"/>
        </w:rPr>
        <w:t>不</w:t>
      </w:r>
      <w:proofErr w:type="gramEnd"/>
      <w:r>
        <w:rPr>
          <w:rFonts w:ascii="仿宋" w:eastAsia="仿宋" w:hAnsi="仿宋"/>
          <w:sz w:val="32"/>
          <w:lang w:eastAsia="zh-CN"/>
        </w:rPr>
        <w:t>云落，日照大旗马。</w:t>
      </w:r>
      <w:proofErr w:type="gramStart"/>
      <w:r>
        <w:rPr>
          <w:rFonts w:ascii="仿宋" w:eastAsia="仿宋" w:hAnsi="仿宋"/>
          <w:sz w:val="32"/>
          <w:lang w:eastAsia="zh-CN"/>
        </w:rPr>
        <w:t>鸣风萧萧</w:t>
      </w:r>
      <w:proofErr w:type="gramEnd"/>
      <w:r>
        <w:rPr>
          <w:rFonts w:ascii="仿宋" w:eastAsia="仿宋" w:hAnsi="仿宋"/>
          <w:sz w:val="32"/>
          <w:lang w:eastAsia="zh-CN"/>
        </w:rPr>
        <w:t>。又何解马思悲风，共坐萧萧声。都是马</w:t>
      </w:r>
      <w:proofErr w:type="gramStart"/>
      <w:r>
        <w:rPr>
          <w:rFonts w:ascii="仿宋" w:eastAsia="仿宋" w:hAnsi="仿宋"/>
          <w:sz w:val="32"/>
          <w:lang w:eastAsia="zh-CN"/>
        </w:rPr>
        <w:t>思声还有</w:t>
      </w:r>
      <w:proofErr w:type="gramEnd"/>
      <w:r>
        <w:rPr>
          <w:rFonts w:ascii="仿宋" w:eastAsia="仿宋" w:hAnsi="仿宋"/>
          <w:sz w:val="32"/>
          <w:lang w:eastAsia="zh-CN"/>
        </w:rPr>
        <w:t>呢。萧萧班马鸣，马鸣风萧萧。我明白了。说的都是潇潇，最重要的却不是潇潇，那是什么？是关联。</w:t>
      </w:r>
    </w:p>
    <w:p w14:paraId="40ED9C4F" w14:textId="77777777" w:rsidR="00E87C95" w:rsidRDefault="00000000">
      <w:pPr>
        <w:spacing w:after="0" w:line="579" w:lineRule="exact"/>
        <w:ind w:firstLine="640"/>
        <w:rPr>
          <w:lang w:eastAsia="zh-CN"/>
        </w:rPr>
      </w:pPr>
      <w:r>
        <w:rPr>
          <w:rFonts w:ascii="仿宋" w:eastAsia="仿宋" w:hAnsi="仿宋"/>
          <w:sz w:val="32"/>
          <w:lang w:eastAsia="zh-CN"/>
        </w:rPr>
        <w:t>是不同萧萧之间的关联。欲要关联智慧和大道，先找到学问之间的关联。陈济啊，陈济就冲着你这个关联。我送你一首诗。水浸月不湿，月照水不干。有人湖上坐，夜夜共清寒。水浸月不湿，月照水不干。水在月光中，月在水光中。</w:t>
      </w:r>
    </w:p>
    <w:p w14:paraId="76924755" w14:textId="77777777" w:rsidR="00E87C95" w:rsidRDefault="00000000">
      <w:pPr>
        <w:spacing w:after="0" w:line="579" w:lineRule="exact"/>
        <w:ind w:firstLine="640"/>
        <w:rPr>
          <w:lang w:eastAsia="zh-CN"/>
        </w:rPr>
      </w:pPr>
      <w:r>
        <w:rPr>
          <w:rFonts w:ascii="仿宋" w:eastAsia="仿宋" w:hAnsi="仿宋"/>
          <w:sz w:val="32"/>
          <w:lang w:eastAsia="zh-CN"/>
        </w:rPr>
        <w:t>不仅关联。而且要相互映照。我都快90了。晨曦啊，晨曦。你怎么？才来呀。学生陈济。</w:t>
      </w:r>
      <w:proofErr w:type="gramStart"/>
      <w:r>
        <w:rPr>
          <w:rFonts w:ascii="仿宋" w:eastAsia="仿宋" w:hAnsi="仿宋"/>
          <w:sz w:val="32"/>
          <w:lang w:eastAsia="zh-CN"/>
        </w:rPr>
        <w:t>寇县</w:t>
      </w:r>
      <w:proofErr w:type="gramEnd"/>
      <w:r>
        <w:rPr>
          <w:rFonts w:ascii="仿宋" w:eastAsia="仿宋" w:hAnsi="仿宋"/>
          <w:sz w:val="32"/>
          <w:lang w:eastAsia="zh-CN"/>
        </w:rPr>
        <w:t>先生。我。起来</w:t>
      </w:r>
      <w:proofErr w:type="gramStart"/>
      <w:r>
        <w:rPr>
          <w:rFonts w:ascii="仿宋" w:eastAsia="仿宋" w:hAnsi="仿宋"/>
          <w:sz w:val="32"/>
          <w:lang w:eastAsia="zh-CN"/>
        </w:rPr>
        <w:t>起来</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。恩师暴跌之年，收下了我，对我如父如祖。</w:t>
      </w:r>
    </w:p>
    <w:p w14:paraId="64C77067" w14:textId="77777777" w:rsidR="00E87C95" w:rsidRDefault="00000000">
      <w:pPr>
        <w:spacing w:after="0" w:line="579" w:lineRule="exact"/>
        <w:ind w:firstLine="640"/>
        <w:rPr>
          <w:lang w:eastAsia="zh-CN"/>
        </w:rPr>
      </w:pPr>
      <w:r>
        <w:rPr>
          <w:rFonts w:ascii="仿宋" w:eastAsia="仿宋" w:hAnsi="仿宋"/>
          <w:sz w:val="32"/>
          <w:lang w:eastAsia="zh-CN"/>
        </w:rPr>
        <w:lastRenderedPageBreak/>
        <w:t>他一生不求田问，舍不积</w:t>
      </w:r>
      <w:proofErr w:type="gramStart"/>
      <w:r>
        <w:rPr>
          <w:rFonts w:ascii="仿宋" w:eastAsia="仿宋" w:hAnsi="仿宋"/>
          <w:sz w:val="32"/>
          <w:lang w:eastAsia="zh-CN"/>
        </w:rPr>
        <w:t>金攒月</w:t>
      </w:r>
      <w:proofErr w:type="gramEnd"/>
      <w:r>
        <w:rPr>
          <w:rFonts w:ascii="仿宋" w:eastAsia="仿宋" w:hAnsi="仿宋"/>
          <w:sz w:val="32"/>
          <w:lang w:eastAsia="zh-CN"/>
        </w:rPr>
        <w:t>，只好藏说。治学在他的指引下，我得以在书海里肆意遨游。这宇宙中的每一颗星辰都像一部典籍。发着光为世人照着路，这世间的书就像星星一样多。太多了，他们各成体系，如何融为一体？我想了很多方法，可我这脑子越想越乱。天上有那么多星星，却只有一个月亮。</w:t>
      </w:r>
    </w:p>
    <w:p w14:paraId="5230083E" w14:textId="77777777" w:rsidR="00E87C95" w:rsidRDefault="00000000">
      <w:pPr>
        <w:spacing w:after="0" w:line="579" w:lineRule="exact"/>
        <w:ind w:firstLine="640"/>
        <w:rPr>
          <w:lang w:eastAsia="zh-CN"/>
        </w:rPr>
      </w:pPr>
      <w:r>
        <w:rPr>
          <w:rFonts w:ascii="仿宋" w:eastAsia="仿宋" w:hAnsi="仿宋"/>
          <w:sz w:val="32"/>
          <w:lang w:eastAsia="zh-CN"/>
        </w:rPr>
        <w:t>对。月亮，我要修的书要像月亮一样。水浸月不湿。月照水不干。有人湖上坐。夜夜共清寒。天上的月亮。所以汇聚星光。但离我们太远。怎么靠近的？有人湖上坐。夜夜共清寒。是胡子。是胡子。</w:t>
      </w:r>
    </w:p>
    <w:p w14:paraId="17B910C9" w14:textId="77777777" w:rsidR="00E87C95" w:rsidRDefault="00000000">
      <w:pPr>
        <w:spacing w:after="0" w:line="579" w:lineRule="exact"/>
        <w:ind w:firstLine="640"/>
        <w:rPr>
          <w:lang w:eastAsia="zh-CN"/>
        </w:rPr>
      </w:pPr>
      <w:r>
        <w:rPr>
          <w:rFonts w:ascii="仿宋" w:eastAsia="仿宋" w:hAnsi="仿宋"/>
          <w:sz w:val="32"/>
          <w:lang w:eastAsia="zh-CN"/>
        </w:rPr>
        <w:t>通过胡子就可以找到这首诗，通过胡子就可以找到所有带胡子的知识。苏轼曰。欲把西湖比西子。庄子曰，相濡以沫，不若相忘于江湖。《史记》</w:t>
      </w:r>
      <w:proofErr w:type="gramStart"/>
      <w:r>
        <w:rPr>
          <w:rFonts w:ascii="仿宋" w:eastAsia="仿宋" w:hAnsi="仿宋"/>
          <w:sz w:val="32"/>
          <w:lang w:eastAsia="zh-CN"/>
        </w:rPr>
        <w:t>太</w:t>
      </w:r>
      <w:proofErr w:type="gramEnd"/>
      <w:r>
        <w:rPr>
          <w:rFonts w:ascii="仿宋" w:eastAsia="仿宋" w:hAnsi="仿宋"/>
          <w:sz w:val="32"/>
          <w:lang w:eastAsia="zh-CN"/>
        </w:rPr>
        <w:t>史公曰，上姑苏万物。用自己昔</w:t>
      </w:r>
      <w:proofErr w:type="gramStart"/>
      <w:r>
        <w:rPr>
          <w:rFonts w:ascii="仿宋" w:eastAsia="仿宋" w:hAnsi="仿宋"/>
          <w:sz w:val="32"/>
          <w:lang w:eastAsia="zh-CN"/>
        </w:rPr>
        <w:t>世</w:t>
      </w:r>
      <w:proofErr w:type="gramEnd"/>
      <w:r>
        <w:rPr>
          <w:rFonts w:ascii="仿宋" w:eastAsia="仿宋" w:hAnsi="仿宋"/>
          <w:sz w:val="32"/>
          <w:lang w:eastAsia="zh-CN"/>
        </w:rPr>
        <w:t>，以世来明礼。凡说得出，读得出，写得出，以字。</w:t>
      </w:r>
    </w:p>
    <w:p w14:paraId="31C5B5D4" w14:textId="77777777" w:rsidR="00E87C95" w:rsidRDefault="00000000">
      <w:pPr>
        <w:spacing w:after="0" w:line="579" w:lineRule="exact"/>
        <w:ind w:firstLine="640"/>
        <w:rPr>
          <w:lang w:eastAsia="zh-CN"/>
        </w:rPr>
      </w:pPr>
      <w:r>
        <w:rPr>
          <w:rFonts w:ascii="仿宋" w:eastAsia="仿宋" w:hAnsi="仿宋"/>
          <w:sz w:val="32"/>
          <w:lang w:eastAsia="zh-CN"/>
        </w:rPr>
        <w:t>就能汇聚，这是最窄的门，推开便是。最宽的路。用韵以统字，用字以系事。这种门禁方法在后世。叫检索。用途极为广泛简索。检阅典籍求索大道。这次好啊。推开最窄的门，走向最宽的路这句话。最好门是推开了。录取没见着。</w:t>
      </w:r>
    </w:p>
    <w:p w14:paraId="08DD5272" w14:textId="77777777" w:rsidR="00E87C95" w:rsidRDefault="00000000">
      <w:pPr>
        <w:spacing w:after="0" w:line="579" w:lineRule="exact"/>
        <w:ind w:firstLine="640"/>
        <w:rPr>
          <w:lang w:eastAsia="zh-CN"/>
        </w:rPr>
      </w:pPr>
      <w:r>
        <w:rPr>
          <w:rFonts w:ascii="仿宋" w:eastAsia="仿宋" w:hAnsi="仿宋"/>
          <w:sz w:val="32"/>
          <w:lang w:eastAsia="zh-CN"/>
        </w:rPr>
        <w:t>我发现修这么大一部书。以个人之力呀。根本不可能实现。确实，在历史上修这种大型的类书，那都是举国家之名。当我认清这个现实后。内心极其的痛苦。我不知道自己能否</w:t>
      </w:r>
      <w:r>
        <w:rPr>
          <w:rFonts w:ascii="仿宋" w:eastAsia="仿宋" w:hAnsi="仿宋"/>
          <w:sz w:val="32"/>
          <w:lang w:eastAsia="zh-CN"/>
        </w:rPr>
        <w:lastRenderedPageBreak/>
        <w:t>等来修书的机会。随之而来，当时和父亲。相继离我而去。继而。继而。但是弟子</w:t>
      </w:r>
      <w:proofErr w:type="gramStart"/>
      <w:r>
        <w:rPr>
          <w:rFonts w:ascii="仿宋" w:eastAsia="仿宋" w:hAnsi="仿宋"/>
          <w:sz w:val="32"/>
          <w:lang w:eastAsia="zh-CN"/>
        </w:rPr>
        <w:t>读着读着</w:t>
      </w:r>
      <w:proofErr w:type="gramEnd"/>
      <w:r>
        <w:rPr>
          <w:rFonts w:ascii="仿宋" w:eastAsia="仿宋" w:hAnsi="仿宋"/>
          <w:sz w:val="32"/>
          <w:lang w:eastAsia="zh-CN"/>
        </w:rPr>
        <w:t>睡着了。</w:t>
      </w:r>
    </w:p>
    <w:p w14:paraId="2DB09D62" w14:textId="77777777" w:rsidR="00E87C95" w:rsidRDefault="00000000">
      <w:pPr>
        <w:spacing w:after="0" w:line="579" w:lineRule="exact"/>
        <w:ind w:firstLine="640"/>
        <w:rPr>
          <w:lang w:eastAsia="zh-CN"/>
        </w:rPr>
      </w:pPr>
      <w:r>
        <w:rPr>
          <w:rFonts w:ascii="仿宋" w:eastAsia="仿宋" w:hAnsi="仿宋"/>
          <w:sz w:val="32"/>
          <w:lang w:eastAsia="zh-CN"/>
        </w:rPr>
        <w:t>自从你败入我门下快十年了，为了修书，你努力苦读。修天下最大的书是我们共同的心愿。弟子不敢懈怠。可如今我已经40岁了。</w:t>
      </w:r>
      <w:proofErr w:type="gramStart"/>
      <w:r>
        <w:rPr>
          <w:rFonts w:ascii="仿宋" w:eastAsia="仿宋" w:hAnsi="仿宋"/>
          <w:sz w:val="32"/>
          <w:lang w:eastAsia="zh-CN"/>
        </w:rPr>
        <w:t>修最大</w:t>
      </w:r>
      <w:proofErr w:type="gramEnd"/>
      <w:r>
        <w:rPr>
          <w:rFonts w:ascii="仿宋" w:eastAsia="仿宋" w:hAnsi="仿宋"/>
          <w:sz w:val="32"/>
          <w:lang w:eastAsia="zh-CN"/>
        </w:rPr>
        <w:t>的书。要举国家之力。还要一个机会。我准备了半胜。我还有机会吗？如果一直等不到。你会放弃吗？我等的焦虑，我等休书。</w:t>
      </w:r>
    </w:p>
    <w:p w14:paraId="6B927464" w14:textId="77777777" w:rsidR="00E87C95" w:rsidRDefault="00000000">
      <w:pPr>
        <w:spacing w:after="0" w:line="579" w:lineRule="exact"/>
        <w:ind w:firstLine="640"/>
        <w:rPr>
          <w:lang w:eastAsia="zh-CN"/>
        </w:rPr>
      </w:pPr>
      <w:r>
        <w:rPr>
          <w:rFonts w:ascii="仿宋" w:eastAsia="仿宋" w:hAnsi="仿宋"/>
          <w:sz w:val="32"/>
          <w:lang w:eastAsia="zh-CN"/>
        </w:rPr>
        <w:t>等了一辈子啊。我快100岁了，可是还没有等到啊。但是我等到了你，我就没白等。我看不到你修书的那一天了。今后的路你要自己走了。继而。父亲，你也要离开我吗？我愿化作一点星光。一盏烛火。一直。守在你身旁。永远守护着你。</w:t>
      </w:r>
    </w:p>
    <w:p w14:paraId="6C881E94" w14:textId="77777777" w:rsidR="00E87C95" w:rsidRDefault="00000000">
      <w:pPr>
        <w:spacing w:after="0" w:line="579" w:lineRule="exact"/>
        <w:ind w:firstLine="640"/>
        <w:rPr>
          <w:lang w:eastAsia="zh-CN"/>
        </w:rPr>
      </w:pPr>
      <w:r>
        <w:rPr>
          <w:rFonts w:ascii="仿宋" w:eastAsia="仿宋" w:hAnsi="仿宋"/>
          <w:sz w:val="32"/>
          <w:lang w:eastAsia="zh-CN"/>
        </w:rPr>
        <w:t>父亲。恩师，我是不是再也见不到你了？继而。为复西王爷。今后不要再苦了自己。要走了。送给你一首诗。陆游的携手</w:t>
      </w:r>
      <w:proofErr w:type="gramStart"/>
      <w:r>
        <w:rPr>
          <w:rFonts w:ascii="仿宋" w:eastAsia="仿宋" w:hAnsi="仿宋"/>
          <w:sz w:val="32"/>
          <w:lang w:eastAsia="zh-CN"/>
        </w:rPr>
        <w:t>一剑至湖上</w:t>
      </w:r>
      <w:proofErr w:type="gramEnd"/>
      <w:r>
        <w:rPr>
          <w:rFonts w:ascii="仿宋" w:eastAsia="仿宋" w:hAnsi="仿宋"/>
          <w:sz w:val="32"/>
          <w:lang w:eastAsia="zh-CN"/>
        </w:rPr>
        <w:t>细作。买地孤村结草庐，萧然身世落</w:t>
      </w:r>
      <w:proofErr w:type="gramStart"/>
      <w:r>
        <w:rPr>
          <w:rFonts w:ascii="仿宋" w:eastAsia="仿宋" w:hAnsi="仿宋"/>
          <w:sz w:val="32"/>
          <w:lang w:eastAsia="zh-CN"/>
        </w:rPr>
        <w:t>樵</w:t>
      </w:r>
      <w:proofErr w:type="gramEnd"/>
      <w:r>
        <w:rPr>
          <w:rFonts w:ascii="仿宋" w:eastAsia="仿宋" w:hAnsi="仿宋"/>
          <w:sz w:val="32"/>
          <w:lang w:eastAsia="zh-CN"/>
        </w:rPr>
        <w:t>渔。一编在手君无怪，</w:t>
      </w:r>
      <w:proofErr w:type="gramStart"/>
      <w:r>
        <w:rPr>
          <w:rFonts w:ascii="仿宋" w:eastAsia="仿宋" w:hAnsi="仿宋"/>
          <w:sz w:val="32"/>
          <w:lang w:eastAsia="zh-CN"/>
        </w:rPr>
        <w:t>曾典蓬</w:t>
      </w:r>
      <w:proofErr w:type="gramEnd"/>
      <w:r>
        <w:rPr>
          <w:rFonts w:ascii="仿宋" w:eastAsia="仿宋" w:hAnsi="仿宋"/>
          <w:sz w:val="32"/>
          <w:lang w:eastAsia="zh-CN"/>
        </w:rPr>
        <w:t>山四库书。一边</w:t>
      </w:r>
      <w:proofErr w:type="gramStart"/>
      <w:r>
        <w:rPr>
          <w:rFonts w:ascii="仿宋" w:eastAsia="仿宋" w:hAnsi="仿宋"/>
          <w:sz w:val="32"/>
          <w:lang w:eastAsia="zh-CN"/>
        </w:rPr>
        <w:t>在守居无怪</w:t>
      </w:r>
      <w:proofErr w:type="gramEnd"/>
      <w:r>
        <w:rPr>
          <w:rFonts w:ascii="仿宋" w:eastAsia="仿宋" w:hAnsi="仿宋"/>
          <w:sz w:val="32"/>
          <w:lang w:eastAsia="zh-CN"/>
        </w:rPr>
        <w:t>。</w:t>
      </w:r>
    </w:p>
    <w:p w14:paraId="3D0A1684" w14:textId="77777777" w:rsidR="00E87C95" w:rsidRDefault="00000000">
      <w:pPr>
        <w:spacing w:after="0" w:line="579" w:lineRule="exact"/>
        <w:ind w:firstLine="640"/>
        <w:rPr>
          <w:lang w:eastAsia="zh-CN"/>
        </w:rPr>
      </w:pPr>
      <w:r>
        <w:rPr>
          <w:rFonts w:ascii="仿宋" w:eastAsia="仿宋" w:hAnsi="仿宋"/>
          <w:sz w:val="32"/>
          <w:lang w:eastAsia="zh-CN"/>
        </w:rPr>
        <w:t>横店黄山。四库书。一边在手，均无怪物。</w:t>
      </w:r>
      <w:proofErr w:type="gramStart"/>
      <w:r>
        <w:rPr>
          <w:rFonts w:ascii="仿宋" w:eastAsia="仿宋" w:hAnsi="仿宋"/>
          <w:sz w:val="32"/>
          <w:lang w:eastAsia="zh-CN"/>
        </w:rPr>
        <w:t>啃点蓬山</w:t>
      </w:r>
      <w:proofErr w:type="gramEnd"/>
      <w:r>
        <w:rPr>
          <w:rFonts w:ascii="仿宋" w:eastAsia="仿宋" w:hAnsi="仿宋"/>
          <w:sz w:val="32"/>
          <w:lang w:eastAsia="zh-CN"/>
        </w:rPr>
        <w:t>四窟。恩师出去。我。一编在手君无怪，</w:t>
      </w:r>
      <w:proofErr w:type="gramStart"/>
      <w:r>
        <w:rPr>
          <w:rFonts w:ascii="仿宋" w:eastAsia="仿宋" w:hAnsi="仿宋"/>
          <w:sz w:val="32"/>
          <w:lang w:eastAsia="zh-CN"/>
        </w:rPr>
        <w:t>曾典蓬</w:t>
      </w:r>
      <w:proofErr w:type="gramEnd"/>
      <w:r>
        <w:rPr>
          <w:rFonts w:ascii="仿宋" w:eastAsia="仿宋" w:hAnsi="仿宋"/>
          <w:sz w:val="32"/>
          <w:lang w:eastAsia="zh-CN"/>
        </w:rPr>
        <w:t>山四库书。陈迹终于悟到了大道，找到了通往知识的门径。我个人</w:t>
      </w:r>
      <w:proofErr w:type="gramStart"/>
      <w:r>
        <w:rPr>
          <w:rFonts w:ascii="仿宋" w:eastAsia="仿宋" w:hAnsi="仿宋"/>
          <w:sz w:val="32"/>
          <w:lang w:eastAsia="zh-CN"/>
        </w:rPr>
        <w:t>哈特别</w:t>
      </w:r>
      <w:proofErr w:type="gramEnd"/>
      <w:r>
        <w:rPr>
          <w:rFonts w:ascii="仿宋" w:eastAsia="仿宋" w:hAnsi="仿宋"/>
          <w:sz w:val="32"/>
          <w:lang w:eastAsia="zh-CN"/>
        </w:rPr>
        <w:t>喜欢陈济领悟门径的这段戏，我特别喜欢</w:t>
      </w:r>
      <w:proofErr w:type="gramStart"/>
      <w:r>
        <w:rPr>
          <w:rFonts w:ascii="仿宋" w:eastAsia="仿宋" w:hAnsi="仿宋"/>
          <w:sz w:val="32"/>
          <w:lang w:eastAsia="zh-CN"/>
        </w:rPr>
        <w:t>他用湖</w:t>
      </w:r>
      <w:proofErr w:type="gramEnd"/>
      <w:r>
        <w:rPr>
          <w:rFonts w:ascii="仿宋" w:eastAsia="仿宋" w:hAnsi="仿宋"/>
          <w:sz w:val="32"/>
          <w:lang w:eastAsia="zh-CN"/>
        </w:rPr>
        <w:t>这样的一个事物来体现。湖光秋月两相和，呀，</w:t>
      </w:r>
    </w:p>
    <w:p w14:paraId="470E9E71" w14:textId="77777777" w:rsidR="00E87C95" w:rsidRDefault="00000000">
      <w:pPr>
        <w:spacing w:after="0" w:line="579" w:lineRule="exact"/>
        <w:ind w:firstLine="640"/>
        <w:rPr>
          <w:lang w:eastAsia="zh-CN"/>
        </w:rPr>
      </w:pPr>
      <w:r>
        <w:rPr>
          <w:rFonts w:ascii="仿宋" w:eastAsia="仿宋" w:hAnsi="仿宋"/>
          <w:sz w:val="32"/>
          <w:lang w:eastAsia="zh-CN"/>
        </w:rPr>
        <w:lastRenderedPageBreak/>
        <w:t>月</w:t>
      </w:r>
      <w:proofErr w:type="gramStart"/>
      <w:r>
        <w:rPr>
          <w:rFonts w:ascii="仿宋" w:eastAsia="仿宋" w:hAnsi="仿宋"/>
          <w:sz w:val="32"/>
          <w:lang w:eastAsia="zh-CN"/>
        </w:rPr>
        <w:t>映万川又是</w:t>
      </w:r>
      <w:proofErr w:type="gramEnd"/>
      <w:r>
        <w:rPr>
          <w:rFonts w:ascii="仿宋" w:eastAsia="仿宋" w:hAnsi="仿宋"/>
          <w:sz w:val="32"/>
          <w:lang w:eastAsia="zh-CN"/>
        </w:rPr>
        <w:t>我们中国人实实在在的内心世界，哎呀，我觉得这是怎么想出来的？特别精彩。要和大家透露一个幕后的细节，我们的节目编剧团队啊，特别希望在《永乐大典》中找到一个字，能够体现她这种独特。特的编撰方式，当时呢，张馆长就推荐了这个胡子，所以也特别感谢张馆长。今天张馆长也带来了</w:t>
      </w:r>
      <w:proofErr w:type="gramStart"/>
      <w:r>
        <w:rPr>
          <w:rFonts w:ascii="仿宋" w:eastAsia="仿宋" w:hAnsi="仿宋"/>
          <w:sz w:val="32"/>
          <w:lang w:eastAsia="zh-CN"/>
        </w:rPr>
        <w:t>湖字册</w:t>
      </w:r>
      <w:proofErr w:type="gramEnd"/>
      <w:r>
        <w:rPr>
          <w:rFonts w:ascii="仿宋" w:eastAsia="仿宋" w:hAnsi="仿宋"/>
          <w:sz w:val="32"/>
          <w:lang w:eastAsia="zh-CN"/>
        </w:rPr>
        <w:t>是的。这个呢，就是在《永乐大典》。</w:t>
      </w:r>
    </w:p>
    <w:p w14:paraId="16E142C0" w14:textId="77777777" w:rsidR="00E87C95" w:rsidRDefault="00000000">
      <w:pPr>
        <w:spacing w:after="0" w:line="579" w:lineRule="exact"/>
        <w:ind w:firstLine="640"/>
        <w:rPr>
          <w:lang w:eastAsia="zh-CN"/>
        </w:rPr>
      </w:pPr>
      <w:r>
        <w:rPr>
          <w:rFonts w:ascii="仿宋" w:eastAsia="仿宋" w:hAnsi="仿宋"/>
          <w:sz w:val="32"/>
          <w:lang w:eastAsia="zh-CN"/>
        </w:rPr>
        <w:t>卷二二七三啊，</w:t>
      </w:r>
      <w:proofErr w:type="gramStart"/>
      <w:r>
        <w:rPr>
          <w:rFonts w:ascii="仿宋" w:eastAsia="仿宋" w:hAnsi="仿宋"/>
          <w:sz w:val="32"/>
          <w:lang w:eastAsia="zh-CN"/>
        </w:rPr>
        <w:t>模字韵</w:t>
      </w:r>
      <w:proofErr w:type="gramEnd"/>
      <w:r>
        <w:rPr>
          <w:rFonts w:ascii="仿宋" w:eastAsia="仿宋" w:hAnsi="仿宋"/>
          <w:sz w:val="32"/>
          <w:lang w:eastAsia="zh-CN"/>
        </w:rPr>
        <w:t>里边的胡子诗。陆游的诗</w:t>
      </w:r>
      <w:proofErr w:type="gramStart"/>
      <w:r>
        <w:rPr>
          <w:rFonts w:ascii="仿宋" w:eastAsia="仿宋" w:hAnsi="仿宋"/>
          <w:sz w:val="32"/>
          <w:lang w:eastAsia="zh-CN"/>
        </w:rPr>
        <w:t>叫鞋书一卷</w:t>
      </w:r>
      <w:proofErr w:type="gramEnd"/>
      <w:r>
        <w:rPr>
          <w:rFonts w:ascii="仿宋" w:eastAsia="仿宋" w:hAnsi="仿宋"/>
          <w:sz w:val="32"/>
          <w:lang w:eastAsia="zh-CN"/>
        </w:rPr>
        <w:t>至</w:t>
      </w:r>
      <w:proofErr w:type="gramStart"/>
      <w:r>
        <w:rPr>
          <w:rFonts w:ascii="仿宋" w:eastAsia="仿宋" w:hAnsi="仿宋"/>
          <w:sz w:val="32"/>
          <w:lang w:eastAsia="zh-CN"/>
        </w:rPr>
        <w:t>湖上细坐买地</w:t>
      </w:r>
      <w:proofErr w:type="gramEnd"/>
      <w:r>
        <w:rPr>
          <w:rFonts w:ascii="仿宋" w:eastAsia="仿宋" w:hAnsi="仿宋"/>
          <w:sz w:val="32"/>
          <w:lang w:eastAsia="zh-CN"/>
        </w:rPr>
        <w:t>孤村结草庐。就是过这个隐居生活呀，萧然身世落</w:t>
      </w:r>
      <w:proofErr w:type="gramStart"/>
      <w:r>
        <w:rPr>
          <w:rFonts w:ascii="仿宋" w:eastAsia="仿宋" w:hAnsi="仿宋"/>
          <w:sz w:val="32"/>
          <w:lang w:eastAsia="zh-CN"/>
        </w:rPr>
        <w:t>樵</w:t>
      </w:r>
      <w:proofErr w:type="gramEnd"/>
      <w:r>
        <w:rPr>
          <w:rFonts w:ascii="仿宋" w:eastAsia="仿宋" w:hAnsi="仿宋"/>
          <w:sz w:val="32"/>
          <w:lang w:eastAsia="zh-CN"/>
        </w:rPr>
        <w:t>渔就是说呢，他要。做樵夫，做渔夫，这样子来度过余生。一边在手，君无怪，</w:t>
      </w:r>
      <w:proofErr w:type="gramStart"/>
      <w:r>
        <w:rPr>
          <w:rFonts w:ascii="仿宋" w:eastAsia="仿宋" w:hAnsi="仿宋"/>
          <w:sz w:val="32"/>
          <w:lang w:eastAsia="zh-CN"/>
        </w:rPr>
        <w:t>曾点蓬</w:t>
      </w:r>
      <w:proofErr w:type="gramEnd"/>
      <w:r>
        <w:rPr>
          <w:rFonts w:ascii="仿宋" w:eastAsia="仿宋" w:hAnsi="仿宋"/>
          <w:sz w:val="32"/>
          <w:lang w:eastAsia="zh-CN"/>
        </w:rPr>
        <w:t>山。</w:t>
      </w:r>
      <w:proofErr w:type="gramStart"/>
      <w:r>
        <w:rPr>
          <w:rFonts w:ascii="仿宋" w:eastAsia="仿宋" w:hAnsi="仿宋"/>
          <w:sz w:val="32"/>
          <w:lang w:eastAsia="zh-CN"/>
        </w:rPr>
        <w:t>四库书</w:t>
      </w:r>
      <w:proofErr w:type="gramEnd"/>
      <w:r>
        <w:rPr>
          <w:rFonts w:ascii="仿宋" w:eastAsia="仿宋" w:hAnsi="仿宋"/>
          <w:sz w:val="32"/>
          <w:lang w:eastAsia="zh-CN"/>
        </w:rPr>
        <w:t>就是说在于桥的生活中啊，他还拿着一编书，那大家就说你这人怎么这么怪呀？</w:t>
      </w:r>
    </w:p>
    <w:p w14:paraId="5ACA703A" w14:textId="77777777" w:rsidR="00E87C95" w:rsidRDefault="00000000">
      <w:pPr>
        <w:spacing w:after="0" w:line="579" w:lineRule="exact"/>
        <w:ind w:firstLine="640"/>
        <w:rPr>
          <w:lang w:eastAsia="zh-CN"/>
        </w:rPr>
      </w:pPr>
      <w:r>
        <w:rPr>
          <w:rFonts w:ascii="仿宋" w:eastAsia="仿宋" w:hAnsi="仿宋"/>
          <w:sz w:val="32"/>
          <w:lang w:eastAsia="zh-CN"/>
        </w:rPr>
        <w:t>所以他说呢，</w:t>
      </w:r>
      <w:proofErr w:type="gramStart"/>
      <w:r>
        <w:rPr>
          <w:rFonts w:ascii="仿宋" w:eastAsia="仿宋" w:hAnsi="仿宋"/>
          <w:sz w:val="32"/>
          <w:lang w:eastAsia="zh-CN"/>
        </w:rPr>
        <w:t>请点蓬山</w:t>
      </w:r>
      <w:proofErr w:type="gramEnd"/>
      <w:r>
        <w:rPr>
          <w:rFonts w:ascii="仿宋" w:eastAsia="仿宋" w:hAnsi="仿宋"/>
          <w:sz w:val="32"/>
          <w:lang w:eastAsia="zh-CN"/>
        </w:rPr>
        <w:t>四库书。他说我曾经是</w:t>
      </w:r>
      <w:proofErr w:type="gramStart"/>
      <w:r>
        <w:rPr>
          <w:rFonts w:ascii="仿宋" w:eastAsia="仿宋" w:hAnsi="仿宋"/>
          <w:sz w:val="32"/>
          <w:lang w:eastAsia="zh-CN"/>
        </w:rPr>
        <w:t>管理过蓬山</w:t>
      </w:r>
      <w:proofErr w:type="gramEnd"/>
      <w:r>
        <w:rPr>
          <w:rFonts w:ascii="仿宋" w:eastAsia="仿宋" w:hAnsi="仿宋"/>
          <w:sz w:val="32"/>
          <w:lang w:eastAsia="zh-CN"/>
        </w:rPr>
        <w:t>的大量的书籍。什么是蓬山？就是古代专门负责管理书籍的机构，非常像现在的国家图书馆。这样说来，陆游也是您的近千年前的同行啊！是的。我们把屎借过来。表示什么呢？只要有一个门禁在我的手里边，就能够管理蓬山的。万千卷的书。一编在手君无怪，</w:t>
      </w:r>
    </w:p>
    <w:p w14:paraId="23404EEB" w14:textId="77777777" w:rsidR="00E87C95" w:rsidRDefault="00000000">
      <w:pPr>
        <w:spacing w:after="0" w:line="579" w:lineRule="exact"/>
        <w:ind w:firstLine="640"/>
        <w:rPr>
          <w:lang w:eastAsia="zh-CN"/>
        </w:rPr>
      </w:pPr>
      <w:proofErr w:type="gramStart"/>
      <w:r>
        <w:rPr>
          <w:rFonts w:ascii="仿宋" w:eastAsia="仿宋" w:hAnsi="仿宋"/>
          <w:sz w:val="32"/>
          <w:lang w:eastAsia="zh-CN"/>
        </w:rPr>
        <w:t>曾典蓬</w:t>
      </w:r>
      <w:proofErr w:type="gramEnd"/>
      <w:r>
        <w:rPr>
          <w:rFonts w:ascii="仿宋" w:eastAsia="仿宋" w:hAnsi="仿宋"/>
          <w:sz w:val="32"/>
          <w:lang w:eastAsia="zh-CN"/>
        </w:rPr>
        <w:t>山四库书。这其实也是陈济这一生的真实写照啊。而</w:t>
      </w:r>
      <w:proofErr w:type="gramStart"/>
      <w:r>
        <w:rPr>
          <w:rFonts w:ascii="仿宋" w:eastAsia="仿宋" w:hAnsi="仿宋"/>
          <w:sz w:val="32"/>
          <w:lang w:eastAsia="zh-CN"/>
        </w:rPr>
        <w:t>这一月</w:t>
      </w:r>
      <w:proofErr w:type="gramEnd"/>
      <w:r>
        <w:rPr>
          <w:rFonts w:ascii="仿宋" w:eastAsia="仿宋" w:hAnsi="仿宋"/>
          <w:sz w:val="32"/>
          <w:lang w:eastAsia="zh-CN"/>
        </w:rPr>
        <w:t>一壶，则是来自600年之后后人的致敬，他穿越着时空。照进了我们每一个人的心灵。扫描屏幕上方二维码，</w:t>
      </w:r>
      <w:r>
        <w:rPr>
          <w:rFonts w:ascii="仿宋" w:eastAsia="仿宋" w:hAnsi="仿宋"/>
          <w:sz w:val="32"/>
          <w:lang w:eastAsia="zh-CN"/>
        </w:rPr>
        <w:lastRenderedPageBreak/>
        <w:t>下载央视</w:t>
      </w:r>
      <w:proofErr w:type="gramStart"/>
      <w:r>
        <w:rPr>
          <w:rFonts w:ascii="仿宋" w:eastAsia="仿宋" w:hAnsi="仿宋"/>
          <w:sz w:val="32"/>
          <w:lang w:eastAsia="zh-CN"/>
        </w:rPr>
        <w:t>频</w:t>
      </w:r>
      <w:proofErr w:type="gramEnd"/>
      <w:r>
        <w:rPr>
          <w:rFonts w:ascii="仿宋" w:eastAsia="仿宋" w:hAnsi="仿宋"/>
          <w:sz w:val="32"/>
          <w:lang w:eastAsia="zh-CN"/>
        </w:rPr>
        <w:t>APP，观看《典籍里的中国》完整视频，专享幕后精彩内容。刚才的戏剧当中，陈迹已经悟出了大道，找到了通往知识的门径。那么，这部洪天巨制的《永乐大典》究竟是</w:t>
      </w:r>
      <w:proofErr w:type="gramStart"/>
      <w:r>
        <w:rPr>
          <w:rFonts w:ascii="仿宋" w:eastAsia="仿宋" w:hAnsi="仿宋"/>
          <w:sz w:val="32"/>
          <w:lang w:eastAsia="zh-CN"/>
        </w:rPr>
        <w:t>如何修转的</w:t>
      </w:r>
      <w:proofErr w:type="gramEnd"/>
      <w:r>
        <w:rPr>
          <w:rFonts w:ascii="仿宋" w:eastAsia="仿宋" w:hAnsi="仿宋"/>
          <w:sz w:val="32"/>
          <w:lang w:eastAsia="zh-CN"/>
        </w:rPr>
        <w:t>？</w:t>
      </w:r>
    </w:p>
    <w:p w14:paraId="75204BC9" w14:textId="77777777" w:rsidR="00E87C95" w:rsidRDefault="00000000">
      <w:pPr>
        <w:spacing w:after="0" w:line="579" w:lineRule="exact"/>
        <w:ind w:firstLine="640"/>
        <w:rPr>
          <w:lang w:eastAsia="zh-CN"/>
        </w:rPr>
      </w:pPr>
      <w:r>
        <w:rPr>
          <w:rFonts w:ascii="仿宋" w:eastAsia="仿宋" w:hAnsi="仿宋"/>
          <w:sz w:val="32"/>
          <w:lang w:eastAsia="zh-CN"/>
        </w:rPr>
        <w:t>我们继续往下看。奉皇帝之命，由太子少保姚广孝，刑部侍郎刘季</w:t>
      </w:r>
      <w:proofErr w:type="gramStart"/>
      <w:r>
        <w:rPr>
          <w:rFonts w:ascii="仿宋" w:eastAsia="仿宋" w:hAnsi="仿宋"/>
          <w:sz w:val="32"/>
          <w:lang w:eastAsia="zh-CN"/>
        </w:rPr>
        <w:t>篪</w:t>
      </w:r>
      <w:proofErr w:type="gramEnd"/>
      <w:r>
        <w:rPr>
          <w:rFonts w:ascii="仿宋" w:eastAsia="仿宋" w:hAnsi="仿宋"/>
          <w:sz w:val="32"/>
          <w:lang w:eastAsia="zh-CN"/>
        </w:rPr>
        <w:t>。翰林学士兼</w:t>
      </w:r>
      <w:proofErr w:type="gramStart"/>
      <w:r>
        <w:rPr>
          <w:rFonts w:ascii="仿宋" w:eastAsia="仿宋" w:hAnsi="仿宋"/>
          <w:sz w:val="32"/>
          <w:lang w:eastAsia="zh-CN"/>
        </w:rPr>
        <w:t>右春坊</w:t>
      </w:r>
      <w:proofErr w:type="gramEnd"/>
      <w:r>
        <w:rPr>
          <w:rFonts w:ascii="仿宋" w:eastAsia="仿宋" w:hAnsi="仿宋"/>
          <w:sz w:val="32"/>
          <w:lang w:eastAsia="zh-CN"/>
        </w:rPr>
        <w:t>大学士解缙担任监修。钦赐布衣陈，</w:t>
      </w:r>
      <w:proofErr w:type="gramStart"/>
      <w:r>
        <w:rPr>
          <w:rFonts w:ascii="仿宋" w:eastAsia="仿宋" w:hAnsi="仿宋"/>
          <w:sz w:val="32"/>
          <w:lang w:eastAsia="zh-CN"/>
        </w:rPr>
        <w:t>记担任都</w:t>
      </w:r>
      <w:proofErr w:type="gramEnd"/>
      <w:r>
        <w:rPr>
          <w:rFonts w:ascii="仿宋" w:eastAsia="仿宋" w:hAnsi="仿宋"/>
          <w:sz w:val="32"/>
          <w:lang w:eastAsia="zh-CN"/>
        </w:rPr>
        <w:t>总裁，统领总裁，副总裁及所辖。转修。编写誊录圈，点声校正官等总计2000余人</w:t>
      </w:r>
      <w:proofErr w:type="gramStart"/>
      <w:r>
        <w:rPr>
          <w:rFonts w:ascii="仿宋" w:eastAsia="仿宋" w:hAnsi="仿宋"/>
          <w:sz w:val="32"/>
          <w:lang w:eastAsia="zh-CN"/>
        </w:rPr>
        <w:t>入住文</w:t>
      </w:r>
      <w:proofErr w:type="gramEnd"/>
      <w:r>
        <w:rPr>
          <w:rFonts w:ascii="仿宋" w:eastAsia="仿宋" w:hAnsi="仿宋"/>
          <w:sz w:val="32"/>
          <w:lang w:eastAsia="zh-CN"/>
        </w:rPr>
        <w:t>渊阁。休书。请都总裁示孝。今与三位监修大人商讨。</w:t>
      </w:r>
    </w:p>
    <w:p w14:paraId="7308439F" w14:textId="77777777" w:rsidR="00E87C95" w:rsidRDefault="00000000">
      <w:pPr>
        <w:spacing w:after="0" w:line="579" w:lineRule="exact"/>
        <w:ind w:firstLine="640"/>
        <w:rPr>
          <w:lang w:eastAsia="zh-CN"/>
        </w:rPr>
      </w:pPr>
      <w:r>
        <w:rPr>
          <w:rFonts w:ascii="仿宋" w:eastAsia="仿宋" w:hAnsi="仿宋"/>
          <w:sz w:val="32"/>
          <w:lang w:eastAsia="zh-CN"/>
        </w:rPr>
        <w:t>并呈报陛下圣才，我朝类书，以《洪武正韵》为纲目。今朝廷征集天下文艺之英。集于京师，</w:t>
      </w:r>
      <w:proofErr w:type="gramStart"/>
      <w:r>
        <w:rPr>
          <w:rFonts w:ascii="仿宋" w:eastAsia="仿宋" w:hAnsi="仿宋"/>
          <w:sz w:val="32"/>
          <w:lang w:eastAsia="zh-CN"/>
        </w:rPr>
        <w:t>弟乃一介</w:t>
      </w:r>
      <w:proofErr w:type="gramEnd"/>
      <w:r>
        <w:rPr>
          <w:rFonts w:ascii="仿宋" w:eastAsia="仿宋" w:hAnsi="仿宋"/>
          <w:sz w:val="32"/>
          <w:lang w:eastAsia="zh-CN"/>
        </w:rPr>
        <w:t>不衣，愿与诸位同心勉励，不识此书。书包括乾坤贯通，</w:t>
      </w:r>
      <w:proofErr w:type="gramStart"/>
      <w:r>
        <w:rPr>
          <w:rFonts w:ascii="仿宋" w:eastAsia="仿宋" w:hAnsi="仿宋"/>
          <w:sz w:val="32"/>
          <w:lang w:eastAsia="zh-CN"/>
        </w:rPr>
        <w:t>经骨本末经</w:t>
      </w:r>
      <w:proofErr w:type="gramEnd"/>
      <w:r>
        <w:rPr>
          <w:rFonts w:ascii="仿宋" w:eastAsia="仿宋" w:hAnsi="仿宋"/>
          <w:sz w:val="32"/>
          <w:lang w:eastAsia="zh-CN"/>
        </w:rPr>
        <w:t>初。</w:t>
      </w:r>
      <w:proofErr w:type="gramStart"/>
      <w:r>
        <w:rPr>
          <w:rFonts w:ascii="仿宋" w:eastAsia="仿宋" w:hAnsi="仿宋"/>
          <w:sz w:val="32"/>
          <w:lang w:eastAsia="zh-CN"/>
        </w:rPr>
        <w:t>灿然贝列</w:t>
      </w:r>
      <w:proofErr w:type="gramEnd"/>
      <w:r>
        <w:rPr>
          <w:rFonts w:ascii="仿宋" w:eastAsia="仿宋" w:hAnsi="仿宋"/>
          <w:sz w:val="32"/>
          <w:lang w:eastAsia="zh-CN"/>
        </w:rPr>
        <w:t>。腹肌边缘也好。因字以求是。开卷而古今之事一览可见。诸君明鉴你考试。</w:t>
      </w:r>
    </w:p>
    <w:p w14:paraId="1F17104B" w14:textId="77777777" w:rsidR="00E87C95" w:rsidRDefault="00000000">
      <w:pPr>
        <w:spacing w:after="0" w:line="579" w:lineRule="exact"/>
        <w:ind w:firstLine="640"/>
        <w:rPr>
          <w:lang w:eastAsia="zh-CN"/>
        </w:rPr>
      </w:pPr>
      <w:r>
        <w:rPr>
          <w:rFonts w:ascii="仿宋" w:eastAsia="仿宋" w:hAnsi="仿宋"/>
          <w:sz w:val="32"/>
          <w:lang w:eastAsia="zh-CN"/>
        </w:rPr>
        <w:t>英字与雄势。开卷而古今之事，</w:t>
      </w:r>
      <w:proofErr w:type="gramStart"/>
      <w:r>
        <w:rPr>
          <w:rFonts w:ascii="仿宋" w:eastAsia="仿宋" w:hAnsi="仿宋"/>
          <w:sz w:val="32"/>
          <w:lang w:eastAsia="zh-CN"/>
        </w:rPr>
        <w:t>一</w:t>
      </w:r>
      <w:proofErr w:type="gramEnd"/>
      <w:r>
        <w:rPr>
          <w:rFonts w:ascii="仿宋" w:eastAsia="仿宋" w:hAnsi="仿宋"/>
          <w:sz w:val="32"/>
          <w:lang w:eastAsia="zh-CN"/>
        </w:rPr>
        <w:t>难得</w:t>
      </w:r>
      <w:proofErr w:type="gramStart"/>
      <w:r>
        <w:rPr>
          <w:rFonts w:ascii="仿宋" w:eastAsia="仿宋" w:hAnsi="仿宋"/>
          <w:sz w:val="32"/>
          <w:lang w:eastAsia="zh-CN"/>
        </w:rPr>
        <w:t>见著己一日</w:t>
      </w:r>
      <w:proofErr w:type="gramEnd"/>
      <w:r>
        <w:rPr>
          <w:rFonts w:ascii="仿宋" w:eastAsia="仿宋" w:hAnsi="仿宋"/>
          <w:sz w:val="32"/>
          <w:lang w:eastAsia="zh-CN"/>
        </w:rPr>
        <w:t>一国。好字因字已重是。开卷而古今之士。一览可见。而古今之事，必然得见。史书记载。用乐大典修短期间，凡</w:t>
      </w:r>
      <w:proofErr w:type="gramStart"/>
      <w:r>
        <w:rPr>
          <w:rFonts w:ascii="仿宋" w:eastAsia="仿宋" w:hAnsi="仿宋"/>
          <w:sz w:val="32"/>
          <w:lang w:eastAsia="zh-CN"/>
        </w:rPr>
        <w:t>有资问先生</w:t>
      </w:r>
      <w:proofErr w:type="gramEnd"/>
      <w:r>
        <w:rPr>
          <w:rFonts w:ascii="仿宋" w:eastAsia="仿宋" w:hAnsi="仿宋"/>
          <w:sz w:val="32"/>
          <w:lang w:eastAsia="zh-CN"/>
        </w:rPr>
        <w:t>，</w:t>
      </w:r>
      <w:proofErr w:type="gramStart"/>
      <w:r>
        <w:rPr>
          <w:rFonts w:ascii="仿宋" w:eastAsia="仿宋" w:hAnsi="仿宋"/>
          <w:sz w:val="32"/>
          <w:lang w:eastAsia="zh-CN"/>
        </w:rPr>
        <w:t>缘聚金祥</w:t>
      </w:r>
      <w:proofErr w:type="gramEnd"/>
      <w:r>
        <w:rPr>
          <w:rFonts w:ascii="仿宋" w:eastAsia="仿宋" w:hAnsi="仿宋"/>
          <w:sz w:val="32"/>
          <w:lang w:eastAsia="zh-CN"/>
        </w:rPr>
        <w:t>，</w:t>
      </w:r>
      <w:proofErr w:type="gramStart"/>
      <w:r>
        <w:rPr>
          <w:rFonts w:ascii="仿宋" w:eastAsia="仿宋" w:hAnsi="仿宋"/>
          <w:sz w:val="32"/>
          <w:lang w:eastAsia="zh-CN"/>
        </w:rPr>
        <w:t>动究始末</w:t>
      </w:r>
      <w:proofErr w:type="gramEnd"/>
      <w:r>
        <w:rPr>
          <w:rFonts w:ascii="仿宋" w:eastAsia="仿宋" w:hAnsi="仿宋"/>
          <w:sz w:val="32"/>
          <w:lang w:eastAsia="zh-CN"/>
        </w:rPr>
        <w:t>，博而有药，所有人都心悦诚服的称您为。</w:t>
      </w:r>
    </w:p>
    <w:p w14:paraId="52D8C584" w14:textId="77777777" w:rsidR="00E87C95" w:rsidRDefault="00000000">
      <w:pPr>
        <w:spacing w:after="0" w:line="579" w:lineRule="exact"/>
        <w:ind w:firstLine="640"/>
        <w:rPr>
          <w:lang w:eastAsia="zh-CN"/>
        </w:rPr>
      </w:pPr>
      <w:r>
        <w:rPr>
          <w:rFonts w:ascii="仿宋" w:eastAsia="仿宋" w:hAnsi="仿宋"/>
          <w:sz w:val="32"/>
          <w:lang w:eastAsia="zh-CN"/>
        </w:rPr>
        <w:t>两脚书橱</w:t>
      </w:r>
      <w:proofErr w:type="gramStart"/>
      <w:r>
        <w:rPr>
          <w:rFonts w:ascii="仿宋" w:eastAsia="仿宋" w:hAnsi="仿宋"/>
          <w:sz w:val="32"/>
          <w:lang w:eastAsia="zh-CN"/>
        </w:rPr>
        <w:t>参与修转《永乐大典》</w:t>
      </w:r>
      <w:proofErr w:type="gramEnd"/>
      <w:r>
        <w:rPr>
          <w:rFonts w:ascii="仿宋" w:eastAsia="仿宋" w:hAnsi="仿宋"/>
          <w:sz w:val="32"/>
          <w:lang w:eastAsia="zh-CN"/>
        </w:rPr>
        <w:t>。是我一生的愿望，朱总裁。都总裁。明日晨时要呈报给陛下的第一批样稿已誊录完毕，正在进行最后勘验。曾总裁。时间还来得及吗？今夜</w:t>
      </w:r>
      <w:r>
        <w:rPr>
          <w:rFonts w:ascii="仿宋" w:eastAsia="仿宋" w:hAnsi="仿宋"/>
          <w:sz w:val="32"/>
          <w:lang w:eastAsia="zh-CN"/>
        </w:rPr>
        <w:lastRenderedPageBreak/>
        <w:t>通宵达旦，预计可以准时呈报。此次晨报，陛下会详</w:t>
      </w:r>
      <w:proofErr w:type="gramStart"/>
      <w:r>
        <w:rPr>
          <w:rFonts w:ascii="仿宋" w:eastAsia="仿宋" w:hAnsi="仿宋"/>
          <w:sz w:val="32"/>
          <w:lang w:eastAsia="zh-CN"/>
        </w:rPr>
        <w:t>看钱两运的</w:t>
      </w:r>
      <w:proofErr w:type="gramEnd"/>
      <w:r>
        <w:rPr>
          <w:rFonts w:ascii="仿宋" w:eastAsia="仿宋" w:hAnsi="仿宋"/>
          <w:sz w:val="32"/>
          <w:lang w:eastAsia="zh-CN"/>
        </w:rPr>
        <w:t>样稿。事关后续</w:t>
      </w:r>
      <w:proofErr w:type="gramStart"/>
      <w:r>
        <w:rPr>
          <w:rFonts w:ascii="仿宋" w:eastAsia="仿宋" w:hAnsi="仿宋"/>
          <w:sz w:val="32"/>
          <w:lang w:eastAsia="zh-CN"/>
        </w:rPr>
        <w:t>整体的修转方向</w:t>
      </w:r>
      <w:proofErr w:type="gramEnd"/>
      <w:r>
        <w:rPr>
          <w:rFonts w:ascii="仿宋" w:eastAsia="仿宋" w:hAnsi="仿宋"/>
          <w:sz w:val="32"/>
          <w:lang w:eastAsia="zh-CN"/>
        </w:rPr>
        <w:t>。</w:t>
      </w:r>
      <w:proofErr w:type="gramStart"/>
      <w:r>
        <w:rPr>
          <w:rFonts w:ascii="仿宋" w:eastAsia="仿宋" w:hAnsi="仿宋"/>
          <w:sz w:val="32"/>
          <w:lang w:eastAsia="zh-CN"/>
        </w:rPr>
        <w:t>得确保</w:t>
      </w:r>
      <w:proofErr w:type="gramEnd"/>
      <w:r>
        <w:rPr>
          <w:rFonts w:ascii="仿宋" w:eastAsia="仿宋" w:hAnsi="仿宋"/>
          <w:sz w:val="32"/>
          <w:lang w:eastAsia="zh-CN"/>
        </w:rPr>
        <w:t>精准。是出事了，</w:t>
      </w:r>
    </w:p>
    <w:p w14:paraId="611E429A" w14:textId="77777777" w:rsidR="00E87C95" w:rsidRDefault="00000000">
      <w:pPr>
        <w:spacing w:after="0" w:line="579" w:lineRule="exact"/>
        <w:ind w:firstLine="640"/>
        <w:rPr>
          <w:lang w:eastAsia="zh-CN"/>
        </w:rPr>
      </w:pPr>
      <w:r>
        <w:rPr>
          <w:rFonts w:ascii="仿宋" w:eastAsia="仿宋" w:hAnsi="仿宋"/>
          <w:sz w:val="32"/>
          <w:lang w:eastAsia="zh-CN"/>
        </w:rPr>
        <w:t>出大事了，出大事了。贾柏霖，你哭什么？都总裁，总裁不因烈日开翔，不</w:t>
      </w:r>
      <w:proofErr w:type="gramStart"/>
      <w:r>
        <w:rPr>
          <w:rFonts w:ascii="仿宋" w:eastAsia="仿宋" w:hAnsi="仿宋"/>
          <w:sz w:val="32"/>
          <w:lang w:eastAsia="zh-CN"/>
        </w:rPr>
        <w:t>因空间</w:t>
      </w:r>
      <w:proofErr w:type="gramEnd"/>
      <w:r>
        <w:rPr>
          <w:rFonts w:ascii="仿宋" w:eastAsia="仿宋" w:hAnsi="仿宋"/>
          <w:sz w:val="32"/>
          <w:lang w:eastAsia="zh-CN"/>
        </w:rPr>
        <w:t>无意碰翻岸上火烛，导致</w:t>
      </w:r>
      <w:proofErr w:type="gramStart"/>
      <w:r>
        <w:rPr>
          <w:rFonts w:ascii="仿宋" w:eastAsia="仿宋" w:hAnsi="仿宋"/>
          <w:sz w:val="32"/>
          <w:lang w:eastAsia="zh-CN"/>
        </w:rPr>
        <w:t>师字册其中一册燕告敌告均</w:t>
      </w:r>
      <w:proofErr w:type="gramEnd"/>
      <w:r>
        <w:rPr>
          <w:rFonts w:ascii="仿宋" w:eastAsia="仿宋" w:hAnsi="仿宋"/>
          <w:sz w:val="32"/>
          <w:lang w:eastAsia="zh-CN"/>
        </w:rPr>
        <w:t>被火烛烧毁。什么养狗</w:t>
      </w:r>
      <w:proofErr w:type="gramStart"/>
      <w:r>
        <w:rPr>
          <w:rFonts w:ascii="仿宋" w:eastAsia="仿宋" w:hAnsi="仿宋"/>
          <w:sz w:val="32"/>
          <w:lang w:eastAsia="zh-CN"/>
        </w:rPr>
        <w:t>抵狗均</w:t>
      </w:r>
      <w:proofErr w:type="gramEnd"/>
      <w:r>
        <w:rPr>
          <w:rFonts w:ascii="仿宋" w:eastAsia="仿宋" w:hAnsi="仿宋"/>
          <w:sz w:val="32"/>
          <w:lang w:eastAsia="zh-CN"/>
        </w:rPr>
        <w:t>被烧毁大半？是我害了大家，我该死啊，离辰时还有三个多时辰来不及了，来不及了，这可是杀头的罪呀，我该死。</w:t>
      </w:r>
    </w:p>
    <w:p w14:paraId="60EDEC21" w14:textId="77777777" w:rsidR="00E87C95" w:rsidRDefault="00000000">
      <w:pPr>
        <w:spacing w:after="0" w:line="579" w:lineRule="exact"/>
        <w:ind w:firstLine="640"/>
        <w:rPr>
          <w:lang w:eastAsia="zh-CN"/>
        </w:rPr>
      </w:pPr>
      <w:r>
        <w:rPr>
          <w:rFonts w:ascii="仿宋" w:eastAsia="仿宋" w:hAnsi="仿宋"/>
          <w:sz w:val="32"/>
          <w:lang w:eastAsia="zh-CN"/>
        </w:rPr>
        <w:t>丑时了，顾总裁真来不及了。三个时辰。来得及火速召集今晚值守所有藤木生。立即到同步出庭。后路上，后路上，后路上。集合。诸位。今日晨时，前</w:t>
      </w:r>
      <w:proofErr w:type="gramStart"/>
      <w:r>
        <w:rPr>
          <w:rFonts w:ascii="仿宋" w:eastAsia="仿宋" w:hAnsi="仿宋"/>
          <w:sz w:val="32"/>
          <w:lang w:eastAsia="zh-CN"/>
        </w:rPr>
        <w:t>两运样稿</w:t>
      </w:r>
      <w:proofErr w:type="gramEnd"/>
      <w:r>
        <w:rPr>
          <w:rFonts w:ascii="仿宋" w:eastAsia="仿宋" w:hAnsi="仿宋"/>
          <w:sz w:val="32"/>
          <w:lang w:eastAsia="zh-CN"/>
        </w:rPr>
        <w:t>要呈报预览。是才不慎烧毁一册，现在我来背诸位来记。誊录生要保证所记之字，</w:t>
      </w:r>
    </w:p>
    <w:p w14:paraId="22889431" w14:textId="77777777" w:rsidR="00E87C95" w:rsidRDefault="00000000">
      <w:pPr>
        <w:spacing w:after="0" w:line="579" w:lineRule="exact"/>
        <w:ind w:firstLine="640"/>
        <w:rPr>
          <w:lang w:eastAsia="zh-CN"/>
        </w:rPr>
      </w:pPr>
      <w:r>
        <w:rPr>
          <w:rFonts w:ascii="仿宋" w:eastAsia="仿宋" w:hAnsi="仿宋"/>
          <w:sz w:val="32"/>
          <w:lang w:eastAsia="zh-CN"/>
        </w:rPr>
        <w:t>一字不差遵命。诸位总裁，写好一页辛苦即刻勘察，验证无误。遵命！师，《洪武正韵》，</w:t>
      </w:r>
      <w:proofErr w:type="gramStart"/>
      <w:r>
        <w:rPr>
          <w:rFonts w:ascii="仿宋" w:eastAsia="仿宋" w:hAnsi="仿宋"/>
          <w:sz w:val="32"/>
          <w:lang w:eastAsia="zh-CN"/>
        </w:rPr>
        <w:t>韵身之</w:t>
      </w:r>
      <w:proofErr w:type="gramEnd"/>
      <w:r>
        <w:rPr>
          <w:rFonts w:ascii="仿宋" w:eastAsia="仿宋" w:hAnsi="仿宋"/>
          <w:sz w:val="32"/>
          <w:lang w:eastAsia="zh-CN"/>
        </w:rPr>
        <w:t>切。众也，范也，法也，孝也。又敬观名。挂名又导致</w:t>
      </w:r>
      <w:proofErr w:type="gramStart"/>
      <w:r>
        <w:rPr>
          <w:rFonts w:ascii="仿宋" w:eastAsia="仿宋" w:hAnsi="仿宋"/>
          <w:sz w:val="32"/>
          <w:lang w:eastAsia="zh-CN"/>
        </w:rPr>
        <w:t>教训约</w:t>
      </w:r>
      <w:proofErr w:type="gramEnd"/>
      <w:r>
        <w:rPr>
          <w:rFonts w:ascii="仿宋" w:eastAsia="仿宋" w:hAnsi="仿宋"/>
          <w:sz w:val="32"/>
          <w:lang w:eastAsia="zh-CN"/>
        </w:rPr>
        <w:t>失《公羊传》。</w:t>
      </w:r>
      <w:proofErr w:type="gramStart"/>
      <w:r>
        <w:rPr>
          <w:rFonts w:ascii="仿宋" w:eastAsia="仿宋" w:hAnsi="仿宋"/>
          <w:sz w:val="32"/>
          <w:lang w:eastAsia="zh-CN"/>
        </w:rPr>
        <w:t>今师哲学</w:t>
      </w:r>
      <w:proofErr w:type="gramEnd"/>
      <w:r>
        <w:rPr>
          <w:rFonts w:ascii="仿宋" w:eastAsia="仿宋" w:hAnsi="仿宋"/>
          <w:sz w:val="32"/>
          <w:lang w:eastAsia="zh-CN"/>
        </w:rPr>
        <w:t>。众大爷。</w:t>
      </w:r>
    </w:p>
    <w:p w14:paraId="6CA9EC59" w14:textId="77777777" w:rsidR="00E87C95" w:rsidRDefault="00000000">
      <w:pPr>
        <w:spacing w:after="0" w:line="579" w:lineRule="exact"/>
        <w:ind w:firstLine="640"/>
        <w:rPr>
          <w:lang w:eastAsia="zh-CN"/>
        </w:rPr>
      </w:pPr>
      <w:r>
        <w:rPr>
          <w:rFonts w:ascii="仿宋" w:eastAsia="仿宋" w:hAnsi="仿宋"/>
          <w:sz w:val="32"/>
          <w:lang w:eastAsia="zh-CN"/>
        </w:rPr>
        <w:t>《周礼》。</w:t>
      </w:r>
      <w:proofErr w:type="gramStart"/>
      <w:r>
        <w:rPr>
          <w:rFonts w:ascii="仿宋" w:eastAsia="仿宋" w:hAnsi="仿宋"/>
          <w:sz w:val="32"/>
          <w:lang w:eastAsia="zh-CN"/>
        </w:rPr>
        <w:t>无履为师</w:t>
      </w:r>
      <w:proofErr w:type="gramEnd"/>
      <w:r>
        <w:rPr>
          <w:rFonts w:ascii="仿宋" w:eastAsia="仿宋" w:hAnsi="仿宋"/>
          <w:sz w:val="32"/>
          <w:lang w:eastAsia="zh-CN"/>
        </w:rPr>
        <w:t>8500年。以上就是被烧毁的</w:t>
      </w:r>
      <w:proofErr w:type="gramStart"/>
      <w:r>
        <w:rPr>
          <w:rFonts w:ascii="仿宋" w:eastAsia="仿宋" w:hAnsi="仿宋"/>
          <w:sz w:val="32"/>
          <w:lang w:eastAsia="zh-CN"/>
        </w:rPr>
        <w:t>师字册</w:t>
      </w:r>
      <w:proofErr w:type="gramEnd"/>
      <w:r>
        <w:rPr>
          <w:rFonts w:ascii="仿宋" w:eastAsia="仿宋" w:hAnsi="仿宋"/>
          <w:sz w:val="32"/>
          <w:lang w:eastAsia="zh-CN"/>
        </w:rPr>
        <w:t>。陈豆总裁，您这个两脚书橱真是过目不忘啊。谢谢您的救命之恩。宝石了，快将</w:t>
      </w:r>
      <w:proofErr w:type="gramStart"/>
      <w:r>
        <w:rPr>
          <w:rFonts w:ascii="仿宋" w:eastAsia="仿宋" w:hAnsi="仿宋"/>
          <w:sz w:val="32"/>
          <w:lang w:eastAsia="zh-CN"/>
        </w:rPr>
        <w:t>师字册</w:t>
      </w:r>
      <w:proofErr w:type="gramEnd"/>
      <w:r>
        <w:rPr>
          <w:rFonts w:ascii="仿宋" w:eastAsia="仿宋" w:hAnsi="仿宋"/>
          <w:sz w:val="32"/>
          <w:lang w:eastAsia="zh-CN"/>
        </w:rPr>
        <w:t>装箱对对对，</w:t>
      </w:r>
      <w:proofErr w:type="gramStart"/>
      <w:r>
        <w:rPr>
          <w:rFonts w:ascii="仿宋" w:eastAsia="仿宋" w:hAnsi="仿宋"/>
          <w:sz w:val="32"/>
          <w:lang w:eastAsia="zh-CN"/>
        </w:rPr>
        <w:t>快装箱快装箱</w:t>
      </w:r>
      <w:proofErr w:type="gramEnd"/>
      <w:r>
        <w:rPr>
          <w:rFonts w:ascii="仿宋" w:eastAsia="仿宋" w:hAnsi="仿宋"/>
          <w:sz w:val="32"/>
          <w:lang w:eastAsia="zh-CN"/>
        </w:rPr>
        <w:t>。快将</w:t>
      </w:r>
      <w:proofErr w:type="gramStart"/>
      <w:r>
        <w:rPr>
          <w:rFonts w:ascii="仿宋" w:eastAsia="仿宋" w:hAnsi="仿宋"/>
          <w:sz w:val="32"/>
          <w:lang w:eastAsia="zh-CN"/>
        </w:rPr>
        <w:t>师字册装箱快装箱快</w:t>
      </w:r>
      <w:proofErr w:type="gramEnd"/>
      <w:r>
        <w:rPr>
          <w:rFonts w:ascii="仿宋" w:eastAsia="仿宋" w:hAnsi="仿宋"/>
          <w:sz w:val="32"/>
          <w:lang w:eastAsia="zh-CN"/>
        </w:rPr>
        <w:t>装箱。等等，不能装箱，我在修，再</w:t>
      </w:r>
      <w:r>
        <w:rPr>
          <w:rFonts w:ascii="仿宋" w:eastAsia="仿宋" w:hAnsi="仿宋"/>
          <w:sz w:val="32"/>
          <w:lang w:eastAsia="zh-CN"/>
        </w:rPr>
        <w:lastRenderedPageBreak/>
        <w:t>有一个时辰就要供圣上御冷了。都总裁再不装箱就真来不及了。</w:t>
      </w:r>
    </w:p>
    <w:p w14:paraId="4DDCF649" w14:textId="77777777" w:rsidR="00E87C95" w:rsidRDefault="00000000">
      <w:pPr>
        <w:spacing w:after="0" w:line="579" w:lineRule="exact"/>
        <w:ind w:firstLine="640"/>
        <w:rPr>
          <w:lang w:eastAsia="zh-CN"/>
        </w:rPr>
      </w:pPr>
      <w:r>
        <w:rPr>
          <w:rFonts w:ascii="仿宋" w:eastAsia="仿宋" w:hAnsi="仿宋"/>
          <w:sz w:val="32"/>
          <w:lang w:eastAsia="zh-CN"/>
        </w:rPr>
        <w:t>朱总裁，保命要紧呐，我不想害了大家呀。不能装箱。我在修，这是为何缺了最重要的东西？大道如因增补，耽误了时辰。承担晨诵欲</w:t>
      </w:r>
      <w:proofErr w:type="gramStart"/>
      <w:r>
        <w:rPr>
          <w:rFonts w:ascii="仿宋" w:eastAsia="仿宋" w:hAnsi="仿宋"/>
          <w:sz w:val="32"/>
          <w:lang w:eastAsia="zh-CN"/>
        </w:rPr>
        <w:t>览</w:t>
      </w:r>
      <w:proofErr w:type="gramEnd"/>
      <w:r>
        <w:rPr>
          <w:rFonts w:ascii="仿宋" w:eastAsia="仿宋" w:hAnsi="仿宋"/>
          <w:sz w:val="32"/>
          <w:lang w:eastAsia="zh-CN"/>
        </w:rPr>
        <w:t>的前两句。将影响后续整书之</w:t>
      </w:r>
      <w:proofErr w:type="gramStart"/>
      <w:r>
        <w:rPr>
          <w:rFonts w:ascii="仿宋" w:eastAsia="仿宋" w:hAnsi="仿宋"/>
          <w:sz w:val="32"/>
          <w:lang w:eastAsia="zh-CN"/>
        </w:rPr>
        <w:t>格局失自策</w:t>
      </w:r>
      <w:proofErr w:type="gramEnd"/>
      <w:r>
        <w:rPr>
          <w:rFonts w:ascii="仿宋" w:eastAsia="仿宋" w:hAnsi="仿宋"/>
          <w:sz w:val="32"/>
          <w:lang w:eastAsia="zh-CN"/>
        </w:rPr>
        <w:t>，如因草草了事而不能成为典范，那</w:t>
      </w:r>
      <w:proofErr w:type="gramStart"/>
      <w:r>
        <w:rPr>
          <w:rFonts w:ascii="仿宋" w:eastAsia="仿宋" w:hAnsi="仿宋"/>
          <w:sz w:val="32"/>
          <w:lang w:eastAsia="zh-CN"/>
        </w:rPr>
        <w:t>我等读</w:t>
      </w:r>
      <w:proofErr w:type="gramEnd"/>
      <w:r>
        <w:rPr>
          <w:rFonts w:ascii="仿宋" w:eastAsia="仿宋" w:hAnsi="仿宋"/>
          <w:sz w:val="32"/>
          <w:lang w:eastAsia="zh-CN"/>
        </w:rPr>
        <w:t>圣贤书。所谓何事点，</w:t>
      </w:r>
      <w:proofErr w:type="gramStart"/>
      <w:r>
        <w:rPr>
          <w:rFonts w:ascii="仿宋" w:eastAsia="仿宋" w:hAnsi="仿宋"/>
          <w:sz w:val="32"/>
          <w:lang w:eastAsia="zh-CN"/>
        </w:rPr>
        <w:t>四库书</w:t>
      </w:r>
      <w:proofErr w:type="gramEnd"/>
      <w:r>
        <w:rPr>
          <w:rFonts w:ascii="仿宋" w:eastAsia="仿宋" w:hAnsi="仿宋"/>
          <w:sz w:val="32"/>
          <w:lang w:eastAsia="zh-CN"/>
        </w:rPr>
        <w:t>何颜见人。</w:t>
      </w:r>
      <w:proofErr w:type="gramStart"/>
      <w:r>
        <w:rPr>
          <w:rFonts w:ascii="仿宋" w:eastAsia="仿宋" w:hAnsi="仿宋"/>
          <w:sz w:val="32"/>
          <w:lang w:eastAsia="zh-CN"/>
        </w:rPr>
        <w:t>博仔秀</w:t>
      </w:r>
      <w:proofErr w:type="gramEnd"/>
      <w:r>
        <w:rPr>
          <w:rFonts w:ascii="仿宋" w:eastAsia="仿宋" w:hAnsi="仿宋"/>
          <w:sz w:val="32"/>
          <w:lang w:eastAsia="zh-CN"/>
        </w:rPr>
        <w:t>。</w:t>
      </w:r>
    </w:p>
    <w:p w14:paraId="30E13459" w14:textId="77777777" w:rsidR="00E87C95" w:rsidRDefault="00000000">
      <w:pPr>
        <w:spacing w:after="0" w:line="579" w:lineRule="exact"/>
        <w:ind w:firstLine="640"/>
        <w:rPr>
          <w:lang w:eastAsia="zh-CN"/>
        </w:rPr>
      </w:pPr>
      <w:r>
        <w:rPr>
          <w:rFonts w:ascii="仿宋" w:eastAsia="仿宋" w:hAnsi="仿宋"/>
          <w:sz w:val="32"/>
          <w:lang w:eastAsia="zh-CN"/>
        </w:rPr>
        <w:t>你说的对，你说要怎么改，我们大家一起改。我们一起赶。《周礼》有助。师教人以道者之称也。韩愈师说曰。古之学者必有师。师者，所以传道授业解惑也。身体发肤。受之父母，学识智慧。受之恩师。当年。恩师谢先生以一个</w:t>
      </w:r>
      <w:proofErr w:type="gramStart"/>
      <w:r>
        <w:rPr>
          <w:rFonts w:ascii="仿宋" w:eastAsia="仿宋" w:hAnsi="仿宋"/>
          <w:sz w:val="32"/>
          <w:lang w:eastAsia="zh-CN"/>
        </w:rPr>
        <w:t>胡字点拨</w:t>
      </w:r>
      <w:proofErr w:type="gramEnd"/>
      <w:r>
        <w:rPr>
          <w:rFonts w:ascii="仿宋" w:eastAsia="仿宋" w:hAnsi="仿宋"/>
          <w:sz w:val="32"/>
          <w:lang w:eastAsia="zh-CN"/>
        </w:rPr>
        <w:t>我，</w:t>
      </w:r>
    </w:p>
    <w:p w14:paraId="4AA20E67" w14:textId="77777777" w:rsidR="00E87C95" w:rsidRDefault="00000000">
      <w:pPr>
        <w:spacing w:after="0" w:line="579" w:lineRule="exact"/>
        <w:ind w:firstLine="640"/>
        <w:rPr>
          <w:lang w:eastAsia="zh-CN"/>
        </w:rPr>
      </w:pPr>
      <w:r>
        <w:rPr>
          <w:rFonts w:ascii="仿宋" w:eastAsia="仿宋" w:hAnsi="仿宋"/>
          <w:sz w:val="32"/>
          <w:lang w:eastAsia="zh-CN"/>
        </w:rPr>
        <w:t>找到门禁。善为人师者，可以用一个字改变一个人，我们便从一字师写起。一字师。云山苍苍，江水泱泱，先生之风，山高水长，李泰伯改为先生之风。山高水长，范仲淹称其为一字之师，一字受益，一世所以一字之师。也是一世之师。</w:t>
      </w:r>
    </w:p>
    <w:p w14:paraId="460F579D" w14:textId="77777777" w:rsidR="00E87C95" w:rsidRDefault="00000000">
      <w:pPr>
        <w:spacing w:after="0" w:line="579" w:lineRule="exact"/>
        <w:ind w:firstLine="640"/>
        <w:rPr>
          <w:lang w:eastAsia="zh-CN"/>
        </w:rPr>
      </w:pPr>
      <w:r>
        <w:rPr>
          <w:rFonts w:ascii="仿宋" w:eastAsia="仿宋" w:hAnsi="仿宋"/>
          <w:sz w:val="32"/>
          <w:lang w:eastAsia="zh-CN"/>
        </w:rPr>
        <w:t>下一条</w:t>
      </w:r>
      <w:proofErr w:type="gramStart"/>
      <w:r>
        <w:rPr>
          <w:rFonts w:ascii="仿宋" w:eastAsia="仿宋" w:hAnsi="仿宋"/>
          <w:sz w:val="32"/>
          <w:lang w:eastAsia="zh-CN"/>
        </w:rPr>
        <w:t>一</w:t>
      </w:r>
      <w:proofErr w:type="gramEnd"/>
      <w:r>
        <w:rPr>
          <w:rFonts w:ascii="仿宋" w:eastAsia="仿宋" w:hAnsi="仿宋"/>
          <w:sz w:val="32"/>
          <w:lang w:eastAsia="zh-CN"/>
        </w:rPr>
        <w:t>事实。王安石曰，呜呼！我公一世之师，犹出气中。明节无痴为师者，更有人以身垂范百世。下一条百事诗。《孟子》曰。圣人，百世之师也。伯夷，柳下惠是也。</w:t>
      </w:r>
      <w:proofErr w:type="gramStart"/>
      <w:r>
        <w:rPr>
          <w:rFonts w:ascii="仿宋" w:eastAsia="仿宋" w:hAnsi="仿宋"/>
          <w:sz w:val="32"/>
          <w:lang w:eastAsia="zh-CN"/>
        </w:rPr>
        <w:t>才高德显为</w:t>
      </w:r>
      <w:proofErr w:type="gramEnd"/>
      <w:r>
        <w:rPr>
          <w:rFonts w:ascii="仿宋" w:eastAsia="仿宋" w:hAnsi="仿宋"/>
          <w:sz w:val="32"/>
          <w:lang w:eastAsia="zh-CN"/>
        </w:rPr>
        <w:t>百事，</w:t>
      </w:r>
      <w:proofErr w:type="gramStart"/>
      <w:r>
        <w:rPr>
          <w:rFonts w:ascii="仿宋" w:eastAsia="仿宋" w:hAnsi="仿宋"/>
          <w:sz w:val="32"/>
          <w:lang w:eastAsia="zh-CN"/>
        </w:rPr>
        <w:t>师貌行</w:t>
      </w:r>
      <w:proofErr w:type="gramEnd"/>
      <w:r>
        <w:rPr>
          <w:rFonts w:ascii="仿宋" w:eastAsia="仿宋" w:hAnsi="仿宋"/>
          <w:sz w:val="32"/>
          <w:lang w:eastAsia="zh-CN"/>
        </w:rPr>
        <w:t>德昭为万世师。</w:t>
      </w:r>
    </w:p>
    <w:p w14:paraId="55A105D7" w14:textId="77777777" w:rsidR="00E87C95" w:rsidRDefault="00000000">
      <w:pPr>
        <w:spacing w:after="0" w:line="579" w:lineRule="exact"/>
        <w:ind w:firstLine="640"/>
        <w:rPr>
          <w:lang w:eastAsia="zh-CN"/>
        </w:rPr>
      </w:pPr>
      <w:r>
        <w:rPr>
          <w:rFonts w:ascii="仿宋" w:eastAsia="仿宋" w:hAnsi="仿宋"/>
          <w:sz w:val="32"/>
          <w:lang w:eastAsia="zh-CN"/>
        </w:rPr>
        <w:lastRenderedPageBreak/>
        <w:t>下一条。万世师表。</w:t>
      </w:r>
      <w:proofErr w:type="gramStart"/>
      <w:r>
        <w:rPr>
          <w:rFonts w:ascii="仿宋" w:eastAsia="仿宋" w:hAnsi="仿宋"/>
          <w:sz w:val="32"/>
          <w:lang w:eastAsia="zh-CN"/>
        </w:rPr>
        <w:t>祭舜帝</w:t>
      </w:r>
      <w:proofErr w:type="gramEnd"/>
      <w:r>
        <w:rPr>
          <w:rFonts w:ascii="仿宋" w:eastAsia="仿宋" w:hAnsi="仿宋"/>
          <w:sz w:val="32"/>
          <w:lang w:eastAsia="zh-CN"/>
        </w:rPr>
        <w:t>庙的约。为帝以圣</w:t>
      </w:r>
      <w:proofErr w:type="gramStart"/>
      <w:r>
        <w:rPr>
          <w:rFonts w:ascii="仿宋" w:eastAsia="仿宋" w:hAnsi="仿宋"/>
          <w:sz w:val="32"/>
          <w:lang w:eastAsia="zh-CN"/>
        </w:rPr>
        <w:t>绍</w:t>
      </w:r>
      <w:proofErr w:type="gramEnd"/>
      <w:r>
        <w:rPr>
          <w:rFonts w:ascii="仿宋" w:eastAsia="仿宋" w:hAnsi="仿宋"/>
          <w:sz w:val="32"/>
          <w:lang w:eastAsia="zh-CN"/>
        </w:rPr>
        <w:t>尧，以</w:t>
      </w:r>
      <w:proofErr w:type="gramStart"/>
      <w:r>
        <w:rPr>
          <w:rFonts w:ascii="仿宋" w:eastAsia="仿宋" w:hAnsi="仿宋"/>
          <w:sz w:val="32"/>
          <w:lang w:eastAsia="zh-CN"/>
        </w:rPr>
        <w:t>功传禹</w:t>
      </w:r>
      <w:proofErr w:type="gramEnd"/>
      <w:r>
        <w:rPr>
          <w:rFonts w:ascii="仿宋" w:eastAsia="仿宋" w:hAnsi="仿宋"/>
          <w:sz w:val="32"/>
          <w:lang w:eastAsia="zh-CN"/>
        </w:rPr>
        <w:t>，道德之盛，万世所师。孔夫子亦如此。《原道》曰。祖述尧舜，宪章文武，仪范百王，师表万世者也也要教世人以师为范，但师。不限于人。</w:t>
      </w:r>
    </w:p>
    <w:p w14:paraId="1D69E0D9" w14:textId="77777777" w:rsidR="00E87C95" w:rsidRDefault="00000000">
      <w:pPr>
        <w:spacing w:after="0" w:line="579" w:lineRule="exact"/>
        <w:ind w:firstLine="640"/>
        <w:rPr>
          <w:lang w:eastAsia="zh-CN"/>
        </w:rPr>
      </w:pPr>
      <w:r>
        <w:rPr>
          <w:rFonts w:ascii="仿宋" w:eastAsia="仿宋" w:hAnsi="仿宋"/>
          <w:sz w:val="32"/>
          <w:lang w:eastAsia="zh-CN"/>
        </w:rPr>
        <w:t>我少年时被人笑为两脚书橱。内心困苦。现在想来苦亦可为师。晏子曰，所以贫而不恨者，以苦为师也。下一条道德为师。扬雄于《法言》：</w:t>
      </w:r>
      <w:proofErr w:type="gramStart"/>
      <w:r>
        <w:rPr>
          <w:rFonts w:ascii="仿宋" w:eastAsia="仿宋" w:hAnsi="仿宋"/>
          <w:sz w:val="32"/>
          <w:lang w:eastAsia="zh-CN"/>
        </w:rPr>
        <w:t>见道德</w:t>
      </w:r>
      <w:proofErr w:type="gramEnd"/>
      <w:r>
        <w:rPr>
          <w:rFonts w:ascii="仿宋" w:eastAsia="仿宋" w:hAnsi="仿宋"/>
          <w:sz w:val="32"/>
          <w:lang w:eastAsia="zh-CN"/>
        </w:rPr>
        <w:t>以为师，有仁义以为</w:t>
      </w:r>
      <w:proofErr w:type="gramStart"/>
      <w:r>
        <w:rPr>
          <w:rFonts w:ascii="仿宋" w:eastAsia="仿宋" w:hAnsi="仿宋"/>
          <w:sz w:val="32"/>
          <w:lang w:eastAsia="zh-CN"/>
        </w:rPr>
        <w:t>朋道德</w:t>
      </w:r>
      <w:proofErr w:type="gramEnd"/>
      <w:r>
        <w:rPr>
          <w:rFonts w:ascii="仿宋" w:eastAsia="仿宋" w:hAnsi="仿宋"/>
          <w:sz w:val="32"/>
          <w:lang w:eastAsia="zh-CN"/>
        </w:rPr>
        <w:t>为师。能见天地众生。圣贤兴教</w:t>
      </w:r>
      <w:proofErr w:type="gramStart"/>
      <w:r>
        <w:rPr>
          <w:rFonts w:ascii="仿宋" w:eastAsia="仿宋" w:hAnsi="仿宋"/>
          <w:sz w:val="32"/>
          <w:lang w:eastAsia="zh-CN"/>
        </w:rPr>
        <w:t>色志累</w:t>
      </w:r>
      <w:proofErr w:type="gramEnd"/>
      <w:r>
        <w:rPr>
          <w:rFonts w:ascii="仿宋" w:eastAsia="仿宋" w:hAnsi="仿宋"/>
          <w:sz w:val="32"/>
          <w:lang w:eastAsia="zh-CN"/>
        </w:rPr>
        <w:t>，四得楚救之力，皆是以万物为师，由是曰。</w:t>
      </w:r>
    </w:p>
    <w:p w14:paraId="01E3B336" w14:textId="77777777" w:rsidR="00E87C95" w:rsidRDefault="00000000">
      <w:pPr>
        <w:spacing w:after="0" w:line="579" w:lineRule="exact"/>
        <w:ind w:firstLine="640"/>
        <w:rPr>
          <w:lang w:eastAsia="zh-CN"/>
        </w:rPr>
      </w:pPr>
      <w:r>
        <w:rPr>
          <w:rFonts w:ascii="仿宋" w:eastAsia="仿宋" w:hAnsi="仿宋"/>
          <w:sz w:val="32"/>
          <w:lang w:eastAsia="zh-CN"/>
        </w:rPr>
        <w:t>吾将以万物为师矣。后人</w:t>
      </w:r>
      <w:proofErr w:type="gramStart"/>
      <w:r>
        <w:rPr>
          <w:rFonts w:ascii="仿宋" w:eastAsia="仿宋" w:hAnsi="仿宋"/>
          <w:sz w:val="32"/>
          <w:lang w:eastAsia="zh-CN"/>
        </w:rPr>
        <w:t>若明白</w:t>
      </w:r>
      <w:proofErr w:type="gramEnd"/>
      <w:r>
        <w:rPr>
          <w:rFonts w:ascii="仿宋" w:eastAsia="仿宋" w:hAnsi="仿宋"/>
          <w:sz w:val="32"/>
          <w:lang w:eastAsia="zh-CN"/>
        </w:rPr>
        <w:t>这些，便</w:t>
      </w:r>
      <w:proofErr w:type="gramStart"/>
      <w:r>
        <w:rPr>
          <w:rFonts w:ascii="仿宋" w:eastAsia="仿宋" w:hAnsi="仿宋"/>
          <w:sz w:val="32"/>
          <w:lang w:eastAsia="zh-CN"/>
        </w:rPr>
        <w:t>可执抵大道</w:t>
      </w:r>
      <w:proofErr w:type="gramEnd"/>
      <w:r>
        <w:rPr>
          <w:rFonts w:ascii="仿宋" w:eastAsia="仿宋" w:hAnsi="仿宋"/>
          <w:sz w:val="32"/>
          <w:lang w:eastAsia="zh-CN"/>
        </w:rPr>
        <w:t>。后人若读懂这些智慧，我便无愧恩师和父亲，我便无愧典籍和先贤。这著书之道，非只为规模之道，功成之道。而</w:t>
      </w:r>
      <w:proofErr w:type="gramStart"/>
      <w:r>
        <w:rPr>
          <w:rFonts w:ascii="仿宋" w:eastAsia="仿宋" w:hAnsi="仿宋"/>
          <w:sz w:val="32"/>
          <w:lang w:eastAsia="zh-CN"/>
        </w:rPr>
        <w:t>为智理之</w:t>
      </w:r>
      <w:proofErr w:type="gramEnd"/>
      <w:r>
        <w:rPr>
          <w:rFonts w:ascii="仿宋" w:eastAsia="仿宋" w:hAnsi="仿宋"/>
          <w:sz w:val="32"/>
          <w:lang w:eastAsia="zh-CN"/>
        </w:rPr>
        <w:t>大，大道之大，得其门而入者，应当能明白。我这个两脚书橱，一枪赤诚之心恩师。</w:t>
      </w:r>
    </w:p>
    <w:p w14:paraId="175ED1F2" w14:textId="77777777" w:rsidR="00E87C95" w:rsidRDefault="00000000">
      <w:pPr>
        <w:spacing w:after="0" w:line="579" w:lineRule="exact"/>
        <w:ind w:firstLine="640"/>
        <w:rPr>
          <w:lang w:eastAsia="zh-CN"/>
        </w:rPr>
      </w:pPr>
      <w:r>
        <w:rPr>
          <w:rFonts w:ascii="仿宋" w:eastAsia="仿宋" w:hAnsi="仿宋"/>
          <w:sz w:val="32"/>
          <w:lang w:eastAsia="zh-CN"/>
        </w:rPr>
        <w:t>父亲。继而。尽心了。一边在守军，无怪</w:t>
      </w:r>
      <w:proofErr w:type="gramStart"/>
      <w:r>
        <w:rPr>
          <w:rFonts w:ascii="仿宋" w:eastAsia="仿宋" w:hAnsi="仿宋"/>
          <w:sz w:val="32"/>
          <w:lang w:eastAsia="zh-CN"/>
        </w:rPr>
        <w:t>苍眼喷山</w:t>
      </w:r>
      <w:proofErr w:type="gramEnd"/>
      <w:r>
        <w:rPr>
          <w:rFonts w:ascii="仿宋" w:eastAsia="仿宋" w:hAnsi="仿宋"/>
          <w:sz w:val="32"/>
          <w:lang w:eastAsia="zh-CN"/>
        </w:rPr>
        <w:t>。</w:t>
      </w:r>
      <w:proofErr w:type="gramStart"/>
      <w:r>
        <w:rPr>
          <w:rFonts w:ascii="仿宋" w:eastAsia="仿宋" w:hAnsi="仿宋"/>
          <w:sz w:val="32"/>
          <w:lang w:eastAsia="zh-CN"/>
        </w:rPr>
        <w:t>自库书</w:t>
      </w:r>
      <w:proofErr w:type="gramEnd"/>
      <w:r>
        <w:rPr>
          <w:rFonts w:ascii="仿宋" w:eastAsia="仿宋" w:hAnsi="仿宋"/>
          <w:sz w:val="32"/>
          <w:lang w:eastAsia="zh-CN"/>
        </w:rPr>
        <w:t>。陈都总裁。我宰兄。</w:t>
      </w:r>
      <w:proofErr w:type="gramStart"/>
      <w:r>
        <w:rPr>
          <w:rFonts w:ascii="仿宋" w:eastAsia="仿宋" w:hAnsi="仿宋"/>
          <w:sz w:val="32"/>
          <w:lang w:eastAsia="zh-CN"/>
        </w:rPr>
        <w:t>两脚疏除狮子座</w:t>
      </w:r>
      <w:proofErr w:type="gramEnd"/>
      <w:r>
        <w:rPr>
          <w:rFonts w:ascii="仿宋" w:eastAsia="仿宋" w:hAnsi="仿宋"/>
          <w:sz w:val="32"/>
          <w:lang w:eastAsia="zh-CN"/>
        </w:rPr>
        <w:t>不得精彩。一别在手君无怪，</w:t>
      </w:r>
      <w:proofErr w:type="gramStart"/>
      <w:r>
        <w:rPr>
          <w:rFonts w:ascii="仿宋" w:eastAsia="仿宋" w:hAnsi="仿宋"/>
          <w:sz w:val="32"/>
          <w:lang w:eastAsia="zh-CN"/>
        </w:rPr>
        <w:t>横点蓬山自库书</w:t>
      </w:r>
      <w:proofErr w:type="gramEnd"/>
      <w:r>
        <w:rPr>
          <w:rFonts w:ascii="仿宋" w:eastAsia="仿宋" w:hAnsi="仿宋"/>
          <w:sz w:val="32"/>
          <w:lang w:eastAsia="zh-CN"/>
        </w:rPr>
        <w:t>。一边在手金不换。曾念蒙山。四，姑父。</w:t>
      </w:r>
    </w:p>
    <w:p w14:paraId="2BA8F4A7" w14:textId="77777777" w:rsidR="00E87C95" w:rsidRDefault="00000000">
      <w:pPr>
        <w:spacing w:after="0" w:line="579" w:lineRule="exact"/>
        <w:ind w:firstLine="640"/>
        <w:rPr>
          <w:lang w:eastAsia="zh-CN"/>
        </w:rPr>
      </w:pPr>
      <w:r>
        <w:rPr>
          <w:rFonts w:ascii="仿宋" w:eastAsia="仿宋" w:hAnsi="仿宋"/>
          <w:sz w:val="32"/>
          <w:lang w:eastAsia="zh-CN"/>
        </w:rPr>
        <w:t>若不是听见陈先生，我们很难得知。《永乐大典》的每一册，究竟凝聚了多少心血？如此一部大书。</w:t>
      </w:r>
      <w:proofErr w:type="gramStart"/>
      <w:r>
        <w:rPr>
          <w:rFonts w:ascii="仿宋" w:eastAsia="仿宋" w:hAnsi="仿宋"/>
          <w:sz w:val="32"/>
          <w:lang w:eastAsia="zh-CN"/>
        </w:rPr>
        <w:t>修展过程</w:t>
      </w:r>
      <w:proofErr w:type="gramEnd"/>
      <w:r>
        <w:rPr>
          <w:rFonts w:ascii="仿宋" w:eastAsia="仿宋" w:hAnsi="仿宋"/>
          <w:sz w:val="32"/>
          <w:lang w:eastAsia="zh-CN"/>
        </w:rPr>
        <w:t>当中，一定是要克服千难万险的，靠的是。众人合力，万人一心。</w:t>
      </w:r>
      <w:r>
        <w:rPr>
          <w:rFonts w:ascii="仿宋" w:eastAsia="仿宋" w:hAnsi="仿宋"/>
          <w:sz w:val="32"/>
          <w:lang w:eastAsia="zh-CN"/>
        </w:rPr>
        <w:lastRenderedPageBreak/>
        <w:t>姚少师鞠躬尽瘁。解学士用心最久。数千人历经五年终于成书。《永乐大典》修短历史五年。</w:t>
      </w:r>
    </w:p>
    <w:p w14:paraId="0BBE7CF1" w14:textId="77777777" w:rsidR="00E87C95" w:rsidRDefault="00000000">
      <w:pPr>
        <w:spacing w:after="0" w:line="579" w:lineRule="exact"/>
        <w:ind w:firstLine="640"/>
        <w:rPr>
          <w:lang w:eastAsia="zh-CN"/>
        </w:rPr>
      </w:pPr>
      <w:r>
        <w:rPr>
          <w:rFonts w:ascii="仿宋" w:eastAsia="仿宋" w:hAnsi="仿宋"/>
          <w:sz w:val="32"/>
          <w:lang w:eastAsia="zh-CN"/>
        </w:rPr>
        <w:t>用运以统治。用字。你细试。收纳典籍7000余种。全书缮写成二万二千八百七十七卷。凡例并目录60卷。装成一万一千零九十五册。全书近三亿七千万字。由书手们一笔一划抄写出来。对于明悟气时山川地形等皆绘有图形，所绘制图全用白描手法，力求形态逼真。经历公治。圣上乐后，甚为满意，</w:t>
      </w:r>
    </w:p>
    <w:p w14:paraId="25CBEDF6" w14:textId="77777777" w:rsidR="00E87C95" w:rsidRDefault="00000000">
      <w:pPr>
        <w:spacing w:after="0" w:line="579" w:lineRule="exact"/>
        <w:ind w:firstLine="640"/>
        <w:rPr>
          <w:lang w:eastAsia="zh-CN"/>
        </w:rPr>
      </w:pPr>
      <w:r>
        <w:rPr>
          <w:rFonts w:ascii="仿宋" w:eastAsia="仿宋" w:hAnsi="仿宋"/>
          <w:sz w:val="32"/>
          <w:lang w:eastAsia="zh-CN"/>
        </w:rPr>
        <w:t>并赐名。《永乐大典》。我就属猪。书记是我。撒姐，《永乐大典》后来怎么样了？无论什么消息。我都愿意知道。好吧，先生请。失火了，失火了。失火了。兄弟们，再加把劲，</w:t>
      </w:r>
    </w:p>
    <w:p w14:paraId="1B74C9FD" w14:textId="77777777" w:rsidR="00E87C95" w:rsidRDefault="00000000">
      <w:pPr>
        <w:spacing w:after="0" w:line="579" w:lineRule="exact"/>
        <w:ind w:firstLine="640"/>
        <w:rPr>
          <w:lang w:eastAsia="zh-CN"/>
        </w:rPr>
      </w:pPr>
      <w:r>
        <w:rPr>
          <w:rFonts w:ascii="仿宋" w:eastAsia="仿宋" w:hAnsi="仿宋"/>
          <w:sz w:val="32"/>
          <w:lang w:eastAsia="zh-CN"/>
        </w:rPr>
        <w:t>再快一点。再快一点，往下考验。皇史宬等各库永乐大典为大明朝第一大典如有遗失，相关人等一律格杀。一律格杀致。来呀，张叔转转。怎么又失火了？这场火灾发生在嘉靖36年。距离</w:t>
      </w:r>
      <w:proofErr w:type="gramStart"/>
      <w:r>
        <w:rPr>
          <w:rFonts w:ascii="仿宋" w:eastAsia="仿宋" w:hAnsi="仿宋"/>
          <w:sz w:val="32"/>
          <w:lang w:eastAsia="zh-CN"/>
        </w:rPr>
        <w:t>您经历</w:t>
      </w:r>
      <w:proofErr w:type="gramEnd"/>
      <w:r>
        <w:rPr>
          <w:rFonts w:ascii="仿宋" w:eastAsia="仿宋" w:hAnsi="仿宋"/>
          <w:sz w:val="32"/>
          <w:lang w:eastAsia="zh-CN"/>
        </w:rPr>
        <w:t>过的那一次已经过去了100多年。仅是有史可查的大桥火灾，就有近百次。想出来了，《永乐大典》想出来了，《永乐大典》。</w:t>
      </w:r>
    </w:p>
    <w:p w14:paraId="6A75BDA8" w14:textId="77777777" w:rsidR="00E87C95" w:rsidRDefault="00000000">
      <w:pPr>
        <w:spacing w:after="0" w:line="579" w:lineRule="exact"/>
        <w:ind w:firstLine="640"/>
        <w:rPr>
          <w:lang w:eastAsia="zh-CN"/>
        </w:rPr>
      </w:pPr>
      <w:r>
        <w:rPr>
          <w:rFonts w:ascii="仿宋" w:eastAsia="仿宋" w:hAnsi="仿宋"/>
          <w:sz w:val="32"/>
          <w:lang w:eastAsia="zh-CN"/>
        </w:rPr>
        <w:t>你让出来了。永乐大爷想出来了。这场火灾之后，嘉靖皇帝为了预防不测，命大学士徐阶等人负责主持重录《永乐大典》。他们按照原有版式重新抄录在后世，被称为嘉靖副本。所以。你给我看的那一本书。在我们生活的这个时代。</w:t>
      </w:r>
      <w:r>
        <w:rPr>
          <w:rFonts w:ascii="仿宋" w:eastAsia="仿宋" w:hAnsi="仿宋"/>
          <w:sz w:val="32"/>
          <w:lang w:eastAsia="zh-CN"/>
        </w:rPr>
        <w:lastRenderedPageBreak/>
        <w:t>只能看到家境富贵。您</w:t>
      </w:r>
      <w:proofErr w:type="gramStart"/>
      <w:r>
        <w:rPr>
          <w:rFonts w:ascii="仿宋" w:eastAsia="仿宋" w:hAnsi="仿宋"/>
          <w:sz w:val="32"/>
          <w:lang w:eastAsia="zh-CN"/>
        </w:rPr>
        <w:t>参与修转的</w:t>
      </w:r>
      <w:proofErr w:type="gramEnd"/>
      <w:r>
        <w:rPr>
          <w:rFonts w:ascii="仿宋" w:eastAsia="仿宋" w:hAnsi="仿宋"/>
          <w:sz w:val="32"/>
          <w:lang w:eastAsia="zh-CN"/>
        </w:rPr>
        <w:t>原本。下落成迷后世没有</w:t>
      </w:r>
      <w:proofErr w:type="gramStart"/>
      <w:r>
        <w:rPr>
          <w:rFonts w:ascii="仿宋" w:eastAsia="仿宋" w:hAnsi="仿宋"/>
          <w:sz w:val="32"/>
          <w:lang w:eastAsia="zh-CN"/>
        </w:rPr>
        <w:t>见到知字骗子</w:t>
      </w:r>
      <w:proofErr w:type="gramEnd"/>
      <w:r>
        <w:rPr>
          <w:rFonts w:ascii="仿宋" w:eastAsia="仿宋" w:hAnsi="仿宋"/>
          <w:sz w:val="32"/>
          <w:lang w:eastAsia="zh-CN"/>
        </w:rPr>
        <w:t>。能留下副本啊。也算幸运，</w:t>
      </w:r>
    </w:p>
    <w:p w14:paraId="41F9D290" w14:textId="77777777" w:rsidR="00E87C95" w:rsidRDefault="00000000">
      <w:pPr>
        <w:spacing w:after="0" w:line="579" w:lineRule="exact"/>
        <w:ind w:firstLine="640"/>
        <w:rPr>
          <w:lang w:eastAsia="zh-CN"/>
        </w:rPr>
      </w:pPr>
      <w:r>
        <w:rPr>
          <w:rFonts w:ascii="仿宋" w:eastAsia="仿宋" w:hAnsi="仿宋"/>
          <w:sz w:val="32"/>
          <w:lang w:eastAsia="zh-CN"/>
        </w:rPr>
        <w:t>嘉靖副本历经磨难。也没能保全。至今只留下了400余次。即便是这400余册，也散落在世界各地。11095次。仅余400个字。《永乐大典》修短历史。收纳典籍7000余种。全书缮写成。22877卷装成。11095。此刻传输近三亿。7000万。胜仗越</w:t>
      </w:r>
      <w:proofErr w:type="gramStart"/>
      <w:r>
        <w:rPr>
          <w:rFonts w:ascii="仿宋" w:eastAsia="仿宋" w:hAnsi="仿宋"/>
          <w:sz w:val="32"/>
          <w:lang w:eastAsia="zh-CN"/>
        </w:rPr>
        <w:t>后社别</w:t>
      </w:r>
      <w:proofErr w:type="gramEnd"/>
      <w:r>
        <w:rPr>
          <w:rFonts w:ascii="仿宋" w:eastAsia="仿宋" w:hAnsi="仿宋"/>
          <w:sz w:val="32"/>
          <w:lang w:eastAsia="zh-CN"/>
        </w:rPr>
        <w:t>满意。</w:t>
      </w:r>
    </w:p>
    <w:p w14:paraId="280FB3CF" w14:textId="77777777" w:rsidR="00E87C95" w:rsidRDefault="00000000">
      <w:pPr>
        <w:spacing w:after="0" w:line="579" w:lineRule="exact"/>
        <w:ind w:firstLine="640"/>
        <w:rPr>
          <w:lang w:eastAsia="zh-CN"/>
        </w:rPr>
      </w:pPr>
      <w:r>
        <w:rPr>
          <w:rFonts w:ascii="仿宋" w:eastAsia="仿宋" w:hAnsi="仿宋"/>
          <w:sz w:val="32"/>
          <w:lang w:eastAsia="zh-CN"/>
        </w:rPr>
        <w:t>第四名。《永乐大典》。《永乐大典》历经艰难。</w:t>
      </w:r>
      <w:proofErr w:type="gramStart"/>
      <w:r>
        <w:rPr>
          <w:rFonts w:ascii="仿宋" w:eastAsia="仿宋" w:hAnsi="仿宋"/>
          <w:sz w:val="32"/>
          <w:lang w:eastAsia="zh-CN"/>
        </w:rPr>
        <w:t>积尽善意</w:t>
      </w:r>
      <w:proofErr w:type="gramEnd"/>
      <w:r>
        <w:rPr>
          <w:rFonts w:ascii="仿宋" w:eastAsia="仿宋" w:hAnsi="仿宋"/>
          <w:sz w:val="32"/>
          <w:lang w:eastAsia="zh-CN"/>
        </w:rPr>
        <w:t>。又不断回归的故事。在后世。被称作珠还合浦。历劫重光。先生请随我来。乾隆59年，曾经对大典所存册数做过一次详细的统计。那个时候。还剩9000多册，丢失1000多册。乾隆是什么？</w:t>
      </w:r>
    </w:p>
    <w:p w14:paraId="7D71C956" w14:textId="77777777" w:rsidR="00E87C95" w:rsidRDefault="00000000">
      <w:pPr>
        <w:spacing w:after="0" w:line="579" w:lineRule="exact"/>
        <w:ind w:firstLine="640"/>
        <w:rPr>
          <w:lang w:eastAsia="zh-CN"/>
        </w:rPr>
      </w:pPr>
      <w:r>
        <w:rPr>
          <w:rFonts w:ascii="仿宋" w:eastAsia="仿宋" w:hAnsi="仿宋"/>
          <w:sz w:val="32"/>
          <w:lang w:eastAsia="zh-CN"/>
        </w:rPr>
        <w:t>那是在您那个时代300多年之后，一个皇帝的年号。光绪18年，翰林院所藏大典册数就只剩下了870多册。乾隆到光绪。也就100年时间，《永乐大典》从9000多层。</w:t>
      </w:r>
      <w:proofErr w:type="gramStart"/>
      <w:r>
        <w:rPr>
          <w:rFonts w:ascii="仿宋" w:eastAsia="仿宋" w:hAnsi="仿宋"/>
          <w:sz w:val="32"/>
          <w:lang w:eastAsia="zh-CN"/>
        </w:rPr>
        <w:t>变得只</w:t>
      </w:r>
      <w:proofErr w:type="gramEnd"/>
      <w:r>
        <w:rPr>
          <w:rFonts w:ascii="仿宋" w:eastAsia="仿宋" w:hAnsi="仿宋"/>
          <w:sz w:val="32"/>
          <w:lang w:eastAsia="zh-CN"/>
        </w:rPr>
        <w:t>剩800多次。清朝末年，中国积贫积弱，列强巧，取豪夺。大鼎屡遭善意。到了一九一二年。在鲁迅先生的努力下，</w:t>
      </w:r>
    </w:p>
    <w:p w14:paraId="1145F0D7" w14:textId="77777777" w:rsidR="00E87C95" w:rsidRDefault="00000000">
      <w:pPr>
        <w:spacing w:after="0" w:line="579" w:lineRule="exact"/>
        <w:ind w:firstLine="640"/>
        <w:rPr>
          <w:lang w:eastAsia="zh-CN"/>
        </w:rPr>
      </w:pPr>
      <w:r>
        <w:rPr>
          <w:rFonts w:ascii="仿宋" w:eastAsia="仿宋" w:hAnsi="仿宋"/>
          <w:sz w:val="32"/>
          <w:lang w:eastAsia="zh-CN"/>
        </w:rPr>
        <w:t>第一批《永乐大典》64册入藏京师图书馆，也就是现在各位所在的。国家图书馆的前身。新中国成立之后，国家高度重视《永乐大典》的回归，一代又一代的读书人，藏书人。继续续写着《永乐大典》，珠还合浦，历劫重光的故事。珠</w:t>
      </w:r>
      <w:r>
        <w:rPr>
          <w:rFonts w:ascii="仿宋" w:eastAsia="仿宋" w:hAnsi="仿宋"/>
          <w:sz w:val="32"/>
          <w:lang w:eastAsia="zh-CN"/>
        </w:rPr>
        <w:lastRenderedPageBreak/>
        <w:t>还合浦。</w:t>
      </w:r>
      <w:proofErr w:type="gramStart"/>
      <w:r>
        <w:rPr>
          <w:rFonts w:ascii="仿宋" w:eastAsia="仿宋" w:hAnsi="仿宋"/>
          <w:sz w:val="32"/>
          <w:lang w:eastAsia="zh-CN"/>
        </w:rPr>
        <w:t>立洁崇光</w:t>
      </w:r>
      <w:proofErr w:type="gramEnd"/>
      <w:r>
        <w:rPr>
          <w:rFonts w:ascii="仿宋" w:eastAsia="仿宋" w:hAnsi="仿宋"/>
          <w:sz w:val="32"/>
          <w:lang w:eastAsia="zh-CN"/>
        </w:rPr>
        <w:t>，今天我们要为大家展示的就是《永乐大典》的。</w:t>
      </w:r>
      <w:proofErr w:type="gramStart"/>
      <w:r>
        <w:rPr>
          <w:rFonts w:ascii="仿宋" w:eastAsia="仿宋" w:hAnsi="仿宋"/>
          <w:sz w:val="32"/>
          <w:lang w:eastAsia="zh-CN"/>
        </w:rPr>
        <w:t>师字册</w:t>
      </w:r>
      <w:proofErr w:type="gramEnd"/>
      <w:r>
        <w:rPr>
          <w:rFonts w:ascii="仿宋" w:eastAsia="仿宋" w:hAnsi="仿宋"/>
          <w:sz w:val="32"/>
          <w:lang w:eastAsia="zh-CN"/>
        </w:rPr>
        <w:t>。请各位自行上前参观。</w:t>
      </w:r>
    </w:p>
    <w:p w14:paraId="433520AD" w14:textId="77777777" w:rsidR="00E87C95" w:rsidRDefault="00000000">
      <w:pPr>
        <w:spacing w:after="0" w:line="579" w:lineRule="exact"/>
        <w:ind w:firstLine="640"/>
        <w:rPr>
          <w:lang w:eastAsia="zh-CN"/>
        </w:rPr>
      </w:pPr>
      <w:r>
        <w:rPr>
          <w:rFonts w:ascii="仿宋" w:eastAsia="仿宋" w:hAnsi="仿宋"/>
          <w:sz w:val="32"/>
          <w:lang w:eastAsia="zh-CN"/>
        </w:rPr>
        <w:t>我。我当初的愿望就是想让更多的人。找到求学问的朋友。英语一考。音字引擎。开卷而古今之事，一览可见，修书的方法</w:t>
      </w:r>
      <w:proofErr w:type="gramStart"/>
      <w:r>
        <w:rPr>
          <w:rFonts w:ascii="仿宋" w:eastAsia="仿宋" w:hAnsi="仿宋"/>
          <w:sz w:val="32"/>
          <w:lang w:eastAsia="zh-CN"/>
        </w:rPr>
        <w:t>把文迹流传</w:t>
      </w:r>
      <w:proofErr w:type="gramEnd"/>
      <w:r>
        <w:rPr>
          <w:rFonts w:ascii="仿宋" w:eastAsia="仿宋" w:hAnsi="仿宋"/>
          <w:sz w:val="32"/>
          <w:lang w:eastAsia="zh-CN"/>
        </w:rPr>
        <w:t>下来了。《永乐大典》啊，当时因为。誊抄不易，不能让所有的人都能看到。这是我最大的遗憾。没想到在后世。有那么多的人看到这部书啊。</w:t>
      </w:r>
    </w:p>
    <w:p w14:paraId="68336C01" w14:textId="77777777" w:rsidR="00E87C95" w:rsidRDefault="00000000">
      <w:pPr>
        <w:spacing w:after="0" w:line="579" w:lineRule="exact"/>
        <w:ind w:firstLine="640"/>
        <w:rPr>
          <w:lang w:eastAsia="zh-CN"/>
        </w:rPr>
      </w:pPr>
      <w:r>
        <w:rPr>
          <w:rFonts w:ascii="仿宋" w:eastAsia="仿宋" w:hAnsi="仿宋"/>
          <w:sz w:val="32"/>
          <w:lang w:eastAsia="zh-CN"/>
        </w:rPr>
        <w:t>《永乐大典》之大。终于成了属于大家之大，这是古今之师。共</w:t>
      </w:r>
      <w:proofErr w:type="gramStart"/>
      <w:r>
        <w:rPr>
          <w:rFonts w:ascii="仿宋" w:eastAsia="仿宋" w:hAnsi="仿宋"/>
          <w:sz w:val="32"/>
          <w:lang w:eastAsia="zh-CN"/>
        </w:rPr>
        <w:t>览</w:t>
      </w:r>
      <w:proofErr w:type="gramEnd"/>
      <w:r>
        <w:rPr>
          <w:rFonts w:ascii="仿宋" w:eastAsia="仿宋" w:hAnsi="仿宋"/>
          <w:sz w:val="32"/>
          <w:lang w:eastAsia="zh-CN"/>
        </w:rPr>
        <w:t>之。</w:t>
      </w:r>
      <w:proofErr w:type="gramStart"/>
      <w:r>
        <w:rPr>
          <w:rFonts w:ascii="仿宋" w:eastAsia="仿宋" w:hAnsi="仿宋"/>
          <w:sz w:val="32"/>
          <w:lang w:eastAsia="zh-CN"/>
        </w:rPr>
        <w:t>中华万书之</w:t>
      </w:r>
      <w:proofErr w:type="gramEnd"/>
      <w:r>
        <w:rPr>
          <w:rFonts w:ascii="仿宋" w:eastAsia="仿宋" w:hAnsi="仿宋"/>
          <w:sz w:val="32"/>
          <w:lang w:eastAsia="zh-CN"/>
        </w:rPr>
        <w:t>书，《永乐大典》闪耀古今，谢谢先生！哈哈</w:t>
      </w:r>
      <w:proofErr w:type="gramStart"/>
      <w:r>
        <w:rPr>
          <w:rFonts w:ascii="仿宋" w:eastAsia="仿宋" w:hAnsi="仿宋"/>
          <w:sz w:val="32"/>
          <w:lang w:eastAsia="zh-CN"/>
        </w:rPr>
        <w:t>哈</w:t>
      </w:r>
      <w:proofErr w:type="gramEnd"/>
      <w:r>
        <w:rPr>
          <w:rFonts w:ascii="仿宋" w:eastAsia="仿宋" w:hAnsi="仿宋"/>
          <w:sz w:val="32"/>
          <w:lang w:eastAsia="zh-CN"/>
        </w:rPr>
        <w:t>。朱环合谱历劫重光一部《永乐大典》让我们看到了600年前修短之人对于文化的坚守。也让我们领悟到，后世</w:t>
      </w:r>
      <w:proofErr w:type="gramStart"/>
      <w:r>
        <w:rPr>
          <w:rFonts w:ascii="仿宋" w:eastAsia="仿宋" w:hAnsi="仿宋"/>
          <w:sz w:val="32"/>
          <w:lang w:eastAsia="zh-CN"/>
        </w:rPr>
        <w:t>无数护典人</w:t>
      </w:r>
      <w:proofErr w:type="gramEnd"/>
      <w:r>
        <w:rPr>
          <w:rFonts w:ascii="仿宋" w:eastAsia="仿宋" w:hAnsi="仿宋"/>
          <w:sz w:val="32"/>
          <w:lang w:eastAsia="zh-CN"/>
        </w:rPr>
        <w:t>对于中华文脉的护佑。我刚才一直在想这个修《永乐大典》的人。朱棣也好，解缙也好，姚广孝也好，</w:t>
      </w:r>
    </w:p>
    <w:p w14:paraId="17C3566E" w14:textId="77777777" w:rsidR="00E87C95" w:rsidRDefault="00000000">
      <w:pPr>
        <w:spacing w:after="0" w:line="579" w:lineRule="exact"/>
        <w:ind w:firstLine="640"/>
        <w:rPr>
          <w:lang w:eastAsia="zh-CN"/>
        </w:rPr>
      </w:pPr>
      <w:r>
        <w:rPr>
          <w:rFonts w:ascii="仿宋" w:eastAsia="仿宋" w:hAnsi="仿宋"/>
          <w:sz w:val="32"/>
          <w:lang w:eastAsia="zh-CN"/>
        </w:rPr>
        <w:t>那都是有故事的人呐，为什么咱们单单拍一个都总裁陈济呢？是两个原因，第一个就是像明《史记》载的这样陈济，是编撰体例的制定者之一嘛啊，这是顶层设计部分呐。真有他的巨大贡献。第二个呢，陈济也是一直在编撰工作的第一线，曾经担任《永乐大典》</w:t>
      </w:r>
      <w:proofErr w:type="gramStart"/>
      <w:r>
        <w:rPr>
          <w:rFonts w:ascii="仿宋" w:eastAsia="仿宋" w:hAnsi="仿宋"/>
          <w:sz w:val="32"/>
          <w:lang w:eastAsia="zh-CN"/>
        </w:rPr>
        <w:t>修转总裁</w:t>
      </w:r>
      <w:proofErr w:type="gramEnd"/>
      <w:r>
        <w:rPr>
          <w:rFonts w:ascii="仿宋" w:eastAsia="仿宋" w:hAnsi="仿宋"/>
          <w:sz w:val="32"/>
          <w:lang w:eastAsia="zh-CN"/>
        </w:rPr>
        <w:t>的梁潜。就这样评价陈济说呀，与太子</w:t>
      </w:r>
      <w:proofErr w:type="gramStart"/>
      <w:r>
        <w:rPr>
          <w:rFonts w:ascii="仿宋" w:eastAsia="仿宋" w:hAnsi="仿宋"/>
          <w:sz w:val="32"/>
          <w:lang w:eastAsia="zh-CN"/>
        </w:rPr>
        <w:t>少时尧公兼</w:t>
      </w:r>
      <w:proofErr w:type="gramEnd"/>
      <w:r>
        <w:rPr>
          <w:rFonts w:ascii="仿宋" w:eastAsia="仿宋" w:hAnsi="仿宋"/>
          <w:sz w:val="32"/>
          <w:lang w:eastAsia="zh-CN"/>
        </w:rPr>
        <w:t>修成书者。君之勤劳为多，他是说呀，陈济是</w:t>
      </w:r>
      <w:proofErr w:type="gramStart"/>
      <w:r>
        <w:rPr>
          <w:rFonts w:ascii="仿宋" w:eastAsia="仿宋" w:hAnsi="仿宋"/>
          <w:sz w:val="32"/>
          <w:lang w:eastAsia="zh-CN"/>
        </w:rPr>
        <w:t>修转过程</w:t>
      </w:r>
      <w:proofErr w:type="gramEnd"/>
      <w:r>
        <w:rPr>
          <w:rFonts w:ascii="仿宋" w:eastAsia="仿宋" w:hAnsi="仿宋"/>
          <w:sz w:val="32"/>
          <w:lang w:eastAsia="zh-CN"/>
        </w:rPr>
        <w:t>中最有才能付出心血最多的人之一。</w:t>
      </w:r>
    </w:p>
    <w:p w14:paraId="3BD77B4D" w14:textId="77777777" w:rsidR="00E87C95" w:rsidRDefault="00000000">
      <w:pPr>
        <w:spacing w:after="0" w:line="579" w:lineRule="exact"/>
        <w:ind w:firstLine="640"/>
        <w:rPr>
          <w:lang w:eastAsia="zh-CN"/>
        </w:rPr>
      </w:pPr>
      <w:r>
        <w:rPr>
          <w:rFonts w:ascii="仿宋" w:eastAsia="仿宋" w:hAnsi="仿宋"/>
          <w:sz w:val="32"/>
          <w:lang w:eastAsia="zh-CN"/>
        </w:rPr>
        <w:lastRenderedPageBreak/>
        <w:t>这就是做的具体工作呀，那你看从顶层设计再到具体工作啊，我们在戏剧里就可以通过。陈济的视角，最真切的感受到《永乐大典》的变</w:t>
      </w:r>
      <w:proofErr w:type="gramStart"/>
      <w:r>
        <w:rPr>
          <w:rFonts w:ascii="仿宋" w:eastAsia="仿宋" w:hAnsi="仿宋"/>
          <w:sz w:val="32"/>
          <w:lang w:eastAsia="zh-CN"/>
        </w:rPr>
        <w:t>转过程</w:t>
      </w:r>
      <w:proofErr w:type="gramEnd"/>
      <w:r>
        <w:rPr>
          <w:rFonts w:ascii="仿宋" w:eastAsia="仿宋" w:hAnsi="仿宋"/>
          <w:sz w:val="32"/>
          <w:lang w:eastAsia="zh-CN"/>
        </w:rPr>
        <w:t>之难，用心之深。那陈济自己也有一句话，他说了文章贵以如物薄书宿，但求有益于事儿。我想啊，这也代表了这些修书人对《永乐大典》的期许。希望它能够一直流传下去，有益于千</w:t>
      </w:r>
      <w:proofErr w:type="gramStart"/>
      <w:r>
        <w:rPr>
          <w:rFonts w:ascii="仿宋" w:eastAsia="仿宋" w:hAnsi="仿宋"/>
          <w:sz w:val="32"/>
          <w:lang w:eastAsia="zh-CN"/>
        </w:rPr>
        <w:t>世</w:t>
      </w:r>
      <w:proofErr w:type="gramEnd"/>
      <w:r>
        <w:rPr>
          <w:rFonts w:ascii="仿宋" w:eastAsia="仿宋" w:hAnsi="仿宋"/>
          <w:sz w:val="32"/>
          <w:lang w:eastAsia="zh-CN"/>
        </w:rPr>
        <w:t>万世。说不太好，《永乐大典》呢，</w:t>
      </w:r>
    </w:p>
    <w:p w14:paraId="54A1FB6F" w14:textId="77777777" w:rsidR="00E87C95" w:rsidRDefault="00000000">
      <w:pPr>
        <w:spacing w:after="0" w:line="579" w:lineRule="exact"/>
        <w:ind w:firstLine="640"/>
        <w:rPr>
          <w:lang w:eastAsia="zh-CN"/>
        </w:rPr>
      </w:pPr>
      <w:r>
        <w:rPr>
          <w:rFonts w:ascii="仿宋" w:eastAsia="仿宋" w:hAnsi="仿宋"/>
          <w:sz w:val="32"/>
          <w:lang w:eastAsia="zh-CN"/>
        </w:rPr>
        <w:t>是文化传承的符号，也是历史起伏的见证。新中国成立以来。在国家，社会各界和几代国图人的不懈努力下，先后有224册《永乐大典》入藏了国图。很多国图。受国家和人民的委托呀，精心守护《永乐大典》。付出了很多，也对《永乐大典》充满了感情。如今寻觅他，守护他，传承他的责任就落到了我们这一代人的手里边。今天呢，</w:t>
      </w:r>
    </w:p>
    <w:p w14:paraId="6537AF95" w14:textId="77777777" w:rsidR="00E87C95" w:rsidRDefault="00000000">
      <w:pPr>
        <w:spacing w:after="0" w:line="579" w:lineRule="exact"/>
        <w:ind w:firstLine="640"/>
        <w:rPr>
          <w:lang w:eastAsia="zh-CN"/>
        </w:rPr>
      </w:pPr>
      <w:r>
        <w:rPr>
          <w:rFonts w:ascii="仿宋" w:eastAsia="仿宋" w:hAnsi="仿宋"/>
          <w:sz w:val="32"/>
          <w:lang w:eastAsia="zh-CN"/>
        </w:rPr>
        <w:t>我也想了。化用陆游的诗呢来表达一下自己的心声。一边在手均无怪能点。《永乐大典》为我们后人啊，保存了许多传统古籍。让我们有机会窥见中华文脉源头之光。如今，源远流长的中华文化与时代思想交相辉映。我们相信，新征程必将铸就中华文化的新辉煌。再次感谢三位主持人，我们一同来品读典籍。《永乐大典》</w:t>
      </w:r>
      <w:proofErr w:type="gramStart"/>
      <w:r>
        <w:rPr>
          <w:rFonts w:ascii="仿宋" w:eastAsia="仿宋" w:hAnsi="仿宋"/>
          <w:sz w:val="32"/>
          <w:lang w:eastAsia="zh-CN"/>
        </w:rPr>
        <w:t>积淀着</w:t>
      </w:r>
      <w:proofErr w:type="gramEnd"/>
      <w:r>
        <w:rPr>
          <w:rFonts w:ascii="仿宋" w:eastAsia="仿宋" w:hAnsi="仿宋"/>
          <w:sz w:val="32"/>
          <w:lang w:eastAsia="zh-CN"/>
        </w:rPr>
        <w:t>千年的智慧。每</w:t>
      </w:r>
      <w:proofErr w:type="gramStart"/>
      <w:r>
        <w:rPr>
          <w:rFonts w:ascii="仿宋" w:eastAsia="仿宋" w:hAnsi="仿宋"/>
          <w:sz w:val="32"/>
          <w:lang w:eastAsia="zh-CN"/>
        </w:rPr>
        <w:t>一侧每</w:t>
      </w:r>
      <w:proofErr w:type="gramEnd"/>
      <w:r>
        <w:rPr>
          <w:rFonts w:ascii="仿宋" w:eastAsia="仿宋" w:hAnsi="仿宋"/>
          <w:sz w:val="32"/>
          <w:lang w:eastAsia="zh-CN"/>
        </w:rPr>
        <w:t>一夜都弥足珍贵。我们也期待会有更多《永乐大典》，</w:t>
      </w:r>
    </w:p>
    <w:p w14:paraId="2457D44D" w14:textId="77777777" w:rsidR="00E87C95" w:rsidRDefault="00000000">
      <w:pPr>
        <w:spacing w:after="0" w:line="579" w:lineRule="exact"/>
        <w:ind w:firstLine="640"/>
        <w:rPr>
          <w:lang w:eastAsia="zh-CN"/>
        </w:rPr>
      </w:pPr>
      <w:proofErr w:type="gramStart"/>
      <w:r>
        <w:rPr>
          <w:rFonts w:ascii="仿宋" w:eastAsia="仿宋" w:hAnsi="仿宋"/>
          <w:sz w:val="32"/>
          <w:lang w:eastAsia="zh-CN"/>
        </w:rPr>
        <w:t>一</w:t>
      </w:r>
      <w:proofErr w:type="gramEnd"/>
      <w:r>
        <w:rPr>
          <w:rFonts w:ascii="仿宋" w:eastAsia="仿宋" w:hAnsi="仿宋"/>
          <w:sz w:val="32"/>
          <w:lang w:eastAsia="zh-CN"/>
        </w:rPr>
        <w:t>面试让这些尘封在时光中的文字再现光明。造福后人。扫描屏幕上方二维码，下载央视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观看《典籍里的中国》完</w:t>
      </w:r>
      <w:r>
        <w:rPr>
          <w:rFonts w:ascii="仿宋" w:eastAsia="仿宋" w:hAnsi="仿宋"/>
          <w:sz w:val="32"/>
          <w:lang w:eastAsia="zh-CN"/>
        </w:rPr>
        <w:lastRenderedPageBreak/>
        <w:t>整视频专享幕后精彩内容。《永乐大典》</w:t>
      </w:r>
      <w:proofErr w:type="gramStart"/>
      <w:r>
        <w:rPr>
          <w:rFonts w:ascii="仿宋" w:eastAsia="仿宋" w:hAnsi="仿宋"/>
          <w:sz w:val="32"/>
          <w:lang w:eastAsia="zh-CN"/>
        </w:rPr>
        <w:t>叙百王之传总</w:t>
      </w:r>
      <w:proofErr w:type="gramEnd"/>
      <w:r>
        <w:rPr>
          <w:rFonts w:ascii="仿宋" w:eastAsia="仿宋" w:hAnsi="仿宋"/>
          <w:sz w:val="32"/>
          <w:lang w:eastAsia="zh-CN"/>
        </w:rPr>
        <w:t>历代之典。它让很多消失的典籍得以传世至今。如今，《永乐大典》的珍贵残册。</w:t>
      </w:r>
      <w:proofErr w:type="gramStart"/>
      <w:r>
        <w:rPr>
          <w:rFonts w:ascii="仿宋" w:eastAsia="仿宋" w:hAnsi="仿宋"/>
          <w:sz w:val="32"/>
          <w:lang w:eastAsia="zh-CN"/>
        </w:rPr>
        <w:t>朱环和府缔</w:t>
      </w:r>
      <w:proofErr w:type="gramEnd"/>
      <w:r>
        <w:rPr>
          <w:rFonts w:ascii="仿宋" w:eastAsia="仿宋" w:hAnsi="仿宋"/>
          <w:sz w:val="32"/>
          <w:lang w:eastAsia="zh-CN"/>
        </w:rPr>
        <w:t>历劫重光，而我们也在新时代构成典籍中的精神之源，激发奋进的力量。用发挥于既往，用启迪于方来。我是王嘉宁，下一步剪辑。</w:t>
      </w:r>
    </w:p>
    <w:p w14:paraId="58785A66" w14:textId="77777777" w:rsidR="00E87C95" w:rsidRDefault="00000000">
      <w:pPr>
        <w:spacing w:after="0" w:line="579" w:lineRule="exact"/>
        <w:ind w:firstLine="640"/>
        <w:rPr>
          <w:lang w:eastAsia="zh-CN"/>
        </w:rPr>
      </w:pPr>
      <w:r>
        <w:rPr>
          <w:rFonts w:ascii="仿宋" w:eastAsia="仿宋" w:hAnsi="仿宋"/>
          <w:sz w:val="32"/>
          <w:lang w:eastAsia="zh-CN"/>
        </w:rPr>
        <w:t>我们再会。</w:t>
      </w:r>
    </w:p>
    <w:p w14:paraId="1C30DF63" w14:textId="77777777" w:rsidR="00E87C95" w:rsidRDefault="00000000">
      <w:pPr>
        <w:rPr>
          <w:lang w:eastAsia="zh-CN"/>
        </w:rPr>
      </w:pPr>
      <w:r>
        <w:rPr>
          <w:lang w:eastAsia="zh-CN"/>
        </w:rPr>
        <w:br w:type="page"/>
      </w:r>
    </w:p>
    <w:p w14:paraId="19F694C3" w14:textId="77777777" w:rsidR="00E87C95" w:rsidRDefault="00000000">
      <w:pPr>
        <w:spacing w:after="0" w:line="579" w:lineRule="exact"/>
        <w:jc w:val="center"/>
        <w:rPr>
          <w:lang w:eastAsia="zh-CN"/>
        </w:rPr>
      </w:pPr>
      <w:r>
        <w:rPr>
          <w:rFonts w:ascii="方正小标宋简体" w:eastAsia="方正小标宋简体" w:hAnsi="方正小标宋简体"/>
          <w:sz w:val="44"/>
          <w:lang w:eastAsia="zh-CN"/>
        </w:rPr>
        <w:lastRenderedPageBreak/>
        <w:t>第13集 《汉书》</w:t>
      </w:r>
    </w:p>
    <w:p w14:paraId="23B5AE5F" w14:textId="77777777" w:rsidR="00E87C95" w:rsidRDefault="00000000">
      <w:pPr>
        <w:spacing w:after="0" w:line="579" w:lineRule="exact"/>
        <w:ind w:firstLine="640"/>
        <w:rPr>
          <w:lang w:eastAsia="zh-CN"/>
        </w:rPr>
      </w:pPr>
      <w:r>
        <w:rPr>
          <w:rFonts w:ascii="仿宋" w:eastAsia="仿宋" w:hAnsi="仿宋"/>
          <w:sz w:val="32"/>
          <w:lang w:eastAsia="zh-CN"/>
        </w:rPr>
        <w:t>今天就让我们一起识读中国纪传体断代史书开山之作。《汉书》修《汉书》是我班家两代人共同的使命。《汉书》共百篇。230年兴衰，荣辱独当一时丢。其终是强弱之辩。</w:t>
      </w:r>
      <w:proofErr w:type="gramStart"/>
      <w:r>
        <w:rPr>
          <w:rFonts w:ascii="仿宋" w:eastAsia="仿宋" w:hAnsi="仿宋"/>
          <w:sz w:val="32"/>
          <w:lang w:eastAsia="zh-CN"/>
        </w:rPr>
        <w:t>明监戒</w:t>
      </w:r>
      <w:proofErr w:type="gramEnd"/>
      <w:r>
        <w:rPr>
          <w:rFonts w:ascii="仿宋" w:eastAsia="仿宋" w:hAnsi="仿宋"/>
          <w:sz w:val="32"/>
          <w:lang w:eastAsia="zh-CN"/>
        </w:rPr>
        <w:t>焉。我班氏一门。做到了。为殷先人，有册有典。世界上有四大文明古国，唯有中华文明传承5000年从未断流。数千年前，中华上古史观记述《尚书》。这部书被称为政书之祖。</w:t>
      </w:r>
    </w:p>
    <w:p w14:paraId="0BEF2877" w14:textId="77777777" w:rsidR="00E87C95" w:rsidRDefault="00000000">
      <w:pPr>
        <w:spacing w:after="0" w:line="579" w:lineRule="exact"/>
        <w:ind w:firstLine="640"/>
        <w:rPr>
          <w:lang w:eastAsia="zh-CN"/>
        </w:rPr>
      </w:pPr>
      <w:r>
        <w:rPr>
          <w:rFonts w:ascii="仿宋" w:eastAsia="仿宋" w:hAnsi="仿宋"/>
          <w:sz w:val="32"/>
          <w:lang w:eastAsia="zh-CN"/>
        </w:rPr>
        <w:t>史书之源，开典籍之先河。尚书记载先人以时事金</w:t>
      </w:r>
      <w:proofErr w:type="gramStart"/>
      <w:r>
        <w:rPr>
          <w:rFonts w:ascii="仿宋" w:eastAsia="仿宋" w:hAnsi="仿宋"/>
          <w:sz w:val="32"/>
          <w:lang w:eastAsia="zh-CN"/>
        </w:rPr>
        <w:t>匮</w:t>
      </w:r>
      <w:proofErr w:type="gramEnd"/>
      <w:r>
        <w:rPr>
          <w:rFonts w:ascii="仿宋" w:eastAsia="仿宋" w:hAnsi="仿宋"/>
          <w:sz w:val="32"/>
          <w:lang w:eastAsia="zh-CN"/>
        </w:rPr>
        <w:t>的方式郑重保存历史。金縢之书，金</w:t>
      </w:r>
      <w:proofErr w:type="gramStart"/>
      <w:r>
        <w:rPr>
          <w:rFonts w:ascii="仿宋" w:eastAsia="仿宋" w:hAnsi="仿宋"/>
          <w:sz w:val="32"/>
          <w:lang w:eastAsia="zh-CN"/>
        </w:rPr>
        <w:t>匮</w:t>
      </w:r>
      <w:proofErr w:type="gramEnd"/>
      <w:r>
        <w:rPr>
          <w:rFonts w:ascii="仿宋" w:eastAsia="仿宋" w:hAnsi="仿宋"/>
          <w:sz w:val="32"/>
          <w:lang w:eastAsia="zh-CN"/>
        </w:rPr>
        <w:t>藏之。我为王兄作祝词。保存于此金</w:t>
      </w:r>
      <w:proofErr w:type="gramStart"/>
      <w:r>
        <w:rPr>
          <w:rFonts w:ascii="仿宋" w:eastAsia="仿宋" w:hAnsi="仿宋"/>
          <w:sz w:val="32"/>
          <w:lang w:eastAsia="zh-CN"/>
        </w:rPr>
        <w:t>匮</w:t>
      </w:r>
      <w:proofErr w:type="gramEnd"/>
      <w:r>
        <w:rPr>
          <w:rFonts w:ascii="仿宋" w:eastAsia="仿宋" w:hAnsi="仿宋"/>
          <w:sz w:val="32"/>
          <w:lang w:eastAsia="zh-CN"/>
        </w:rPr>
        <w:t>之中，后世之人若开启金匮。可见证历史。</w:t>
      </w:r>
      <w:proofErr w:type="gramStart"/>
      <w:r>
        <w:rPr>
          <w:rFonts w:ascii="仿宋" w:eastAsia="仿宋" w:hAnsi="仿宋"/>
          <w:sz w:val="32"/>
          <w:lang w:eastAsia="zh-CN"/>
        </w:rPr>
        <w:t>东周年</w:t>
      </w:r>
      <w:proofErr w:type="gramEnd"/>
      <w:r>
        <w:rPr>
          <w:rFonts w:ascii="仿宋" w:eastAsia="仿宋" w:hAnsi="仿宋"/>
          <w:sz w:val="32"/>
          <w:lang w:eastAsia="zh-CN"/>
        </w:rPr>
        <w:t>间，孔子开创私人修史之先河，首次以编年体做《春秋》。也有学者认为，那段历史正是因为这部史书而被称为春秋时期。吾著《春秋》，</w:t>
      </w:r>
    </w:p>
    <w:p w14:paraId="70F00850" w14:textId="77777777" w:rsidR="00E87C95" w:rsidRDefault="00000000">
      <w:pPr>
        <w:spacing w:after="0" w:line="579" w:lineRule="exact"/>
        <w:ind w:firstLine="640"/>
        <w:rPr>
          <w:lang w:eastAsia="zh-CN"/>
        </w:rPr>
      </w:pPr>
      <w:r>
        <w:rPr>
          <w:rFonts w:ascii="仿宋" w:eastAsia="仿宋" w:hAnsi="仿宋"/>
          <w:sz w:val="32"/>
          <w:lang w:eastAsia="zh-CN"/>
        </w:rPr>
        <w:t>以续周史。往后是。鉴古至今。学识明智。皇皇史册是先贤留给后世的丰厚遗产。研究历史，借鉴历史。成为后世学子的必修之课。父亲。父亲，您经常让两位</w:t>
      </w:r>
      <w:proofErr w:type="gramStart"/>
      <w:r>
        <w:rPr>
          <w:rFonts w:ascii="仿宋" w:eastAsia="仿宋" w:hAnsi="仿宋"/>
          <w:sz w:val="32"/>
          <w:lang w:eastAsia="zh-CN"/>
        </w:rPr>
        <w:t>兄长读</w:t>
      </w:r>
      <w:proofErr w:type="gramEnd"/>
      <w:r>
        <w:rPr>
          <w:rFonts w:ascii="仿宋" w:eastAsia="仿宋" w:hAnsi="仿宋"/>
          <w:sz w:val="32"/>
          <w:lang w:eastAsia="zh-CN"/>
        </w:rPr>
        <w:t>史书，什么是史书？史书。记录了从前的人和事，《太史公书》，</w:t>
      </w:r>
    </w:p>
    <w:p w14:paraId="437BCFE9" w14:textId="77777777" w:rsidR="00E87C95" w:rsidRDefault="00000000">
      <w:pPr>
        <w:spacing w:after="0" w:line="579" w:lineRule="exact"/>
        <w:ind w:firstLine="640"/>
        <w:rPr>
          <w:lang w:eastAsia="zh-CN"/>
        </w:rPr>
      </w:pPr>
      <w:r>
        <w:rPr>
          <w:rFonts w:ascii="仿宋" w:eastAsia="仿宋" w:hAnsi="仿宋"/>
          <w:sz w:val="32"/>
          <w:lang w:eastAsia="zh-CN"/>
        </w:rPr>
        <w:t>这就是您说的史书吗？嗯，</w:t>
      </w:r>
      <w:proofErr w:type="gramStart"/>
      <w:r>
        <w:rPr>
          <w:rFonts w:ascii="仿宋" w:eastAsia="仿宋" w:hAnsi="仿宋"/>
          <w:sz w:val="32"/>
          <w:lang w:eastAsia="zh-CN"/>
        </w:rPr>
        <w:t>固儿超儿</w:t>
      </w:r>
      <w:proofErr w:type="gramEnd"/>
      <w:r>
        <w:rPr>
          <w:rFonts w:ascii="仿宋" w:eastAsia="仿宋" w:hAnsi="仿宋"/>
          <w:sz w:val="32"/>
          <w:lang w:eastAsia="zh-CN"/>
        </w:rPr>
        <w:t>给妹妹讲讲这儿《太史公书》。乃是</w:t>
      </w:r>
      <w:proofErr w:type="gramStart"/>
      <w:r>
        <w:rPr>
          <w:rFonts w:ascii="仿宋" w:eastAsia="仿宋" w:hAnsi="仿宋"/>
          <w:sz w:val="32"/>
          <w:lang w:eastAsia="zh-CN"/>
        </w:rPr>
        <w:t>太</w:t>
      </w:r>
      <w:proofErr w:type="gramEnd"/>
      <w:r>
        <w:rPr>
          <w:rFonts w:ascii="仿宋" w:eastAsia="仿宋" w:hAnsi="仿宋"/>
          <w:sz w:val="32"/>
          <w:lang w:eastAsia="zh-CN"/>
        </w:rPr>
        <w:t>史公司马谈、司马迁父子二人所写。嗯。孤儿。嗯，好。所载之事，上至武帝，下至孝武皇帝年间，记述了3000多年的历史。父亲兄长，你们也会写史书吗？</w:t>
      </w:r>
    </w:p>
    <w:p w14:paraId="7FE3F861" w14:textId="77777777" w:rsidR="00E87C95" w:rsidRDefault="00000000">
      <w:pPr>
        <w:spacing w:after="0" w:line="579" w:lineRule="exact"/>
        <w:ind w:firstLine="640"/>
        <w:rPr>
          <w:lang w:eastAsia="zh-CN"/>
        </w:rPr>
      </w:pPr>
      <w:proofErr w:type="gramStart"/>
      <w:r>
        <w:rPr>
          <w:rFonts w:ascii="仿宋" w:eastAsia="仿宋" w:hAnsi="仿宋"/>
          <w:sz w:val="32"/>
          <w:lang w:eastAsia="zh-CN"/>
        </w:rPr>
        <w:lastRenderedPageBreak/>
        <w:t>会父亲</w:t>
      </w:r>
      <w:proofErr w:type="gramEnd"/>
      <w:r>
        <w:rPr>
          <w:rFonts w:ascii="仿宋" w:eastAsia="仿宋" w:hAnsi="仿宋"/>
          <w:sz w:val="32"/>
          <w:lang w:eastAsia="zh-CN"/>
        </w:rPr>
        <w:t>正在续写《太史公书》那。父亲写好了，两位兄长负责</w:t>
      </w:r>
      <w:proofErr w:type="gramStart"/>
      <w:r>
        <w:rPr>
          <w:rFonts w:ascii="仿宋" w:eastAsia="仿宋" w:hAnsi="仿宋"/>
          <w:sz w:val="32"/>
          <w:lang w:eastAsia="zh-CN"/>
        </w:rPr>
        <w:t>给昭儿读</w:t>
      </w:r>
      <w:proofErr w:type="gramEnd"/>
      <w:r>
        <w:rPr>
          <w:rFonts w:ascii="仿宋" w:eastAsia="仿宋" w:hAnsi="仿宋"/>
          <w:sz w:val="32"/>
          <w:lang w:eastAsia="zh-CN"/>
        </w:rPr>
        <w:t>，到时二哥读给你听，</w:t>
      </w:r>
      <w:proofErr w:type="gramStart"/>
      <w:r>
        <w:rPr>
          <w:rFonts w:ascii="仿宋" w:eastAsia="仿宋" w:hAnsi="仿宋"/>
          <w:sz w:val="32"/>
          <w:lang w:eastAsia="zh-CN"/>
        </w:rPr>
        <w:t>昭儿聪慧</w:t>
      </w:r>
      <w:proofErr w:type="gramEnd"/>
      <w:r>
        <w:rPr>
          <w:rFonts w:ascii="仿宋" w:eastAsia="仿宋" w:hAnsi="仿宋"/>
          <w:sz w:val="32"/>
          <w:lang w:eastAsia="zh-CN"/>
        </w:rPr>
        <w:t>。东汉初年，班彪续写《太史公书》之后，其子班</w:t>
      </w:r>
      <w:proofErr w:type="gramStart"/>
      <w:r>
        <w:rPr>
          <w:rFonts w:ascii="仿宋" w:eastAsia="仿宋" w:hAnsi="仿宋"/>
          <w:sz w:val="32"/>
          <w:lang w:eastAsia="zh-CN"/>
        </w:rPr>
        <w:t>固开拓</w:t>
      </w:r>
      <w:proofErr w:type="gramEnd"/>
      <w:r>
        <w:rPr>
          <w:rFonts w:ascii="仿宋" w:eastAsia="仿宋" w:hAnsi="仿宋"/>
          <w:sz w:val="32"/>
          <w:lang w:eastAsia="zh-CN"/>
        </w:rPr>
        <w:t>格局。</w:t>
      </w:r>
      <w:proofErr w:type="gramStart"/>
      <w:r>
        <w:rPr>
          <w:rFonts w:ascii="仿宋" w:eastAsia="仿宋" w:hAnsi="仿宋"/>
          <w:sz w:val="32"/>
          <w:lang w:eastAsia="zh-CN"/>
        </w:rPr>
        <w:t>断汉为</w:t>
      </w:r>
      <w:proofErr w:type="gramEnd"/>
      <w:r>
        <w:rPr>
          <w:rFonts w:ascii="仿宋" w:eastAsia="仿宋" w:hAnsi="仿宋"/>
          <w:sz w:val="32"/>
          <w:lang w:eastAsia="zh-CN"/>
        </w:rPr>
        <w:t>史，定名《汉书》，并基本成书。最终，由班昭及其弟子马续续</w:t>
      </w:r>
      <w:proofErr w:type="gramStart"/>
      <w:r>
        <w:rPr>
          <w:rFonts w:ascii="仿宋" w:eastAsia="仿宋" w:hAnsi="仿宋"/>
          <w:sz w:val="32"/>
          <w:lang w:eastAsia="zh-CN"/>
        </w:rPr>
        <w:t>补魏城</w:t>
      </w:r>
      <w:proofErr w:type="gramEnd"/>
      <w:r>
        <w:rPr>
          <w:rFonts w:ascii="仿宋" w:eastAsia="仿宋" w:hAnsi="仿宋"/>
          <w:sz w:val="32"/>
          <w:lang w:eastAsia="zh-CN"/>
        </w:rPr>
        <w:t>部分，终成典籍。为后世了解和研究西汉社会留下了最重要的史书。</w:t>
      </w:r>
    </w:p>
    <w:p w14:paraId="67BCA02A" w14:textId="77777777" w:rsidR="00E87C95" w:rsidRDefault="00000000">
      <w:pPr>
        <w:spacing w:after="0" w:line="579" w:lineRule="exact"/>
        <w:ind w:firstLine="640"/>
        <w:rPr>
          <w:lang w:eastAsia="zh-CN"/>
        </w:rPr>
      </w:pPr>
      <w:r>
        <w:rPr>
          <w:rFonts w:ascii="仿宋" w:eastAsia="仿宋" w:hAnsi="仿宋"/>
          <w:sz w:val="32"/>
          <w:lang w:eastAsia="zh-CN"/>
        </w:rPr>
        <w:t>今天就让我们一起识读中国纪传体断代史书开山之作。《汉书》。打开典籍品读中国，欢迎走进典籍里的中国。我是王嘉宁。尚书追溯中华文明之源，《史记》以纪传为题，通晓历史的演变。而</w:t>
      </w:r>
      <w:proofErr w:type="gramStart"/>
      <w:r>
        <w:rPr>
          <w:rFonts w:ascii="仿宋" w:eastAsia="仿宋" w:hAnsi="仿宋"/>
          <w:sz w:val="32"/>
          <w:lang w:eastAsia="zh-CN"/>
        </w:rPr>
        <w:t>《汉书》断汉为</w:t>
      </w:r>
      <w:proofErr w:type="gramEnd"/>
      <w:r>
        <w:rPr>
          <w:rFonts w:ascii="仿宋" w:eastAsia="仿宋" w:hAnsi="仿宋"/>
          <w:sz w:val="32"/>
          <w:lang w:eastAsia="zh-CN"/>
        </w:rPr>
        <w:t>史，开创</w:t>
      </w:r>
      <w:proofErr w:type="gramStart"/>
      <w:r>
        <w:rPr>
          <w:rFonts w:ascii="仿宋" w:eastAsia="仿宋" w:hAnsi="仿宋"/>
          <w:sz w:val="32"/>
          <w:lang w:eastAsia="zh-CN"/>
        </w:rPr>
        <w:t>断代纪史的</w:t>
      </w:r>
      <w:proofErr w:type="gramEnd"/>
      <w:r>
        <w:rPr>
          <w:rFonts w:ascii="仿宋" w:eastAsia="仿宋" w:hAnsi="仿宋"/>
          <w:sz w:val="32"/>
          <w:lang w:eastAsia="zh-CN"/>
        </w:rPr>
        <w:t>先河。观成败见得失明，是非知兴替。今天让我们与三位读书人一同品读《汉书》。点亮光明籍，</w:t>
      </w:r>
      <w:proofErr w:type="gramStart"/>
      <w:r>
        <w:rPr>
          <w:rFonts w:ascii="仿宋" w:eastAsia="仿宋" w:hAnsi="仿宋"/>
          <w:sz w:val="32"/>
          <w:lang w:eastAsia="zh-CN"/>
        </w:rPr>
        <w:t>取力量</w:t>
      </w:r>
      <w:proofErr w:type="gramEnd"/>
      <w:r>
        <w:rPr>
          <w:rFonts w:ascii="仿宋" w:eastAsia="仿宋" w:hAnsi="仿宋"/>
          <w:sz w:val="32"/>
          <w:lang w:eastAsia="zh-CN"/>
        </w:rPr>
        <w:t>典籍里的中国，</w:t>
      </w:r>
    </w:p>
    <w:p w14:paraId="4A596012" w14:textId="77777777" w:rsidR="00E87C95" w:rsidRDefault="00000000">
      <w:pPr>
        <w:spacing w:after="0" w:line="579" w:lineRule="exact"/>
        <w:ind w:firstLine="640"/>
        <w:rPr>
          <w:lang w:eastAsia="zh-CN"/>
        </w:rPr>
      </w:pPr>
      <w:r>
        <w:rPr>
          <w:rFonts w:ascii="仿宋" w:eastAsia="仿宋" w:hAnsi="仿宋"/>
          <w:sz w:val="32"/>
          <w:lang w:eastAsia="zh-CN"/>
        </w:rPr>
        <w:t>由高品质的光明乳业独家冠名播出。清香汾酒匠心品质典籍里的中国，由青花粉酒独家特别呈现。青花粉酒开启高品质生活。读中国典籍，品智慧人生。本节目由格力新清除套</w:t>
      </w:r>
      <w:proofErr w:type="gramStart"/>
      <w:r>
        <w:rPr>
          <w:rFonts w:ascii="仿宋" w:eastAsia="仿宋" w:hAnsi="仿宋"/>
          <w:sz w:val="32"/>
          <w:lang w:eastAsia="zh-CN"/>
        </w:rPr>
        <w:t>系厨电</w:t>
      </w:r>
      <w:proofErr w:type="gramEnd"/>
      <w:r>
        <w:rPr>
          <w:rFonts w:ascii="仿宋" w:eastAsia="仿宋" w:hAnsi="仿宋"/>
          <w:sz w:val="32"/>
          <w:lang w:eastAsia="zh-CN"/>
        </w:rPr>
        <w:t>赞助播出，轻松下厨</w:t>
      </w:r>
      <w:proofErr w:type="gramStart"/>
      <w:r>
        <w:rPr>
          <w:rFonts w:ascii="仿宋" w:eastAsia="仿宋" w:hAnsi="仿宋"/>
          <w:sz w:val="32"/>
          <w:lang w:eastAsia="zh-CN"/>
        </w:rPr>
        <w:t>就选格力</w:t>
      </w:r>
      <w:proofErr w:type="gramEnd"/>
      <w:r>
        <w:rPr>
          <w:rFonts w:ascii="仿宋" w:eastAsia="仿宋" w:hAnsi="仿宋"/>
          <w:sz w:val="32"/>
          <w:lang w:eastAsia="zh-CN"/>
        </w:rPr>
        <w:t>。典籍里的中国由王老吉赞助播出，王老吉陪你凝聚先前智慧，传承生命经典。植物补益读书有底气，感谢云南白药集团气血康口服液对本节目的赞助播出。三位老师好，欢迎来到典籍里的中国。</w:t>
      </w:r>
    </w:p>
    <w:p w14:paraId="61C77332" w14:textId="77777777" w:rsidR="00E87C95" w:rsidRDefault="00000000">
      <w:pPr>
        <w:spacing w:after="0" w:line="579" w:lineRule="exact"/>
        <w:ind w:firstLine="640"/>
        <w:rPr>
          <w:lang w:eastAsia="zh-CN"/>
        </w:rPr>
      </w:pPr>
      <w:r>
        <w:rPr>
          <w:rFonts w:ascii="仿宋" w:eastAsia="仿宋" w:hAnsi="仿宋"/>
          <w:sz w:val="32"/>
          <w:lang w:eastAsia="zh-CN"/>
        </w:rPr>
        <w:t>那么，今天参加戏剧演出的各位演员们也在观房前就坐，与我们一同来聆听专家老师对于典籍的解读。《汉书》是第一部纪传体断代史，那是开山之作呀，这样的一个文献就是</w:t>
      </w:r>
      <w:r>
        <w:rPr>
          <w:rFonts w:ascii="仿宋" w:eastAsia="仿宋" w:hAnsi="仿宋"/>
          <w:sz w:val="32"/>
          <w:lang w:eastAsia="zh-CN"/>
        </w:rPr>
        <w:lastRenderedPageBreak/>
        <w:t>咱们的吐鲁番文书。</w:t>
      </w:r>
      <w:proofErr w:type="spellStart"/>
      <w:r>
        <w:rPr>
          <w:rFonts w:ascii="仿宋" w:eastAsia="仿宋" w:hAnsi="仿宋"/>
          <w:sz w:val="32"/>
          <w:lang w:eastAsia="zh-CN"/>
        </w:rPr>
        <w:t>ch</w:t>
      </w:r>
      <w:proofErr w:type="spellEnd"/>
      <w:r>
        <w:rPr>
          <w:rFonts w:ascii="仿宋" w:eastAsia="仿宋" w:hAnsi="仿宋"/>
          <w:sz w:val="32"/>
          <w:lang w:eastAsia="zh-CN"/>
        </w:rPr>
        <w:t>九三八号正面，他抄的是《汉书》的张良传，背面抄的是《史记》的仲尼弟子列传，说明当时的《汉书》的《史记》的地位呀。就是这样，双峰并治啊，所以从古代大家一般都是把这两本书并称，而且跟谁对比呢？就跟。</w:t>
      </w:r>
    </w:p>
    <w:p w14:paraId="3B9B2B24" w14:textId="77777777" w:rsidR="00E87C95" w:rsidRDefault="00000000">
      <w:pPr>
        <w:spacing w:after="0" w:line="579" w:lineRule="exact"/>
        <w:ind w:firstLine="640"/>
        <w:rPr>
          <w:lang w:eastAsia="zh-CN"/>
        </w:rPr>
      </w:pPr>
      <w:r>
        <w:rPr>
          <w:rFonts w:ascii="仿宋" w:eastAsia="仿宋" w:hAnsi="仿宋"/>
          <w:sz w:val="32"/>
          <w:lang w:eastAsia="zh-CN"/>
        </w:rPr>
        <w:t>诗中李杜来对比你，比方说《四库全书》，</w:t>
      </w:r>
      <w:proofErr w:type="gramStart"/>
      <w:r>
        <w:rPr>
          <w:rFonts w:ascii="仿宋" w:eastAsia="仿宋" w:hAnsi="仿宋"/>
          <w:sz w:val="32"/>
          <w:lang w:eastAsia="zh-CN"/>
        </w:rPr>
        <w:t>它繁立怎么</w:t>
      </w:r>
      <w:proofErr w:type="gramEnd"/>
      <w:r>
        <w:rPr>
          <w:rFonts w:ascii="仿宋" w:eastAsia="仿宋" w:hAnsi="仿宋"/>
          <w:sz w:val="32"/>
          <w:lang w:eastAsia="zh-CN"/>
        </w:rPr>
        <w:t>说？马班之始，李杜之诗啊。如果论史书，那就是司马迁和班固论诗是谁，那就是李白和杜甫。</w:t>
      </w:r>
      <w:proofErr w:type="gramStart"/>
      <w:r>
        <w:rPr>
          <w:rFonts w:ascii="仿宋" w:eastAsia="仿宋" w:hAnsi="仿宋"/>
          <w:sz w:val="32"/>
          <w:lang w:eastAsia="zh-CN"/>
        </w:rPr>
        <w:t>拿诗来</w:t>
      </w:r>
      <w:proofErr w:type="gramEnd"/>
      <w:r>
        <w:rPr>
          <w:rFonts w:ascii="仿宋" w:eastAsia="仿宋" w:hAnsi="仿宋"/>
          <w:sz w:val="32"/>
          <w:lang w:eastAsia="zh-CN"/>
        </w:rPr>
        <w:t>比文的话，李太白就像司马迁写《史记》那样潇洒豪迈，而杜少陵啊，杜甫像谁哎？像班固所写的《汉书》那样。格局谨严。这个比喻还</w:t>
      </w:r>
      <w:proofErr w:type="gramStart"/>
      <w:r>
        <w:rPr>
          <w:rFonts w:ascii="仿宋" w:eastAsia="仿宋" w:hAnsi="仿宋"/>
          <w:sz w:val="32"/>
          <w:lang w:eastAsia="zh-CN"/>
        </w:rPr>
        <w:t>挺</w:t>
      </w:r>
      <w:proofErr w:type="gramEnd"/>
      <w:r>
        <w:rPr>
          <w:rFonts w:ascii="仿宋" w:eastAsia="仿宋" w:hAnsi="仿宋"/>
          <w:sz w:val="32"/>
          <w:lang w:eastAsia="zh-CN"/>
        </w:rPr>
        <w:t>形象的，</w:t>
      </w:r>
    </w:p>
    <w:p w14:paraId="4AD2E616" w14:textId="77777777" w:rsidR="00E87C95" w:rsidRDefault="00000000">
      <w:pPr>
        <w:spacing w:after="0" w:line="579" w:lineRule="exact"/>
        <w:ind w:firstLine="640"/>
        <w:rPr>
          <w:lang w:eastAsia="zh-CN"/>
        </w:rPr>
      </w:pPr>
      <w:r>
        <w:rPr>
          <w:rFonts w:ascii="仿宋" w:eastAsia="仿宋" w:hAnsi="仿宋"/>
          <w:sz w:val="32"/>
          <w:lang w:eastAsia="zh-CN"/>
        </w:rPr>
        <w:t>足以说明《史记》和《汉书》，这是在中国早期史学上两座非常高的高峰了。就如同我们开场戏剧所介绍的这样，《汉书》著书的缘起其实是想给《史记》做续篇的是吧？对《史记》是通史。从上古时期皇帝开始，然后写到汉武帝时期3000多年的历史，因为汉武帝时期司马迁就去世了，所以后来的史诗没法写下去了，有很多学者要给子敬做一个补叙工作。其中这个最重要的学者呢，就是班彪班固的父亲，人们定论他是才高而号素坐。他就觉得这些续作啊，不能让他满意，</w:t>
      </w:r>
    </w:p>
    <w:p w14:paraId="17D1A3F3" w14:textId="77777777" w:rsidR="00E87C95" w:rsidRDefault="00000000">
      <w:pPr>
        <w:spacing w:after="0" w:line="579" w:lineRule="exact"/>
        <w:ind w:firstLine="640"/>
        <w:rPr>
          <w:lang w:eastAsia="zh-CN"/>
        </w:rPr>
      </w:pPr>
      <w:r>
        <w:rPr>
          <w:rFonts w:ascii="仿宋" w:eastAsia="仿宋" w:hAnsi="仿宋"/>
          <w:sz w:val="32"/>
          <w:lang w:eastAsia="zh-CN"/>
        </w:rPr>
        <w:t>不足以去前十，然后呢，他就决定。我要做一个更好的尺寸啊，</w:t>
      </w:r>
      <w:proofErr w:type="gramStart"/>
      <w:r>
        <w:rPr>
          <w:rFonts w:ascii="仿宋" w:eastAsia="仿宋" w:hAnsi="仿宋"/>
          <w:sz w:val="32"/>
          <w:lang w:eastAsia="zh-CN"/>
        </w:rPr>
        <w:t>就是说标乃记</w:t>
      </w:r>
      <w:proofErr w:type="gramEnd"/>
      <w:r>
        <w:rPr>
          <w:rFonts w:ascii="仿宋" w:eastAsia="仿宋" w:hAnsi="仿宋"/>
          <w:sz w:val="32"/>
          <w:lang w:eastAsia="zh-CN"/>
        </w:rPr>
        <w:t>采前十仪式。旁观译文做后传数十篇。</w:t>
      </w:r>
      <w:r>
        <w:rPr>
          <w:rFonts w:ascii="仿宋" w:eastAsia="仿宋" w:hAnsi="仿宋"/>
          <w:sz w:val="32"/>
          <w:lang w:eastAsia="zh-CN"/>
        </w:rPr>
        <w:lastRenderedPageBreak/>
        <w:t>写了一部分之后，他就去世了，帮助就在父亲留下的数十篇文稿的基础上，开始编写《汉书》。所以就像《史记》是由司马谈，司马迁父子两代人共同完成的，《汉书》也是由班氏两代人共同撰写的。是的，</w:t>
      </w:r>
      <w:proofErr w:type="gramStart"/>
      <w:r>
        <w:rPr>
          <w:rFonts w:ascii="仿宋" w:eastAsia="仿宋" w:hAnsi="仿宋"/>
          <w:sz w:val="32"/>
          <w:lang w:eastAsia="zh-CN"/>
        </w:rPr>
        <w:t>西汉是</w:t>
      </w:r>
      <w:proofErr w:type="gramEnd"/>
      <w:r>
        <w:rPr>
          <w:rFonts w:ascii="仿宋" w:eastAsia="仿宋" w:hAnsi="仿宋"/>
          <w:sz w:val="32"/>
          <w:lang w:eastAsia="zh-CN"/>
        </w:rPr>
        <w:t>历史上第一个长治久安的大一统王朝，</w:t>
      </w:r>
    </w:p>
    <w:p w14:paraId="608B5F77" w14:textId="77777777" w:rsidR="00E87C95" w:rsidRDefault="00000000">
      <w:pPr>
        <w:spacing w:after="0" w:line="579" w:lineRule="exact"/>
        <w:ind w:firstLine="640"/>
        <w:rPr>
          <w:lang w:eastAsia="zh-CN"/>
        </w:rPr>
      </w:pPr>
      <w:r>
        <w:rPr>
          <w:rFonts w:ascii="仿宋" w:eastAsia="仿宋" w:hAnsi="仿宋"/>
          <w:sz w:val="32"/>
          <w:lang w:eastAsia="zh-CN"/>
        </w:rPr>
        <w:t>生活在东汉初期的班固觉得是。《史记》将西汉</w:t>
      </w:r>
      <w:proofErr w:type="gramStart"/>
      <w:r>
        <w:rPr>
          <w:rFonts w:ascii="仿宋" w:eastAsia="仿宋" w:hAnsi="仿宋"/>
          <w:sz w:val="32"/>
          <w:lang w:eastAsia="zh-CN"/>
        </w:rPr>
        <w:t>编于百王之</w:t>
      </w:r>
      <w:proofErr w:type="gramEnd"/>
      <w:r>
        <w:rPr>
          <w:rFonts w:ascii="仿宋" w:eastAsia="仿宋" w:hAnsi="仿宋"/>
          <w:sz w:val="32"/>
          <w:lang w:eastAsia="zh-CN"/>
        </w:rPr>
        <w:t>末，</w:t>
      </w:r>
      <w:proofErr w:type="gramStart"/>
      <w:r>
        <w:rPr>
          <w:rFonts w:ascii="仿宋" w:eastAsia="仿宋" w:hAnsi="仿宋"/>
          <w:sz w:val="32"/>
          <w:lang w:eastAsia="zh-CN"/>
        </w:rPr>
        <w:t>策于秦</w:t>
      </w:r>
      <w:proofErr w:type="gramEnd"/>
      <w:r>
        <w:rPr>
          <w:rFonts w:ascii="仿宋" w:eastAsia="仿宋" w:hAnsi="仿宋"/>
          <w:sz w:val="32"/>
          <w:lang w:eastAsia="zh-CN"/>
        </w:rPr>
        <w:t>相之列，难以突出。</w:t>
      </w:r>
      <w:proofErr w:type="gramStart"/>
      <w:r>
        <w:rPr>
          <w:rFonts w:ascii="仿宋" w:eastAsia="仿宋" w:hAnsi="仿宋"/>
          <w:sz w:val="32"/>
          <w:lang w:eastAsia="zh-CN"/>
        </w:rPr>
        <w:t>汉朝在</w:t>
      </w:r>
      <w:proofErr w:type="gramEnd"/>
      <w:r>
        <w:rPr>
          <w:rFonts w:ascii="仿宋" w:eastAsia="仿宋" w:hAnsi="仿宋"/>
          <w:sz w:val="32"/>
          <w:lang w:eastAsia="zh-CN"/>
        </w:rPr>
        <w:t>中国历史上的地位和成就。他认为，大汉当可独立议史。另一方面，他希望通过对历史的叙述，为治国安邦。提供有益的借鉴，总结其中的经验教训。于是，他断代为史，开创先河。</w:t>
      </w:r>
    </w:p>
    <w:p w14:paraId="5DDA4F4A" w14:textId="77777777" w:rsidR="00E87C95" w:rsidRDefault="00000000">
      <w:pPr>
        <w:spacing w:after="0" w:line="579" w:lineRule="exact"/>
        <w:ind w:firstLine="640"/>
        <w:rPr>
          <w:lang w:eastAsia="zh-CN"/>
        </w:rPr>
      </w:pPr>
      <w:r>
        <w:rPr>
          <w:rFonts w:ascii="仿宋" w:eastAsia="仿宋" w:hAnsi="仿宋"/>
          <w:sz w:val="32"/>
          <w:lang w:eastAsia="zh-CN"/>
        </w:rPr>
        <w:t>所以，我们看到《汉书》起于高地祭。啊，也就是汉高祖刘邦忠于王莽传，这中间记载了230年的西汉历史。而后世的政</w:t>
      </w:r>
      <w:proofErr w:type="gramStart"/>
      <w:r>
        <w:rPr>
          <w:rFonts w:ascii="仿宋" w:eastAsia="仿宋" w:hAnsi="仿宋"/>
          <w:sz w:val="32"/>
          <w:lang w:eastAsia="zh-CN"/>
        </w:rPr>
        <w:t>史基本</w:t>
      </w:r>
      <w:proofErr w:type="gramEnd"/>
      <w:r>
        <w:rPr>
          <w:rFonts w:ascii="仿宋" w:eastAsia="仿宋" w:hAnsi="仿宋"/>
          <w:sz w:val="32"/>
          <w:lang w:eastAsia="zh-CN"/>
        </w:rPr>
        <w:t>都沿用了《汉书》的体例，所以说《汉书》是包举一代撰成一书，这也是班固所开创的。</w:t>
      </w:r>
      <w:proofErr w:type="gramStart"/>
      <w:r>
        <w:rPr>
          <w:rFonts w:ascii="仿宋" w:eastAsia="仿宋" w:hAnsi="仿宋"/>
          <w:sz w:val="32"/>
          <w:lang w:eastAsia="zh-CN"/>
        </w:rPr>
        <w:t>助使的</w:t>
      </w:r>
      <w:proofErr w:type="gramEnd"/>
      <w:r>
        <w:rPr>
          <w:rFonts w:ascii="仿宋" w:eastAsia="仿宋" w:hAnsi="仿宋"/>
          <w:sz w:val="32"/>
          <w:lang w:eastAsia="zh-CN"/>
        </w:rPr>
        <w:t>新格局。《汉书》，这是第一部纪传体的断代史。在《史记》的基础之上，形成了</w:t>
      </w:r>
      <w:proofErr w:type="gramStart"/>
      <w:r>
        <w:rPr>
          <w:rFonts w:ascii="仿宋" w:eastAsia="仿宋" w:hAnsi="仿宋"/>
          <w:sz w:val="32"/>
          <w:lang w:eastAsia="zh-CN"/>
        </w:rPr>
        <w:t>记表志</w:t>
      </w:r>
      <w:proofErr w:type="gramEnd"/>
      <w:r>
        <w:rPr>
          <w:rFonts w:ascii="仿宋" w:eastAsia="仿宋" w:hAnsi="仿宋"/>
          <w:sz w:val="32"/>
          <w:lang w:eastAsia="zh-CN"/>
        </w:rPr>
        <w:t>，传病历的这样的编撰体例，深深影响了后世正史的创作。</w:t>
      </w:r>
    </w:p>
    <w:p w14:paraId="1B20BBC7" w14:textId="77777777" w:rsidR="00E87C95" w:rsidRDefault="00000000">
      <w:pPr>
        <w:spacing w:after="0" w:line="579" w:lineRule="exact"/>
        <w:ind w:firstLine="640"/>
        <w:rPr>
          <w:lang w:eastAsia="zh-CN"/>
        </w:rPr>
      </w:pPr>
      <w:r>
        <w:rPr>
          <w:rFonts w:ascii="仿宋" w:eastAsia="仿宋" w:hAnsi="仿宋"/>
          <w:sz w:val="32"/>
          <w:lang w:eastAsia="zh-CN"/>
        </w:rPr>
        <w:t>其实，《汉书》的历史价值还体现在它的实质里面，它也开创了很多学科的专史的一个开端。对比如说刑法制系统技术，中国刑法史先河就是它开创的。另外，它的地理制也是如此，应该说开创了中国地理学的基本规模。还有持货制，从远古的经济说起，一直说到汉代经济应该实行什么样的政</w:t>
      </w:r>
      <w:r>
        <w:rPr>
          <w:rFonts w:ascii="仿宋" w:eastAsia="仿宋" w:hAnsi="仿宋"/>
          <w:sz w:val="32"/>
          <w:lang w:eastAsia="zh-CN"/>
        </w:rPr>
        <w:lastRenderedPageBreak/>
        <w:t>策？国家在经济发展当中应该起什么作用？它是论述的非常详细。但很可惜，班固在去世的时候，</w:t>
      </w:r>
    </w:p>
    <w:p w14:paraId="51D0785D" w14:textId="77777777" w:rsidR="00E87C95" w:rsidRDefault="00000000">
      <w:pPr>
        <w:spacing w:after="0" w:line="579" w:lineRule="exact"/>
        <w:ind w:firstLine="640"/>
        <w:rPr>
          <w:lang w:eastAsia="zh-CN"/>
        </w:rPr>
      </w:pPr>
      <w:r>
        <w:rPr>
          <w:rFonts w:ascii="仿宋" w:eastAsia="仿宋" w:hAnsi="仿宋"/>
          <w:sz w:val="32"/>
          <w:lang w:eastAsia="zh-CN"/>
        </w:rPr>
        <w:t>《汉书》还有八表和天文志，他是没有写完的，没错呃，这事儿呢，就是记载在《后汉书》班昭的传里头。班昭是班固的妹妹嘛？汉和帝知道班昭的家学渊源呐，就把他请到东观的藏书阁，让他接着写完这个书。那么班昭呢，就带着他的弟子马续一起写。写了十几年，终于</w:t>
      </w:r>
      <w:proofErr w:type="gramStart"/>
      <w:r>
        <w:rPr>
          <w:rFonts w:ascii="仿宋" w:eastAsia="仿宋" w:hAnsi="仿宋"/>
          <w:sz w:val="32"/>
          <w:lang w:eastAsia="zh-CN"/>
        </w:rPr>
        <w:t>把它续完了</w:t>
      </w:r>
      <w:proofErr w:type="gramEnd"/>
      <w:r>
        <w:rPr>
          <w:rFonts w:ascii="仿宋" w:eastAsia="仿宋" w:hAnsi="仿宋"/>
          <w:sz w:val="32"/>
          <w:lang w:eastAsia="zh-CN"/>
        </w:rPr>
        <w:t>。《汉书》其实很难读，有很多东西当时不明白什么意思，</w:t>
      </w:r>
    </w:p>
    <w:p w14:paraId="45A67508" w14:textId="77777777" w:rsidR="00E87C95" w:rsidRDefault="00000000">
      <w:pPr>
        <w:spacing w:after="0" w:line="579" w:lineRule="exact"/>
        <w:ind w:firstLine="640"/>
        <w:rPr>
          <w:lang w:eastAsia="zh-CN"/>
        </w:rPr>
      </w:pPr>
      <w:r>
        <w:rPr>
          <w:rFonts w:ascii="仿宋" w:eastAsia="仿宋" w:hAnsi="仿宋"/>
          <w:sz w:val="32"/>
          <w:lang w:eastAsia="zh-CN"/>
        </w:rPr>
        <w:t>怎么办呢？皇帝又让当时的大经学家马融师从班昭，让班昭领着他把《汉书》</w:t>
      </w:r>
      <w:proofErr w:type="gramStart"/>
      <w:r>
        <w:rPr>
          <w:rFonts w:ascii="仿宋" w:eastAsia="仿宋" w:hAnsi="仿宋"/>
          <w:sz w:val="32"/>
          <w:lang w:eastAsia="zh-CN"/>
        </w:rPr>
        <w:t>一</w:t>
      </w:r>
      <w:proofErr w:type="gramEnd"/>
      <w:r>
        <w:rPr>
          <w:rFonts w:ascii="仿宋" w:eastAsia="仿宋" w:hAnsi="仿宋"/>
          <w:sz w:val="32"/>
          <w:lang w:eastAsia="zh-CN"/>
        </w:rPr>
        <w:t>卷一卷读完。</w:t>
      </w:r>
      <w:proofErr w:type="gramStart"/>
      <w:r>
        <w:rPr>
          <w:rFonts w:ascii="仿宋" w:eastAsia="仿宋" w:hAnsi="仿宋"/>
          <w:sz w:val="32"/>
          <w:lang w:eastAsia="zh-CN"/>
        </w:rPr>
        <w:t>然后传步于</w:t>
      </w:r>
      <w:proofErr w:type="gramEnd"/>
      <w:r>
        <w:rPr>
          <w:rFonts w:ascii="仿宋" w:eastAsia="仿宋" w:hAnsi="仿宋"/>
          <w:sz w:val="32"/>
          <w:lang w:eastAsia="zh-CN"/>
        </w:rPr>
        <w:t>学者之间，所以你可以想象一下啊，班昭在这里起了多大的作用，班昭的夫家姓曹嘛。所以他当时就被尊称为曹大姑，</w:t>
      </w:r>
      <w:proofErr w:type="gramStart"/>
      <w:r>
        <w:rPr>
          <w:rFonts w:ascii="仿宋" w:eastAsia="仿宋" w:hAnsi="仿宋"/>
          <w:sz w:val="32"/>
          <w:lang w:eastAsia="zh-CN"/>
        </w:rPr>
        <w:t>单昭是</w:t>
      </w:r>
      <w:proofErr w:type="gramEnd"/>
      <w:r>
        <w:rPr>
          <w:rFonts w:ascii="仿宋" w:eastAsia="仿宋" w:hAnsi="仿宋"/>
          <w:sz w:val="32"/>
          <w:lang w:eastAsia="zh-CN"/>
        </w:rPr>
        <w:t>我们中国古代呀，第一位能够。进入修撰，24史行列的女史学家也是第一个建筑正史的女教育家。为完成《汉书》做出了。巨大贡献。演好他压力太大了。</w:t>
      </w:r>
    </w:p>
    <w:p w14:paraId="1DE4874E" w14:textId="77777777" w:rsidR="00E87C95" w:rsidRDefault="00000000">
      <w:pPr>
        <w:spacing w:after="0" w:line="579" w:lineRule="exact"/>
        <w:ind w:firstLine="640"/>
        <w:rPr>
          <w:lang w:eastAsia="zh-CN"/>
        </w:rPr>
      </w:pPr>
      <w:r>
        <w:rPr>
          <w:rFonts w:ascii="仿宋" w:eastAsia="仿宋" w:hAnsi="仿宋"/>
          <w:sz w:val="32"/>
          <w:lang w:eastAsia="zh-CN"/>
        </w:rPr>
        <w:t>所以我们说了这么多，大家也能够真切的感受到，《汉书》可以说是班氏一家集全部的心血所完成的历史巨著。那接下来我们就走进</w:t>
      </w:r>
      <w:proofErr w:type="gramStart"/>
      <w:r>
        <w:rPr>
          <w:rFonts w:ascii="仿宋" w:eastAsia="仿宋" w:hAnsi="仿宋"/>
          <w:sz w:val="32"/>
          <w:lang w:eastAsia="zh-CN"/>
        </w:rPr>
        <w:t>典读会</w:t>
      </w:r>
      <w:proofErr w:type="gramEnd"/>
      <w:r>
        <w:rPr>
          <w:rFonts w:ascii="仿宋" w:eastAsia="仿宋" w:hAnsi="仿宋"/>
          <w:sz w:val="32"/>
          <w:lang w:eastAsia="zh-CN"/>
        </w:rPr>
        <w:t>来，看看演员们将如何演绎班氏和《汉书》的故事。欢迎各位来到我们的</w:t>
      </w:r>
      <w:proofErr w:type="gramStart"/>
      <w:r>
        <w:rPr>
          <w:rFonts w:ascii="仿宋" w:eastAsia="仿宋" w:hAnsi="仿宋"/>
          <w:sz w:val="32"/>
          <w:lang w:eastAsia="zh-CN"/>
        </w:rPr>
        <w:t>典读会</w:t>
      </w:r>
      <w:proofErr w:type="gramEnd"/>
      <w:r>
        <w:rPr>
          <w:rFonts w:ascii="仿宋" w:eastAsia="仿宋" w:hAnsi="仿宋"/>
          <w:sz w:val="32"/>
          <w:lang w:eastAsia="zh-CN"/>
        </w:rPr>
        <w:t>，这一趟我们要去到近2000年前的东汉去看一看中国典籍，历史上第一部纪传体的断代史的史实。《汉书》的故事。请各位做一下自</w:t>
      </w:r>
      <w:r>
        <w:rPr>
          <w:rFonts w:ascii="仿宋" w:eastAsia="仿宋" w:hAnsi="仿宋"/>
          <w:sz w:val="32"/>
          <w:lang w:eastAsia="zh-CN"/>
        </w:rPr>
        <w:lastRenderedPageBreak/>
        <w:t>我介绍吧，大家好，我是演员万茜，在戏剧中饰演班昭，大家好，我是王挺。</w:t>
      </w:r>
    </w:p>
    <w:p w14:paraId="6327752E" w14:textId="77777777" w:rsidR="00E87C95" w:rsidRDefault="00000000">
      <w:pPr>
        <w:spacing w:after="0" w:line="579" w:lineRule="exact"/>
        <w:ind w:firstLine="640"/>
        <w:rPr>
          <w:lang w:eastAsia="zh-CN"/>
        </w:rPr>
      </w:pPr>
      <w:r>
        <w:rPr>
          <w:rFonts w:ascii="仿宋" w:eastAsia="仿宋" w:hAnsi="仿宋"/>
          <w:sz w:val="32"/>
          <w:lang w:eastAsia="zh-CN"/>
        </w:rPr>
        <w:t>在戏剧中饰演班固我是演员俞景梅，在戏剧中饰演二哥班超。我是典籍里的中国的总编剧张坤鹏。谢谢。耗时数十年班家两代人完成了《汉书》的修整，兄妹三人各个名流青史，能文能武。就是我们常说的，别人家的孩子给大家介绍一下自己的故事吧，大哥先来。我所饰演的大哥班固从小就受到傅伯的熏陶，九岁的时候就</w:t>
      </w:r>
      <w:proofErr w:type="gramStart"/>
      <w:r>
        <w:rPr>
          <w:rFonts w:ascii="仿宋" w:eastAsia="仿宋" w:hAnsi="仿宋"/>
          <w:sz w:val="32"/>
          <w:lang w:eastAsia="zh-CN"/>
        </w:rPr>
        <w:t>能文颂赋</w:t>
      </w:r>
      <w:proofErr w:type="gramEnd"/>
      <w:r>
        <w:rPr>
          <w:rFonts w:ascii="仿宋" w:eastAsia="仿宋" w:hAnsi="仿宋"/>
          <w:sz w:val="32"/>
          <w:lang w:eastAsia="zh-CN"/>
        </w:rPr>
        <w:t>，认为将来必定完成。撰写汉代历史的重任这句话，后来果然应验了。</w:t>
      </w:r>
    </w:p>
    <w:p w14:paraId="7BC7483D" w14:textId="77777777" w:rsidR="00E87C95" w:rsidRDefault="00000000">
      <w:pPr>
        <w:spacing w:after="0" w:line="579" w:lineRule="exact"/>
        <w:ind w:firstLine="640"/>
        <w:rPr>
          <w:lang w:eastAsia="zh-CN"/>
        </w:rPr>
      </w:pPr>
      <w:r>
        <w:rPr>
          <w:rFonts w:ascii="仿宋" w:eastAsia="仿宋" w:hAnsi="仿宋"/>
          <w:sz w:val="32"/>
          <w:lang w:eastAsia="zh-CN"/>
        </w:rPr>
        <w:t>同时，因为他父亲去世，作为大哥，他既要担当起家庭的责任。若要完成修史的重任。他的身上应该有超乎同龄人的成熟和稳重。呃，我饰演的这个二哥呢？班超最为人熟知的就是投笔从戎的典故，和平定西域的功劳。他曾经说过，大丈夫无他志略。犹</w:t>
      </w:r>
      <w:proofErr w:type="gramStart"/>
      <w:r>
        <w:rPr>
          <w:rFonts w:ascii="仿宋" w:eastAsia="仿宋" w:hAnsi="仿宋"/>
          <w:sz w:val="32"/>
          <w:lang w:eastAsia="zh-CN"/>
        </w:rPr>
        <w:t>当效傅介子</w:t>
      </w:r>
      <w:proofErr w:type="gramEnd"/>
      <w:r>
        <w:rPr>
          <w:rFonts w:ascii="仿宋" w:eastAsia="仿宋" w:hAnsi="仿宋"/>
          <w:sz w:val="32"/>
          <w:lang w:eastAsia="zh-CN"/>
        </w:rPr>
        <w:t>张骞立功抑郁，从这句话当中呢，可以体会到他作为定远侯的这个抱负和气魄班超呢，</w:t>
      </w:r>
    </w:p>
    <w:p w14:paraId="272B46E5" w14:textId="77777777" w:rsidR="00E87C95" w:rsidRDefault="00000000">
      <w:pPr>
        <w:spacing w:after="0" w:line="579" w:lineRule="exact"/>
        <w:ind w:firstLine="640"/>
        <w:rPr>
          <w:lang w:eastAsia="zh-CN"/>
        </w:rPr>
      </w:pPr>
      <w:r>
        <w:rPr>
          <w:rFonts w:ascii="仿宋" w:eastAsia="仿宋" w:hAnsi="仿宋"/>
          <w:sz w:val="32"/>
          <w:lang w:eastAsia="zh-CN"/>
        </w:rPr>
        <w:t>虽然没有直接参与《汉书》的撰写。但是《汉书》中的西域传班超应该提供了一些一手的材料，不仅仅局限于用笔来书写历史，他更希望自己能够像一个铁马金戈的英雄。怎么样去开创了历史？希望能够通过自己的演绎，展现出他的远大抱负和家国情怀。所以</w:t>
      </w:r>
      <w:proofErr w:type="gramStart"/>
      <w:r>
        <w:rPr>
          <w:rFonts w:ascii="仿宋" w:eastAsia="仿宋" w:hAnsi="仿宋"/>
          <w:sz w:val="32"/>
          <w:lang w:eastAsia="zh-CN"/>
        </w:rPr>
        <w:t>一</w:t>
      </w:r>
      <w:proofErr w:type="gramEnd"/>
      <w:r>
        <w:rPr>
          <w:rFonts w:ascii="仿宋" w:eastAsia="仿宋" w:hAnsi="仿宋"/>
          <w:sz w:val="32"/>
          <w:lang w:eastAsia="zh-CN"/>
        </w:rPr>
        <w:t>家里有这样两个哥哥，这当妹妹的自然优秀，应该说班昭是最后为《汉书》画上句号的那个人，《汉书》之所以能流传至今，仍然成为史。史学家们</w:t>
      </w:r>
      <w:r>
        <w:rPr>
          <w:rFonts w:ascii="仿宋" w:eastAsia="仿宋" w:hAnsi="仿宋"/>
          <w:sz w:val="32"/>
          <w:lang w:eastAsia="zh-CN"/>
        </w:rPr>
        <w:lastRenderedPageBreak/>
        <w:t>在研究那段历史的时候，最重要的参考和资料就是因为当年班昭讲授这部书班家的四</w:t>
      </w:r>
      <w:proofErr w:type="gramStart"/>
      <w:r>
        <w:rPr>
          <w:rFonts w:ascii="仿宋" w:eastAsia="仿宋" w:hAnsi="仿宋"/>
          <w:sz w:val="32"/>
          <w:lang w:eastAsia="zh-CN"/>
        </w:rPr>
        <w:t>人成员</w:t>
      </w:r>
      <w:proofErr w:type="gramEnd"/>
      <w:r>
        <w:rPr>
          <w:rFonts w:ascii="仿宋" w:eastAsia="仿宋" w:hAnsi="仿宋"/>
          <w:sz w:val="32"/>
          <w:lang w:eastAsia="zh-CN"/>
        </w:rPr>
        <w:t>当中，班昭是年龄最小的一个成员。</w:t>
      </w:r>
    </w:p>
    <w:p w14:paraId="424B870C" w14:textId="77777777" w:rsidR="00E87C95" w:rsidRDefault="00000000">
      <w:pPr>
        <w:spacing w:after="0" w:line="579" w:lineRule="exact"/>
        <w:ind w:firstLine="640"/>
        <w:rPr>
          <w:lang w:eastAsia="zh-CN"/>
        </w:rPr>
      </w:pPr>
      <w:r>
        <w:rPr>
          <w:rFonts w:ascii="仿宋" w:eastAsia="仿宋" w:hAnsi="仿宋"/>
          <w:sz w:val="32"/>
          <w:lang w:eastAsia="zh-CN"/>
        </w:rPr>
        <w:t>在父亲和哥哥相继过世之后呢，他毅然肩负起了完成《汉书》的重任。班昭对《汉书》进行了补缀，整理，传播。是当之无愧的一位女史家。节目组经过反复讨论，确定要以班昭的视角来描写《汉书》的故事。据我所知，好像这是典籍里的中国，从开始第一季到现在，我们第一次是以一个女性的视角。来看待一部典籍成书的历史，你做好准备，跟班昭相遇了吗？</w:t>
      </w:r>
    </w:p>
    <w:p w14:paraId="6688B89D" w14:textId="77777777" w:rsidR="00E87C95" w:rsidRDefault="00000000">
      <w:pPr>
        <w:spacing w:after="0" w:line="579" w:lineRule="exact"/>
        <w:ind w:firstLine="640"/>
        <w:rPr>
          <w:lang w:eastAsia="zh-CN"/>
        </w:rPr>
      </w:pPr>
      <w:r>
        <w:rPr>
          <w:rFonts w:ascii="仿宋" w:eastAsia="仿宋" w:hAnsi="仿宋"/>
          <w:sz w:val="32"/>
          <w:lang w:eastAsia="zh-CN"/>
        </w:rPr>
        <w:t>我稍微有一点紧张，因为班昭呢，是第一位修撰正史的女性，史书上对她的评价是国学高才。同一个天真浪漫的少女成长，成为一代大家，我觉得这个女人身上的这股气度也是非常了不起的。能够饰演这样一位女性，我觉得非常荣幸。这一次演绎班昭从青年到中年到老年。需要我在不同阶段的神态言行上有更加精细的把握，表演难度很大，我会尽力诠释。如果看过我们第一季典籍里的中国的观众，一定还记得司马迁在《史记》当中为后人留下了这样一句话，</w:t>
      </w:r>
    </w:p>
    <w:p w14:paraId="261F5666" w14:textId="77777777" w:rsidR="00E87C95" w:rsidRDefault="00000000">
      <w:pPr>
        <w:spacing w:after="0" w:line="579" w:lineRule="exact"/>
        <w:ind w:firstLine="640"/>
        <w:rPr>
          <w:lang w:eastAsia="zh-CN"/>
        </w:rPr>
      </w:pPr>
      <w:proofErr w:type="gramStart"/>
      <w:r>
        <w:rPr>
          <w:rFonts w:ascii="仿宋" w:eastAsia="仿宋" w:hAnsi="仿宋"/>
          <w:sz w:val="32"/>
          <w:lang w:eastAsia="zh-CN"/>
        </w:rPr>
        <w:t>叫究天人</w:t>
      </w:r>
      <w:proofErr w:type="gramEnd"/>
      <w:r>
        <w:rPr>
          <w:rFonts w:ascii="仿宋" w:eastAsia="仿宋" w:hAnsi="仿宋"/>
          <w:sz w:val="32"/>
          <w:lang w:eastAsia="zh-CN"/>
        </w:rPr>
        <w:t>之际，通古今之变，成一家之言。在《汉书》当中。有这么一句话，和司马迁的这句话是能够相对应，我们一块儿诵读这一句。</w:t>
      </w:r>
      <w:proofErr w:type="gramStart"/>
      <w:r>
        <w:rPr>
          <w:rFonts w:ascii="仿宋" w:eastAsia="仿宋" w:hAnsi="仿宋"/>
          <w:sz w:val="32"/>
          <w:lang w:eastAsia="zh-CN"/>
        </w:rPr>
        <w:t>来究其终始</w:t>
      </w:r>
      <w:proofErr w:type="gramEnd"/>
      <w:r>
        <w:rPr>
          <w:rFonts w:ascii="仿宋" w:eastAsia="仿宋" w:hAnsi="仿宋"/>
          <w:sz w:val="32"/>
          <w:lang w:eastAsia="zh-CN"/>
        </w:rPr>
        <w:t>强弱之变，</w:t>
      </w:r>
      <w:proofErr w:type="gramStart"/>
      <w:r>
        <w:rPr>
          <w:rFonts w:ascii="仿宋" w:eastAsia="仿宋" w:hAnsi="仿宋"/>
          <w:sz w:val="32"/>
          <w:lang w:eastAsia="zh-CN"/>
        </w:rPr>
        <w:t>明监戒</w:t>
      </w:r>
      <w:proofErr w:type="gramEnd"/>
      <w:r>
        <w:rPr>
          <w:rFonts w:ascii="仿宋" w:eastAsia="仿宋" w:hAnsi="仿宋"/>
          <w:sz w:val="32"/>
          <w:lang w:eastAsia="zh-CN"/>
        </w:rPr>
        <w:t>焉。究</w:t>
      </w:r>
      <w:r>
        <w:rPr>
          <w:rFonts w:ascii="仿宋" w:eastAsia="仿宋" w:hAnsi="仿宋"/>
          <w:sz w:val="32"/>
          <w:lang w:eastAsia="zh-CN"/>
        </w:rPr>
        <w:lastRenderedPageBreak/>
        <w:t>其终始强弱之变。</w:t>
      </w:r>
      <w:proofErr w:type="gramStart"/>
      <w:r>
        <w:rPr>
          <w:rFonts w:ascii="仿宋" w:eastAsia="仿宋" w:hAnsi="仿宋"/>
          <w:sz w:val="32"/>
          <w:lang w:eastAsia="zh-CN"/>
        </w:rPr>
        <w:t>明监戒焉究习</w:t>
      </w:r>
      <w:proofErr w:type="gramEnd"/>
      <w:r>
        <w:rPr>
          <w:rFonts w:ascii="仿宋" w:eastAsia="仿宋" w:hAnsi="仿宋"/>
          <w:sz w:val="32"/>
          <w:lang w:eastAsia="zh-CN"/>
        </w:rPr>
        <w:t>，终始强弱之变。</w:t>
      </w:r>
      <w:proofErr w:type="gramStart"/>
      <w:r>
        <w:rPr>
          <w:rFonts w:ascii="仿宋" w:eastAsia="仿宋" w:hAnsi="仿宋"/>
          <w:sz w:val="32"/>
          <w:lang w:eastAsia="zh-CN"/>
        </w:rPr>
        <w:t>明监戒</w:t>
      </w:r>
      <w:proofErr w:type="gramEnd"/>
      <w:r>
        <w:rPr>
          <w:rFonts w:ascii="仿宋" w:eastAsia="仿宋" w:hAnsi="仿宋"/>
          <w:sz w:val="32"/>
          <w:lang w:eastAsia="zh-CN"/>
        </w:rPr>
        <w:t>焉。离自己这么遥远的过去，有这么精髓的思想，</w:t>
      </w:r>
    </w:p>
    <w:p w14:paraId="1B424818" w14:textId="77777777" w:rsidR="00E87C95" w:rsidRDefault="00000000">
      <w:pPr>
        <w:spacing w:after="0" w:line="579" w:lineRule="exact"/>
        <w:ind w:firstLine="640"/>
        <w:rPr>
          <w:lang w:eastAsia="zh-CN"/>
        </w:rPr>
      </w:pPr>
      <w:r>
        <w:rPr>
          <w:rFonts w:ascii="仿宋" w:eastAsia="仿宋" w:hAnsi="仿宋"/>
          <w:sz w:val="32"/>
          <w:lang w:eastAsia="zh-CN"/>
        </w:rPr>
        <w:t>其实在今天看来，也可以指导我们。我们的很多很多很多方面，究其终始强弱之变，</w:t>
      </w:r>
      <w:proofErr w:type="gramStart"/>
      <w:r>
        <w:rPr>
          <w:rFonts w:ascii="仿宋" w:eastAsia="仿宋" w:hAnsi="仿宋"/>
          <w:sz w:val="32"/>
          <w:lang w:eastAsia="zh-CN"/>
        </w:rPr>
        <w:t>明监戒焉希望</w:t>
      </w:r>
      <w:proofErr w:type="gramEnd"/>
      <w:r>
        <w:rPr>
          <w:rFonts w:ascii="仿宋" w:eastAsia="仿宋" w:hAnsi="仿宋"/>
          <w:sz w:val="32"/>
          <w:lang w:eastAsia="zh-CN"/>
        </w:rPr>
        <w:t>通过这次演艺班昭，可以让大家更多的了解《汉书》，回顾历史，铭记历史。</w:t>
      </w:r>
      <w:proofErr w:type="gramStart"/>
      <w:r>
        <w:rPr>
          <w:rFonts w:ascii="仿宋" w:eastAsia="仿宋" w:hAnsi="仿宋"/>
          <w:sz w:val="32"/>
          <w:lang w:eastAsia="zh-CN"/>
        </w:rPr>
        <w:t>习古而</w:t>
      </w:r>
      <w:proofErr w:type="gramEnd"/>
      <w:r>
        <w:rPr>
          <w:rFonts w:ascii="仿宋" w:eastAsia="仿宋" w:hAnsi="仿宋"/>
          <w:sz w:val="32"/>
          <w:lang w:eastAsia="zh-CN"/>
        </w:rPr>
        <w:t>建今。哈哈</w:t>
      </w:r>
      <w:proofErr w:type="gramStart"/>
      <w:r>
        <w:rPr>
          <w:rFonts w:ascii="仿宋" w:eastAsia="仿宋" w:hAnsi="仿宋"/>
          <w:sz w:val="32"/>
          <w:lang w:eastAsia="zh-CN"/>
        </w:rPr>
        <w:t>哈</w:t>
      </w:r>
      <w:proofErr w:type="gramEnd"/>
      <w:r>
        <w:rPr>
          <w:rFonts w:ascii="仿宋" w:eastAsia="仿宋" w:hAnsi="仿宋"/>
          <w:sz w:val="32"/>
          <w:lang w:eastAsia="zh-CN"/>
        </w:rPr>
        <w:t>。诸位学子，今日看书授课，以毕谢先生。叫书王。今日真是大开眼界，</w:t>
      </w:r>
    </w:p>
    <w:p w14:paraId="58D48DAB" w14:textId="77777777" w:rsidR="00E87C95" w:rsidRDefault="00000000">
      <w:pPr>
        <w:spacing w:after="0" w:line="579" w:lineRule="exact"/>
        <w:ind w:firstLine="640"/>
        <w:rPr>
          <w:lang w:eastAsia="zh-CN"/>
        </w:rPr>
      </w:pPr>
      <w:r>
        <w:rPr>
          <w:rFonts w:ascii="仿宋" w:eastAsia="仿宋" w:hAnsi="仿宋"/>
          <w:sz w:val="32"/>
          <w:lang w:eastAsia="zh-CN"/>
        </w:rPr>
        <w:t>这是我第一次听女夫子讲述，如果</w:t>
      </w:r>
      <w:proofErr w:type="gramStart"/>
      <w:r>
        <w:rPr>
          <w:rFonts w:ascii="仿宋" w:eastAsia="仿宋" w:hAnsi="仿宋"/>
          <w:sz w:val="32"/>
          <w:lang w:eastAsia="zh-CN"/>
        </w:rPr>
        <w:t>不是听曹大姑</w:t>
      </w:r>
      <w:proofErr w:type="gramEnd"/>
      <w:r>
        <w:rPr>
          <w:rFonts w:ascii="仿宋" w:eastAsia="仿宋" w:hAnsi="仿宋"/>
          <w:sz w:val="32"/>
          <w:lang w:eastAsia="zh-CN"/>
        </w:rPr>
        <w:t>讲《汉书》啊，我看都看不懂这位曹大姑。家学渊源是班彪先生之女，班固先生之妹。两位先生去世后，《汉书》是由他奉旨续修完成的。唉，这可是历史上第一位</w:t>
      </w:r>
      <w:proofErr w:type="gramStart"/>
      <w:r>
        <w:rPr>
          <w:rFonts w:ascii="仿宋" w:eastAsia="仿宋" w:hAnsi="仿宋"/>
          <w:sz w:val="32"/>
          <w:lang w:eastAsia="zh-CN"/>
        </w:rPr>
        <w:t>奉旨叙修《汉书》</w:t>
      </w:r>
      <w:proofErr w:type="gramEnd"/>
      <w:r>
        <w:rPr>
          <w:rFonts w:ascii="仿宋" w:eastAsia="仿宋" w:hAnsi="仿宋"/>
          <w:sz w:val="32"/>
          <w:lang w:eastAsia="zh-CN"/>
        </w:rPr>
        <w:t>的女史家呀，她的二哥班超先生也很了不起，是为我大汉都护西域的定远侯。班氏一门，父女四位，先生都为大汉历史，定能青史留名。</w:t>
      </w:r>
    </w:p>
    <w:p w14:paraId="6D4BC7DD" w14:textId="77777777" w:rsidR="00E87C95" w:rsidRDefault="00000000">
      <w:pPr>
        <w:spacing w:after="0" w:line="579" w:lineRule="exact"/>
        <w:ind w:firstLine="640"/>
        <w:rPr>
          <w:lang w:eastAsia="zh-CN"/>
        </w:rPr>
      </w:pPr>
      <w:r>
        <w:rPr>
          <w:rFonts w:ascii="仿宋" w:eastAsia="仿宋" w:hAnsi="仿宋"/>
          <w:sz w:val="32"/>
          <w:lang w:eastAsia="zh-CN"/>
        </w:rPr>
        <w:t>中国第一部纪传体断代史《汉书》经班彪班固班昭班家两代人。皆续修撰于东汉和帝年间成书，因《汉书》多用古字典故。意蕴丰厚，使人难以理解。于是汉和帝下诏命，</w:t>
      </w:r>
      <w:proofErr w:type="gramStart"/>
      <w:r>
        <w:rPr>
          <w:rFonts w:ascii="仿宋" w:eastAsia="仿宋" w:hAnsi="仿宋"/>
          <w:sz w:val="32"/>
          <w:lang w:eastAsia="zh-CN"/>
        </w:rPr>
        <w:t>颁召在</w:t>
      </w:r>
      <w:proofErr w:type="gramEnd"/>
      <w:r>
        <w:rPr>
          <w:rFonts w:ascii="仿宋" w:eastAsia="仿宋" w:hAnsi="仿宋"/>
          <w:sz w:val="32"/>
          <w:lang w:eastAsia="zh-CN"/>
        </w:rPr>
        <w:t>皇家藏书之地东观。讲授《汉书》，季长兄说的好啊，说的是啊，诸位，明日曹大姑还在此处讲《汉书》。我都要一定准时领奖。曹大姑，明日教授哪一篇弟子先去做准备？</w:t>
      </w:r>
    </w:p>
    <w:p w14:paraId="0F3F54F6" w14:textId="77777777" w:rsidR="00E87C95" w:rsidRDefault="00000000">
      <w:pPr>
        <w:spacing w:after="0" w:line="579" w:lineRule="exact"/>
        <w:ind w:firstLine="640"/>
        <w:rPr>
          <w:lang w:eastAsia="zh-CN"/>
        </w:rPr>
      </w:pPr>
      <w:r>
        <w:rPr>
          <w:rFonts w:ascii="仿宋" w:eastAsia="仿宋" w:hAnsi="仿宋"/>
          <w:sz w:val="32"/>
          <w:lang w:eastAsia="zh-CN"/>
        </w:rPr>
        <w:t>会便学子们理解，明日将司马迁传。弟子下去，先行准备。晚辈拜见班昭先生。你是何人？晚辈撒贝宁是一位热爱</w:t>
      </w:r>
      <w:r>
        <w:rPr>
          <w:rFonts w:ascii="仿宋" w:eastAsia="仿宋" w:hAnsi="仿宋"/>
          <w:sz w:val="32"/>
          <w:lang w:eastAsia="zh-CN"/>
        </w:rPr>
        <w:lastRenderedPageBreak/>
        <w:t>中华典籍的读书人，来自2000年后指导先生在东观讲授《汉书》，特来请教。2000年后，先生若是不幸。可以看看我带来的这个物件。2000年后，很多人会用这样的方式来读《汉书》，您看这是何物？</w:t>
      </w:r>
    </w:p>
    <w:p w14:paraId="0BAB1599" w14:textId="77777777" w:rsidR="00E87C95" w:rsidRDefault="00000000">
      <w:pPr>
        <w:spacing w:after="0" w:line="579" w:lineRule="exact"/>
        <w:ind w:firstLine="640"/>
        <w:rPr>
          <w:lang w:eastAsia="zh-CN"/>
        </w:rPr>
      </w:pPr>
      <w:r>
        <w:rPr>
          <w:rFonts w:ascii="仿宋" w:eastAsia="仿宋" w:hAnsi="仿宋"/>
          <w:sz w:val="32"/>
          <w:lang w:eastAsia="zh-CN"/>
        </w:rPr>
        <w:t>这叫电子书，可藏典籍无数。电子书。您看这篇。这是。张良传正是《汉书》中的张良传片段，您再看这篇。这是。仲明弟子列传。没错。就是《史记》中的仲尼弟子列传。《史记》哦。《太史公书》在后世，被称为《史记》。您现在看到的是在</w:t>
      </w:r>
      <w:proofErr w:type="gramStart"/>
      <w:r>
        <w:rPr>
          <w:rFonts w:ascii="仿宋" w:eastAsia="仿宋" w:hAnsi="仿宋"/>
          <w:sz w:val="32"/>
          <w:lang w:eastAsia="zh-CN"/>
        </w:rPr>
        <w:t>汉朝后</w:t>
      </w:r>
      <w:proofErr w:type="gramEnd"/>
      <w:r>
        <w:rPr>
          <w:rFonts w:ascii="仿宋" w:eastAsia="仿宋" w:hAnsi="仿宋"/>
          <w:sz w:val="32"/>
          <w:lang w:eastAsia="zh-CN"/>
        </w:rPr>
        <w:t>数百年唐朝学子的抄本，</w:t>
      </w:r>
    </w:p>
    <w:p w14:paraId="3D6832D9" w14:textId="77777777" w:rsidR="00E87C95" w:rsidRDefault="00000000">
      <w:pPr>
        <w:spacing w:after="0" w:line="579" w:lineRule="exact"/>
        <w:ind w:firstLine="640"/>
        <w:rPr>
          <w:lang w:eastAsia="zh-CN"/>
        </w:rPr>
      </w:pPr>
      <w:r>
        <w:rPr>
          <w:rFonts w:ascii="仿宋" w:eastAsia="仿宋" w:hAnsi="仿宋"/>
          <w:sz w:val="32"/>
          <w:lang w:eastAsia="zh-CN"/>
        </w:rPr>
        <w:t>那时候他们学习啊。正面抄《汉书》。背面抄《史记》</w:t>
      </w:r>
      <w:proofErr w:type="gramStart"/>
      <w:r>
        <w:rPr>
          <w:rFonts w:ascii="仿宋" w:eastAsia="仿宋" w:hAnsi="仿宋"/>
          <w:sz w:val="32"/>
          <w:lang w:eastAsia="zh-CN"/>
        </w:rPr>
        <w:t>史汉合抄史汉</w:t>
      </w:r>
      <w:proofErr w:type="gramEnd"/>
      <w:r>
        <w:rPr>
          <w:rFonts w:ascii="仿宋" w:eastAsia="仿宋" w:hAnsi="仿宋"/>
          <w:sz w:val="32"/>
          <w:lang w:eastAsia="zh-CN"/>
        </w:rPr>
        <w:t>并重。</w:t>
      </w:r>
      <w:proofErr w:type="gramStart"/>
      <w:r>
        <w:rPr>
          <w:rFonts w:ascii="仿宋" w:eastAsia="仿宋" w:hAnsi="仿宋"/>
          <w:sz w:val="32"/>
          <w:lang w:eastAsia="zh-CN"/>
        </w:rPr>
        <w:t>使汉合昌</w:t>
      </w:r>
      <w:proofErr w:type="gramEnd"/>
      <w:r>
        <w:rPr>
          <w:rFonts w:ascii="仿宋" w:eastAsia="仿宋" w:hAnsi="仿宋"/>
          <w:sz w:val="32"/>
          <w:lang w:eastAsia="zh-CN"/>
        </w:rPr>
        <w:t>。我父兄。若是早一点知道这样。该多好。</w:t>
      </w:r>
      <w:proofErr w:type="gramStart"/>
      <w:r>
        <w:rPr>
          <w:rFonts w:ascii="仿宋" w:eastAsia="仿宋" w:hAnsi="仿宋"/>
          <w:sz w:val="32"/>
          <w:lang w:eastAsia="zh-CN"/>
        </w:rPr>
        <w:t>敢问洒君2000年后</w:t>
      </w:r>
      <w:proofErr w:type="gramEnd"/>
      <w:r>
        <w:rPr>
          <w:rFonts w:ascii="仿宋" w:eastAsia="仿宋" w:hAnsi="仿宋"/>
          <w:sz w:val="32"/>
          <w:lang w:eastAsia="zh-CN"/>
        </w:rPr>
        <w:t>。《汉书》可还在。在我生活的那个时代，世人皆知《史记》是中国第一部纪传体通史。而《汉书》是中国第一部纪传体断代史。您班家一门两代。</w:t>
      </w:r>
      <w:proofErr w:type="gramStart"/>
      <w:r>
        <w:rPr>
          <w:rFonts w:ascii="仿宋" w:eastAsia="仿宋" w:hAnsi="仿宋"/>
          <w:sz w:val="32"/>
          <w:lang w:eastAsia="zh-CN"/>
        </w:rPr>
        <w:t>皆续驻</w:t>
      </w:r>
      <w:proofErr w:type="gramEnd"/>
      <w:r>
        <w:rPr>
          <w:rFonts w:ascii="仿宋" w:eastAsia="仿宋" w:hAnsi="仿宋"/>
          <w:sz w:val="32"/>
          <w:lang w:eastAsia="zh-CN"/>
        </w:rPr>
        <w:t>清史。传媒后世佳话。</w:t>
      </w:r>
    </w:p>
    <w:p w14:paraId="6173855F" w14:textId="77777777" w:rsidR="00E87C95" w:rsidRDefault="00000000">
      <w:pPr>
        <w:spacing w:after="0" w:line="579" w:lineRule="exact"/>
        <w:ind w:firstLine="640"/>
        <w:rPr>
          <w:lang w:eastAsia="zh-CN"/>
        </w:rPr>
      </w:pPr>
      <w:r>
        <w:rPr>
          <w:rFonts w:ascii="仿宋" w:eastAsia="仿宋" w:hAnsi="仿宋"/>
          <w:sz w:val="32"/>
          <w:lang w:eastAsia="zh-CN"/>
        </w:rPr>
        <w:t>两代皆是。祝清史。父亲，快看，那有只老虎快。等会快看昭儿，快看慧姐，老虎好漂亮，我得去看清楚点。二弟啊，你慢点放心吧，大哥，你们快来呀快。放我走走来走，福清你慢点儿哎，</w:t>
      </w:r>
    </w:p>
    <w:p w14:paraId="27D085D9" w14:textId="77777777" w:rsidR="00E87C95" w:rsidRDefault="00000000">
      <w:pPr>
        <w:spacing w:after="0" w:line="579" w:lineRule="exact"/>
        <w:ind w:firstLine="640"/>
        <w:rPr>
          <w:lang w:eastAsia="zh-CN"/>
        </w:rPr>
      </w:pPr>
      <w:r>
        <w:rPr>
          <w:rFonts w:ascii="仿宋" w:eastAsia="仿宋" w:hAnsi="仿宋"/>
          <w:sz w:val="32"/>
          <w:lang w:eastAsia="zh-CN"/>
        </w:rPr>
        <w:t>你们走的太慢了，老虎都已经跑远了。慢点，慢点。手儿，你一点都不怕老虎吗？不怕父亲不是说老虎是班家的祖先吗？咱们班家的祖先。与楚同姓传说。是喝老虎的乳汁长</w:t>
      </w:r>
      <w:r>
        <w:rPr>
          <w:rFonts w:ascii="仿宋" w:eastAsia="仿宋" w:hAnsi="仿宋"/>
          <w:sz w:val="32"/>
          <w:lang w:eastAsia="zh-CN"/>
        </w:rPr>
        <w:lastRenderedPageBreak/>
        <w:t>大，我知道主人把老虎称作斑，所以两个哥哥是大老虎，我是小老虎。哦。父亲呐，</w:t>
      </w:r>
    </w:p>
    <w:p w14:paraId="05ABA4BC" w14:textId="77777777" w:rsidR="00E87C95" w:rsidRDefault="00000000">
      <w:pPr>
        <w:spacing w:after="0" w:line="579" w:lineRule="exact"/>
        <w:ind w:firstLine="640"/>
        <w:rPr>
          <w:lang w:eastAsia="zh-CN"/>
        </w:rPr>
      </w:pPr>
      <w:r>
        <w:rPr>
          <w:rFonts w:ascii="仿宋" w:eastAsia="仿宋" w:hAnsi="仿宋"/>
          <w:sz w:val="32"/>
          <w:lang w:eastAsia="zh-CN"/>
        </w:rPr>
        <w:t>您是长胡子的老老虎，人说虎生三子，必有一</w:t>
      </w:r>
      <w:proofErr w:type="gramStart"/>
      <w:r>
        <w:rPr>
          <w:rFonts w:ascii="仿宋" w:eastAsia="仿宋" w:hAnsi="仿宋"/>
          <w:sz w:val="32"/>
          <w:lang w:eastAsia="zh-CN"/>
        </w:rPr>
        <w:t>彪</w:t>
      </w:r>
      <w:proofErr w:type="gramEnd"/>
      <w:r>
        <w:rPr>
          <w:rFonts w:ascii="仿宋" w:eastAsia="仿宋" w:hAnsi="仿宋"/>
          <w:sz w:val="32"/>
          <w:lang w:eastAsia="zh-CN"/>
        </w:rPr>
        <w:t>。我班彪，何其有幸。有你们三个孩子朝而天资聪慧，故而文采好又稳重。</w:t>
      </w:r>
      <w:proofErr w:type="gramStart"/>
      <w:r>
        <w:rPr>
          <w:rFonts w:ascii="仿宋" w:eastAsia="仿宋" w:hAnsi="仿宋"/>
          <w:sz w:val="32"/>
          <w:lang w:eastAsia="zh-CN"/>
        </w:rPr>
        <w:t>嗯朝而</w:t>
      </w:r>
      <w:proofErr w:type="gramEnd"/>
      <w:r>
        <w:rPr>
          <w:rFonts w:ascii="仿宋" w:eastAsia="仿宋" w:hAnsi="仿宋"/>
          <w:sz w:val="32"/>
          <w:lang w:eastAsia="zh-CN"/>
        </w:rPr>
        <w:t>兴自也，但有勇气上武功，你们三个呀。将来肯定是各成一标，标是什么？很厉害的老虎，那以后我</w:t>
      </w:r>
      <w:proofErr w:type="gramStart"/>
      <w:r>
        <w:rPr>
          <w:rFonts w:ascii="仿宋" w:eastAsia="仿宋" w:hAnsi="仿宋"/>
          <w:sz w:val="32"/>
          <w:lang w:eastAsia="zh-CN"/>
        </w:rPr>
        <w:t>要当只很厉害</w:t>
      </w:r>
      <w:proofErr w:type="gramEnd"/>
      <w:r>
        <w:rPr>
          <w:rFonts w:ascii="仿宋" w:eastAsia="仿宋" w:hAnsi="仿宋"/>
          <w:sz w:val="32"/>
          <w:lang w:eastAsia="zh-CN"/>
        </w:rPr>
        <w:t>的小老虎，哎呦，</w:t>
      </w:r>
    </w:p>
    <w:p w14:paraId="24DB7E0A" w14:textId="77777777" w:rsidR="00E87C95" w:rsidRDefault="00000000">
      <w:pPr>
        <w:spacing w:after="0" w:line="579" w:lineRule="exact"/>
        <w:ind w:firstLine="640"/>
        <w:rPr>
          <w:lang w:eastAsia="zh-CN"/>
        </w:rPr>
      </w:pPr>
      <w:r>
        <w:rPr>
          <w:rFonts w:ascii="仿宋" w:eastAsia="仿宋" w:hAnsi="仿宋"/>
          <w:sz w:val="32"/>
          <w:lang w:eastAsia="zh-CN"/>
        </w:rPr>
        <w:t>朝外的老虎来喽。过儿</w:t>
      </w:r>
      <w:proofErr w:type="gramStart"/>
      <w:r>
        <w:rPr>
          <w:rFonts w:ascii="仿宋" w:eastAsia="仿宋" w:hAnsi="仿宋"/>
          <w:sz w:val="32"/>
          <w:lang w:eastAsia="zh-CN"/>
        </w:rPr>
        <w:t>诶</w:t>
      </w:r>
      <w:proofErr w:type="gramEnd"/>
      <w:r>
        <w:rPr>
          <w:rFonts w:ascii="仿宋" w:eastAsia="仿宋" w:hAnsi="仿宋"/>
          <w:sz w:val="32"/>
          <w:lang w:eastAsia="zh-CN"/>
        </w:rPr>
        <w:t>。你看。夕阳何其壮美呀。只可惜快要落山了，为父今日身体每况愈下。只怕时日无多。为父知道你一直想建功立业，但为父有两件事要托付于你。父亲，您一定会好起来的，这第一件事。你是家中长子。照顾好弟弟妹妹。照顾好班家。</w:t>
      </w:r>
    </w:p>
    <w:p w14:paraId="137F12E3" w14:textId="77777777" w:rsidR="00E87C95" w:rsidRDefault="00000000">
      <w:pPr>
        <w:spacing w:after="0" w:line="579" w:lineRule="exact"/>
        <w:ind w:firstLine="640"/>
        <w:rPr>
          <w:lang w:eastAsia="zh-CN"/>
        </w:rPr>
      </w:pPr>
      <w:r>
        <w:rPr>
          <w:rFonts w:ascii="仿宋" w:eastAsia="仿宋" w:hAnsi="仿宋"/>
          <w:sz w:val="32"/>
          <w:lang w:eastAsia="zh-CN"/>
        </w:rPr>
        <w:t>这第二件事。为父用了近十年时间，续写</w:t>
      </w:r>
      <w:proofErr w:type="gramStart"/>
      <w:r>
        <w:rPr>
          <w:rFonts w:ascii="仿宋" w:eastAsia="仿宋" w:hAnsi="仿宋"/>
          <w:sz w:val="32"/>
          <w:lang w:eastAsia="zh-CN"/>
        </w:rPr>
        <w:t>太</w:t>
      </w:r>
      <w:proofErr w:type="gramEnd"/>
      <w:r>
        <w:rPr>
          <w:rFonts w:ascii="仿宋" w:eastAsia="仿宋" w:hAnsi="仿宋"/>
          <w:sz w:val="32"/>
          <w:lang w:eastAsia="zh-CN"/>
        </w:rPr>
        <w:t>史公之物。做这一传数十篇，想要记住太师宫之后，我大喊百余年的历史。我做不到。父亲放心，我一定会照顾好弟弟妹妹的。我也一定会续写《太史公书》。你们刚说的《太史公书》，我能写吗？吼吼，能啊，我的昭儿。</w:t>
      </w:r>
    </w:p>
    <w:p w14:paraId="0D044C5C" w14:textId="77777777" w:rsidR="00E87C95" w:rsidRDefault="00000000">
      <w:pPr>
        <w:spacing w:after="0" w:line="579" w:lineRule="exact"/>
        <w:ind w:firstLine="640"/>
        <w:rPr>
          <w:lang w:eastAsia="zh-CN"/>
        </w:rPr>
      </w:pPr>
      <w:r>
        <w:rPr>
          <w:rFonts w:ascii="仿宋" w:eastAsia="仿宋" w:hAnsi="仿宋"/>
          <w:sz w:val="32"/>
          <w:lang w:eastAsia="zh-CN"/>
        </w:rPr>
        <w:t>古往今来，还从来没有过女史家呢。我要写了就有了。对对呀，</w:t>
      </w:r>
      <w:proofErr w:type="gramStart"/>
      <w:r>
        <w:rPr>
          <w:rFonts w:ascii="仿宋" w:eastAsia="仿宋" w:hAnsi="仿宋"/>
          <w:sz w:val="32"/>
          <w:lang w:eastAsia="zh-CN"/>
        </w:rPr>
        <w:t>昭儿要写</w:t>
      </w:r>
      <w:proofErr w:type="gramEnd"/>
      <w:r>
        <w:rPr>
          <w:rFonts w:ascii="仿宋" w:eastAsia="仿宋" w:hAnsi="仿宋"/>
          <w:sz w:val="32"/>
          <w:lang w:eastAsia="zh-CN"/>
        </w:rPr>
        <w:t>了。就有了。我的父亲经历</w:t>
      </w:r>
      <w:proofErr w:type="gramStart"/>
      <w:r>
        <w:rPr>
          <w:rFonts w:ascii="仿宋" w:eastAsia="仿宋" w:hAnsi="仿宋"/>
          <w:sz w:val="32"/>
          <w:lang w:eastAsia="zh-CN"/>
        </w:rPr>
        <w:t>王莽窜汉生灵涂炭</w:t>
      </w:r>
      <w:proofErr w:type="gramEnd"/>
      <w:r>
        <w:rPr>
          <w:rFonts w:ascii="仿宋" w:eastAsia="仿宋" w:hAnsi="仿宋"/>
          <w:sz w:val="32"/>
          <w:lang w:eastAsia="zh-CN"/>
        </w:rPr>
        <w:t>。后追随</w:t>
      </w:r>
      <w:proofErr w:type="gramStart"/>
      <w:r>
        <w:rPr>
          <w:rFonts w:ascii="仿宋" w:eastAsia="仿宋" w:hAnsi="仿宋"/>
          <w:sz w:val="32"/>
          <w:lang w:eastAsia="zh-CN"/>
        </w:rPr>
        <w:t>世</w:t>
      </w:r>
      <w:proofErr w:type="gramEnd"/>
      <w:r>
        <w:rPr>
          <w:rFonts w:ascii="仿宋" w:eastAsia="仿宋" w:hAnsi="仿宋"/>
          <w:sz w:val="32"/>
          <w:lang w:eastAsia="zh-CN"/>
        </w:rPr>
        <w:t>祖光武皇帝忠心汉室。父亲深知。历史的兴衰荣辱，事关天下苍生福祉。修《汉书》。是我班家两代人。共同的使命。</w:t>
      </w:r>
      <w:proofErr w:type="gramStart"/>
      <w:r>
        <w:rPr>
          <w:rFonts w:ascii="仿宋" w:eastAsia="仿宋" w:hAnsi="仿宋"/>
          <w:sz w:val="32"/>
          <w:lang w:eastAsia="zh-CN"/>
        </w:rPr>
        <w:t>大哥大哥</w:t>
      </w:r>
      <w:proofErr w:type="gramEnd"/>
      <w:r>
        <w:rPr>
          <w:rFonts w:ascii="仿宋" w:eastAsia="仿宋" w:hAnsi="仿宋"/>
          <w:sz w:val="32"/>
          <w:lang w:eastAsia="zh-CN"/>
        </w:rPr>
        <w:t>，</w:t>
      </w:r>
    </w:p>
    <w:p w14:paraId="78F21A3E" w14:textId="77777777" w:rsidR="00E87C95" w:rsidRDefault="00000000">
      <w:pPr>
        <w:spacing w:after="0" w:line="579" w:lineRule="exact"/>
        <w:ind w:firstLine="640"/>
        <w:rPr>
          <w:lang w:eastAsia="zh-CN"/>
        </w:rPr>
      </w:pPr>
      <w:r>
        <w:rPr>
          <w:rFonts w:ascii="仿宋" w:eastAsia="仿宋" w:hAnsi="仿宋"/>
          <w:sz w:val="32"/>
          <w:lang w:eastAsia="zh-CN"/>
        </w:rPr>
        <w:lastRenderedPageBreak/>
        <w:t>不好了。不好了，出事了，出大事了，咱们同军的苏朗借修书之名，</w:t>
      </w:r>
      <w:proofErr w:type="gramStart"/>
      <w:r>
        <w:rPr>
          <w:rFonts w:ascii="仿宋" w:eastAsia="仿宋" w:hAnsi="仿宋"/>
          <w:sz w:val="32"/>
          <w:lang w:eastAsia="zh-CN"/>
        </w:rPr>
        <w:t>伪造图称已经</w:t>
      </w:r>
      <w:proofErr w:type="gramEnd"/>
      <w:r>
        <w:rPr>
          <w:rFonts w:ascii="仿宋" w:eastAsia="仿宋" w:hAnsi="仿宋"/>
          <w:sz w:val="32"/>
          <w:lang w:eastAsia="zh-CN"/>
        </w:rPr>
        <w:t>被处死了，你得快跑啊！苏朗被处死，大哥为什么要跑？有人诬告大哥私修国史。就里已经派兵来抓他了。我班家所修《汉书》，不怕被人告大哥，再说我要是跑了。你们俩怎么办？</w:t>
      </w:r>
    </w:p>
    <w:p w14:paraId="7AE5BEE5" w14:textId="77777777" w:rsidR="00E87C95" w:rsidRDefault="00000000">
      <w:pPr>
        <w:spacing w:after="0" w:line="579" w:lineRule="exact"/>
        <w:ind w:firstLine="640"/>
        <w:rPr>
          <w:lang w:eastAsia="zh-CN"/>
        </w:rPr>
      </w:pPr>
      <w:r>
        <w:rPr>
          <w:rFonts w:ascii="仿宋" w:eastAsia="仿宋" w:hAnsi="仿宋"/>
          <w:sz w:val="32"/>
          <w:lang w:eastAsia="zh-CN"/>
        </w:rPr>
        <w:t>私修国史一旦被人从书中挑出毛病，那可是死罪啊！大哥，你还是快走吧！大哥是。扶风官军，奉旨捉拿私修国师者。谁是班固？谁是顽固。我是班固。拿了住手。我是班固。他是我弟弟班超，他想替我顶罪大哥，将班固拿下，</w:t>
      </w:r>
    </w:p>
    <w:p w14:paraId="5AD9597E" w14:textId="77777777" w:rsidR="00E87C95" w:rsidRDefault="00000000">
      <w:pPr>
        <w:spacing w:after="0" w:line="579" w:lineRule="exact"/>
        <w:ind w:firstLine="640"/>
        <w:rPr>
          <w:lang w:eastAsia="zh-CN"/>
        </w:rPr>
      </w:pPr>
      <w:r>
        <w:rPr>
          <w:rFonts w:ascii="仿宋" w:eastAsia="仿宋" w:hAnsi="仿宋"/>
          <w:sz w:val="32"/>
          <w:lang w:eastAsia="zh-CN"/>
        </w:rPr>
        <w:t>大哥贵人班固私修国史。人赃俱获，把所有竹简罪证全部敲走，放开，我大哥再敢阻挠，全部割上，放开，我大哥反超啊！此是其我一人所为，与你们二人无关。万超。照顾好妹妹。大哥。当然。张大哥，</w:t>
      </w:r>
    </w:p>
    <w:p w14:paraId="5F4B0BD1" w14:textId="77777777" w:rsidR="00E87C95" w:rsidRDefault="00000000">
      <w:pPr>
        <w:spacing w:after="0" w:line="579" w:lineRule="exact"/>
        <w:ind w:firstLine="640"/>
        <w:rPr>
          <w:lang w:eastAsia="zh-CN"/>
        </w:rPr>
      </w:pPr>
      <w:r>
        <w:rPr>
          <w:rFonts w:ascii="仿宋" w:eastAsia="仿宋" w:hAnsi="仿宋"/>
          <w:sz w:val="32"/>
          <w:lang w:eastAsia="zh-CN"/>
        </w:rPr>
        <w:t>张二。周二。等会我们要救大哥呀。赵薇，我必须连夜进京营救大哥，得照顾好自己。我跟你一起去，我跟你一起去。</w:t>
      </w:r>
      <w:proofErr w:type="gramStart"/>
      <w:r>
        <w:rPr>
          <w:rFonts w:ascii="仿宋" w:eastAsia="仿宋" w:hAnsi="仿宋"/>
          <w:sz w:val="32"/>
          <w:lang w:eastAsia="zh-CN"/>
        </w:rPr>
        <w:t>昭儿我</w:t>
      </w:r>
      <w:proofErr w:type="gramEnd"/>
      <w:r>
        <w:rPr>
          <w:rFonts w:ascii="仿宋" w:eastAsia="仿宋" w:hAnsi="仿宋"/>
          <w:sz w:val="32"/>
          <w:lang w:eastAsia="zh-CN"/>
        </w:rPr>
        <w:t>此行，生死未卜。若我和大哥都回不来。班家修士的使命。就只能靠你了。巨蟹太师公主，我和大哥都回不来。</w:t>
      </w:r>
    </w:p>
    <w:p w14:paraId="5D1130FB" w14:textId="77777777" w:rsidR="00E87C95" w:rsidRDefault="00000000">
      <w:pPr>
        <w:spacing w:after="0" w:line="579" w:lineRule="exact"/>
        <w:ind w:firstLine="640"/>
        <w:rPr>
          <w:lang w:eastAsia="zh-CN"/>
        </w:rPr>
      </w:pPr>
      <w:r>
        <w:rPr>
          <w:rFonts w:ascii="仿宋" w:eastAsia="仿宋" w:hAnsi="仿宋"/>
          <w:sz w:val="32"/>
          <w:lang w:eastAsia="zh-CN"/>
        </w:rPr>
        <w:t>更加羞耻的使命，就只能靠你了。那一夜，家中突遭变故。大哥被抓生死未卜。二哥去洛阳救大哥凶吉难测。我一人留守家中，孤苦无依那一刻。我宁愿父亲没有留下这修史的愿望，这样我和我的两位兄长。可以一生在扶风过平凡安</w:t>
      </w:r>
      <w:r>
        <w:rPr>
          <w:rFonts w:ascii="仿宋" w:eastAsia="仿宋" w:hAnsi="仿宋"/>
          <w:sz w:val="32"/>
          <w:lang w:eastAsia="zh-CN"/>
        </w:rPr>
        <w:lastRenderedPageBreak/>
        <w:t>宁的日子。班固，你二弟班超上书部下为你申辩，我看了你写的。不就是续《太史公书》吗？</w:t>
      </w:r>
    </w:p>
    <w:p w14:paraId="77910823" w14:textId="77777777" w:rsidR="00E87C95" w:rsidRDefault="00000000">
      <w:pPr>
        <w:spacing w:after="0" w:line="579" w:lineRule="exact"/>
        <w:ind w:firstLine="640"/>
        <w:rPr>
          <w:lang w:eastAsia="zh-CN"/>
        </w:rPr>
      </w:pPr>
      <w:r>
        <w:rPr>
          <w:rFonts w:ascii="仿宋" w:eastAsia="仿宋" w:hAnsi="仿宋"/>
          <w:sz w:val="32"/>
          <w:lang w:eastAsia="zh-CN"/>
        </w:rPr>
        <w:t>我修的是《汉书》。《汉书》。我看你就是起了个名字，其他的都一样嘛。一定要更进一步。一定要更进一步。</w:t>
      </w:r>
      <w:proofErr w:type="gramStart"/>
      <w:r>
        <w:rPr>
          <w:rFonts w:ascii="仿宋" w:eastAsia="仿宋" w:hAnsi="仿宋"/>
          <w:sz w:val="32"/>
          <w:lang w:eastAsia="zh-CN"/>
        </w:rPr>
        <w:t>班固班固班固</w:t>
      </w:r>
      <w:proofErr w:type="gramEnd"/>
      <w:r>
        <w:rPr>
          <w:rFonts w:ascii="仿宋" w:eastAsia="仿宋" w:hAnsi="仿宋"/>
          <w:sz w:val="32"/>
          <w:lang w:eastAsia="zh-CN"/>
        </w:rPr>
        <w:t>班固，不会是疯了吧？来来来，锁了吧？锁了吧？好了吧。一定要更进一步，我班家，父子两代以生命写史，</w:t>
      </w:r>
    </w:p>
    <w:p w14:paraId="11F229B1" w14:textId="77777777" w:rsidR="00E87C95" w:rsidRDefault="00000000">
      <w:pPr>
        <w:spacing w:after="0" w:line="579" w:lineRule="exact"/>
        <w:ind w:firstLine="640"/>
        <w:rPr>
          <w:lang w:eastAsia="zh-CN"/>
        </w:rPr>
      </w:pPr>
      <w:r>
        <w:rPr>
          <w:rFonts w:ascii="仿宋" w:eastAsia="仿宋" w:hAnsi="仿宋"/>
          <w:sz w:val="32"/>
          <w:lang w:eastAsia="zh-CN"/>
        </w:rPr>
        <w:t>总要更进一步。《孟子》承续孔子孔曰成仁。而孟曰，取义寻子成叙，孔孟以法入儒。如法结合。承续，</w:t>
      </w:r>
      <w:proofErr w:type="gramStart"/>
      <w:r>
        <w:rPr>
          <w:rFonts w:ascii="仿宋" w:eastAsia="仿宋" w:hAnsi="仿宋"/>
          <w:sz w:val="32"/>
          <w:lang w:eastAsia="zh-CN"/>
        </w:rPr>
        <w:t>太</w:t>
      </w:r>
      <w:proofErr w:type="gramEnd"/>
      <w:r>
        <w:rPr>
          <w:rFonts w:ascii="仿宋" w:eastAsia="仿宋" w:hAnsi="仿宋"/>
          <w:sz w:val="32"/>
          <w:lang w:eastAsia="zh-CN"/>
        </w:rPr>
        <w:t>史</w:t>
      </w:r>
      <w:proofErr w:type="gramStart"/>
      <w:r>
        <w:rPr>
          <w:rFonts w:ascii="仿宋" w:eastAsia="仿宋" w:hAnsi="仿宋"/>
          <w:sz w:val="32"/>
          <w:lang w:eastAsia="zh-CN"/>
        </w:rPr>
        <w:t>公修汉室</w:t>
      </w:r>
      <w:proofErr w:type="gramEnd"/>
      <w:r>
        <w:rPr>
          <w:rFonts w:ascii="仿宋" w:eastAsia="仿宋" w:hAnsi="仿宋"/>
          <w:sz w:val="32"/>
          <w:lang w:eastAsia="zh-CN"/>
        </w:rPr>
        <w:t>。如何更近。如何更进一步？如何更进一步？如何更进一步？如何更进一步？如何更进一步？百余年来，</w:t>
      </w:r>
    </w:p>
    <w:p w14:paraId="12363243" w14:textId="77777777" w:rsidR="00E87C95" w:rsidRDefault="00000000">
      <w:pPr>
        <w:spacing w:after="0" w:line="579" w:lineRule="exact"/>
        <w:ind w:firstLine="640"/>
        <w:rPr>
          <w:lang w:eastAsia="zh-CN"/>
        </w:rPr>
      </w:pPr>
      <w:r>
        <w:rPr>
          <w:rFonts w:ascii="仿宋" w:eastAsia="仿宋" w:hAnsi="仿宋"/>
          <w:sz w:val="32"/>
          <w:lang w:eastAsia="zh-CN"/>
        </w:rPr>
        <w:t>这么多</w:t>
      </w:r>
      <w:proofErr w:type="gramStart"/>
      <w:r>
        <w:rPr>
          <w:rFonts w:ascii="仿宋" w:eastAsia="仿宋" w:hAnsi="仿宋"/>
          <w:sz w:val="32"/>
          <w:lang w:eastAsia="zh-CN"/>
        </w:rPr>
        <w:t>人续我</w:t>
      </w:r>
      <w:proofErr w:type="gramEnd"/>
      <w:r>
        <w:rPr>
          <w:rFonts w:ascii="仿宋" w:eastAsia="仿宋" w:hAnsi="仿宋"/>
          <w:sz w:val="32"/>
          <w:lang w:eastAsia="zh-CN"/>
        </w:rPr>
        <w:t>的《太史公书》，终于有人。想更进一步了。后世修士人班固。建国</w:t>
      </w:r>
      <w:proofErr w:type="gramStart"/>
      <w:r>
        <w:rPr>
          <w:rFonts w:ascii="仿宋" w:eastAsia="仿宋" w:hAnsi="仿宋"/>
          <w:sz w:val="32"/>
          <w:lang w:eastAsia="zh-CN"/>
        </w:rPr>
        <w:t>太</w:t>
      </w:r>
      <w:proofErr w:type="gramEnd"/>
      <w:r>
        <w:rPr>
          <w:rFonts w:ascii="仿宋" w:eastAsia="仿宋" w:hAnsi="仿宋"/>
          <w:sz w:val="32"/>
          <w:lang w:eastAsia="zh-CN"/>
        </w:rPr>
        <w:t>史公。您曾</w:t>
      </w:r>
      <w:proofErr w:type="gramStart"/>
      <w:r>
        <w:rPr>
          <w:rFonts w:ascii="仿宋" w:eastAsia="仿宋" w:hAnsi="仿宋"/>
          <w:sz w:val="32"/>
          <w:lang w:eastAsia="zh-CN"/>
        </w:rPr>
        <w:t>说过究天人</w:t>
      </w:r>
      <w:proofErr w:type="gramEnd"/>
      <w:r>
        <w:rPr>
          <w:rFonts w:ascii="仿宋" w:eastAsia="仿宋" w:hAnsi="仿宋"/>
          <w:sz w:val="32"/>
          <w:lang w:eastAsia="zh-CN"/>
        </w:rPr>
        <w:t>之际，通古今之变。成一家之言，修《汉书》如何？另成一家之言。《太史公书》一家之言，希望让后人看到3000年的历史。大事究天人之际，天地之性，以人为贵。</w:t>
      </w:r>
    </w:p>
    <w:p w14:paraId="4432E857" w14:textId="77777777" w:rsidR="00E87C95" w:rsidRDefault="00000000">
      <w:pPr>
        <w:spacing w:after="0" w:line="579" w:lineRule="exact"/>
        <w:ind w:firstLine="640"/>
        <w:rPr>
          <w:lang w:eastAsia="zh-CN"/>
        </w:rPr>
      </w:pPr>
      <w:r>
        <w:rPr>
          <w:rFonts w:ascii="仿宋" w:eastAsia="仿宋" w:hAnsi="仿宋"/>
          <w:sz w:val="32"/>
          <w:lang w:eastAsia="zh-CN"/>
        </w:rPr>
        <w:t>通古今之变，正是为了总教训求经验。我应当看到什么？应当从中明悟治乱之道，确立治世之本，为后世。境界。为后世敬献。为后世敬歉。离京师最近，最可引</w:t>
      </w:r>
      <w:proofErr w:type="gramStart"/>
      <w:r>
        <w:rPr>
          <w:rFonts w:ascii="仿宋" w:eastAsia="仿宋" w:hAnsi="仿宋"/>
          <w:sz w:val="32"/>
          <w:lang w:eastAsia="zh-CN"/>
        </w:rPr>
        <w:t>以为敬见的</w:t>
      </w:r>
      <w:proofErr w:type="gramEnd"/>
      <w:r>
        <w:rPr>
          <w:rFonts w:ascii="仿宋" w:eastAsia="仿宋" w:hAnsi="仿宋"/>
          <w:sz w:val="32"/>
          <w:lang w:eastAsia="zh-CN"/>
        </w:rPr>
        <w:t>是始于高祖，终于孝平王莽的230年的历史。你知晓兴盛之发端也看到了衰亡之末端。《汉书》印象前进一步，断代为史，</w:t>
      </w:r>
    </w:p>
    <w:p w14:paraId="70082DB1" w14:textId="77777777" w:rsidR="00E87C95" w:rsidRDefault="00000000">
      <w:pPr>
        <w:spacing w:after="0" w:line="579" w:lineRule="exact"/>
        <w:ind w:firstLine="640"/>
        <w:rPr>
          <w:lang w:eastAsia="zh-CN"/>
        </w:rPr>
      </w:pPr>
      <w:r>
        <w:rPr>
          <w:rFonts w:ascii="仿宋" w:eastAsia="仿宋" w:hAnsi="仿宋"/>
          <w:sz w:val="32"/>
          <w:lang w:eastAsia="zh-CN"/>
        </w:rPr>
        <w:t>清晰记述朝代生命周期，</w:t>
      </w:r>
      <w:proofErr w:type="gramStart"/>
      <w:r>
        <w:rPr>
          <w:rFonts w:ascii="仿宋" w:eastAsia="仿宋" w:hAnsi="仿宋"/>
          <w:sz w:val="32"/>
          <w:lang w:eastAsia="zh-CN"/>
        </w:rPr>
        <w:t>总结新替之</w:t>
      </w:r>
      <w:proofErr w:type="gramEnd"/>
      <w:r>
        <w:rPr>
          <w:rFonts w:ascii="仿宋" w:eastAsia="仿宋" w:hAnsi="仿宋"/>
          <w:sz w:val="32"/>
          <w:lang w:eastAsia="zh-CN"/>
        </w:rPr>
        <w:t>教训。寻找治世之经验。供后世借鉴。我明白了。断代为史，究其终始。强弱</w:t>
      </w:r>
      <w:r>
        <w:rPr>
          <w:rFonts w:ascii="仿宋" w:eastAsia="仿宋" w:hAnsi="仿宋"/>
          <w:sz w:val="32"/>
          <w:lang w:eastAsia="zh-CN"/>
        </w:rPr>
        <w:lastRenderedPageBreak/>
        <w:t>之变，明鉴戒烟。好一个究其终始强弱之变，</w:t>
      </w:r>
      <w:proofErr w:type="gramStart"/>
      <w:r>
        <w:rPr>
          <w:rFonts w:ascii="仿宋" w:eastAsia="仿宋" w:hAnsi="仿宋"/>
          <w:sz w:val="32"/>
          <w:lang w:eastAsia="zh-CN"/>
        </w:rPr>
        <w:t>明监戒</w:t>
      </w:r>
      <w:proofErr w:type="gramEnd"/>
      <w:r>
        <w:rPr>
          <w:rFonts w:ascii="仿宋" w:eastAsia="仿宋" w:hAnsi="仿宋"/>
          <w:sz w:val="32"/>
          <w:lang w:eastAsia="zh-CN"/>
        </w:rPr>
        <w:t>焉。大哥在困境中领悟历史。继承续《太史公书》记撰体力。又开辟出《汉书》修士的新格局。断弹为止。</w:t>
      </w:r>
    </w:p>
    <w:p w14:paraId="04CDC236" w14:textId="77777777" w:rsidR="00E87C95" w:rsidRDefault="00000000">
      <w:pPr>
        <w:spacing w:after="0" w:line="579" w:lineRule="exact"/>
        <w:ind w:firstLine="640"/>
        <w:rPr>
          <w:lang w:eastAsia="zh-CN"/>
        </w:rPr>
      </w:pPr>
      <w:r>
        <w:rPr>
          <w:rFonts w:ascii="仿宋" w:eastAsia="仿宋" w:hAnsi="仿宋"/>
          <w:sz w:val="32"/>
          <w:lang w:eastAsia="zh-CN"/>
        </w:rPr>
        <w:t>班古先生断代为史的写史方法，绝对是一大创举。而且《汉书》创造的这种断代史体例，后世正是沿用了近2000年。当然，您的二哥功不可没。</w:t>
      </w:r>
      <w:proofErr w:type="gramStart"/>
      <w:r>
        <w:rPr>
          <w:rFonts w:ascii="仿宋" w:eastAsia="仿宋" w:hAnsi="仿宋"/>
          <w:sz w:val="32"/>
          <w:lang w:eastAsia="zh-CN"/>
        </w:rPr>
        <w:t>洒君说</w:t>
      </w:r>
      <w:proofErr w:type="gramEnd"/>
      <w:r>
        <w:rPr>
          <w:rFonts w:ascii="仿宋" w:eastAsia="仿宋" w:hAnsi="仿宋"/>
          <w:sz w:val="32"/>
          <w:lang w:eastAsia="zh-CN"/>
        </w:rPr>
        <w:t>的对，正是我二哥进京冒死，求见陛下慷慨陈言。陛下才读到书稿。陛下对大哥的文采大为包养，照我大哥入京官</w:t>
      </w:r>
      <w:proofErr w:type="gramStart"/>
      <w:r>
        <w:rPr>
          <w:rFonts w:ascii="仿宋" w:eastAsia="仿宋" w:hAnsi="仿宋"/>
          <w:sz w:val="32"/>
          <w:lang w:eastAsia="zh-CN"/>
        </w:rPr>
        <w:t>授兰台令</w:t>
      </w:r>
      <w:proofErr w:type="gramEnd"/>
      <w:r>
        <w:rPr>
          <w:rFonts w:ascii="仿宋" w:eastAsia="仿宋" w:hAnsi="仿宋"/>
          <w:sz w:val="32"/>
          <w:lang w:eastAsia="zh-CN"/>
        </w:rPr>
        <w:t>史班固先生成为</w:t>
      </w:r>
      <w:proofErr w:type="gramStart"/>
      <w:r>
        <w:rPr>
          <w:rFonts w:ascii="仿宋" w:eastAsia="仿宋" w:hAnsi="仿宋"/>
          <w:sz w:val="32"/>
          <w:lang w:eastAsia="zh-CN"/>
        </w:rPr>
        <w:t>兰台令史</w:t>
      </w:r>
      <w:proofErr w:type="gramEnd"/>
      <w:r>
        <w:rPr>
          <w:rFonts w:ascii="仿宋" w:eastAsia="仿宋" w:hAnsi="仿宋"/>
          <w:sz w:val="32"/>
          <w:lang w:eastAsia="zh-CN"/>
        </w:rPr>
        <w:t>之后，可以借助皇家典籍来修史，这为修撰《汉书》提供。用了极大的面子，</w:t>
      </w:r>
    </w:p>
    <w:p w14:paraId="64A03C1A" w14:textId="77777777" w:rsidR="00E87C95" w:rsidRDefault="00000000">
      <w:pPr>
        <w:spacing w:after="0" w:line="579" w:lineRule="exact"/>
        <w:ind w:firstLine="640"/>
        <w:rPr>
          <w:lang w:eastAsia="zh-CN"/>
        </w:rPr>
      </w:pPr>
      <w:r>
        <w:rPr>
          <w:rFonts w:ascii="仿宋" w:eastAsia="仿宋" w:hAnsi="仿宋"/>
          <w:sz w:val="32"/>
          <w:lang w:eastAsia="zh-CN"/>
        </w:rPr>
        <w:t>此后不久，二哥也入室为官，只是他从小就愿做张骞傅介子这样的英豪。安国定远。二弟大哥，你跟随窦固将军。出击匈奴一定要多加小心大哥</w:t>
      </w:r>
      <w:proofErr w:type="gramStart"/>
      <w:r>
        <w:rPr>
          <w:rFonts w:ascii="仿宋" w:eastAsia="仿宋" w:hAnsi="仿宋"/>
          <w:sz w:val="32"/>
          <w:lang w:eastAsia="zh-CN"/>
        </w:rPr>
        <w:t>自我朝光武</w:t>
      </w:r>
      <w:proofErr w:type="gramEnd"/>
      <w:r>
        <w:rPr>
          <w:rFonts w:ascii="仿宋" w:eastAsia="仿宋" w:hAnsi="仿宋"/>
          <w:sz w:val="32"/>
          <w:lang w:eastAsia="zh-CN"/>
        </w:rPr>
        <w:t>以来。匈奴屡犯我西域，我们此去西域，一定会安家定</w:t>
      </w:r>
      <w:proofErr w:type="gramStart"/>
      <w:r>
        <w:rPr>
          <w:rFonts w:ascii="仿宋" w:eastAsia="仿宋" w:hAnsi="仿宋"/>
          <w:sz w:val="32"/>
          <w:lang w:eastAsia="zh-CN"/>
        </w:rPr>
        <w:t>邦</w:t>
      </w:r>
      <w:proofErr w:type="gramEnd"/>
      <w:r>
        <w:rPr>
          <w:rFonts w:ascii="仿宋" w:eastAsia="仿宋" w:hAnsi="仿宋"/>
          <w:sz w:val="32"/>
          <w:lang w:eastAsia="zh-CN"/>
        </w:rPr>
        <w:t>，打通商路，致和睦。通有无，二哥二哥。大哥写的二叔，</w:t>
      </w:r>
    </w:p>
    <w:p w14:paraId="722E8AE8" w14:textId="77777777" w:rsidR="00E87C95" w:rsidRDefault="00000000">
      <w:pPr>
        <w:spacing w:after="0" w:line="579" w:lineRule="exact"/>
        <w:ind w:firstLine="640"/>
        <w:rPr>
          <w:lang w:eastAsia="zh-CN"/>
        </w:rPr>
      </w:pPr>
      <w:r>
        <w:rPr>
          <w:rFonts w:ascii="仿宋" w:eastAsia="仿宋" w:hAnsi="仿宋"/>
          <w:sz w:val="32"/>
          <w:lang w:eastAsia="zh-CN"/>
        </w:rPr>
        <w:t>你最喜欢食货志，还有西域传，</w:t>
      </w:r>
      <w:proofErr w:type="gramStart"/>
      <w:r>
        <w:rPr>
          <w:rFonts w:ascii="仿宋" w:eastAsia="仿宋" w:hAnsi="仿宋"/>
          <w:sz w:val="32"/>
          <w:lang w:eastAsia="zh-CN"/>
        </w:rPr>
        <w:t>我各抄了</w:t>
      </w:r>
      <w:proofErr w:type="gramEnd"/>
      <w:r>
        <w:rPr>
          <w:rFonts w:ascii="仿宋" w:eastAsia="仿宋" w:hAnsi="仿宋"/>
          <w:sz w:val="32"/>
          <w:lang w:eastAsia="zh-CN"/>
        </w:rPr>
        <w:t>一份。希望对你有帮助。对了，二弟，</w:t>
      </w:r>
      <w:proofErr w:type="gramStart"/>
      <w:r>
        <w:rPr>
          <w:rFonts w:ascii="仿宋" w:eastAsia="仿宋" w:hAnsi="仿宋"/>
          <w:sz w:val="32"/>
          <w:lang w:eastAsia="zh-CN"/>
        </w:rPr>
        <w:t>石货志</w:t>
      </w:r>
      <w:proofErr w:type="gramEnd"/>
      <w:r>
        <w:rPr>
          <w:rFonts w:ascii="仿宋" w:eastAsia="仿宋" w:hAnsi="仿宋"/>
          <w:sz w:val="32"/>
          <w:lang w:eastAsia="zh-CN"/>
        </w:rPr>
        <w:t>，还有西域传。还需要不断的增补二弟清灵西域，当多收集丰富鲜活的资料。我们一起来完善它。大哥，放心。我一定会把我的所见所闻所思所想记录下来，然后寄给大哥和</w:t>
      </w:r>
      <w:proofErr w:type="gramStart"/>
      <w:r>
        <w:rPr>
          <w:rFonts w:ascii="仿宋" w:eastAsia="仿宋" w:hAnsi="仿宋"/>
          <w:sz w:val="32"/>
          <w:lang w:eastAsia="zh-CN"/>
        </w:rPr>
        <w:t>昭儿</w:t>
      </w:r>
      <w:proofErr w:type="gramEnd"/>
      <w:r>
        <w:rPr>
          <w:rFonts w:ascii="仿宋" w:eastAsia="仿宋" w:hAnsi="仿宋"/>
          <w:sz w:val="32"/>
          <w:lang w:eastAsia="zh-CN"/>
        </w:rPr>
        <w:t>。</w:t>
      </w:r>
    </w:p>
    <w:p w14:paraId="7E93E1D6" w14:textId="77777777" w:rsidR="00E87C95" w:rsidRDefault="00000000">
      <w:pPr>
        <w:spacing w:after="0" w:line="579" w:lineRule="exact"/>
        <w:ind w:firstLine="640"/>
        <w:rPr>
          <w:lang w:eastAsia="zh-CN"/>
        </w:rPr>
      </w:pPr>
      <w:r>
        <w:rPr>
          <w:rFonts w:ascii="仿宋" w:eastAsia="仿宋" w:hAnsi="仿宋"/>
          <w:sz w:val="32"/>
          <w:lang w:eastAsia="zh-CN"/>
        </w:rPr>
        <w:lastRenderedPageBreak/>
        <w:t>供你们丰富史书。大哥昭儿。你们保重。走了。二弟啊。</w:t>
      </w:r>
      <w:proofErr w:type="gramStart"/>
      <w:r>
        <w:rPr>
          <w:rFonts w:ascii="仿宋" w:eastAsia="仿宋" w:hAnsi="仿宋"/>
          <w:sz w:val="32"/>
          <w:lang w:eastAsia="zh-CN"/>
        </w:rPr>
        <w:t>哥哥跟昭儿</w:t>
      </w:r>
      <w:proofErr w:type="gramEnd"/>
      <w:r>
        <w:rPr>
          <w:rFonts w:ascii="仿宋" w:eastAsia="仿宋" w:hAnsi="仿宋"/>
          <w:sz w:val="32"/>
          <w:lang w:eastAsia="zh-CN"/>
        </w:rPr>
        <w:t>。等你胜利回来。大哥。周二，我此去西域。定与张骞傅介子，并肩而立。</w:t>
      </w:r>
      <w:proofErr w:type="gramStart"/>
      <w:r>
        <w:rPr>
          <w:rFonts w:ascii="仿宋" w:eastAsia="仿宋" w:hAnsi="仿宋"/>
          <w:sz w:val="32"/>
          <w:lang w:eastAsia="zh-CN"/>
        </w:rPr>
        <w:t>护翼风平安</w:t>
      </w:r>
      <w:proofErr w:type="gramEnd"/>
      <w:r>
        <w:rPr>
          <w:rFonts w:ascii="仿宋" w:eastAsia="仿宋" w:hAnsi="仿宋"/>
          <w:sz w:val="32"/>
          <w:lang w:eastAsia="zh-CN"/>
        </w:rPr>
        <w:t>。二哥。等你回家。</w:t>
      </w:r>
    </w:p>
    <w:p w14:paraId="0A4BBCD1" w14:textId="77777777" w:rsidR="00E87C95" w:rsidRDefault="00000000">
      <w:pPr>
        <w:spacing w:after="0" w:line="579" w:lineRule="exact"/>
        <w:ind w:firstLine="640"/>
        <w:rPr>
          <w:lang w:eastAsia="zh-CN"/>
        </w:rPr>
      </w:pPr>
      <w:r>
        <w:rPr>
          <w:rFonts w:ascii="仿宋" w:eastAsia="仿宋" w:hAnsi="仿宋"/>
          <w:sz w:val="32"/>
          <w:lang w:eastAsia="zh-CN"/>
        </w:rPr>
        <w:t>周二大哥二哥来信了。终于盼到了。哦。兵暴司马，我已打探清楚匈奴使徒宿营之所来了多少人，100多人全副武装。</w:t>
      </w:r>
      <w:proofErr w:type="gramStart"/>
      <w:r>
        <w:rPr>
          <w:rFonts w:ascii="仿宋" w:eastAsia="仿宋" w:hAnsi="仿宋"/>
          <w:sz w:val="32"/>
          <w:lang w:eastAsia="zh-CN"/>
        </w:rPr>
        <w:t>鄯</w:t>
      </w:r>
      <w:proofErr w:type="gramEnd"/>
      <w:r>
        <w:rPr>
          <w:rFonts w:ascii="仿宋" w:eastAsia="仿宋" w:hAnsi="仿宋"/>
          <w:sz w:val="32"/>
          <w:lang w:eastAsia="zh-CN"/>
        </w:rPr>
        <w:t>善本乃我大汉西域都护之地。匈奴此次来者不善，鄯善王因而摇摆不定，有可能会随时杀了我们。向匈奴邀功司马，我等前有36人。司马行事危急，我们连夜</w:t>
      </w:r>
      <w:proofErr w:type="gramStart"/>
      <w:r>
        <w:rPr>
          <w:rFonts w:ascii="仿宋" w:eastAsia="仿宋" w:hAnsi="仿宋"/>
          <w:sz w:val="32"/>
          <w:lang w:eastAsia="zh-CN"/>
        </w:rPr>
        <w:t>撤吧撤</w:t>
      </w:r>
      <w:proofErr w:type="gramEnd"/>
      <w:r>
        <w:rPr>
          <w:rFonts w:ascii="仿宋" w:eastAsia="仿宋" w:hAnsi="仿宋"/>
          <w:sz w:val="32"/>
          <w:lang w:eastAsia="zh-CN"/>
        </w:rPr>
        <w:t>。哪有在我大汉西域都护之地，</w:t>
      </w:r>
    </w:p>
    <w:p w14:paraId="16974AF6" w14:textId="77777777" w:rsidR="00E87C95" w:rsidRDefault="00000000">
      <w:pPr>
        <w:spacing w:after="0" w:line="579" w:lineRule="exact"/>
        <w:ind w:firstLine="640"/>
        <w:rPr>
          <w:lang w:eastAsia="zh-CN"/>
        </w:rPr>
      </w:pPr>
      <w:r>
        <w:rPr>
          <w:rFonts w:ascii="仿宋" w:eastAsia="仿宋" w:hAnsi="仿宋"/>
          <w:sz w:val="32"/>
          <w:lang w:eastAsia="zh-CN"/>
        </w:rPr>
        <w:t>见匈奴而奔逃的道理。诸位可还曾记得。我最爱讲的。我大哥所住《汉书》中。傅介子的故事记得鄯善故城楼兰。傅</w:t>
      </w:r>
      <w:proofErr w:type="gramStart"/>
      <w:r>
        <w:rPr>
          <w:rFonts w:ascii="仿宋" w:eastAsia="仿宋" w:hAnsi="仿宋"/>
          <w:sz w:val="32"/>
          <w:lang w:eastAsia="zh-CN"/>
        </w:rPr>
        <w:t>介子京越西域</w:t>
      </w:r>
      <w:proofErr w:type="gramEnd"/>
      <w:r>
        <w:rPr>
          <w:rFonts w:ascii="仿宋" w:eastAsia="仿宋" w:hAnsi="仿宋"/>
          <w:sz w:val="32"/>
          <w:lang w:eastAsia="zh-CN"/>
        </w:rPr>
        <w:t>后改名鄯善不错。若是傅介子。他会怎么办？匈奴</w:t>
      </w:r>
      <w:proofErr w:type="gramStart"/>
      <w:r>
        <w:rPr>
          <w:rFonts w:ascii="仿宋" w:eastAsia="仿宋" w:hAnsi="仿宋"/>
          <w:sz w:val="32"/>
          <w:lang w:eastAsia="zh-CN"/>
        </w:rPr>
        <w:t>人数次劫杀</w:t>
      </w:r>
      <w:proofErr w:type="gramEnd"/>
      <w:r>
        <w:rPr>
          <w:rFonts w:ascii="仿宋" w:eastAsia="仿宋" w:hAnsi="仿宋"/>
          <w:sz w:val="32"/>
          <w:lang w:eastAsia="zh-CN"/>
        </w:rPr>
        <w:t>我大汉使臣都兰王，左右摇摆，我等身处险地，当拼死一搏。大而且我昔日傅介子没有退却今日。我等野营勇往直前，今夜我们火攻匈奴营地，</w:t>
      </w:r>
    </w:p>
    <w:p w14:paraId="45237936" w14:textId="77777777" w:rsidR="00E87C95" w:rsidRDefault="00000000">
      <w:pPr>
        <w:spacing w:after="0" w:line="579" w:lineRule="exact"/>
        <w:ind w:firstLine="640"/>
        <w:rPr>
          <w:lang w:eastAsia="zh-CN"/>
        </w:rPr>
      </w:pPr>
      <w:r>
        <w:rPr>
          <w:rFonts w:ascii="仿宋" w:eastAsia="仿宋" w:hAnsi="仿宋"/>
          <w:sz w:val="32"/>
          <w:lang w:eastAsia="zh-CN"/>
        </w:rPr>
        <w:t>杀他</w:t>
      </w:r>
      <w:proofErr w:type="gramStart"/>
      <w:r>
        <w:rPr>
          <w:rFonts w:ascii="仿宋" w:eastAsia="仿宋" w:hAnsi="仿宋"/>
          <w:sz w:val="32"/>
          <w:lang w:eastAsia="zh-CN"/>
        </w:rPr>
        <w:t>个</w:t>
      </w:r>
      <w:proofErr w:type="gramEnd"/>
      <w:r>
        <w:rPr>
          <w:rFonts w:ascii="仿宋" w:eastAsia="仿宋" w:hAnsi="仿宋"/>
          <w:sz w:val="32"/>
          <w:lang w:eastAsia="zh-CN"/>
        </w:rPr>
        <w:t>措手不及。愿随大人前往列阵列阵。全歼敌寇。山间笛号</w:t>
      </w:r>
      <w:proofErr w:type="gramStart"/>
      <w:r>
        <w:rPr>
          <w:rFonts w:ascii="仿宋" w:eastAsia="仿宋" w:hAnsi="仿宋"/>
          <w:sz w:val="32"/>
          <w:lang w:eastAsia="zh-CN"/>
        </w:rPr>
        <w:t>真舍消晓</w:t>
      </w:r>
      <w:proofErr w:type="gramEnd"/>
      <w:r>
        <w:rPr>
          <w:rFonts w:ascii="仿宋" w:eastAsia="仿宋" w:hAnsi="仿宋"/>
          <w:sz w:val="32"/>
          <w:lang w:eastAsia="zh-CN"/>
        </w:rPr>
        <w:t>，就在今天，不入虎穴，不得虎子，不入虎穴。不得虎子。中国梦。二哥也真是的，这太危险了。你二哥。越是身处险境。越能临危不乱。</w:t>
      </w:r>
    </w:p>
    <w:p w14:paraId="7CEDEF25" w14:textId="77777777" w:rsidR="00E87C95" w:rsidRDefault="00000000">
      <w:pPr>
        <w:spacing w:after="0" w:line="579" w:lineRule="exact"/>
        <w:ind w:firstLine="640"/>
        <w:rPr>
          <w:lang w:eastAsia="zh-CN"/>
        </w:rPr>
      </w:pPr>
      <w:r>
        <w:rPr>
          <w:rFonts w:ascii="仿宋" w:eastAsia="仿宋" w:hAnsi="仿宋"/>
          <w:sz w:val="32"/>
          <w:lang w:eastAsia="zh-CN"/>
        </w:rPr>
        <w:t>30余人。不入虎穴。不得虎子。当载入后世史册，那倒是。我二哥就是英勇无敌，诸位。班超是受陛下旨意回朝。本大人。自从您来到西域震慑匈奴，我们才能有现在安生的</w:t>
      </w:r>
      <w:r>
        <w:rPr>
          <w:rFonts w:ascii="仿宋" w:eastAsia="仿宋" w:hAnsi="仿宋"/>
          <w:sz w:val="32"/>
          <w:lang w:eastAsia="zh-CN"/>
        </w:rPr>
        <w:lastRenderedPageBreak/>
        <w:t>日子啊，如若匈奴来伴。就会杀人抢钱抢粮食抢牛羊。输了百姓，也是大汉百姓。</w:t>
      </w:r>
    </w:p>
    <w:p w14:paraId="4EFC592C" w14:textId="77777777" w:rsidR="00E87C95" w:rsidRDefault="00000000">
      <w:pPr>
        <w:spacing w:after="0" w:line="579" w:lineRule="exact"/>
        <w:ind w:firstLine="640"/>
        <w:rPr>
          <w:lang w:eastAsia="zh-CN"/>
        </w:rPr>
      </w:pPr>
      <w:r>
        <w:rPr>
          <w:rFonts w:ascii="仿宋" w:eastAsia="仿宋" w:hAnsi="仿宋"/>
          <w:sz w:val="32"/>
          <w:lang w:eastAsia="zh-CN"/>
        </w:rPr>
        <w:t>齐派班大人带领我们抗击匈奴大人，若为令抗旨，我等皆会被处死呀大人。请带我们抗击匈奴，安定加</w:t>
      </w:r>
      <w:proofErr w:type="gramStart"/>
      <w:r>
        <w:rPr>
          <w:rFonts w:ascii="仿宋" w:eastAsia="仿宋" w:hAnsi="仿宋"/>
          <w:sz w:val="32"/>
          <w:lang w:eastAsia="zh-CN"/>
        </w:rPr>
        <w:t>邦</w:t>
      </w:r>
      <w:proofErr w:type="gramEnd"/>
      <w:r>
        <w:rPr>
          <w:rFonts w:ascii="仿宋" w:eastAsia="仿宋" w:hAnsi="仿宋"/>
          <w:sz w:val="32"/>
          <w:lang w:eastAsia="zh-CN"/>
        </w:rPr>
        <w:t>抗击匈奴，安定加邦。诸位在我大哥所住《汉书》。</w:t>
      </w:r>
      <w:proofErr w:type="gramStart"/>
      <w:r>
        <w:rPr>
          <w:rFonts w:ascii="仿宋" w:eastAsia="仿宋" w:hAnsi="仿宋"/>
          <w:sz w:val="32"/>
          <w:lang w:eastAsia="zh-CN"/>
        </w:rPr>
        <w:t>食货志理说</w:t>
      </w:r>
      <w:proofErr w:type="gramEnd"/>
      <w:r>
        <w:rPr>
          <w:rFonts w:ascii="仿宋" w:eastAsia="仿宋" w:hAnsi="仿宋"/>
          <w:sz w:val="32"/>
          <w:lang w:eastAsia="zh-CN"/>
        </w:rPr>
        <w:t>。识货乃生民之本。张</w:t>
      </w:r>
      <w:proofErr w:type="gramStart"/>
      <w:r>
        <w:rPr>
          <w:rFonts w:ascii="仿宋" w:eastAsia="仿宋" w:hAnsi="仿宋"/>
          <w:sz w:val="32"/>
          <w:lang w:eastAsia="zh-CN"/>
        </w:rPr>
        <w:t>阡</w:t>
      </w:r>
      <w:proofErr w:type="gramEnd"/>
      <w:r>
        <w:rPr>
          <w:rFonts w:ascii="仿宋" w:eastAsia="仿宋" w:hAnsi="仿宋"/>
          <w:sz w:val="32"/>
          <w:lang w:eastAsia="zh-CN"/>
        </w:rPr>
        <w:t>打通了大汉与西域的血脉。就是为了能让大家过上安定富足的日子。匈奴。是我们共同的敌人。十足货通。是我们共同的愿望。</w:t>
      </w:r>
    </w:p>
    <w:p w14:paraId="41F5DB34" w14:textId="77777777" w:rsidR="00E87C95" w:rsidRDefault="00000000">
      <w:pPr>
        <w:spacing w:after="0" w:line="579" w:lineRule="exact"/>
        <w:ind w:firstLine="640"/>
        <w:rPr>
          <w:lang w:eastAsia="zh-CN"/>
        </w:rPr>
      </w:pPr>
      <w:r>
        <w:rPr>
          <w:rFonts w:ascii="仿宋" w:eastAsia="仿宋" w:hAnsi="仿宋"/>
          <w:sz w:val="32"/>
          <w:lang w:eastAsia="zh-CN"/>
        </w:rPr>
        <w:t>我会向陛下上书，恳请让我留在这里。与诸位一起同抗敌。至于和睦。通有无葡萄、苜蓿、胡桃，通有无？没想到大哥写的</w:t>
      </w:r>
      <w:proofErr w:type="gramStart"/>
      <w:r>
        <w:rPr>
          <w:rFonts w:ascii="仿宋" w:eastAsia="仿宋" w:hAnsi="仿宋"/>
          <w:sz w:val="32"/>
          <w:lang w:eastAsia="zh-CN"/>
        </w:rPr>
        <w:t>食货志给远在</w:t>
      </w:r>
      <w:proofErr w:type="gramEnd"/>
      <w:r>
        <w:rPr>
          <w:rFonts w:ascii="仿宋" w:eastAsia="仿宋" w:hAnsi="仿宋"/>
          <w:sz w:val="32"/>
          <w:lang w:eastAsia="zh-CN"/>
        </w:rPr>
        <w:t>西域的二哥提供了如此大的帮助。二哥随性附来的这些资料。可以收录到西域传里吗？当然可以。又在担心你</w:t>
      </w:r>
      <w:proofErr w:type="gramStart"/>
      <w:r>
        <w:rPr>
          <w:rFonts w:ascii="仿宋" w:eastAsia="仿宋" w:hAnsi="仿宋"/>
          <w:sz w:val="32"/>
          <w:lang w:eastAsia="zh-CN"/>
        </w:rPr>
        <w:t>二哥二哥</w:t>
      </w:r>
      <w:proofErr w:type="gramEnd"/>
      <w:r>
        <w:rPr>
          <w:rFonts w:ascii="仿宋" w:eastAsia="仿宋" w:hAnsi="仿宋"/>
          <w:sz w:val="32"/>
          <w:lang w:eastAsia="zh-CN"/>
        </w:rPr>
        <w:t>说。他们要反击匈奴。兵司马四部将士集合完毕，总计兵力一万人听候调遣。西域的战士们姑墨，</w:t>
      </w:r>
    </w:p>
    <w:p w14:paraId="0FE73B27" w14:textId="77777777" w:rsidR="00E87C95" w:rsidRDefault="00000000">
      <w:pPr>
        <w:spacing w:after="0" w:line="579" w:lineRule="exact"/>
        <w:ind w:firstLine="640"/>
        <w:rPr>
          <w:lang w:eastAsia="zh-CN"/>
        </w:rPr>
      </w:pPr>
      <w:r>
        <w:rPr>
          <w:rFonts w:ascii="仿宋" w:eastAsia="仿宋" w:hAnsi="仿宋"/>
          <w:sz w:val="32"/>
          <w:lang w:eastAsia="zh-CN"/>
        </w:rPr>
        <w:t>本为我大汉西域一部，</w:t>
      </w:r>
      <w:proofErr w:type="gramStart"/>
      <w:r>
        <w:rPr>
          <w:rFonts w:ascii="仿宋" w:eastAsia="仿宋" w:hAnsi="仿宋"/>
          <w:sz w:val="32"/>
          <w:lang w:eastAsia="zh-CN"/>
        </w:rPr>
        <w:t>但姑墨</w:t>
      </w:r>
      <w:proofErr w:type="gramEnd"/>
      <w:r>
        <w:rPr>
          <w:rFonts w:ascii="仿宋" w:eastAsia="仿宋" w:hAnsi="仿宋"/>
          <w:sz w:val="32"/>
          <w:lang w:eastAsia="zh-CN"/>
        </w:rPr>
        <w:t>王却与匈奴为伍。恃强凌弱。多次需要其他不足周边百姓不得安居。今日便各不所请。与大家同仇敌骇，征讨姑墨与匈奴。为的是一战而定。让西域百姓。从此安居乐业。威武，但是他威武。将士们听令。出征。二哥平定西域，</w:t>
      </w:r>
    </w:p>
    <w:p w14:paraId="34D4F1CE" w14:textId="77777777" w:rsidR="00E87C95" w:rsidRDefault="00000000">
      <w:pPr>
        <w:spacing w:after="0" w:line="579" w:lineRule="exact"/>
        <w:ind w:firstLine="640"/>
        <w:rPr>
          <w:lang w:eastAsia="zh-CN"/>
        </w:rPr>
      </w:pPr>
      <w:r>
        <w:rPr>
          <w:rFonts w:ascii="仿宋" w:eastAsia="仿宋" w:hAnsi="仿宋"/>
          <w:sz w:val="32"/>
          <w:lang w:eastAsia="zh-CN"/>
        </w:rPr>
        <w:t>靠的是一腔忠勇，与安国定远的坚定信念走到哪里。就把安定带到那里，他把西域当成家，在那里娶妻生子，做到了与西域百姓情谊相通，血脉相通。这一待就待了30余年，</w:t>
      </w:r>
      <w:r>
        <w:rPr>
          <w:rFonts w:ascii="仿宋" w:eastAsia="仿宋" w:hAnsi="仿宋"/>
          <w:sz w:val="32"/>
          <w:lang w:eastAsia="zh-CN"/>
        </w:rPr>
        <w:lastRenderedPageBreak/>
        <w:t>情谊相通，血脉相通，团结一心，共育外</w:t>
      </w:r>
      <w:proofErr w:type="gramStart"/>
      <w:r>
        <w:rPr>
          <w:rFonts w:ascii="仿宋" w:eastAsia="仿宋" w:hAnsi="仿宋"/>
          <w:sz w:val="32"/>
          <w:lang w:eastAsia="zh-CN"/>
        </w:rPr>
        <w:t>戎</w:t>
      </w:r>
      <w:proofErr w:type="gramEnd"/>
      <w:r>
        <w:rPr>
          <w:rFonts w:ascii="仿宋" w:eastAsia="仿宋" w:hAnsi="仿宋"/>
          <w:sz w:val="32"/>
          <w:lang w:eastAsia="zh-CN"/>
        </w:rPr>
        <w:t>。大汉边疆，牢不可破啊！二哥在西域建功后，</w:t>
      </w:r>
    </w:p>
    <w:p w14:paraId="684D2CDF" w14:textId="77777777" w:rsidR="00E87C95" w:rsidRDefault="00000000">
      <w:pPr>
        <w:spacing w:after="0" w:line="579" w:lineRule="exact"/>
        <w:ind w:firstLine="640"/>
        <w:rPr>
          <w:lang w:eastAsia="zh-CN"/>
        </w:rPr>
      </w:pPr>
      <w:r>
        <w:rPr>
          <w:rFonts w:ascii="仿宋" w:eastAsia="仿宋" w:hAnsi="仿宋"/>
          <w:sz w:val="32"/>
          <w:lang w:eastAsia="zh-CN"/>
        </w:rPr>
        <w:t>受封为定远侯。大哥在洛阳住时。20余年间。他皓首穷经，翻阅典籍，批阅文献。休整汗水。《汉书》，起源高祖。终于，孝平王莽之</w:t>
      </w:r>
      <w:proofErr w:type="gramStart"/>
      <w:r>
        <w:rPr>
          <w:rFonts w:ascii="仿宋" w:eastAsia="仿宋" w:hAnsi="仿宋"/>
          <w:sz w:val="32"/>
          <w:lang w:eastAsia="zh-CN"/>
        </w:rPr>
        <w:t>诸</w:t>
      </w:r>
      <w:proofErr w:type="gramEnd"/>
      <w:r>
        <w:rPr>
          <w:rFonts w:ascii="仿宋" w:eastAsia="仿宋" w:hAnsi="仿宋"/>
          <w:sz w:val="32"/>
          <w:lang w:eastAsia="zh-CN"/>
        </w:rPr>
        <w:t>。十有20。230年。上下恰</w:t>
      </w:r>
      <w:proofErr w:type="gramStart"/>
      <w:r>
        <w:rPr>
          <w:rFonts w:ascii="仿宋" w:eastAsia="仿宋" w:hAnsi="仿宋"/>
          <w:sz w:val="32"/>
          <w:lang w:eastAsia="zh-CN"/>
        </w:rPr>
        <w:t>同分为</w:t>
      </w:r>
      <w:proofErr w:type="gramEnd"/>
      <w:r>
        <w:rPr>
          <w:rFonts w:ascii="仿宋" w:eastAsia="仿宋" w:hAnsi="仿宋"/>
          <w:sz w:val="32"/>
          <w:lang w:eastAsia="zh-CN"/>
        </w:rPr>
        <w:t>祭。表智。</w:t>
      </w:r>
    </w:p>
    <w:p w14:paraId="73BF5A53" w14:textId="77777777" w:rsidR="00E87C95" w:rsidRDefault="00000000">
      <w:pPr>
        <w:spacing w:after="0" w:line="579" w:lineRule="exact"/>
        <w:ind w:firstLine="640"/>
        <w:rPr>
          <w:lang w:eastAsia="zh-CN"/>
        </w:rPr>
      </w:pPr>
      <w:proofErr w:type="gramStart"/>
      <w:r>
        <w:rPr>
          <w:rFonts w:ascii="仿宋" w:eastAsia="仿宋" w:hAnsi="仿宋"/>
          <w:sz w:val="32"/>
          <w:lang w:eastAsia="zh-CN"/>
        </w:rPr>
        <w:t>传共百篇</w:t>
      </w:r>
      <w:proofErr w:type="gramEnd"/>
      <w:r>
        <w:rPr>
          <w:rFonts w:ascii="仿宋" w:eastAsia="仿宋" w:hAnsi="仿宋"/>
          <w:sz w:val="32"/>
          <w:lang w:eastAsia="zh-CN"/>
        </w:rPr>
        <w:t>。我大哥接续父亲。将《汉书》基本完成。大题成书。《汉书》，全书80余万字，工作量巨大，仅用20多年便出稿完成。足见班固先生，修史心切，大军所言，极是我大哥。他是在抢时间。您都年近花甲。还要随窦宪将军</w:t>
      </w:r>
      <w:proofErr w:type="gramStart"/>
      <w:r>
        <w:rPr>
          <w:rFonts w:ascii="仿宋" w:eastAsia="仿宋" w:hAnsi="仿宋"/>
          <w:sz w:val="32"/>
          <w:lang w:eastAsia="zh-CN"/>
        </w:rPr>
        <w:t>出征备凶啊</w:t>
      </w:r>
      <w:proofErr w:type="gramEnd"/>
      <w:r>
        <w:rPr>
          <w:rFonts w:ascii="仿宋" w:eastAsia="仿宋" w:hAnsi="仿宋"/>
          <w:sz w:val="32"/>
          <w:lang w:eastAsia="zh-CN"/>
        </w:rPr>
        <w:t>好吧，</w:t>
      </w:r>
    </w:p>
    <w:p w14:paraId="0EF910E6" w14:textId="77777777" w:rsidR="00E87C95" w:rsidRDefault="00000000">
      <w:pPr>
        <w:spacing w:after="0" w:line="579" w:lineRule="exact"/>
        <w:ind w:firstLine="640"/>
        <w:rPr>
          <w:lang w:eastAsia="zh-CN"/>
        </w:rPr>
      </w:pPr>
      <w:proofErr w:type="gramStart"/>
      <w:r>
        <w:rPr>
          <w:rFonts w:ascii="仿宋" w:eastAsia="仿宋" w:hAnsi="仿宋"/>
          <w:sz w:val="32"/>
          <w:lang w:eastAsia="zh-CN"/>
        </w:rPr>
        <w:t>昭儿啊</w:t>
      </w:r>
      <w:proofErr w:type="gramEnd"/>
      <w:r>
        <w:rPr>
          <w:rFonts w:ascii="仿宋" w:eastAsia="仿宋" w:hAnsi="仿宋"/>
          <w:sz w:val="32"/>
          <w:lang w:eastAsia="zh-CN"/>
        </w:rPr>
        <w:t>。哥哥都说过多少回了。今天是《汉书》初稿完成以来，为兄心里最高兴的日子，终于可以看见我</w:t>
      </w:r>
      <w:proofErr w:type="gramStart"/>
      <w:r>
        <w:rPr>
          <w:rFonts w:ascii="仿宋" w:eastAsia="仿宋" w:hAnsi="仿宋"/>
          <w:sz w:val="32"/>
          <w:lang w:eastAsia="zh-CN"/>
        </w:rPr>
        <w:t>轻笔技术</w:t>
      </w:r>
      <w:proofErr w:type="gramEnd"/>
      <w:r>
        <w:rPr>
          <w:rFonts w:ascii="仿宋" w:eastAsia="仿宋" w:hAnsi="仿宋"/>
          <w:sz w:val="32"/>
          <w:lang w:eastAsia="zh-CN"/>
        </w:rPr>
        <w:t>的大汉边疆啦。我知道身为男儿，您一直想建功立业，为了</w:t>
      </w:r>
      <w:proofErr w:type="gramStart"/>
      <w:r>
        <w:rPr>
          <w:rFonts w:ascii="仿宋" w:eastAsia="仿宋" w:hAnsi="仿宋"/>
          <w:sz w:val="32"/>
          <w:lang w:eastAsia="zh-CN"/>
        </w:rPr>
        <w:t>家族修实的</w:t>
      </w:r>
      <w:proofErr w:type="gramEnd"/>
      <w:r>
        <w:rPr>
          <w:rFonts w:ascii="仿宋" w:eastAsia="仿宋" w:hAnsi="仿宋"/>
          <w:sz w:val="32"/>
          <w:lang w:eastAsia="zh-CN"/>
        </w:rPr>
        <w:t>宿愿，你们把这辈子最好的时光。都留给了家里，献给了大汉的史书哥哥寄宿了那么多的民主忠臣，壮士，良将。头发都白了，还没见过。</w:t>
      </w:r>
    </w:p>
    <w:p w14:paraId="040A0D04" w14:textId="77777777" w:rsidR="00E87C95" w:rsidRDefault="00000000">
      <w:pPr>
        <w:spacing w:after="0" w:line="579" w:lineRule="exact"/>
        <w:ind w:firstLine="640"/>
        <w:rPr>
          <w:lang w:eastAsia="zh-CN"/>
        </w:rPr>
      </w:pPr>
      <w:r>
        <w:rPr>
          <w:rFonts w:ascii="仿宋" w:eastAsia="仿宋" w:hAnsi="仿宋"/>
          <w:sz w:val="32"/>
          <w:lang w:eastAsia="zh-CN"/>
        </w:rPr>
        <w:t>边关的金戈铁骑，大漠的走私贼杀呢？</w:t>
      </w:r>
      <w:proofErr w:type="gramStart"/>
      <w:r>
        <w:rPr>
          <w:rFonts w:ascii="仿宋" w:eastAsia="仿宋" w:hAnsi="仿宋"/>
          <w:sz w:val="32"/>
          <w:lang w:eastAsia="zh-CN"/>
        </w:rPr>
        <w:t>好昭儿</w:t>
      </w:r>
      <w:proofErr w:type="gramEnd"/>
      <w:r>
        <w:rPr>
          <w:rFonts w:ascii="仿宋" w:eastAsia="仿宋" w:hAnsi="仿宋"/>
          <w:sz w:val="32"/>
          <w:lang w:eastAsia="zh-CN"/>
        </w:rPr>
        <w:t>，只愿。您能早日回家，哥哥一定平安回来。走了。呵呵</w:t>
      </w:r>
      <w:proofErr w:type="gramStart"/>
      <w:r>
        <w:rPr>
          <w:rFonts w:ascii="仿宋" w:eastAsia="仿宋" w:hAnsi="仿宋"/>
          <w:sz w:val="32"/>
          <w:lang w:eastAsia="zh-CN"/>
        </w:rPr>
        <w:t>呵</w:t>
      </w:r>
      <w:proofErr w:type="gramEnd"/>
      <w:r>
        <w:rPr>
          <w:rFonts w:ascii="仿宋" w:eastAsia="仿宋" w:hAnsi="仿宋"/>
          <w:sz w:val="32"/>
          <w:lang w:eastAsia="zh-CN"/>
        </w:rPr>
        <w:t>。我们得。等会啊。哥哥，由于是恳请。万一哥哥回不来。刘《汉书》的事儿。全靠你了，</w:t>
      </w:r>
    </w:p>
    <w:p w14:paraId="10A2148B" w14:textId="77777777" w:rsidR="00E87C95" w:rsidRDefault="00000000">
      <w:pPr>
        <w:spacing w:after="0" w:line="579" w:lineRule="exact"/>
        <w:ind w:firstLine="640"/>
        <w:rPr>
          <w:lang w:eastAsia="zh-CN"/>
        </w:rPr>
      </w:pPr>
      <w:r>
        <w:rPr>
          <w:rFonts w:ascii="仿宋" w:eastAsia="仿宋" w:hAnsi="仿宋"/>
          <w:sz w:val="32"/>
          <w:lang w:eastAsia="zh-CN"/>
        </w:rPr>
        <w:lastRenderedPageBreak/>
        <w:t>不许胡说。你一定会凯旋的。《汉书》等着您回家自己修去。好，我们一起完成《汉书》。道具开门。不救。大哥。要平安归家呀。在戏剧当中，班固终于实现了自己去见大汉边疆金戈铁骑的愿望。而弟弟班超早已立功西域，其实是兄弟俩和西域之间的缘分，这要追溯到班家的家学没错啊，现在我们一说班是他们有据可考的第一代始祖班</w:t>
      </w:r>
      <w:proofErr w:type="gramStart"/>
      <w:r>
        <w:rPr>
          <w:rFonts w:ascii="仿宋" w:eastAsia="仿宋" w:hAnsi="仿宋"/>
          <w:sz w:val="32"/>
          <w:lang w:eastAsia="zh-CN"/>
        </w:rPr>
        <w:t>壹</w:t>
      </w:r>
      <w:proofErr w:type="gramEnd"/>
      <w:r>
        <w:rPr>
          <w:rFonts w:ascii="仿宋" w:eastAsia="仿宋" w:hAnsi="仿宋"/>
          <w:sz w:val="32"/>
          <w:lang w:eastAsia="zh-CN"/>
        </w:rPr>
        <w:t>。</w:t>
      </w:r>
    </w:p>
    <w:p w14:paraId="34FAD3EA" w14:textId="77777777" w:rsidR="00E87C95" w:rsidRDefault="00000000">
      <w:pPr>
        <w:spacing w:after="0" w:line="579" w:lineRule="exact"/>
        <w:ind w:firstLine="640"/>
        <w:rPr>
          <w:lang w:eastAsia="zh-CN"/>
        </w:rPr>
      </w:pPr>
      <w:r>
        <w:rPr>
          <w:rFonts w:ascii="仿宋" w:eastAsia="仿宋" w:hAnsi="仿宋"/>
          <w:sz w:val="32"/>
          <w:lang w:eastAsia="zh-CN"/>
        </w:rPr>
        <w:t>他是一个什么人？他是一个牧马人呐，靠马致富，也靠马立军功，所以这是他们家最早的那个样子，唉，这说明什么？这家子呀，在骨血里头就有一种任侠之气，有一种慷慨至极，所以到班固的伯祖叫班伯，那时候呢？是在西汉末年，他就曾经几次请求出使匈奴，然后再到班固，</w:t>
      </w:r>
    </w:p>
    <w:p w14:paraId="15A0936C" w14:textId="77777777" w:rsidR="00E87C95" w:rsidRDefault="00000000">
      <w:pPr>
        <w:spacing w:after="0" w:line="579" w:lineRule="exact"/>
        <w:ind w:firstLine="640"/>
        <w:rPr>
          <w:lang w:eastAsia="zh-CN"/>
        </w:rPr>
      </w:pPr>
      <w:r>
        <w:rPr>
          <w:rFonts w:ascii="仿宋" w:eastAsia="仿宋" w:hAnsi="仿宋"/>
          <w:sz w:val="32"/>
          <w:lang w:eastAsia="zh-CN"/>
        </w:rPr>
        <w:t>他们这一辈，你看班超那是投笔从戎。立宫</w:t>
      </w:r>
      <w:proofErr w:type="gramStart"/>
      <w:r>
        <w:rPr>
          <w:rFonts w:ascii="仿宋" w:eastAsia="仿宋" w:hAnsi="仿宋"/>
          <w:sz w:val="32"/>
          <w:lang w:eastAsia="zh-CN"/>
        </w:rPr>
        <w:t>西域搬顾晚年</w:t>
      </w:r>
      <w:proofErr w:type="gramEnd"/>
      <w:r>
        <w:rPr>
          <w:rFonts w:ascii="仿宋" w:eastAsia="仿宋" w:hAnsi="仿宋"/>
          <w:sz w:val="32"/>
          <w:lang w:eastAsia="zh-CN"/>
        </w:rPr>
        <w:t>，还跟着大军去出击北匈奴，所以说呀，我们看到的好像是一个文化家族，但事实上，这个文化背后。是有中国人的骨气在的。这种早期家族遍地的生活经历，融入了他们家族血液当中，</w:t>
      </w:r>
      <w:proofErr w:type="gramStart"/>
      <w:r>
        <w:rPr>
          <w:rFonts w:ascii="仿宋" w:eastAsia="仿宋" w:hAnsi="仿宋"/>
          <w:sz w:val="32"/>
          <w:lang w:eastAsia="zh-CN"/>
        </w:rPr>
        <w:t>对帮固</w:t>
      </w:r>
      <w:proofErr w:type="gramEnd"/>
      <w:r>
        <w:rPr>
          <w:rFonts w:ascii="仿宋" w:eastAsia="仿宋" w:hAnsi="仿宋"/>
          <w:sz w:val="32"/>
          <w:lang w:eastAsia="zh-CN"/>
        </w:rPr>
        <w:t>撰写《汉书》也是有非常大的影响。边疆少数民族这些传呐，他写的特别好，比如西域传详细记述了西医的情况，</w:t>
      </w:r>
    </w:p>
    <w:p w14:paraId="4C4460CA" w14:textId="77777777" w:rsidR="00E87C95" w:rsidRDefault="00000000">
      <w:pPr>
        <w:spacing w:after="0" w:line="579" w:lineRule="exact"/>
        <w:ind w:firstLine="640"/>
        <w:rPr>
          <w:lang w:eastAsia="zh-CN"/>
        </w:rPr>
      </w:pPr>
      <w:r>
        <w:rPr>
          <w:rFonts w:ascii="仿宋" w:eastAsia="仿宋" w:hAnsi="仿宋"/>
          <w:sz w:val="32"/>
          <w:lang w:eastAsia="zh-CN"/>
        </w:rPr>
        <w:t>包括风土人情，地理位置。气候条件等等，他特别关注中原王朝和边地的关系，字里行间你都能读出来，比如说他既鄯善国。距离阳关1600里，距离长安6100里，户数1570人，口数14100，办公呢，就为我们。提供了非常完备的</w:t>
      </w:r>
      <w:proofErr w:type="gramStart"/>
      <w:r>
        <w:rPr>
          <w:rFonts w:ascii="仿宋" w:eastAsia="仿宋" w:hAnsi="仿宋"/>
          <w:sz w:val="32"/>
          <w:lang w:eastAsia="zh-CN"/>
        </w:rPr>
        <w:t>边疆</w:t>
      </w:r>
      <w:r>
        <w:rPr>
          <w:rFonts w:ascii="仿宋" w:eastAsia="仿宋" w:hAnsi="仿宋"/>
          <w:sz w:val="32"/>
          <w:lang w:eastAsia="zh-CN"/>
        </w:rPr>
        <w:lastRenderedPageBreak/>
        <w:t>式</w:t>
      </w:r>
      <w:proofErr w:type="gramEnd"/>
      <w:r>
        <w:rPr>
          <w:rFonts w:ascii="仿宋" w:eastAsia="仿宋" w:hAnsi="仿宋"/>
          <w:sz w:val="32"/>
          <w:lang w:eastAsia="zh-CN"/>
        </w:rPr>
        <w:t>材料，这也是《汉书》一个非常大的价格。《汉书》西域传中记载了这些地方官员啊，</w:t>
      </w:r>
    </w:p>
    <w:p w14:paraId="7641F4F4" w14:textId="77777777" w:rsidR="00E87C95" w:rsidRDefault="00000000">
      <w:pPr>
        <w:spacing w:after="0" w:line="579" w:lineRule="exact"/>
        <w:ind w:firstLine="640"/>
        <w:rPr>
          <w:lang w:eastAsia="zh-CN"/>
        </w:rPr>
      </w:pPr>
      <w:r>
        <w:rPr>
          <w:rFonts w:ascii="仿宋" w:eastAsia="仿宋" w:hAnsi="仿宋"/>
          <w:sz w:val="32"/>
          <w:lang w:eastAsia="zh-CN"/>
        </w:rPr>
        <w:t>有300多人</w:t>
      </w:r>
      <w:proofErr w:type="gramStart"/>
      <w:r>
        <w:rPr>
          <w:rFonts w:ascii="仿宋" w:eastAsia="仿宋" w:hAnsi="仿宋"/>
          <w:sz w:val="32"/>
          <w:lang w:eastAsia="zh-CN"/>
        </w:rPr>
        <w:t>皆配汉</w:t>
      </w:r>
      <w:proofErr w:type="gramEnd"/>
      <w:r>
        <w:rPr>
          <w:rFonts w:ascii="仿宋" w:eastAsia="仿宋" w:hAnsi="仿宋"/>
          <w:sz w:val="32"/>
          <w:lang w:eastAsia="zh-CN"/>
        </w:rPr>
        <w:t>印授，这说明。西域是西汉历史中不可分割的一部分。就像新疆出土的司禾府印，这个斯和</w:t>
      </w:r>
      <w:proofErr w:type="gramStart"/>
      <w:r>
        <w:rPr>
          <w:rFonts w:ascii="仿宋" w:eastAsia="仿宋" w:hAnsi="仿宋"/>
          <w:sz w:val="32"/>
          <w:lang w:eastAsia="zh-CN"/>
        </w:rPr>
        <w:t>福就是</w:t>
      </w:r>
      <w:proofErr w:type="gramEnd"/>
      <w:r>
        <w:rPr>
          <w:rFonts w:ascii="仿宋" w:eastAsia="仿宋" w:hAnsi="仿宋"/>
          <w:sz w:val="32"/>
          <w:lang w:eastAsia="zh-CN"/>
        </w:rPr>
        <w:t>在汉代，在西域屯前的管理机构之一。从汉武帝时期，就在西域地区设立屯田制，不仅推动了西域农业的发展和生产力的提高，还为中原</w:t>
      </w:r>
      <w:proofErr w:type="gramStart"/>
      <w:r>
        <w:rPr>
          <w:rFonts w:ascii="仿宋" w:eastAsia="仿宋" w:hAnsi="仿宋"/>
          <w:sz w:val="32"/>
          <w:lang w:eastAsia="zh-CN"/>
        </w:rPr>
        <w:t>与</w:t>
      </w:r>
      <w:proofErr w:type="gramEnd"/>
      <w:r>
        <w:rPr>
          <w:rFonts w:ascii="仿宋" w:eastAsia="仿宋" w:hAnsi="仿宋"/>
          <w:sz w:val="32"/>
          <w:lang w:eastAsia="zh-CN"/>
        </w:rPr>
        <w:t>。与西域的政治经济。文化交流做出了重要贡献。也正是因为有了《汉书》对史料的详尽记载，有了这些文物的出土，才让我们能够见识到西汉时期。</w:t>
      </w:r>
    </w:p>
    <w:p w14:paraId="5B5F3118" w14:textId="77777777" w:rsidR="00E87C95" w:rsidRDefault="00000000">
      <w:pPr>
        <w:spacing w:after="0" w:line="579" w:lineRule="exact"/>
        <w:ind w:firstLine="640"/>
        <w:rPr>
          <w:lang w:eastAsia="zh-CN"/>
        </w:rPr>
      </w:pPr>
      <w:r>
        <w:rPr>
          <w:rFonts w:ascii="仿宋" w:eastAsia="仿宋" w:hAnsi="仿宋"/>
          <w:sz w:val="32"/>
          <w:lang w:eastAsia="zh-CN"/>
        </w:rPr>
        <w:t>中华各民族之间的交流交融，这些历史事实。刚才我们看到了班昭送别长兄班固出征北匈奴。而这未完成的《汉书》，又该何去何从呢？咱们继续往下看。我的大哥随窦宪将军迎击北匈奴，直入大漠三千里，大败北匈奴于</w:t>
      </w:r>
      <w:proofErr w:type="gramStart"/>
      <w:r>
        <w:rPr>
          <w:rFonts w:ascii="仿宋" w:eastAsia="仿宋" w:hAnsi="仿宋"/>
          <w:sz w:val="32"/>
          <w:lang w:eastAsia="zh-CN"/>
        </w:rPr>
        <w:t>稽</w:t>
      </w:r>
      <w:proofErr w:type="gramEnd"/>
      <w:r>
        <w:rPr>
          <w:rFonts w:ascii="仿宋" w:eastAsia="仿宋" w:hAnsi="仿宋"/>
          <w:sz w:val="32"/>
          <w:lang w:eastAsia="zh-CN"/>
        </w:rPr>
        <w:t>落山。</w:t>
      </w:r>
      <w:proofErr w:type="gramStart"/>
      <w:r>
        <w:rPr>
          <w:rFonts w:ascii="仿宋" w:eastAsia="仿宋" w:hAnsi="仿宋"/>
          <w:sz w:val="32"/>
          <w:lang w:eastAsia="zh-CN"/>
        </w:rPr>
        <w:t>安师途中</w:t>
      </w:r>
      <w:proofErr w:type="gramEnd"/>
      <w:r>
        <w:rPr>
          <w:rFonts w:ascii="仿宋" w:eastAsia="仿宋" w:hAnsi="仿宋"/>
          <w:sz w:val="32"/>
          <w:lang w:eastAsia="zh-CN"/>
        </w:rPr>
        <w:t>，勒石燕然，以纪军功。西汉封狼居胥。东汉乐施燕然，这都是汉朝抗击匈奴，</w:t>
      </w:r>
    </w:p>
    <w:p w14:paraId="6DEB5AAE" w14:textId="77777777" w:rsidR="00E87C95" w:rsidRDefault="00000000">
      <w:pPr>
        <w:spacing w:after="0" w:line="579" w:lineRule="exact"/>
        <w:ind w:firstLine="640"/>
        <w:rPr>
          <w:lang w:eastAsia="zh-CN"/>
        </w:rPr>
      </w:pPr>
      <w:r>
        <w:rPr>
          <w:rFonts w:ascii="仿宋" w:eastAsia="仿宋" w:hAnsi="仿宋"/>
          <w:sz w:val="32"/>
          <w:lang w:eastAsia="zh-CN"/>
        </w:rPr>
        <w:t>抵御侵略安国定远的标志性事件。大哥在晚年圆建功之梦，本是喜事。只是没有想到卧室凸起。死于狱中。先生，节哀。后来宁奉旨，接续班固先生修纂书。我想。这是对她最好的怀念，也是最好的告慰。哈哈</w:t>
      </w:r>
      <w:proofErr w:type="gramStart"/>
      <w:r>
        <w:rPr>
          <w:rFonts w:ascii="仿宋" w:eastAsia="仿宋" w:hAnsi="仿宋"/>
          <w:sz w:val="32"/>
          <w:lang w:eastAsia="zh-CN"/>
        </w:rPr>
        <w:t>哈</w:t>
      </w:r>
      <w:proofErr w:type="gramEnd"/>
      <w:r>
        <w:rPr>
          <w:rFonts w:ascii="仿宋" w:eastAsia="仿宋" w:hAnsi="仿宋"/>
          <w:sz w:val="32"/>
          <w:lang w:eastAsia="zh-CN"/>
        </w:rPr>
        <w:t>。皇帝制约闻班氏，会</w:t>
      </w:r>
      <w:proofErr w:type="gramStart"/>
      <w:r>
        <w:rPr>
          <w:rFonts w:ascii="仿宋" w:eastAsia="仿宋" w:hAnsi="仿宋"/>
          <w:sz w:val="32"/>
          <w:lang w:eastAsia="zh-CN"/>
        </w:rPr>
        <w:t>稽</w:t>
      </w:r>
      <w:proofErr w:type="gramEnd"/>
      <w:r>
        <w:rPr>
          <w:rFonts w:ascii="仿宋" w:eastAsia="仿宋" w:hAnsi="仿宋"/>
          <w:sz w:val="32"/>
          <w:lang w:eastAsia="zh-CN"/>
        </w:rPr>
        <w:t>长于史官之家。</w:t>
      </w:r>
    </w:p>
    <w:p w14:paraId="7902B3CD" w14:textId="77777777" w:rsidR="00E87C95" w:rsidRDefault="00000000">
      <w:pPr>
        <w:spacing w:after="0" w:line="579" w:lineRule="exact"/>
        <w:ind w:firstLine="640"/>
        <w:rPr>
          <w:lang w:eastAsia="zh-CN"/>
        </w:rPr>
      </w:pPr>
      <w:proofErr w:type="gramStart"/>
      <w:r>
        <w:rPr>
          <w:rFonts w:ascii="仿宋" w:eastAsia="仿宋" w:hAnsi="仿宋"/>
          <w:sz w:val="32"/>
          <w:lang w:eastAsia="zh-CN"/>
        </w:rPr>
        <w:t>今系而博学着</w:t>
      </w:r>
      <w:proofErr w:type="gramEnd"/>
      <w:r>
        <w:rPr>
          <w:rFonts w:ascii="仿宋" w:eastAsia="仿宋" w:hAnsi="仿宋"/>
          <w:sz w:val="32"/>
          <w:lang w:eastAsia="zh-CN"/>
        </w:rPr>
        <w:t>之，《汉书》其意，使官班彪颁布逝去。《汉书》，编撰</w:t>
      </w:r>
      <w:proofErr w:type="gramStart"/>
      <w:r>
        <w:rPr>
          <w:rFonts w:ascii="仿宋" w:eastAsia="仿宋" w:hAnsi="仿宋"/>
          <w:sz w:val="32"/>
          <w:lang w:eastAsia="zh-CN"/>
        </w:rPr>
        <w:t>魏晋召班氏</w:t>
      </w:r>
      <w:proofErr w:type="gramEnd"/>
      <w:r>
        <w:rPr>
          <w:rFonts w:ascii="仿宋" w:eastAsia="仿宋" w:hAnsi="仿宋"/>
          <w:sz w:val="32"/>
          <w:lang w:eastAsia="zh-CN"/>
        </w:rPr>
        <w:t>会稽入东观，续修汉史。以资国</w:t>
      </w:r>
      <w:r>
        <w:rPr>
          <w:rFonts w:ascii="仿宋" w:eastAsia="仿宋" w:hAnsi="仿宋"/>
          <w:sz w:val="32"/>
          <w:lang w:eastAsia="zh-CN"/>
        </w:rPr>
        <w:lastRenderedPageBreak/>
        <w:t>政。恭迎曹大姑入东观，休《汉书》。曹大姑这边请。</w:t>
      </w:r>
      <w:proofErr w:type="gramStart"/>
      <w:r>
        <w:rPr>
          <w:rFonts w:ascii="仿宋" w:eastAsia="仿宋" w:hAnsi="仿宋"/>
          <w:sz w:val="32"/>
          <w:lang w:eastAsia="zh-CN"/>
        </w:rPr>
        <w:t>并曹大姑</w:t>
      </w:r>
      <w:proofErr w:type="gramEnd"/>
      <w:r>
        <w:rPr>
          <w:rFonts w:ascii="仿宋" w:eastAsia="仿宋" w:hAnsi="仿宋"/>
          <w:sz w:val="32"/>
          <w:lang w:eastAsia="zh-CN"/>
        </w:rPr>
        <w:t>。此处就是班固先生修书之所。我等先行告退。曹大姑。我带您入内。</w:t>
      </w:r>
    </w:p>
    <w:p w14:paraId="77B8C391" w14:textId="77777777" w:rsidR="00E87C95" w:rsidRDefault="00000000">
      <w:pPr>
        <w:spacing w:after="0" w:line="579" w:lineRule="exact"/>
        <w:ind w:firstLine="640"/>
        <w:rPr>
          <w:lang w:eastAsia="zh-CN"/>
        </w:rPr>
      </w:pPr>
      <w:r>
        <w:rPr>
          <w:rFonts w:ascii="仿宋" w:eastAsia="仿宋" w:hAnsi="仿宋"/>
          <w:sz w:val="32"/>
          <w:lang w:eastAsia="zh-CN"/>
        </w:rPr>
        <w:t>这就是班固先生留下的《汉书》书稿。这满屋的书稿。每一根每一卷都写满了历史。都凝聚着父亲。还有大哥的心血。还记得我人生中第一次听到修《汉书》三个字。是在苍原之上，看着夕阳父亲将我抱在怀里。我的两位兄长还如此年轻。陪伴在我身边，而现在。父亲已离世多年。二哥都护惜远在他乡，大哥一部史书修到白头，也未能修完。</w:t>
      </w:r>
    </w:p>
    <w:p w14:paraId="06339AE0" w14:textId="77777777" w:rsidR="00E87C95" w:rsidRDefault="00000000">
      <w:pPr>
        <w:spacing w:after="0" w:line="579" w:lineRule="exact"/>
        <w:ind w:firstLine="640"/>
        <w:rPr>
          <w:lang w:eastAsia="zh-CN"/>
        </w:rPr>
      </w:pPr>
      <w:r>
        <w:rPr>
          <w:rFonts w:ascii="仿宋" w:eastAsia="仿宋" w:hAnsi="仿宋"/>
          <w:sz w:val="32"/>
          <w:lang w:eastAsia="zh-CN"/>
        </w:rPr>
        <w:t>如今。让我一人面对这位修完的史书。我该怎么办呀？这是谁家的孩子？怎么又哭了？大哥招耳朵，希望您能在我身边，大哥从来就不曾离开过你。我从未想过。班家修史的重任会落到我的肩膀。也不知道是谁在幼年时。华夏豪言。要记述历史，做女史家，那只是班家小女儿的一句童言。</w:t>
      </w:r>
    </w:p>
    <w:p w14:paraId="04C926F8" w14:textId="77777777" w:rsidR="00E87C95" w:rsidRDefault="00000000">
      <w:pPr>
        <w:spacing w:after="0" w:line="579" w:lineRule="exact"/>
        <w:ind w:firstLine="640"/>
        <w:rPr>
          <w:lang w:eastAsia="zh-CN"/>
        </w:rPr>
      </w:pPr>
      <w:r>
        <w:rPr>
          <w:rFonts w:ascii="仿宋" w:eastAsia="仿宋" w:hAnsi="仿宋"/>
          <w:sz w:val="32"/>
          <w:lang w:eastAsia="zh-CN"/>
        </w:rPr>
        <w:t>自古以来，从未有过女子修国史，这可是天大的责任。</w:t>
      </w:r>
      <w:proofErr w:type="gramStart"/>
      <w:r>
        <w:rPr>
          <w:rFonts w:ascii="仿宋" w:eastAsia="仿宋" w:hAnsi="仿宋"/>
          <w:sz w:val="32"/>
          <w:lang w:eastAsia="zh-CN"/>
        </w:rPr>
        <w:t>周儿啊</w:t>
      </w:r>
      <w:proofErr w:type="gramEnd"/>
      <w:r>
        <w:rPr>
          <w:rFonts w:ascii="仿宋" w:eastAsia="仿宋" w:hAnsi="仿宋"/>
          <w:sz w:val="32"/>
          <w:lang w:eastAsia="zh-CN"/>
        </w:rPr>
        <w:t>。小时候。你帮哥哥腾抄书稿，长大了。帮哥哥</w:t>
      </w:r>
      <w:proofErr w:type="gramStart"/>
      <w:r>
        <w:rPr>
          <w:rFonts w:ascii="仿宋" w:eastAsia="仿宋" w:hAnsi="仿宋"/>
          <w:sz w:val="32"/>
          <w:lang w:eastAsia="zh-CN"/>
        </w:rPr>
        <w:t>整齐使料</w:t>
      </w:r>
      <w:proofErr w:type="gramEnd"/>
      <w:r>
        <w:rPr>
          <w:rFonts w:ascii="仿宋" w:eastAsia="仿宋" w:hAnsi="仿宋"/>
          <w:sz w:val="32"/>
          <w:lang w:eastAsia="zh-CN"/>
        </w:rPr>
        <w:t>看书，伴着我们日出日落。这世间最了解《汉书》的人，除了我。就是你了。可是，越了解《汉书》。越知道他的齐备，</w:t>
      </w:r>
    </w:p>
    <w:p w14:paraId="33E8B649" w14:textId="77777777" w:rsidR="00E87C95" w:rsidRDefault="00000000">
      <w:pPr>
        <w:spacing w:after="0" w:line="579" w:lineRule="exact"/>
        <w:ind w:firstLine="640"/>
        <w:rPr>
          <w:lang w:eastAsia="zh-CN"/>
        </w:rPr>
      </w:pPr>
      <w:r>
        <w:rPr>
          <w:rFonts w:ascii="仿宋" w:eastAsia="仿宋" w:hAnsi="仿宋"/>
          <w:sz w:val="32"/>
          <w:lang w:eastAsia="zh-CN"/>
        </w:rPr>
        <w:t>他的宏大，他的枕密，我便越担心修不好。大哥。皇宫。父亲和我把毕生的心血。都融进了《汉书》里。惶恐是因为</w:t>
      </w:r>
      <w:r>
        <w:rPr>
          <w:rFonts w:ascii="仿宋" w:eastAsia="仿宋" w:hAnsi="仿宋"/>
          <w:sz w:val="32"/>
          <w:lang w:eastAsia="zh-CN"/>
        </w:rPr>
        <w:lastRenderedPageBreak/>
        <w:t>你心存敬畏，大哥也曾惶恐过吗？周二。还记得那只小老虎吗？这玩意儿不害怕。实在写不下去。就放下。父亲，</w:t>
      </w:r>
    </w:p>
    <w:p w14:paraId="01A5DF39" w14:textId="77777777" w:rsidR="00E87C95" w:rsidRDefault="00000000">
      <w:pPr>
        <w:spacing w:after="0" w:line="579" w:lineRule="exact"/>
        <w:ind w:firstLine="640"/>
        <w:rPr>
          <w:lang w:eastAsia="zh-CN"/>
        </w:rPr>
      </w:pPr>
      <w:r>
        <w:rPr>
          <w:rFonts w:ascii="仿宋" w:eastAsia="仿宋" w:hAnsi="仿宋"/>
          <w:sz w:val="32"/>
          <w:lang w:eastAsia="zh-CN"/>
        </w:rPr>
        <w:t>你们刚说的《太史公书》我能写吗？我的昭儿。古往今来，还从来没有过女史家呢。我要写了就有了。</w:t>
      </w:r>
      <w:proofErr w:type="gramStart"/>
      <w:r>
        <w:rPr>
          <w:rFonts w:ascii="仿宋" w:eastAsia="仿宋" w:hAnsi="仿宋"/>
          <w:sz w:val="32"/>
          <w:lang w:eastAsia="zh-CN"/>
        </w:rPr>
        <w:t>昭儿我</w:t>
      </w:r>
      <w:proofErr w:type="gramEnd"/>
      <w:r>
        <w:rPr>
          <w:rFonts w:ascii="仿宋" w:eastAsia="仿宋" w:hAnsi="仿宋"/>
          <w:sz w:val="32"/>
          <w:lang w:eastAsia="zh-CN"/>
        </w:rPr>
        <w:t>此行，生死未卜。若我和大哥都回不来，班家修士的使命，就只能靠你了。哥哥，有一事恳请万一哥哥回不来，</w:t>
      </w:r>
      <w:proofErr w:type="gramStart"/>
      <w:r>
        <w:rPr>
          <w:rFonts w:ascii="仿宋" w:eastAsia="仿宋" w:hAnsi="仿宋"/>
          <w:sz w:val="32"/>
          <w:lang w:eastAsia="zh-CN"/>
        </w:rPr>
        <w:t>邱</w:t>
      </w:r>
      <w:proofErr w:type="gramEnd"/>
      <w:r>
        <w:rPr>
          <w:rFonts w:ascii="仿宋" w:eastAsia="仿宋" w:hAnsi="仿宋"/>
          <w:sz w:val="32"/>
          <w:lang w:eastAsia="zh-CN"/>
        </w:rPr>
        <w:t>《汉书》的事儿。全靠你了，你了。</w:t>
      </w:r>
    </w:p>
    <w:p w14:paraId="537132DF" w14:textId="77777777" w:rsidR="00E87C95" w:rsidRDefault="00000000">
      <w:pPr>
        <w:spacing w:after="0" w:line="579" w:lineRule="exact"/>
        <w:ind w:firstLine="640"/>
        <w:rPr>
          <w:lang w:eastAsia="zh-CN"/>
        </w:rPr>
      </w:pPr>
      <w:r>
        <w:rPr>
          <w:rFonts w:ascii="仿宋" w:eastAsia="仿宋" w:hAnsi="仿宋"/>
          <w:sz w:val="32"/>
          <w:lang w:eastAsia="zh-CN"/>
        </w:rPr>
        <w:t>多谢大哥这史书。是我班家两大年的心血。这史书是父亲。是大哥。更是我班家的职责。但是大哥。你们得陪我。大哥陪你。我们得。哦哦哦。哈哈</w:t>
      </w:r>
      <w:proofErr w:type="gramStart"/>
      <w:r>
        <w:rPr>
          <w:rFonts w:ascii="仿宋" w:eastAsia="仿宋" w:hAnsi="仿宋"/>
          <w:sz w:val="32"/>
          <w:lang w:eastAsia="zh-CN"/>
        </w:rPr>
        <w:t>哈</w:t>
      </w:r>
      <w:proofErr w:type="gramEnd"/>
      <w:r>
        <w:rPr>
          <w:rFonts w:ascii="仿宋" w:eastAsia="仿宋" w:hAnsi="仿宋"/>
          <w:sz w:val="32"/>
          <w:lang w:eastAsia="zh-CN"/>
        </w:rPr>
        <w:t>。《汉书》八表与志。</w:t>
      </w:r>
      <w:proofErr w:type="gramStart"/>
      <w:r>
        <w:rPr>
          <w:rFonts w:ascii="仿宋" w:eastAsia="仿宋" w:hAnsi="仿宋"/>
          <w:sz w:val="32"/>
          <w:lang w:eastAsia="zh-CN"/>
        </w:rPr>
        <w:t>丈苏历时</w:t>
      </w:r>
      <w:proofErr w:type="gramEnd"/>
      <w:r>
        <w:rPr>
          <w:rFonts w:ascii="仿宋" w:eastAsia="仿宋" w:hAnsi="仿宋"/>
          <w:sz w:val="32"/>
          <w:lang w:eastAsia="zh-CN"/>
        </w:rPr>
        <w:t>3000年，涉及数千位历史人物，世人都知</w:t>
      </w:r>
      <w:proofErr w:type="gramStart"/>
      <w:r>
        <w:rPr>
          <w:rFonts w:ascii="仿宋" w:eastAsia="仿宋" w:hAnsi="仿宋"/>
          <w:sz w:val="32"/>
          <w:lang w:eastAsia="zh-CN"/>
        </w:rPr>
        <w:t>修史难</w:t>
      </w:r>
      <w:proofErr w:type="gramEnd"/>
      <w:r>
        <w:rPr>
          <w:rFonts w:ascii="仿宋" w:eastAsia="仿宋" w:hAnsi="仿宋"/>
          <w:sz w:val="32"/>
          <w:lang w:eastAsia="zh-CN"/>
        </w:rPr>
        <w:t>最难。</w:t>
      </w:r>
    </w:p>
    <w:p w14:paraId="38B97273" w14:textId="77777777" w:rsidR="00E87C95" w:rsidRDefault="00000000">
      <w:pPr>
        <w:spacing w:after="0" w:line="579" w:lineRule="exact"/>
        <w:ind w:firstLine="640"/>
        <w:rPr>
          <w:lang w:eastAsia="zh-CN"/>
        </w:rPr>
      </w:pPr>
      <w:r>
        <w:rPr>
          <w:rFonts w:ascii="仿宋" w:eastAsia="仿宋" w:hAnsi="仿宋"/>
          <w:sz w:val="32"/>
          <w:lang w:eastAsia="zh-CN"/>
        </w:rPr>
        <w:t>不过置于表。耳表。有奶。《汉书》共著八表。</w:t>
      </w:r>
      <w:proofErr w:type="gramStart"/>
      <w:r>
        <w:rPr>
          <w:rFonts w:ascii="仿宋" w:eastAsia="仿宋" w:hAnsi="仿宋"/>
          <w:sz w:val="32"/>
          <w:lang w:eastAsia="zh-CN"/>
        </w:rPr>
        <w:t>六表在</w:t>
      </w:r>
      <w:proofErr w:type="gramEnd"/>
      <w:r>
        <w:rPr>
          <w:rFonts w:ascii="仿宋" w:eastAsia="仿宋" w:hAnsi="仿宋"/>
          <w:sz w:val="32"/>
          <w:lang w:eastAsia="zh-CN"/>
        </w:rPr>
        <w:t>太史公书的基础上发展改造而成，另有《百官公卿表》《古今人表》为暗书新创。作《百官公卿表》为记录各官职的起源。及其职守与品质观之变化，即明虚之变化。贯通古今方可看清发展。看清发展要上述契约，欲做百官</w:t>
      </w:r>
      <w:proofErr w:type="gramStart"/>
      <w:r>
        <w:rPr>
          <w:rFonts w:ascii="仿宋" w:eastAsia="仿宋" w:hAnsi="仿宋"/>
          <w:sz w:val="32"/>
          <w:lang w:eastAsia="zh-CN"/>
        </w:rPr>
        <w:t>恭</w:t>
      </w:r>
      <w:proofErr w:type="gramEnd"/>
      <w:r>
        <w:rPr>
          <w:rFonts w:ascii="仿宋" w:eastAsia="仿宋" w:hAnsi="仿宋"/>
          <w:sz w:val="32"/>
          <w:lang w:eastAsia="zh-CN"/>
        </w:rPr>
        <w:t>清掉要先明白。为何有百官上古之识，</w:t>
      </w:r>
      <w:proofErr w:type="gramStart"/>
      <w:r>
        <w:rPr>
          <w:rFonts w:ascii="仿宋" w:eastAsia="仿宋" w:hAnsi="仿宋"/>
          <w:sz w:val="32"/>
          <w:lang w:eastAsia="zh-CN"/>
        </w:rPr>
        <w:t>先贤治天下善作为者</w:t>
      </w:r>
      <w:proofErr w:type="gramEnd"/>
      <w:r>
        <w:rPr>
          <w:rFonts w:ascii="仿宋" w:eastAsia="仿宋" w:hAnsi="仿宋"/>
          <w:sz w:val="32"/>
          <w:lang w:eastAsia="zh-CN"/>
        </w:rPr>
        <w:t>，因己所长而为官，</w:t>
      </w:r>
    </w:p>
    <w:p w14:paraId="3D687820" w14:textId="77777777" w:rsidR="00E87C95" w:rsidRDefault="00000000">
      <w:pPr>
        <w:spacing w:after="0" w:line="579" w:lineRule="exact"/>
        <w:ind w:firstLine="640"/>
        <w:rPr>
          <w:lang w:eastAsia="zh-CN"/>
        </w:rPr>
      </w:pPr>
      <w:r>
        <w:rPr>
          <w:rFonts w:ascii="仿宋" w:eastAsia="仿宋" w:hAnsi="仿宋"/>
          <w:sz w:val="32"/>
          <w:lang w:eastAsia="zh-CN"/>
        </w:rPr>
        <w:t>为黎明做事？为天下做事而最优者，被推举为明史。天下之所以有关源自黎明之虚。大雨做司空，待黎明平水土。</w:t>
      </w:r>
      <w:proofErr w:type="gramStart"/>
      <w:r>
        <w:rPr>
          <w:rFonts w:ascii="仿宋" w:eastAsia="仿宋" w:hAnsi="仿宋"/>
          <w:sz w:val="32"/>
          <w:lang w:eastAsia="zh-CN"/>
        </w:rPr>
        <w:t>弃坐后稷</w:t>
      </w:r>
      <w:proofErr w:type="gramEnd"/>
      <w:r>
        <w:rPr>
          <w:rFonts w:ascii="仿宋" w:eastAsia="仿宋" w:hAnsi="仿宋"/>
          <w:sz w:val="32"/>
          <w:lang w:eastAsia="zh-CN"/>
        </w:rPr>
        <w:t>教，</w:t>
      </w:r>
      <w:proofErr w:type="gramStart"/>
      <w:r>
        <w:rPr>
          <w:rFonts w:ascii="仿宋" w:eastAsia="仿宋" w:hAnsi="仿宋"/>
          <w:sz w:val="32"/>
          <w:lang w:eastAsia="zh-CN"/>
        </w:rPr>
        <w:t>黎明播百谷</w:t>
      </w:r>
      <w:proofErr w:type="gramEnd"/>
      <w:r>
        <w:rPr>
          <w:rFonts w:ascii="仿宋" w:eastAsia="仿宋" w:hAnsi="仿宋"/>
          <w:sz w:val="32"/>
          <w:lang w:eastAsia="zh-CN"/>
        </w:rPr>
        <w:t>。</w:t>
      </w:r>
      <w:proofErr w:type="gramStart"/>
      <w:r>
        <w:rPr>
          <w:rFonts w:ascii="仿宋" w:eastAsia="仿宋" w:hAnsi="仿宋"/>
          <w:sz w:val="32"/>
          <w:lang w:eastAsia="zh-CN"/>
        </w:rPr>
        <w:t>皋</w:t>
      </w:r>
      <w:proofErr w:type="gramEnd"/>
      <w:r>
        <w:rPr>
          <w:rFonts w:ascii="仿宋" w:eastAsia="仿宋" w:hAnsi="仿宋"/>
          <w:sz w:val="32"/>
          <w:lang w:eastAsia="zh-CN"/>
        </w:rPr>
        <w:t>陶作势为</w:t>
      </w:r>
      <w:proofErr w:type="gramStart"/>
      <w:r>
        <w:rPr>
          <w:rFonts w:ascii="仿宋" w:eastAsia="仿宋" w:hAnsi="仿宋"/>
          <w:sz w:val="32"/>
          <w:lang w:eastAsia="zh-CN"/>
        </w:rPr>
        <w:t>黎明正</w:t>
      </w:r>
      <w:proofErr w:type="gramEnd"/>
      <w:r>
        <w:rPr>
          <w:rFonts w:ascii="仿宋" w:eastAsia="仿宋" w:hAnsi="仿宋"/>
          <w:sz w:val="32"/>
          <w:lang w:eastAsia="zh-CN"/>
        </w:rPr>
        <w:t>五刑。只为</w:t>
      </w:r>
      <w:proofErr w:type="gramStart"/>
      <w:r>
        <w:rPr>
          <w:rFonts w:ascii="仿宋" w:eastAsia="仿宋" w:hAnsi="仿宋"/>
          <w:sz w:val="32"/>
          <w:lang w:eastAsia="zh-CN"/>
        </w:rPr>
        <w:t>百</w:t>
      </w:r>
      <w:r>
        <w:rPr>
          <w:rFonts w:ascii="仿宋" w:eastAsia="仿宋" w:hAnsi="仿宋"/>
          <w:sz w:val="32"/>
          <w:lang w:eastAsia="zh-CN"/>
        </w:rPr>
        <w:lastRenderedPageBreak/>
        <w:t>官攻卿之</w:t>
      </w:r>
      <w:proofErr w:type="gramEnd"/>
      <w:r>
        <w:rPr>
          <w:rFonts w:ascii="仿宋" w:eastAsia="仿宋" w:hAnsi="仿宋"/>
          <w:sz w:val="32"/>
          <w:lang w:eastAsia="zh-CN"/>
        </w:rPr>
        <w:t>祖。后世为官者，知百官公卿之</w:t>
      </w:r>
      <w:proofErr w:type="gramStart"/>
      <w:r>
        <w:rPr>
          <w:rFonts w:ascii="仿宋" w:eastAsia="仿宋" w:hAnsi="仿宋"/>
          <w:sz w:val="32"/>
          <w:lang w:eastAsia="zh-CN"/>
        </w:rPr>
        <w:t>乞</w:t>
      </w:r>
      <w:proofErr w:type="gramEnd"/>
      <w:r>
        <w:rPr>
          <w:rFonts w:ascii="仿宋" w:eastAsia="仿宋" w:hAnsi="仿宋"/>
          <w:sz w:val="32"/>
          <w:lang w:eastAsia="zh-CN"/>
        </w:rPr>
        <w:t>人，更应知为天下黎民做事之本分。如今。做百官逢亲表恭，</w:t>
      </w:r>
    </w:p>
    <w:p w14:paraId="6BD52F00" w14:textId="77777777" w:rsidR="00E87C95" w:rsidRDefault="00000000">
      <w:pPr>
        <w:spacing w:after="0" w:line="579" w:lineRule="exact"/>
        <w:ind w:firstLine="640"/>
        <w:rPr>
          <w:lang w:eastAsia="zh-CN"/>
        </w:rPr>
      </w:pPr>
      <w:r>
        <w:rPr>
          <w:rFonts w:ascii="仿宋" w:eastAsia="仿宋" w:hAnsi="仿宋"/>
          <w:sz w:val="32"/>
          <w:lang w:eastAsia="zh-CN"/>
        </w:rPr>
        <w:t>后世人以通古今。</w:t>
      </w:r>
      <w:proofErr w:type="gramStart"/>
      <w:r>
        <w:rPr>
          <w:rFonts w:ascii="仿宋" w:eastAsia="仿宋" w:hAnsi="仿宋"/>
          <w:sz w:val="32"/>
          <w:lang w:eastAsia="zh-CN"/>
        </w:rPr>
        <w:t>俾</w:t>
      </w:r>
      <w:proofErr w:type="gramEnd"/>
      <w:r>
        <w:rPr>
          <w:rFonts w:ascii="仿宋" w:eastAsia="仿宋" w:hAnsi="仿宋"/>
          <w:sz w:val="32"/>
          <w:lang w:eastAsia="zh-CN"/>
        </w:rPr>
        <w:t>温故知新。大哥。《汉书》。我详加校对读了无数遍12季，</w:t>
      </w:r>
      <w:proofErr w:type="gramStart"/>
      <w:r>
        <w:rPr>
          <w:rFonts w:ascii="仿宋" w:eastAsia="仿宋" w:hAnsi="仿宋"/>
          <w:sz w:val="32"/>
          <w:lang w:eastAsia="zh-CN"/>
        </w:rPr>
        <w:t>昔时传都已</w:t>
      </w:r>
      <w:proofErr w:type="gramEnd"/>
      <w:r>
        <w:rPr>
          <w:rFonts w:ascii="仿宋" w:eastAsia="仿宋" w:hAnsi="仿宋"/>
          <w:sz w:val="32"/>
          <w:lang w:eastAsia="zh-CN"/>
        </w:rPr>
        <w:t>熟记于心。</w:t>
      </w:r>
      <w:proofErr w:type="gramStart"/>
      <w:r>
        <w:rPr>
          <w:rFonts w:ascii="仿宋" w:eastAsia="仿宋" w:hAnsi="仿宋"/>
          <w:sz w:val="32"/>
          <w:lang w:eastAsia="zh-CN"/>
        </w:rPr>
        <w:t>依照繁历补齐十至八表共100篇</w:t>
      </w:r>
      <w:proofErr w:type="gramEnd"/>
      <w:r>
        <w:rPr>
          <w:rFonts w:ascii="仿宋" w:eastAsia="仿宋" w:hAnsi="仿宋"/>
          <w:sz w:val="32"/>
          <w:lang w:eastAsia="zh-CN"/>
        </w:rPr>
        <w:t>，历时十余年。我终于完成了。昭儿，谢谢你。230年兴衰，荣辱独当，一时铸成《汉书》。究其终始强弱之变。</w:t>
      </w:r>
    </w:p>
    <w:p w14:paraId="6C7908DC" w14:textId="77777777" w:rsidR="00E87C95" w:rsidRDefault="00000000">
      <w:pPr>
        <w:spacing w:after="0" w:line="579" w:lineRule="exact"/>
        <w:ind w:firstLine="640"/>
        <w:rPr>
          <w:lang w:eastAsia="zh-CN"/>
        </w:rPr>
      </w:pPr>
      <w:proofErr w:type="gramStart"/>
      <w:r>
        <w:rPr>
          <w:rFonts w:ascii="仿宋" w:eastAsia="仿宋" w:hAnsi="仿宋"/>
          <w:sz w:val="32"/>
          <w:lang w:eastAsia="zh-CN"/>
        </w:rPr>
        <w:t>明监戒</w:t>
      </w:r>
      <w:proofErr w:type="gramEnd"/>
      <w:r>
        <w:rPr>
          <w:rFonts w:ascii="仿宋" w:eastAsia="仿宋" w:hAnsi="仿宋"/>
          <w:sz w:val="32"/>
          <w:lang w:eastAsia="zh-CN"/>
        </w:rPr>
        <w:t>焉。哈哈</w:t>
      </w:r>
      <w:proofErr w:type="gramStart"/>
      <w:r>
        <w:rPr>
          <w:rFonts w:ascii="仿宋" w:eastAsia="仿宋" w:hAnsi="仿宋"/>
          <w:sz w:val="32"/>
          <w:lang w:eastAsia="zh-CN"/>
        </w:rPr>
        <w:t>哈</w:t>
      </w:r>
      <w:proofErr w:type="gramEnd"/>
      <w:r>
        <w:rPr>
          <w:rFonts w:ascii="仿宋" w:eastAsia="仿宋" w:hAnsi="仿宋"/>
          <w:sz w:val="32"/>
          <w:lang w:eastAsia="zh-CN"/>
        </w:rPr>
        <w:t>。啊过儿</w:t>
      </w:r>
      <w:proofErr w:type="gramStart"/>
      <w:r>
        <w:rPr>
          <w:rFonts w:ascii="仿宋" w:eastAsia="仿宋" w:hAnsi="仿宋"/>
          <w:sz w:val="32"/>
          <w:lang w:eastAsia="zh-CN"/>
        </w:rPr>
        <w:t>超儿昭儿</w:t>
      </w:r>
      <w:proofErr w:type="gramEnd"/>
      <w:r>
        <w:rPr>
          <w:rFonts w:ascii="仿宋" w:eastAsia="仿宋" w:hAnsi="仿宋"/>
          <w:sz w:val="32"/>
          <w:lang w:eastAsia="zh-CN"/>
        </w:rPr>
        <w:t>，你们快来看，好漂亮的老虎啊。很久没有见到你们了。你们现在。都在干什么？父亲。修《汉书》，</w:t>
      </w:r>
      <w:proofErr w:type="gramStart"/>
      <w:r>
        <w:rPr>
          <w:rFonts w:ascii="仿宋" w:eastAsia="仿宋" w:hAnsi="仿宋"/>
          <w:sz w:val="32"/>
          <w:lang w:eastAsia="zh-CN"/>
        </w:rPr>
        <w:t>故而用</w:t>
      </w:r>
      <w:proofErr w:type="gramEnd"/>
      <w:r>
        <w:rPr>
          <w:rFonts w:ascii="仿宋" w:eastAsia="仿宋" w:hAnsi="仿宋"/>
          <w:sz w:val="32"/>
          <w:lang w:eastAsia="zh-CN"/>
        </w:rPr>
        <w:t>了一辈子。恭喜。守护西域。抄而用了一辈子。父亲完成班家修史心愿。</w:t>
      </w:r>
    </w:p>
    <w:p w14:paraId="7A55D57B" w14:textId="77777777" w:rsidR="00E87C95" w:rsidRDefault="00000000">
      <w:pPr>
        <w:spacing w:after="0" w:line="579" w:lineRule="exact"/>
        <w:ind w:firstLine="640"/>
        <w:rPr>
          <w:lang w:eastAsia="zh-CN"/>
        </w:rPr>
      </w:pPr>
      <w:r>
        <w:rPr>
          <w:rFonts w:ascii="仿宋" w:eastAsia="仿宋" w:hAnsi="仿宋"/>
          <w:sz w:val="32"/>
          <w:lang w:eastAsia="zh-CN"/>
        </w:rPr>
        <w:t>然而，用了一辈子。人说虎生三子，必有一</w:t>
      </w:r>
      <w:proofErr w:type="gramStart"/>
      <w:r>
        <w:rPr>
          <w:rFonts w:ascii="仿宋" w:eastAsia="仿宋" w:hAnsi="仿宋"/>
          <w:sz w:val="32"/>
          <w:lang w:eastAsia="zh-CN"/>
        </w:rPr>
        <w:t>彪</w:t>
      </w:r>
      <w:proofErr w:type="gramEnd"/>
      <w:r>
        <w:rPr>
          <w:rFonts w:ascii="仿宋" w:eastAsia="仿宋" w:hAnsi="仿宋"/>
          <w:sz w:val="32"/>
          <w:lang w:eastAsia="zh-CN"/>
        </w:rPr>
        <w:t>。孤儿写《汉书》，独当一时。朝而建功，西域为国效力。昭而奉命续使。成古往今来，第一位女史家。我的三只小老虎啊，你们各成。</w:t>
      </w:r>
      <w:proofErr w:type="gramStart"/>
      <w:r>
        <w:rPr>
          <w:rFonts w:ascii="仿宋" w:eastAsia="仿宋" w:hAnsi="仿宋"/>
          <w:sz w:val="32"/>
          <w:lang w:eastAsia="zh-CN"/>
        </w:rPr>
        <w:t>一</w:t>
      </w:r>
      <w:proofErr w:type="gramEnd"/>
      <w:r>
        <w:rPr>
          <w:rFonts w:ascii="仿宋" w:eastAsia="仿宋" w:hAnsi="仿宋"/>
          <w:sz w:val="32"/>
          <w:lang w:eastAsia="zh-CN"/>
        </w:rPr>
        <w:t>，彪。</w:t>
      </w:r>
    </w:p>
    <w:p w14:paraId="49EBCFBC" w14:textId="77777777" w:rsidR="00E87C95" w:rsidRDefault="00000000">
      <w:pPr>
        <w:spacing w:after="0" w:line="579" w:lineRule="exact"/>
        <w:ind w:firstLine="640"/>
        <w:rPr>
          <w:lang w:eastAsia="zh-CN"/>
        </w:rPr>
      </w:pPr>
      <w:r>
        <w:rPr>
          <w:rFonts w:ascii="仿宋" w:eastAsia="仿宋" w:hAnsi="仿宋"/>
          <w:sz w:val="32"/>
          <w:lang w:eastAsia="zh-CN"/>
        </w:rPr>
        <w:t>《汉书》，由班氏两代人赓续撰写。又经过您的讲解，为后世人所尊崇。您想。跟我到后世去看看。所以我们得。想请跟我来。在您那个时代之后，1600多年是清朝。当时的朝廷清定24史为正史。《史记》因成熟的时间最早位列24史之首。《汉书》完整的记载了西汉一朝的历史，与《史记》并肩而立。同为后22史的典范。</w:t>
      </w:r>
    </w:p>
    <w:p w14:paraId="768D4978" w14:textId="77777777" w:rsidR="00E87C95" w:rsidRDefault="00000000">
      <w:pPr>
        <w:spacing w:after="0" w:line="579" w:lineRule="exact"/>
        <w:ind w:firstLine="640"/>
        <w:rPr>
          <w:lang w:eastAsia="zh-CN"/>
        </w:rPr>
      </w:pPr>
      <w:r>
        <w:rPr>
          <w:rFonts w:ascii="仿宋" w:eastAsia="仿宋" w:hAnsi="仿宋"/>
          <w:sz w:val="32"/>
          <w:lang w:eastAsia="zh-CN"/>
        </w:rPr>
        <w:lastRenderedPageBreak/>
        <w:t>是中国历史上最重要的典籍之一。而且后世官</w:t>
      </w:r>
      <w:proofErr w:type="gramStart"/>
      <w:r>
        <w:rPr>
          <w:rFonts w:ascii="仿宋" w:eastAsia="仿宋" w:hAnsi="仿宋"/>
          <w:sz w:val="32"/>
          <w:lang w:eastAsia="zh-CN"/>
        </w:rPr>
        <w:t>修历史</w:t>
      </w:r>
      <w:proofErr w:type="gramEnd"/>
      <w:r>
        <w:rPr>
          <w:rFonts w:ascii="仿宋" w:eastAsia="仿宋" w:hAnsi="仿宋"/>
          <w:sz w:val="32"/>
          <w:lang w:eastAsia="zh-CN"/>
        </w:rPr>
        <w:t>多效仿《汉书》。断代为史。《汉书》是</w:t>
      </w:r>
      <w:proofErr w:type="gramStart"/>
      <w:r>
        <w:rPr>
          <w:rFonts w:ascii="仿宋" w:eastAsia="仿宋" w:hAnsi="仿宋"/>
          <w:sz w:val="32"/>
          <w:lang w:eastAsia="zh-CN"/>
        </w:rPr>
        <w:t>中国关修历史</w:t>
      </w:r>
      <w:proofErr w:type="gramEnd"/>
      <w:r>
        <w:rPr>
          <w:rFonts w:ascii="仿宋" w:eastAsia="仿宋" w:hAnsi="仿宋"/>
          <w:sz w:val="32"/>
          <w:lang w:eastAsia="zh-CN"/>
        </w:rPr>
        <w:t>，断代史体例的开创者。《汉书》位列典籍，断代为史。为</w:t>
      </w:r>
      <w:proofErr w:type="gramStart"/>
      <w:r>
        <w:rPr>
          <w:rFonts w:ascii="仿宋" w:eastAsia="仿宋" w:hAnsi="仿宋"/>
          <w:sz w:val="32"/>
          <w:lang w:eastAsia="zh-CN"/>
        </w:rPr>
        <w:t>后世修识典范</w:t>
      </w:r>
      <w:proofErr w:type="gramEnd"/>
      <w:r>
        <w:rPr>
          <w:rFonts w:ascii="仿宋" w:eastAsia="仿宋" w:hAnsi="仿宋"/>
          <w:sz w:val="32"/>
          <w:lang w:eastAsia="zh-CN"/>
        </w:rPr>
        <w:t>，这足以告慰父兄。大汉独当一时。我班氏一门做到了。洒君。多谢你今日让我看到这些。也谢谢您和明兄一道，为后世留下这锅汗水。</w:t>
      </w:r>
    </w:p>
    <w:p w14:paraId="25486932" w14:textId="77777777" w:rsidR="00E87C95" w:rsidRDefault="00000000">
      <w:pPr>
        <w:spacing w:after="0" w:line="579" w:lineRule="exact"/>
        <w:ind w:firstLine="640"/>
        <w:rPr>
          <w:lang w:eastAsia="zh-CN"/>
        </w:rPr>
      </w:pPr>
      <w:r>
        <w:rPr>
          <w:rFonts w:ascii="仿宋" w:eastAsia="仿宋" w:hAnsi="仿宋"/>
          <w:sz w:val="32"/>
          <w:lang w:eastAsia="zh-CN"/>
        </w:rPr>
        <w:t>所以我觉得。我看刚才这段</w:t>
      </w:r>
      <w:proofErr w:type="gramStart"/>
      <w:r>
        <w:rPr>
          <w:rFonts w:ascii="仿宋" w:eastAsia="仿宋" w:hAnsi="仿宋"/>
          <w:sz w:val="32"/>
          <w:lang w:eastAsia="zh-CN"/>
        </w:rPr>
        <w:t>写特别</w:t>
      </w:r>
      <w:proofErr w:type="gramEnd"/>
      <w:r>
        <w:rPr>
          <w:rFonts w:ascii="仿宋" w:eastAsia="仿宋" w:hAnsi="仿宋"/>
          <w:sz w:val="32"/>
          <w:lang w:eastAsia="zh-CN"/>
        </w:rPr>
        <w:t>感动，为什么呢？因为班昭是咱们典籍里的中国第一位女性文化巨人。做一个史学家，需要有深邃的头脑，漫长的学术训练，还有坚定的意志。他生在扶风班氏这样的一个非常非常著名的文化家族，那他也用自己的才干为这个文化家族为中国的清史。留下了极其动人的光彩，所以我觉得看这个戏吧，让我们看到了女性的力量，也看到了中国文化传承的力量。历史就像一辆列车，</w:t>
      </w:r>
    </w:p>
    <w:p w14:paraId="65F86C84" w14:textId="77777777" w:rsidR="00E87C95" w:rsidRDefault="00000000">
      <w:pPr>
        <w:spacing w:after="0" w:line="579" w:lineRule="exact"/>
        <w:ind w:firstLine="640"/>
        <w:rPr>
          <w:lang w:eastAsia="zh-CN"/>
        </w:rPr>
      </w:pPr>
      <w:r>
        <w:rPr>
          <w:rFonts w:ascii="仿宋" w:eastAsia="仿宋" w:hAnsi="仿宋"/>
          <w:sz w:val="32"/>
          <w:lang w:eastAsia="zh-CN"/>
        </w:rPr>
        <w:t>历史的车轮滚滚推动着人类社会不断前行。史学家在历史列车中记录着走过的风景，经历过的艰难险阻，分享着峰回路转，柳暗花明的喜悦。正因为有历代史学家的努力，中国史学才得以形成繁复多彩的面貌，中华灿烂文明才得以向世人展示。谢谢。究其终始强弱之变，</w:t>
      </w:r>
      <w:proofErr w:type="gramStart"/>
      <w:r>
        <w:rPr>
          <w:rFonts w:ascii="仿宋" w:eastAsia="仿宋" w:hAnsi="仿宋"/>
          <w:sz w:val="32"/>
          <w:lang w:eastAsia="zh-CN"/>
        </w:rPr>
        <w:t>明监戒</w:t>
      </w:r>
      <w:proofErr w:type="gramEnd"/>
      <w:r>
        <w:rPr>
          <w:rFonts w:ascii="仿宋" w:eastAsia="仿宋" w:hAnsi="仿宋"/>
          <w:sz w:val="32"/>
          <w:lang w:eastAsia="zh-CN"/>
        </w:rPr>
        <w:t>焉。历史是一面镜子，见古可以知今，学史可以明智。中华民族一脉相承的优秀历史文化，</w:t>
      </w:r>
    </w:p>
    <w:p w14:paraId="0667FD7E" w14:textId="77777777" w:rsidR="00E87C95" w:rsidRDefault="00000000">
      <w:pPr>
        <w:spacing w:after="0" w:line="579" w:lineRule="exact"/>
        <w:ind w:firstLine="640"/>
        <w:rPr>
          <w:lang w:eastAsia="zh-CN"/>
        </w:rPr>
      </w:pPr>
      <w:r>
        <w:rPr>
          <w:rFonts w:ascii="仿宋" w:eastAsia="仿宋" w:hAnsi="仿宋"/>
          <w:sz w:val="32"/>
          <w:lang w:eastAsia="zh-CN"/>
        </w:rPr>
        <w:lastRenderedPageBreak/>
        <w:t>始终是我们的精神动力和力量源泉。我们要从中探究规律，总结经验，用历史智慧助力民族复兴，让历史之光照亮未来。凡是传世之作，千古名篇，那必然</w:t>
      </w:r>
      <w:proofErr w:type="gramStart"/>
      <w:r>
        <w:rPr>
          <w:rFonts w:ascii="仿宋" w:eastAsia="仿宋" w:hAnsi="仿宋"/>
          <w:sz w:val="32"/>
          <w:lang w:eastAsia="zh-CN"/>
        </w:rPr>
        <w:t>是睹定恒心</w:t>
      </w:r>
      <w:proofErr w:type="gramEnd"/>
      <w:r>
        <w:rPr>
          <w:rFonts w:ascii="仿宋" w:eastAsia="仿宋" w:hAnsi="仿宋"/>
          <w:sz w:val="32"/>
          <w:lang w:eastAsia="zh-CN"/>
        </w:rPr>
        <w:t>，倾注心血才能完成的作品。班家两代人历经了近半个世纪的激流勇进，最终创造</w:t>
      </w:r>
      <w:proofErr w:type="gramStart"/>
      <w:r>
        <w:rPr>
          <w:rFonts w:ascii="仿宋" w:eastAsia="仿宋" w:hAnsi="仿宋"/>
          <w:sz w:val="32"/>
          <w:lang w:eastAsia="zh-CN"/>
        </w:rPr>
        <w:t>了重统史学</w:t>
      </w:r>
      <w:proofErr w:type="gramEnd"/>
      <w:r>
        <w:rPr>
          <w:rFonts w:ascii="仿宋" w:eastAsia="仿宋" w:hAnsi="仿宋"/>
          <w:sz w:val="32"/>
          <w:lang w:eastAsia="zh-CN"/>
        </w:rPr>
        <w:t>发展史上前所未有的进步。书写了华夏历史崭新的篇章。感谢三位读书人，我们一同品读《汉书》，谢谢。</w:t>
      </w:r>
    </w:p>
    <w:p w14:paraId="5E746FB6" w14:textId="77777777" w:rsidR="00E87C95" w:rsidRDefault="00000000">
      <w:pPr>
        <w:spacing w:after="0" w:line="579" w:lineRule="exact"/>
        <w:ind w:firstLine="640"/>
        <w:rPr>
          <w:lang w:eastAsia="zh-CN"/>
        </w:rPr>
      </w:pPr>
      <w:r>
        <w:rPr>
          <w:rFonts w:ascii="仿宋" w:eastAsia="仿宋" w:hAnsi="仿宋"/>
          <w:sz w:val="32"/>
          <w:lang w:eastAsia="zh-CN"/>
        </w:rPr>
        <w:t>感谢历史。在这条古老文明走向未来的道路中，为我们写下了5000年来中华民族的伟大智慧。感谢典籍，让那些曾经闪耀着光芒的思想和智慧得以照进我们的现实，并继续传承与发扬。欲知大道，必先为史。让我们带着先人的智慧读史，学史，用史，以史为鉴，开创未来。我是王嘉宁，下一本典籍，</w:t>
      </w:r>
    </w:p>
    <w:p w14:paraId="33EE8803" w14:textId="77777777" w:rsidR="00E87C95" w:rsidRDefault="00000000">
      <w:pPr>
        <w:spacing w:after="0" w:line="579" w:lineRule="exact"/>
        <w:ind w:firstLine="640"/>
        <w:rPr>
          <w:lang w:eastAsia="zh-CN"/>
        </w:rPr>
      </w:pPr>
      <w:r>
        <w:rPr>
          <w:rFonts w:ascii="仿宋" w:eastAsia="仿宋" w:hAnsi="仿宋"/>
          <w:sz w:val="32"/>
          <w:lang w:eastAsia="zh-CN"/>
        </w:rPr>
        <w:t>我们再会。</w:t>
      </w:r>
    </w:p>
    <w:p w14:paraId="60E4AE55" w14:textId="77777777" w:rsidR="00E87C95" w:rsidRDefault="00000000">
      <w:pPr>
        <w:rPr>
          <w:lang w:eastAsia="zh-CN"/>
        </w:rPr>
      </w:pPr>
      <w:r>
        <w:rPr>
          <w:lang w:eastAsia="zh-CN"/>
        </w:rPr>
        <w:br w:type="page"/>
      </w:r>
    </w:p>
    <w:p w14:paraId="4000EB84" w14:textId="77777777" w:rsidR="00E87C95" w:rsidRDefault="00000000">
      <w:pPr>
        <w:spacing w:after="0" w:line="579" w:lineRule="exact"/>
        <w:jc w:val="center"/>
        <w:rPr>
          <w:lang w:eastAsia="zh-CN"/>
        </w:rPr>
      </w:pPr>
      <w:r>
        <w:rPr>
          <w:rFonts w:ascii="方正小标宋简体" w:eastAsia="方正小标宋简体" w:hAnsi="方正小标宋简体"/>
          <w:sz w:val="44"/>
          <w:lang w:eastAsia="zh-CN"/>
        </w:rPr>
        <w:lastRenderedPageBreak/>
        <w:t>第14集 《礼记》</w:t>
      </w:r>
    </w:p>
    <w:p w14:paraId="7E57EB5C" w14:textId="77777777" w:rsidR="00E87C95" w:rsidRDefault="00000000">
      <w:pPr>
        <w:spacing w:after="0" w:line="579" w:lineRule="exact"/>
        <w:ind w:firstLine="640"/>
        <w:rPr>
          <w:lang w:eastAsia="zh-CN"/>
        </w:rPr>
      </w:pPr>
      <w:r>
        <w:rPr>
          <w:rFonts w:ascii="仿宋" w:eastAsia="仿宋" w:hAnsi="仿宋"/>
          <w:sz w:val="32"/>
          <w:lang w:eastAsia="zh-CN"/>
        </w:rPr>
        <w:t>礼仪实为道，今天在典籍里的中国，让我们一起识读《礼记》，追溯中华礼仪的源头。礼是什么？那就是做事的方法，戴仁而行，抱义而处。你就是道理，你应当实践。定当将先圣，元义传于天下。中华乃礼仪之邦，礼是中国文化之星。中华礼仪天地人无所不包。经由理智逐步走向修身、齐家、治国、平天下的境界，</w:t>
      </w:r>
    </w:p>
    <w:p w14:paraId="0DED2269" w14:textId="77777777" w:rsidR="00E87C95" w:rsidRDefault="00000000">
      <w:pPr>
        <w:spacing w:after="0" w:line="579" w:lineRule="exact"/>
        <w:ind w:firstLine="640"/>
        <w:rPr>
          <w:lang w:eastAsia="zh-CN"/>
        </w:rPr>
      </w:pPr>
      <w:r>
        <w:rPr>
          <w:rFonts w:ascii="仿宋" w:eastAsia="仿宋" w:hAnsi="仿宋"/>
          <w:sz w:val="32"/>
          <w:lang w:eastAsia="zh-CN"/>
        </w:rPr>
        <w:t>孔子就曾经把对美好社会的追求。和对高尚道德的渴望寄寓在一个礼字当中。孔子向学生传礼，经由孔门后学著述传承形成。《礼记》。</w:t>
      </w:r>
      <w:proofErr w:type="gramStart"/>
      <w:r>
        <w:rPr>
          <w:rFonts w:ascii="仿宋" w:eastAsia="仿宋" w:hAnsi="仿宋"/>
          <w:sz w:val="32"/>
          <w:lang w:eastAsia="zh-CN"/>
        </w:rPr>
        <w:t>快点快点</w:t>
      </w:r>
      <w:proofErr w:type="gramEnd"/>
      <w:r>
        <w:rPr>
          <w:rFonts w:ascii="仿宋" w:eastAsia="仿宋" w:hAnsi="仿宋"/>
          <w:sz w:val="32"/>
          <w:lang w:eastAsia="zh-CN"/>
        </w:rPr>
        <w:t>来，你们跑快点哇，好美啊。哦，快看，好大的孔子塑像啊哇，真高啊，尼山是孔子出生的地方，山东济宁区富士是儒家文化的发祥地。哎，</w:t>
      </w:r>
    </w:p>
    <w:p w14:paraId="5D4DBE88" w14:textId="77777777" w:rsidR="00E87C95" w:rsidRDefault="00000000">
      <w:pPr>
        <w:spacing w:after="0" w:line="579" w:lineRule="exact"/>
        <w:ind w:firstLine="640"/>
        <w:rPr>
          <w:lang w:eastAsia="zh-CN"/>
        </w:rPr>
      </w:pPr>
      <w:r>
        <w:rPr>
          <w:rFonts w:ascii="仿宋" w:eastAsia="仿宋" w:hAnsi="仿宋"/>
          <w:sz w:val="32"/>
          <w:lang w:eastAsia="zh-CN"/>
        </w:rPr>
        <w:t>郑老师，您快点来了，还给大家带来了梨呀，还有牛奶来，同学们来吃梨啦。来来来，高一下，给大家分一分啊，老师，今天是我们高考结束后最后一次集体活动嗯。毕业有要吃梨，今天不光有梨，还有光明牛奶，祝大家点亮光明的未来，谢谢老师，</w:t>
      </w:r>
    </w:p>
    <w:p w14:paraId="0A933D94" w14:textId="77777777" w:rsidR="00E87C95" w:rsidRDefault="00000000">
      <w:pPr>
        <w:spacing w:after="0" w:line="579" w:lineRule="exact"/>
        <w:ind w:firstLine="640"/>
        <w:rPr>
          <w:lang w:eastAsia="zh-CN"/>
        </w:rPr>
      </w:pPr>
      <w:r>
        <w:rPr>
          <w:rFonts w:ascii="仿宋" w:eastAsia="仿宋" w:hAnsi="仿宋"/>
          <w:sz w:val="32"/>
          <w:lang w:eastAsia="zh-CN"/>
        </w:rPr>
        <w:t>谢谢老师，坐坐坐郑老师啊，您为什么这么爱吃梨呀？郑老师经常说离呀，谐音里。老师呢？希望你们未来无论走到哪里都能文明有礼，学会自立，这是论语里的句子，不学礼无以立。没错，《论语》是孔门后《学记》录，孔子及其</w:t>
      </w:r>
      <w:r>
        <w:rPr>
          <w:rFonts w:ascii="仿宋" w:eastAsia="仿宋" w:hAnsi="仿宋"/>
          <w:sz w:val="32"/>
          <w:lang w:eastAsia="zh-CN"/>
        </w:rPr>
        <w:lastRenderedPageBreak/>
        <w:t>弟子言行编成的语录文集。除了《论语》，孔门后学还整理了一部与礼相关的典籍，</w:t>
      </w:r>
    </w:p>
    <w:p w14:paraId="4DAE05E5" w14:textId="77777777" w:rsidR="00E87C95" w:rsidRDefault="00000000">
      <w:pPr>
        <w:spacing w:after="0" w:line="579" w:lineRule="exact"/>
        <w:ind w:firstLine="640"/>
        <w:rPr>
          <w:lang w:eastAsia="zh-CN"/>
        </w:rPr>
      </w:pPr>
      <w:r>
        <w:rPr>
          <w:rFonts w:ascii="仿宋" w:eastAsia="仿宋" w:hAnsi="仿宋"/>
          <w:sz w:val="32"/>
          <w:lang w:eastAsia="zh-CN"/>
        </w:rPr>
        <w:t>大家知道是哪一部吗？我知道是《礼记》对哎，郑老师，您给我们讲讲《礼记》吧，对赵老师讲讲《礼记》对啊。好好</w:t>
      </w:r>
      <w:proofErr w:type="gramStart"/>
      <w:r>
        <w:rPr>
          <w:rFonts w:ascii="仿宋" w:eastAsia="仿宋" w:hAnsi="仿宋"/>
          <w:sz w:val="32"/>
          <w:lang w:eastAsia="zh-CN"/>
        </w:rPr>
        <w:t>好</w:t>
      </w:r>
      <w:proofErr w:type="gramEnd"/>
      <w:r>
        <w:rPr>
          <w:rFonts w:ascii="仿宋" w:eastAsia="仿宋" w:hAnsi="仿宋"/>
          <w:sz w:val="32"/>
          <w:lang w:eastAsia="zh-CN"/>
        </w:rPr>
        <w:t>，那今天我们就一边吃梨一边喝奶，一边从典籍中吸取力量。同学们，同学们，大家过来来来，快来。千年以来，李</w:t>
      </w:r>
      <w:proofErr w:type="gramStart"/>
      <w:r>
        <w:rPr>
          <w:rFonts w:ascii="仿宋" w:eastAsia="仿宋" w:hAnsi="仿宋"/>
          <w:sz w:val="32"/>
          <w:lang w:eastAsia="zh-CN"/>
        </w:rPr>
        <w:t>济指导</w:t>
      </w:r>
      <w:proofErr w:type="gramEnd"/>
      <w:r>
        <w:rPr>
          <w:rFonts w:ascii="仿宋" w:eastAsia="仿宋" w:hAnsi="仿宋"/>
          <w:sz w:val="32"/>
          <w:lang w:eastAsia="zh-CN"/>
        </w:rPr>
        <w:t>中国人做一个彬彬有礼的君子。学会与他人和睦相处。</w:t>
      </w:r>
    </w:p>
    <w:p w14:paraId="282505B3" w14:textId="77777777" w:rsidR="00E87C95" w:rsidRDefault="00000000">
      <w:pPr>
        <w:spacing w:after="0" w:line="579" w:lineRule="exact"/>
        <w:ind w:firstLine="640"/>
        <w:rPr>
          <w:lang w:eastAsia="zh-CN"/>
        </w:rPr>
      </w:pPr>
      <w:r>
        <w:rPr>
          <w:rFonts w:ascii="仿宋" w:eastAsia="仿宋" w:hAnsi="仿宋"/>
          <w:sz w:val="32"/>
          <w:lang w:eastAsia="zh-CN"/>
        </w:rPr>
        <w:t>与自然和谐共存。涉及生活的方方面面。它成熟于汉代。但是却起源于更为久远的。夏商周之理。舒服。您凭三</w:t>
      </w:r>
      <w:proofErr w:type="gramStart"/>
      <w:r>
        <w:rPr>
          <w:rFonts w:ascii="仿宋" w:eastAsia="仿宋" w:hAnsi="仿宋"/>
          <w:sz w:val="32"/>
          <w:lang w:eastAsia="zh-CN"/>
        </w:rPr>
        <w:t>坚</w:t>
      </w:r>
      <w:proofErr w:type="gramEnd"/>
      <w:r>
        <w:rPr>
          <w:rFonts w:ascii="仿宋" w:eastAsia="仿宋" w:hAnsi="仿宋"/>
          <w:sz w:val="32"/>
          <w:lang w:eastAsia="zh-CN"/>
        </w:rPr>
        <w:t>之乱，营造成州，洛邑，天下已然安定。为何还要治理坐月？在臣看来。天下未急，人心未定，应当考察上古</w:t>
      </w:r>
      <w:proofErr w:type="gramStart"/>
      <w:r>
        <w:rPr>
          <w:rFonts w:ascii="仿宋" w:eastAsia="仿宋" w:hAnsi="仿宋"/>
          <w:sz w:val="32"/>
          <w:lang w:eastAsia="zh-CN"/>
        </w:rPr>
        <w:t>之下商</w:t>
      </w:r>
      <w:proofErr w:type="gramEnd"/>
      <w:r>
        <w:rPr>
          <w:rFonts w:ascii="仿宋" w:eastAsia="仿宋" w:hAnsi="仿宋"/>
          <w:sz w:val="32"/>
          <w:lang w:eastAsia="zh-CN"/>
        </w:rPr>
        <w:t>礼乐，</w:t>
      </w:r>
    </w:p>
    <w:p w14:paraId="2F585FE5" w14:textId="77777777" w:rsidR="00E87C95" w:rsidRDefault="00000000">
      <w:pPr>
        <w:spacing w:after="0" w:line="579" w:lineRule="exact"/>
        <w:ind w:firstLine="640"/>
        <w:rPr>
          <w:lang w:eastAsia="zh-CN"/>
        </w:rPr>
      </w:pPr>
      <w:r>
        <w:rPr>
          <w:rFonts w:ascii="仿宋" w:eastAsia="仿宋" w:hAnsi="仿宋"/>
          <w:sz w:val="32"/>
          <w:lang w:eastAsia="zh-CN"/>
        </w:rPr>
        <w:t>结合我周人习惯。制定我朝礼乐制度，推行德治，以求人心归福。天下安定，周公治理作乐，奠定了中华德治的基础。父子如何才能使天下富归于理呢？惟有喜礼，方能尊礼。人人尊礼，各守其本。天下乃能安定移民。乃能富足弟子，会将夫子之言详细记录，</w:t>
      </w:r>
    </w:p>
    <w:p w14:paraId="6C63B30C" w14:textId="77777777" w:rsidR="00E87C95" w:rsidRDefault="00000000">
      <w:pPr>
        <w:spacing w:after="0" w:line="579" w:lineRule="exact"/>
        <w:ind w:firstLine="640"/>
        <w:rPr>
          <w:lang w:eastAsia="zh-CN"/>
        </w:rPr>
      </w:pPr>
      <w:r>
        <w:rPr>
          <w:rFonts w:ascii="仿宋" w:eastAsia="仿宋" w:hAnsi="仿宋"/>
          <w:sz w:val="32"/>
          <w:lang w:eastAsia="zh-CN"/>
        </w:rPr>
        <w:t>加以研习。孔子山书六经所传之理，被后世尊称为礼经。弟子戴德，弟子戴圣兴，后仓夫子教礼。</w:t>
      </w:r>
      <w:proofErr w:type="gramStart"/>
      <w:r>
        <w:rPr>
          <w:rFonts w:ascii="仿宋" w:eastAsia="仿宋" w:hAnsi="仿宋"/>
          <w:sz w:val="32"/>
          <w:lang w:eastAsia="zh-CN"/>
        </w:rPr>
        <w:t>孔夫子传礼经</w:t>
      </w:r>
      <w:proofErr w:type="gramEnd"/>
      <w:r>
        <w:rPr>
          <w:rFonts w:ascii="仿宋" w:eastAsia="仿宋" w:hAnsi="仿宋"/>
          <w:sz w:val="32"/>
          <w:lang w:eastAsia="zh-CN"/>
        </w:rPr>
        <w:t>孔门先贤负经而作之际而秦始皇。</w:t>
      </w:r>
      <w:proofErr w:type="gramStart"/>
      <w:r>
        <w:rPr>
          <w:rFonts w:ascii="仿宋" w:eastAsia="仿宋" w:hAnsi="仿宋"/>
          <w:sz w:val="32"/>
          <w:lang w:eastAsia="zh-CN"/>
        </w:rPr>
        <w:t>焚</w:t>
      </w:r>
      <w:proofErr w:type="gramEnd"/>
      <w:r>
        <w:rPr>
          <w:rFonts w:ascii="仿宋" w:eastAsia="仿宋" w:hAnsi="仿宋"/>
          <w:sz w:val="32"/>
          <w:lang w:eastAsia="zh-CN"/>
        </w:rPr>
        <w:t>天下典籍，</w:t>
      </w:r>
      <w:proofErr w:type="gramStart"/>
      <w:r>
        <w:rPr>
          <w:rFonts w:ascii="仿宋" w:eastAsia="仿宋" w:hAnsi="仿宋"/>
          <w:sz w:val="32"/>
          <w:lang w:eastAsia="zh-CN"/>
        </w:rPr>
        <w:t>不得传惟高</w:t>
      </w:r>
      <w:proofErr w:type="gramEnd"/>
      <w:r>
        <w:rPr>
          <w:rFonts w:ascii="仿宋" w:eastAsia="仿宋" w:hAnsi="仿宋"/>
          <w:sz w:val="32"/>
          <w:lang w:eastAsia="zh-CN"/>
        </w:rPr>
        <w:t>。唐生能讲后，历代先生相传至我。你等就学于我当光大先贤之理。</w:t>
      </w:r>
      <w:proofErr w:type="gramStart"/>
      <w:r>
        <w:rPr>
          <w:rFonts w:ascii="仿宋" w:eastAsia="仿宋" w:hAnsi="仿宋"/>
          <w:sz w:val="32"/>
          <w:lang w:eastAsia="zh-CN"/>
        </w:rPr>
        <w:t>传礼于</w:t>
      </w:r>
      <w:proofErr w:type="gramEnd"/>
      <w:r>
        <w:rPr>
          <w:rFonts w:ascii="仿宋" w:eastAsia="仿宋" w:hAnsi="仿宋"/>
          <w:sz w:val="32"/>
          <w:lang w:eastAsia="zh-CN"/>
        </w:rPr>
        <w:t>天下。谨遵夫子教诲，同门</w:t>
      </w:r>
      <w:proofErr w:type="gramStart"/>
      <w:r>
        <w:rPr>
          <w:rFonts w:ascii="仿宋" w:eastAsia="仿宋" w:hAnsi="仿宋"/>
          <w:sz w:val="32"/>
          <w:lang w:eastAsia="zh-CN"/>
        </w:rPr>
        <w:t>后学赴礼</w:t>
      </w:r>
      <w:proofErr w:type="gramEnd"/>
      <w:r>
        <w:rPr>
          <w:rFonts w:ascii="仿宋" w:eastAsia="仿宋" w:hAnsi="仿宋"/>
          <w:sz w:val="32"/>
          <w:lang w:eastAsia="zh-CN"/>
        </w:rPr>
        <w:t>，</w:t>
      </w:r>
    </w:p>
    <w:p w14:paraId="47D8D1EA" w14:textId="77777777" w:rsidR="00E87C95" w:rsidRDefault="00000000">
      <w:pPr>
        <w:spacing w:after="0" w:line="579" w:lineRule="exact"/>
        <w:ind w:firstLine="640"/>
        <w:rPr>
          <w:lang w:eastAsia="zh-CN"/>
        </w:rPr>
      </w:pPr>
      <w:r>
        <w:rPr>
          <w:rFonts w:ascii="仿宋" w:eastAsia="仿宋" w:hAnsi="仿宋"/>
          <w:sz w:val="32"/>
          <w:lang w:eastAsia="zh-CN"/>
        </w:rPr>
        <w:lastRenderedPageBreak/>
        <w:t>经而坐之。际戴德从中选85篇。为《大戴礼记》。</w:t>
      </w:r>
      <w:proofErr w:type="gramStart"/>
      <w:r>
        <w:rPr>
          <w:rFonts w:ascii="仿宋" w:eastAsia="仿宋" w:hAnsi="仿宋"/>
          <w:sz w:val="32"/>
          <w:lang w:eastAsia="zh-CN"/>
        </w:rPr>
        <w:t>戴圣选</w:t>
      </w:r>
      <w:proofErr w:type="gramEnd"/>
      <w:r>
        <w:rPr>
          <w:rFonts w:ascii="仿宋" w:eastAsia="仿宋" w:hAnsi="仿宋"/>
          <w:sz w:val="32"/>
          <w:lang w:eastAsia="zh-CN"/>
        </w:rPr>
        <w:t>49篇为小戴《礼记》。我将为《周礼》。礼经《礼记》。三，</w:t>
      </w:r>
      <w:proofErr w:type="gramStart"/>
      <w:r>
        <w:rPr>
          <w:rFonts w:ascii="仿宋" w:eastAsia="仿宋" w:hAnsi="仿宋"/>
          <w:sz w:val="32"/>
          <w:lang w:eastAsia="zh-CN"/>
        </w:rPr>
        <w:t>离坐住</w:t>
      </w:r>
      <w:proofErr w:type="gramEnd"/>
      <w:r>
        <w:rPr>
          <w:rFonts w:ascii="仿宋" w:eastAsia="仿宋" w:hAnsi="仿宋"/>
          <w:sz w:val="32"/>
          <w:lang w:eastAsia="zh-CN"/>
        </w:rPr>
        <w:t>。其中，李济当选小代李济。父子为何为《礼记》做主？《礼记》是为《周礼》。礼经。牛戴金粮。为之作重当相互参照，</w:t>
      </w:r>
    </w:p>
    <w:p w14:paraId="63F9CFE7" w14:textId="77777777" w:rsidR="00E87C95" w:rsidRDefault="00000000">
      <w:pPr>
        <w:spacing w:after="0" w:line="579" w:lineRule="exact"/>
        <w:ind w:firstLine="640"/>
        <w:rPr>
          <w:lang w:eastAsia="zh-CN"/>
        </w:rPr>
      </w:pPr>
      <w:r>
        <w:rPr>
          <w:rFonts w:ascii="仿宋" w:eastAsia="仿宋" w:hAnsi="仿宋"/>
          <w:sz w:val="32"/>
          <w:lang w:eastAsia="zh-CN"/>
        </w:rPr>
        <w:t>方可使</w:t>
      </w:r>
      <w:proofErr w:type="gramStart"/>
      <w:r>
        <w:rPr>
          <w:rFonts w:ascii="仿宋" w:eastAsia="仿宋" w:hAnsi="仿宋"/>
          <w:sz w:val="32"/>
          <w:lang w:eastAsia="zh-CN"/>
        </w:rPr>
        <w:t>先圣元</w:t>
      </w:r>
      <w:proofErr w:type="gramEnd"/>
      <w:r>
        <w:rPr>
          <w:rFonts w:ascii="仿宋" w:eastAsia="仿宋" w:hAnsi="仿宋"/>
          <w:sz w:val="32"/>
          <w:lang w:eastAsia="zh-CN"/>
        </w:rPr>
        <w:t>义。融会贯通，合而为一。弟子明白。礼经传至晋朝，被称为《仪礼》。后世将周礼以礼《礼记》合，称为三礼。三礼对中国的历史和文化产生了深远的影响。而李</w:t>
      </w:r>
      <w:proofErr w:type="gramStart"/>
      <w:r>
        <w:rPr>
          <w:rFonts w:ascii="仿宋" w:eastAsia="仿宋" w:hAnsi="仿宋"/>
          <w:sz w:val="32"/>
          <w:lang w:eastAsia="zh-CN"/>
        </w:rPr>
        <w:t>济因为</w:t>
      </w:r>
      <w:proofErr w:type="gramEnd"/>
      <w:r>
        <w:rPr>
          <w:rFonts w:ascii="仿宋" w:eastAsia="仿宋" w:hAnsi="仿宋"/>
          <w:sz w:val="32"/>
          <w:lang w:eastAsia="zh-CN"/>
        </w:rPr>
        <w:t>政权所作礼记注。大行，于是。后来更是位居三礼之首。礼以食为大中华礼仪，应时而生，</w:t>
      </w:r>
    </w:p>
    <w:p w14:paraId="01A9BF37" w14:textId="77777777" w:rsidR="00E87C95" w:rsidRDefault="00000000">
      <w:pPr>
        <w:spacing w:after="0" w:line="579" w:lineRule="exact"/>
        <w:ind w:firstLine="640"/>
        <w:rPr>
          <w:lang w:eastAsia="zh-CN"/>
        </w:rPr>
      </w:pPr>
      <w:r>
        <w:rPr>
          <w:rFonts w:ascii="仿宋" w:eastAsia="仿宋" w:hAnsi="仿宋"/>
          <w:sz w:val="32"/>
          <w:lang w:eastAsia="zh-CN"/>
        </w:rPr>
        <w:t>因事而异。数千年来，传承不息，从</w:t>
      </w:r>
      <w:proofErr w:type="gramStart"/>
      <w:r>
        <w:rPr>
          <w:rFonts w:ascii="仿宋" w:eastAsia="仿宋" w:hAnsi="仿宋"/>
          <w:sz w:val="32"/>
          <w:lang w:eastAsia="zh-CN"/>
        </w:rPr>
        <w:t>周公治礼作乐</w:t>
      </w:r>
      <w:proofErr w:type="gramEnd"/>
      <w:r>
        <w:rPr>
          <w:rFonts w:ascii="仿宋" w:eastAsia="仿宋" w:hAnsi="仿宋"/>
          <w:sz w:val="32"/>
          <w:lang w:eastAsia="zh-CN"/>
        </w:rPr>
        <w:t>到孔子传礼。再到政权助理尊礼，安仁的核心思想从未改变。</w:t>
      </w:r>
      <w:proofErr w:type="gramStart"/>
      <w:r>
        <w:rPr>
          <w:rFonts w:ascii="仿宋" w:eastAsia="仿宋" w:hAnsi="仿宋"/>
          <w:sz w:val="32"/>
          <w:lang w:eastAsia="zh-CN"/>
        </w:rPr>
        <w:t>应礼敬</w:t>
      </w:r>
      <w:proofErr w:type="gramEnd"/>
      <w:r>
        <w:rPr>
          <w:rFonts w:ascii="仿宋" w:eastAsia="仿宋" w:hAnsi="仿宋"/>
          <w:sz w:val="32"/>
          <w:lang w:eastAsia="zh-CN"/>
        </w:rPr>
        <w:t>人的行事方法与时俱进。传承先贤留给我们的礼仪文化，传播新时代中华礼仪美德，今天。在典籍里的中国，让我们一起识读《礼记》，追溯中华礼仪的源头。打开典籍品读中国，欢迎走进典籍里的中国。</w:t>
      </w:r>
    </w:p>
    <w:p w14:paraId="681962D7" w14:textId="77777777" w:rsidR="00E87C95" w:rsidRDefault="00000000">
      <w:pPr>
        <w:spacing w:after="0" w:line="579" w:lineRule="exact"/>
        <w:ind w:firstLine="640"/>
        <w:rPr>
          <w:lang w:eastAsia="zh-CN"/>
        </w:rPr>
      </w:pPr>
      <w:r>
        <w:rPr>
          <w:rFonts w:ascii="仿宋" w:eastAsia="仿宋" w:hAnsi="仿宋"/>
          <w:sz w:val="32"/>
          <w:lang w:eastAsia="zh-CN"/>
        </w:rPr>
        <w:t>我是王嘉宁。中国自古被誉为礼仪之邦，</w:t>
      </w:r>
      <w:proofErr w:type="gramStart"/>
      <w:r>
        <w:rPr>
          <w:rFonts w:ascii="仿宋" w:eastAsia="仿宋" w:hAnsi="仿宋"/>
          <w:sz w:val="32"/>
          <w:lang w:eastAsia="zh-CN"/>
        </w:rPr>
        <w:t>礼之一</w:t>
      </w:r>
      <w:proofErr w:type="gramEnd"/>
      <w:r>
        <w:rPr>
          <w:rFonts w:ascii="仿宋" w:eastAsia="仿宋" w:hAnsi="仿宋"/>
          <w:sz w:val="32"/>
          <w:lang w:eastAsia="zh-CN"/>
        </w:rPr>
        <w:t>字，贯穿千古。今天就让我们一同来品读闪耀着千年智慧的《礼记》。三位老师好，欢迎来到典籍里的中国。今天参加戏剧演出的各位演员们已经就座于官坊间，欢迎他们。刚才的开场戏剧当中，我们看到中华之礼啊，可以说是渗透在我们生</w:t>
      </w:r>
      <w:r>
        <w:rPr>
          <w:rFonts w:ascii="仿宋" w:eastAsia="仿宋" w:hAnsi="仿宋"/>
          <w:sz w:val="32"/>
          <w:lang w:eastAsia="zh-CN"/>
        </w:rPr>
        <w:lastRenderedPageBreak/>
        <w:t>活的方方面面，源远流长，而且呢，它对中华的文化历史都产生了很深远的影响，</w:t>
      </w:r>
    </w:p>
    <w:p w14:paraId="30F1C559" w14:textId="77777777" w:rsidR="00E87C95" w:rsidRDefault="00000000">
      <w:pPr>
        <w:spacing w:after="0" w:line="579" w:lineRule="exact"/>
        <w:ind w:firstLine="640"/>
        <w:rPr>
          <w:lang w:eastAsia="zh-CN"/>
        </w:rPr>
      </w:pPr>
      <w:r>
        <w:rPr>
          <w:rFonts w:ascii="仿宋" w:eastAsia="仿宋" w:hAnsi="仿宋"/>
          <w:sz w:val="32"/>
          <w:lang w:eastAsia="zh-CN"/>
        </w:rPr>
        <w:t>对中。中国文化博大精深，如果是要归纳成一个字，那就是礼。礼的范围非常广，博我们个人的修身养性。人际的交往，国家典质乃至人和自然的相处之道。都属于礼的范畴。西周建立之初，武王周公呢？他们就提出了勤政爱民的治国理念。周公治理卓越呢，把德治的这样一套纲领转换成为可以操作的一套体系。奠定了我们中华啊，</w:t>
      </w:r>
    </w:p>
    <w:p w14:paraId="462CB435" w14:textId="77777777" w:rsidR="00E87C95" w:rsidRDefault="00000000">
      <w:pPr>
        <w:spacing w:after="0" w:line="579" w:lineRule="exact"/>
        <w:ind w:firstLine="640"/>
        <w:rPr>
          <w:lang w:eastAsia="zh-CN"/>
        </w:rPr>
      </w:pPr>
      <w:r>
        <w:rPr>
          <w:rFonts w:ascii="仿宋" w:eastAsia="仿宋" w:hAnsi="仿宋"/>
          <w:sz w:val="32"/>
          <w:lang w:eastAsia="zh-CN"/>
        </w:rPr>
        <w:t>倡导德治的基石和我们中华文明的底蕴。这个礼仪实际上它就是德，点亮了我们每一个人心里面的。那个光明。这是文明礼仪之邦的魅力。</w:t>
      </w:r>
      <w:proofErr w:type="gramStart"/>
      <w:r>
        <w:rPr>
          <w:rFonts w:ascii="仿宋" w:eastAsia="仿宋" w:hAnsi="仿宋"/>
          <w:sz w:val="32"/>
          <w:lang w:eastAsia="zh-CN"/>
        </w:rPr>
        <w:t>礼构成</w:t>
      </w:r>
      <w:proofErr w:type="gramEnd"/>
      <w:r>
        <w:rPr>
          <w:rFonts w:ascii="仿宋" w:eastAsia="仿宋" w:hAnsi="仿宋"/>
          <w:sz w:val="32"/>
          <w:lang w:eastAsia="zh-CN"/>
        </w:rPr>
        <w:t>了中国人很独特的精神世界，那我们知道孔子整理六经诗书礼乐易《春秋》。那么，《礼记》是在孔子教弟子学礼的时候产生的，对吗？没错，礼是什么？其实当时是以礼。例子把这些学林的心得解释</w:t>
      </w:r>
      <w:proofErr w:type="gramStart"/>
      <w:r>
        <w:rPr>
          <w:rFonts w:ascii="仿宋" w:eastAsia="仿宋" w:hAnsi="仿宋"/>
          <w:sz w:val="32"/>
          <w:lang w:eastAsia="zh-CN"/>
        </w:rPr>
        <w:t>给记录</w:t>
      </w:r>
      <w:proofErr w:type="gramEnd"/>
      <w:r>
        <w:rPr>
          <w:rFonts w:ascii="仿宋" w:eastAsia="仿宋" w:hAnsi="仿宋"/>
          <w:sz w:val="32"/>
          <w:lang w:eastAsia="zh-CN"/>
        </w:rPr>
        <w:t>下来，记录的就是一篇一篇的记是赴京而做嘛，</w:t>
      </w:r>
    </w:p>
    <w:p w14:paraId="3C0A3D08" w14:textId="77777777" w:rsidR="00E87C95" w:rsidRDefault="00000000">
      <w:pPr>
        <w:spacing w:after="0" w:line="579" w:lineRule="exact"/>
        <w:ind w:firstLine="640"/>
        <w:rPr>
          <w:lang w:eastAsia="zh-CN"/>
        </w:rPr>
      </w:pPr>
      <w:r>
        <w:rPr>
          <w:rFonts w:ascii="仿宋" w:eastAsia="仿宋" w:hAnsi="仿宋"/>
          <w:sz w:val="32"/>
          <w:lang w:eastAsia="zh-CN"/>
        </w:rPr>
        <w:t>那记下来的心得解释。后来就一代</w:t>
      </w:r>
      <w:proofErr w:type="gramStart"/>
      <w:r>
        <w:rPr>
          <w:rFonts w:ascii="仿宋" w:eastAsia="仿宋" w:hAnsi="仿宋"/>
          <w:sz w:val="32"/>
          <w:lang w:eastAsia="zh-CN"/>
        </w:rPr>
        <w:t>一代</w:t>
      </w:r>
      <w:proofErr w:type="gramEnd"/>
      <w:r>
        <w:rPr>
          <w:rFonts w:ascii="仿宋" w:eastAsia="仿宋" w:hAnsi="仿宋"/>
          <w:sz w:val="32"/>
          <w:lang w:eastAsia="zh-CN"/>
        </w:rPr>
        <w:t>的传下去呀，每一代都可能有新的学理的心得呀，笔记呀，最后到什么时候？整理汇编成册了呢，这就要说到西汉了，西汉的一对叔侄大戴小戴戴德</w:t>
      </w:r>
      <w:proofErr w:type="gramStart"/>
      <w:r>
        <w:rPr>
          <w:rFonts w:ascii="仿宋" w:eastAsia="仿宋" w:hAnsi="仿宋"/>
          <w:sz w:val="32"/>
          <w:lang w:eastAsia="zh-CN"/>
        </w:rPr>
        <w:t>戴圣两</w:t>
      </w:r>
      <w:proofErr w:type="gramEnd"/>
      <w:r>
        <w:rPr>
          <w:rFonts w:ascii="仿宋" w:eastAsia="仿宋" w:hAnsi="仿宋"/>
          <w:sz w:val="32"/>
          <w:lang w:eastAsia="zh-CN"/>
        </w:rPr>
        <w:t>个人。对这个80多篇是叔叔收的，我们通常把它叫《大戴礼记》，49篇是侄子收的，我们管它叫《小戴礼记》。把两本书的目录摆在一起，就明显的感到这个小寨的选本啊。尽管片数少，</w:t>
      </w:r>
    </w:p>
    <w:p w14:paraId="6FD42555" w14:textId="77777777" w:rsidR="00E87C95" w:rsidRDefault="00000000">
      <w:pPr>
        <w:spacing w:after="0" w:line="579" w:lineRule="exact"/>
        <w:ind w:firstLine="640"/>
        <w:rPr>
          <w:lang w:eastAsia="zh-CN"/>
        </w:rPr>
      </w:pPr>
      <w:r>
        <w:rPr>
          <w:rFonts w:ascii="仿宋" w:eastAsia="仿宋" w:hAnsi="仿宋"/>
          <w:sz w:val="32"/>
          <w:lang w:eastAsia="zh-CN"/>
        </w:rPr>
        <w:lastRenderedPageBreak/>
        <w:t>但是</w:t>
      </w:r>
      <w:proofErr w:type="gramStart"/>
      <w:r>
        <w:rPr>
          <w:rFonts w:ascii="仿宋" w:eastAsia="仿宋" w:hAnsi="仿宋"/>
          <w:sz w:val="32"/>
          <w:lang w:eastAsia="zh-CN"/>
        </w:rPr>
        <w:t>精重要</w:t>
      </w:r>
      <w:proofErr w:type="gramEnd"/>
      <w:r>
        <w:rPr>
          <w:rFonts w:ascii="仿宋" w:eastAsia="仿宋" w:hAnsi="仿宋"/>
          <w:sz w:val="32"/>
          <w:lang w:eastAsia="zh-CN"/>
        </w:rPr>
        <w:t>没错，我们现在说的《礼记》呀，就是指《小戴礼记》，因为它流传更广，影响更大。小</w:t>
      </w:r>
      <w:proofErr w:type="gramStart"/>
      <w:r>
        <w:rPr>
          <w:rFonts w:ascii="仿宋" w:eastAsia="仿宋" w:hAnsi="仿宋"/>
          <w:sz w:val="32"/>
          <w:lang w:eastAsia="zh-CN"/>
        </w:rPr>
        <w:t>戴戴圣选的</w:t>
      </w:r>
      <w:proofErr w:type="gramEnd"/>
      <w:r>
        <w:rPr>
          <w:rFonts w:ascii="仿宋" w:eastAsia="仿宋" w:hAnsi="仿宋"/>
          <w:sz w:val="32"/>
          <w:lang w:eastAsia="zh-CN"/>
        </w:rPr>
        <w:t>49篇其实是独具匠心的，里面的内容也是包含了非常多，没错。《礼记》49篇包罗万象，有些篇目呢，我们也是十分熟悉。像后来的四书当中的《大学》和《中庸》，就是举字当中的两篇《大学》记载的修身、齐家、治国、平天下。和中庸里的中正平和的这样一种为人处事之道，呃，</w:t>
      </w:r>
    </w:p>
    <w:p w14:paraId="38A92E62" w14:textId="77777777" w:rsidR="00E87C95" w:rsidRDefault="00000000">
      <w:pPr>
        <w:spacing w:after="0" w:line="579" w:lineRule="exact"/>
        <w:ind w:firstLine="640"/>
        <w:rPr>
          <w:lang w:eastAsia="zh-CN"/>
        </w:rPr>
      </w:pPr>
      <w:r>
        <w:rPr>
          <w:rFonts w:ascii="仿宋" w:eastAsia="仿宋" w:hAnsi="仿宋"/>
          <w:sz w:val="32"/>
          <w:lang w:eastAsia="zh-CN"/>
        </w:rPr>
        <w:t>塑造了中国人的精神底蕴。还有就是《礼运》篇当中讲述到这个大同小康的社会理想，至今仍然有着深远的影响。其实好多我们耳熟能详的句子呀，都是出自《礼记》。说咱们人与人交往，要怎么样礼尚往来呀？我们中国人喜欢讲未雨绸缪嘛，凡事预则立，不预则废。包括林则徐的那句名言呐，这是《礼记》两篇的组合啊，第一个呢说。</w:t>
      </w:r>
      <w:proofErr w:type="gramStart"/>
      <w:r>
        <w:rPr>
          <w:rFonts w:ascii="仿宋" w:eastAsia="仿宋" w:hAnsi="仿宋"/>
          <w:sz w:val="32"/>
          <w:lang w:eastAsia="zh-CN"/>
        </w:rPr>
        <w:t>苟</w:t>
      </w:r>
      <w:proofErr w:type="gramEnd"/>
      <w:r>
        <w:rPr>
          <w:rFonts w:ascii="仿宋" w:eastAsia="仿宋" w:hAnsi="仿宋"/>
          <w:sz w:val="32"/>
          <w:lang w:eastAsia="zh-CN"/>
        </w:rPr>
        <w:t>利国家，不求富贵，</w:t>
      </w:r>
    </w:p>
    <w:p w14:paraId="4D652CDC" w14:textId="77777777" w:rsidR="00E87C95" w:rsidRDefault="00000000">
      <w:pPr>
        <w:spacing w:after="0" w:line="579" w:lineRule="exact"/>
        <w:ind w:firstLine="640"/>
        <w:rPr>
          <w:lang w:eastAsia="zh-CN"/>
        </w:rPr>
      </w:pPr>
      <w:r>
        <w:rPr>
          <w:rFonts w:ascii="仿宋" w:eastAsia="仿宋" w:hAnsi="仿宋"/>
          <w:sz w:val="32"/>
          <w:lang w:eastAsia="zh-CN"/>
        </w:rPr>
        <w:t>还有什么临财毋苟得，临难</w:t>
      </w:r>
      <w:proofErr w:type="gramStart"/>
      <w:r>
        <w:rPr>
          <w:rFonts w:ascii="仿宋" w:eastAsia="仿宋" w:hAnsi="仿宋"/>
          <w:sz w:val="32"/>
          <w:lang w:eastAsia="zh-CN"/>
        </w:rPr>
        <w:t>毋</w:t>
      </w:r>
      <w:proofErr w:type="gramEnd"/>
      <w:r>
        <w:rPr>
          <w:rFonts w:ascii="仿宋" w:eastAsia="仿宋" w:hAnsi="仿宋"/>
          <w:sz w:val="32"/>
          <w:lang w:eastAsia="zh-CN"/>
        </w:rPr>
        <w:t>苟免。想一想，这些语句至今念起来仍是掷地有声的，这才是金句频出呢，真没想到我们现在朗朗上口的这么多名篇，包括金句都是出自《礼记》。可是他在很长一段时间内，其实地位并不高，直到东汉时期太对了，两件大事儿分别出自西汉，东汉。西汉</w:t>
      </w:r>
      <w:proofErr w:type="gramStart"/>
      <w:r>
        <w:rPr>
          <w:rFonts w:ascii="仿宋" w:eastAsia="仿宋" w:hAnsi="仿宋"/>
          <w:sz w:val="32"/>
          <w:lang w:eastAsia="zh-CN"/>
        </w:rPr>
        <w:t>戴圣编</w:t>
      </w:r>
      <w:proofErr w:type="gramEnd"/>
      <w:r>
        <w:rPr>
          <w:rFonts w:ascii="仿宋" w:eastAsia="仿宋" w:hAnsi="仿宋"/>
          <w:sz w:val="32"/>
          <w:lang w:eastAsia="zh-CN"/>
        </w:rPr>
        <w:t>《礼记》，东汉大儒郑玄著《礼记》。郑玄觉得呀，</w:t>
      </w:r>
    </w:p>
    <w:p w14:paraId="3D76C3CC" w14:textId="77777777" w:rsidR="00E87C95" w:rsidRDefault="00000000">
      <w:pPr>
        <w:spacing w:after="0" w:line="579" w:lineRule="exact"/>
        <w:ind w:firstLine="640"/>
        <w:rPr>
          <w:lang w:eastAsia="zh-CN"/>
        </w:rPr>
      </w:pPr>
      <w:r>
        <w:rPr>
          <w:rFonts w:ascii="仿宋" w:eastAsia="仿宋" w:hAnsi="仿宋"/>
          <w:sz w:val="32"/>
          <w:lang w:eastAsia="zh-CN"/>
        </w:rPr>
        <w:t>读万卷书，行万里路嘛。那一方面跟太学这老师学，一方面他去走很多很多地方，当时的大儒。他都拜访过了马融，</w:t>
      </w:r>
      <w:r>
        <w:rPr>
          <w:rFonts w:ascii="仿宋" w:eastAsia="仿宋" w:hAnsi="仿宋"/>
          <w:sz w:val="32"/>
          <w:lang w:eastAsia="zh-CN"/>
        </w:rPr>
        <w:lastRenderedPageBreak/>
        <w:t>当时是关西大儒，那是唉，关系孔子的那种感觉，他说我要到那儿去学习。马融也是把自己的经典悉心传授给他，再到后来因为父母年老嘛，他</w:t>
      </w:r>
      <w:proofErr w:type="gramStart"/>
      <w:r>
        <w:rPr>
          <w:rFonts w:ascii="仿宋" w:eastAsia="仿宋" w:hAnsi="仿宋"/>
          <w:sz w:val="32"/>
          <w:lang w:eastAsia="zh-CN"/>
        </w:rPr>
        <w:t>代别马融要</w:t>
      </w:r>
      <w:proofErr w:type="gramEnd"/>
      <w:r>
        <w:rPr>
          <w:rFonts w:ascii="仿宋" w:eastAsia="仿宋" w:hAnsi="仿宋"/>
          <w:sz w:val="32"/>
          <w:lang w:eastAsia="zh-CN"/>
        </w:rPr>
        <w:t>回到关东他的家乡来。这是学成功课，他开始教授弟子，</w:t>
      </w:r>
    </w:p>
    <w:p w14:paraId="104234B7" w14:textId="77777777" w:rsidR="00E87C95" w:rsidRDefault="00000000">
      <w:pPr>
        <w:spacing w:after="0" w:line="579" w:lineRule="exact"/>
        <w:ind w:firstLine="640"/>
        <w:rPr>
          <w:lang w:eastAsia="zh-CN"/>
        </w:rPr>
      </w:pPr>
      <w:r>
        <w:rPr>
          <w:rFonts w:ascii="仿宋" w:eastAsia="仿宋" w:hAnsi="仿宋"/>
          <w:sz w:val="32"/>
          <w:lang w:eastAsia="zh-CN"/>
        </w:rPr>
        <w:t>但是后来有一个党务之祸，他受牵连，就禁</w:t>
      </w:r>
      <w:proofErr w:type="gramStart"/>
      <w:r>
        <w:rPr>
          <w:rFonts w:ascii="仿宋" w:eastAsia="仿宋" w:hAnsi="仿宋"/>
          <w:sz w:val="32"/>
          <w:lang w:eastAsia="zh-CN"/>
        </w:rPr>
        <w:t>畴</w:t>
      </w:r>
      <w:proofErr w:type="gramEnd"/>
      <w:r>
        <w:rPr>
          <w:rFonts w:ascii="仿宋" w:eastAsia="仿宋" w:hAnsi="仿宋"/>
          <w:sz w:val="32"/>
          <w:lang w:eastAsia="zh-CN"/>
        </w:rPr>
        <w:t>在家14年。这个时候就开始著述，我们</w:t>
      </w:r>
      <w:proofErr w:type="gramStart"/>
      <w:r>
        <w:rPr>
          <w:rFonts w:ascii="仿宋" w:eastAsia="仿宋" w:hAnsi="仿宋"/>
          <w:sz w:val="32"/>
          <w:lang w:eastAsia="zh-CN"/>
        </w:rPr>
        <w:t>现在说郑玄</w:t>
      </w:r>
      <w:proofErr w:type="gramEnd"/>
      <w:r>
        <w:rPr>
          <w:rFonts w:ascii="仿宋" w:eastAsia="仿宋" w:hAnsi="仿宋"/>
          <w:sz w:val="32"/>
          <w:lang w:eastAsia="zh-CN"/>
        </w:rPr>
        <w:t>有个学呀，都是在这样的一段，其实很苦闷。其实看不到前途的时候，他</w:t>
      </w:r>
      <w:proofErr w:type="gramStart"/>
      <w:r>
        <w:rPr>
          <w:rFonts w:ascii="仿宋" w:eastAsia="仿宋" w:hAnsi="仿宋"/>
          <w:sz w:val="32"/>
          <w:lang w:eastAsia="zh-CN"/>
        </w:rPr>
        <w:t>是遍著群</w:t>
      </w:r>
      <w:proofErr w:type="gramEnd"/>
      <w:r>
        <w:rPr>
          <w:rFonts w:ascii="仿宋" w:eastAsia="仿宋" w:hAnsi="仿宋"/>
          <w:sz w:val="32"/>
          <w:lang w:eastAsia="zh-CN"/>
        </w:rPr>
        <w:t>经，包括《礼记》，《礼记》因为郑玄为之作注嘛，地位陡盛。他的精神就更加的为人熟知，开始和周礼以礼合称为三礼。两汉那么多儒生，</w:t>
      </w:r>
    </w:p>
    <w:p w14:paraId="56ED0E85" w14:textId="77777777" w:rsidR="00E87C95" w:rsidRDefault="00000000">
      <w:pPr>
        <w:spacing w:after="0" w:line="579" w:lineRule="exact"/>
        <w:ind w:firstLine="640"/>
        <w:rPr>
          <w:lang w:eastAsia="zh-CN"/>
        </w:rPr>
      </w:pPr>
      <w:proofErr w:type="gramStart"/>
      <w:r>
        <w:rPr>
          <w:rFonts w:ascii="仿宋" w:eastAsia="仿宋" w:hAnsi="仿宋"/>
          <w:sz w:val="32"/>
          <w:lang w:eastAsia="zh-CN"/>
        </w:rPr>
        <w:t>唯独郑轩一个人</w:t>
      </w:r>
      <w:proofErr w:type="gramEnd"/>
      <w:r>
        <w:rPr>
          <w:rFonts w:ascii="仿宋" w:eastAsia="仿宋" w:hAnsi="仿宋"/>
          <w:sz w:val="32"/>
          <w:lang w:eastAsia="zh-CN"/>
        </w:rPr>
        <w:t>进驻山里，三本不同的书，他把它打通了。就郑</w:t>
      </w:r>
      <w:proofErr w:type="gramStart"/>
      <w:r>
        <w:rPr>
          <w:rFonts w:ascii="仿宋" w:eastAsia="仿宋" w:hAnsi="仿宋"/>
          <w:sz w:val="32"/>
          <w:lang w:eastAsia="zh-CN"/>
        </w:rPr>
        <w:t>玄用群</w:t>
      </w:r>
      <w:proofErr w:type="gramEnd"/>
      <w:r>
        <w:rPr>
          <w:rFonts w:ascii="仿宋" w:eastAsia="仿宋" w:hAnsi="仿宋"/>
          <w:sz w:val="32"/>
          <w:lang w:eastAsia="zh-CN"/>
        </w:rPr>
        <w:t>经做易经，以</w:t>
      </w:r>
      <w:proofErr w:type="gramStart"/>
      <w:r>
        <w:rPr>
          <w:rFonts w:ascii="仿宋" w:eastAsia="仿宋" w:hAnsi="仿宋"/>
          <w:sz w:val="32"/>
          <w:lang w:eastAsia="zh-CN"/>
        </w:rPr>
        <w:t>易经做群经</w:t>
      </w:r>
      <w:proofErr w:type="gramEnd"/>
      <w:r>
        <w:rPr>
          <w:rFonts w:ascii="仿宋" w:eastAsia="仿宋" w:hAnsi="仿宋"/>
          <w:sz w:val="32"/>
          <w:lang w:eastAsia="zh-CN"/>
        </w:rPr>
        <w:t>，让六经呢，都围绕着礼仪展开。那么这样呢，就构成了一个完备的理学体系。感谢三位老师的解读，那么今天在典籍里的中国的舞台上会如何去讲礼记的故事呢？我们先跟随着演员们的点读，会看看</w:t>
      </w:r>
      <w:proofErr w:type="gramStart"/>
      <w:r>
        <w:rPr>
          <w:rFonts w:ascii="仿宋" w:eastAsia="仿宋" w:hAnsi="仿宋"/>
          <w:sz w:val="32"/>
          <w:lang w:eastAsia="zh-CN"/>
        </w:rPr>
        <w:t>主创们如何</w:t>
      </w:r>
      <w:proofErr w:type="gramEnd"/>
      <w:r>
        <w:rPr>
          <w:rFonts w:ascii="仿宋" w:eastAsia="仿宋" w:hAnsi="仿宋"/>
          <w:sz w:val="32"/>
          <w:lang w:eastAsia="zh-CN"/>
        </w:rPr>
        <w:t>识读《礼记》。大家好，欢迎来到典籍里的中</w:t>
      </w:r>
      <w:proofErr w:type="gramStart"/>
      <w:r>
        <w:rPr>
          <w:rFonts w:ascii="仿宋" w:eastAsia="仿宋" w:hAnsi="仿宋"/>
          <w:sz w:val="32"/>
          <w:lang w:eastAsia="zh-CN"/>
        </w:rPr>
        <w:t>国典读会</w:t>
      </w:r>
      <w:proofErr w:type="gramEnd"/>
      <w:r>
        <w:rPr>
          <w:rFonts w:ascii="仿宋" w:eastAsia="仿宋" w:hAnsi="仿宋"/>
          <w:sz w:val="32"/>
          <w:lang w:eastAsia="zh-CN"/>
        </w:rPr>
        <w:t>，</w:t>
      </w:r>
    </w:p>
    <w:p w14:paraId="5F52ED70" w14:textId="77777777" w:rsidR="00E87C95" w:rsidRDefault="00000000">
      <w:pPr>
        <w:spacing w:after="0" w:line="579" w:lineRule="exact"/>
        <w:ind w:firstLine="640"/>
        <w:rPr>
          <w:lang w:eastAsia="zh-CN"/>
        </w:rPr>
      </w:pPr>
      <w:r>
        <w:rPr>
          <w:rFonts w:ascii="仿宋" w:eastAsia="仿宋" w:hAnsi="仿宋"/>
          <w:sz w:val="32"/>
          <w:lang w:eastAsia="zh-CN"/>
        </w:rPr>
        <w:t>我是当代读书人撒贝宁。各位有理了。在这一期典籍里的中国，我们要一块儿识读的是被后世称为三礼之首的《礼记》。首先还是请几位做下自我介绍，大家好，我是演员丁勇岱，在戏剧中呢，饰演的是郑玄。能饰演</w:t>
      </w:r>
      <w:proofErr w:type="gramStart"/>
      <w:r>
        <w:rPr>
          <w:rFonts w:ascii="仿宋" w:eastAsia="仿宋" w:hAnsi="仿宋"/>
          <w:sz w:val="32"/>
          <w:lang w:eastAsia="zh-CN"/>
        </w:rPr>
        <w:t>郑弦这个</w:t>
      </w:r>
      <w:proofErr w:type="gramEnd"/>
      <w:r>
        <w:rPr>
          <w:rFonts w:ascii="仿宋" w:eastAsia="仿宋" w:hAnsi="仿宋"/>
          <w:sz w:val="32"/>
          <w:lang w:eastAsia="zh-CN"/>
        </w:rPr>
        <w:t>角色很荣幸。我是演员王森，在戏剧当中饰演郑玄的儿子郑毅，大</w:t>
      </w:r>
      <w:r>
        <w:rPr>
          <w:rFonts w:ascii="仿宋" w:eastAsia="仿宋" w:hAnsi="仿宋"/>
          <w:sz w:val="32"/>
          <w:lang w:eastAsia="zh-CN"/>
        </w:rPr>
        <w:lastRenderedPageBreak/>
        <w:t>家好，我是典籍里的中国总编剧张坤鹏。之前我以为《礼记》，</w:t>
      </w:r>
    </w:p>
    <w:p w14:paraId="0B6BDBD3" w14:textId="77777777" w:rsidR="00E87C95" w:rsidRDefault="00000000">
      <w:pPr>
        <w:spacing w:after="0" w:line="579" w:lineRule="exact"/>
        <w:ind w:firstLine="640"/>
        <w:rPr>
          <w:lang w:eastAsia="zh-CN"/>
        </w:rPr>
      </w:pPr>
      <w:r>
        <w:rPr>
          <w:rFonts w:ascii="仿宋" w:eastAsia="仿宋" w:hAnsi="仿宋"/>
          <w:sz w:val="32"/>
          <w:lang w:eastAsia="zh-CN"/>
        </w:rPr>
        <w:t>比如会从孔子啊，以及他的学生们啊，这个视角，但没有想到最后是以一个住者的视角。来看待这部典籍政权助理太重要了，他助小代理记呢，字数又少，精益又明晰，言简</w:t>
      </w:r>
      <w:proofErr w:type="gramStart"/>
      <w:r>
        <w:rPr>
          <w:rFonts w:ascii="仿宋" w:eastAsia="仿宋" w:hAnsi="仿宋"/>
          <w:sz w:val="32"/>
          <w:lang w:eastAsia="zh-CN"/>
        </w:rPr>
        <w:t>意骇是的</w:t>
      </w:r>
      <w:proofErr w:type="gramEnd"/>
      <w:r>
        <w:rPr>
          <w:rFonts w:ascii="仿宋" w:eastAsia="仿宋" w:hAnsi="仿宋"/>
          <w:sz w:val="32"/>
          <w:lang w:eastAsia="zh-CN"/>
        </w:rPr>
        <w:t>。</w:t>
      </w:r>
      <w:proofErr w:type="gramStart"/>
      <w:r>
        <w:rPr>
          <w:rFonts w:ascii="仿宋" w:eastAsia="仿宋" w:hAnsi="仿宋"/>
          <w:sz w:val="32"/>
          <w:lang w:eastAsia="zh-CN"/>
        </w:rPr>
        <w:t>郑玄对礼记</w:t>
      </w:r>
      <w:proofErr w:type="gramEnd"/>
      <w:r>
        <w:rPr>
          <w:rFonts w:ascii="仿宋" w:eastAsia="仿宋" w:hAnsi="仿宋"/>
          <w:sz w:val="32"/>
          <w:lang w:eastAsia="zh-CN"/>
        </w:rPr>
        <w:t>的发展做出了极大的贡献。节目组跟专家多次讨论，最终确定了以郑玄作为主角儿。我们将他学理。助理</w:t>
      </w:r>
      <w:proofErr w:type="gramStart"/>
      <w:r>
        <w:rPr>
          <w:rFonts w:ascii="仿宋" w:eastAsia="仿宋" w:hAnsi="仿宋"/>
          <w:sz w:val="32"/>
          <w:lang w:eastAsia="zh-CN"/>
        </w:rPr>
        <w:t>传礼建礼</w:t>
      </w:r>
      <w:proofErr w:type="gramEnd"/>
      <w:r>
        <w:rPr>
          <w:rFonts w:ascii="仿宋" w:eastAsia="仿宋" w:hAnsi="仿宋"/>
          <w:sz w:val="32"/>
          <w:lang w:eastAsia="zh-CN"/>
        </w:rPr>
        <w:t>的起伏，跌荡的人生与《礼记》这部典籍紧密融合，</w:t>
      </w:r>
    </w:p>
    <w:p w14:paraId="43DCE3FA" w14:textId="77777777" w:rsidR="00E87C95" w:rsidRDefault="00000000">
      <w:pPr>
        <w:spacing w:after="0" w:line="579" w:lineRule="exact"/>
        <w:ind w:firstLine="640"/>
        <w:rPr>
          <w:lang w:eastAsia="zh-CN"/>
        </w:rPr>
      </w:pPr>
      <w:r>
        <w:rPr>
          <w:rFonts w:ascii="仿宋" w:eastAsia="仿宋" w:hAnsi="仿宋"/>
          <w:sz w:val="32"/>
          <w:lang w:eastAsia="zh-CN"/>
        </w:rPr>
        <w:t>并且在戏剧当中呢，我们加入了。郑玄的儿子郑益这样一个角色，也呈现出了</w:t>
      </w:r>
      <w:proofErr w:type="gramStart"/>
      <w:r>
        <w:rPr>
          <w:rFonts w:ascii="仿宋" w:eastAsia="仿宋" w:hAnsi="仿宋"/>
          <w:sz w:val="32"/>
          <w:lang w:eastAsia="zh-CN"/>
        </w:rPr>
        <w:t>郑玄和郑益</w:t>
      </w:r>
      <w:proofErr w:type="gramEnd"/>
      <w:r>
        <w:rPr>
          <w:rFonts w:ascii="仿宋" w:eastAsia="仿宋" w:hAnsi="仿宋"/>
          <w:sz w:val="32"/>
          <w:lang w:eastAsia="zh-CN"/>
        </w:rPr>
        <w:t>二位的深深的父子感情。我知道您在很多影视作品当中都塑造了经典父亲的形象，比如说在人世间当中的周志刚，这一次是穿越到1800多年之前演绎父子之间的情谊。</w:t>
      </w:r>
      <w:proofErr w:type="gramStart"/>
      <w:r>
        <w:rPr>
          <w:rFonts w:ascii="仿宋" w:eastAsia="仿宋" w:hAnsi="仿宋"/>
          <w:sz w:val="32"/>
          <w:lang w:eastAsia="zh-CN"/>
        </w:rPr>
        <w:t>郑玄到40多岁</w:t>
      </w:r>
      <w:proofErr w:type="gramEnd"/>
      <w:r>
        <w:rPr>
          <w:rFonts w:ascii="仿宋" w:eastAsia="仿宋" w:hAnsi="仿宋"/>
          <w:sz w:val="32"/>
          <w:lang w:eastAsia="zh-CN"/>
        </w:rPr>
        <w:t>的时候，才生下了自己的独子正义，他将自己一生中最热切的期盼。都寄托在了这个孩子身上，他不仅仅希望自己的孩子能够健康的成长。还希望呢，正义能够接过自己的传承成为呢。尤利君子。</w:t>
      </w:r>
    </w:p>
    <w:p w14:paraId="0C22BBC0" w14:textId="77777777" w:rsidR="00E87C95" w:rsidRDefault="00000000">
      <w:pPr>
        <w:spacing w:after="0" w:line="579" w:lineRule="exact"/>
        <w:ind w:firstLine="640"/>
        <w:rPr>
          <w:lang w:eastAsia="zh-CN"/>
        </w:rPr>
      </w:pPr>
      <w:r>
        <w:rPr>
          <w:rFonts w:ascii="仿宋" w:eastAsia="仿宋" w:hAnsi="仿宋"/>
          <w:sz w:val="32"/>
          <w:lang w:eastAsia="zh-CN"/>
        </w:rPr>
        <w:t>我这次饰演的正义在史料上的记载非常的少，所以我更多的是从父亲的身上去寻找正义的人物性格。郑玄，对于正义而言，除了父亲的角色之外，更是一位导师。我也希望通过自己的演绎。将正义对父亲的情感以及个人的成长全都表达出来。郑玄是一位伟大的经学家，他还是一位。能够以身</w:t>
      </w:r>
      <w:r>
        <w:rPr>
          <w:rFonts w:ascii="仿宋" w:eastAsia="仿宋" w:hAnsi="仿宋"/>
          <w:sz w:val="32"/>
          <w:lang w:eastAsia="zh-CN"/>
        </w:rPr>
        <w:lastRenderedPageBreak/>
        <w:t>作则的。好父亲。如何在身份变换的同时</w:t>
      </w:r>
      <w:proofErr w:type="gramStart"/>
      <w:r>
        <w:rPr>
          <w:rFonts w:ascii="仿宋" w:eastAsia="仿宋" w:hAnsi="仿宋"/>
          <w:sz w:val="32"/>
          <w:lang w:eastAsia="zh-CN"/>
        </w:rPr>
        <w:t>守住政玄不变</w:t>
      </w:r>
      <w:proofErr w:type="gramEnd"/>
      <w:r>
        <w:rPr>
          <w:rFonts w:ascii="仿宋" w:eastAsia="仿宋" w:hAnsi="仿宋"/>
          <w:sz w:val="32"/>
          <w:lang w:eastAsia="zh-CN"/>
        </w:rPr>
        <w:t>的精神思想和品行？这个确实是需要好好的揣摩。在《礼记》《儒行》篇当中，</w:t>
      </w:r>
    </w:p>
    <w:p w14:paraId="2B8964A1" w14:textId="77777777" w:rsidR="00E87C95" w:rsidRDefault="00000000">
      <w:pPr>
        <w:spacing w:after="0" w:line="579" w:lineRule="exact"/>
        <w:ind w:firstLine="640"/>
        <w:rPr>
          <w:lang w:eastAsia="zh-CN"/>
        </w:rPr>
      </w:pPr>
      <w:r>
        <w:rPr>
          <w:rFonts w:ascii="仿宋" w:eastAsia="仿宋" w:hAnsi="仿宋"/>
          <w:sz w:val="32"/>
          <w:lang w:eastAsia="zh-CN"/>
        </w:rPr>
        <w:t>也有一句非常重要的话将会出现在我们今天的。戏剧演绎当中，希望两位先诵读一下。如有忠心。以为贾州立益。</w:t>
      </w:r>
      <w:proofErr w:type="gramStart"/>
      <w:r>
        <w:rPr>
          <w:rFonts w:ascii="仿宋" w:eastAsia="仿宋" w:hAnsi="仿宋"/>
          <w:sz w:val="32"/>
          <w:lang w:eastAsia="zh-CN"/>
        </w:rPr>
        <w:t>以为甘鲁待人</w:t>
      </w:r>
      <w:proofErr w:type="gramEnd"/>
      <w:r>
        <w:rPr>
          <w:rFonts w:ascii="仿宋" w:eastAsia="仿宋" w:hAnsi="仿宋"/>
          <w:sz w:val="32"/>
          <w:lang w:eastAsia="zh-CN"/>
        </w:rPr>
        <w:t>而行，</w:t>
      </w:r>
      <w:proofErr w:type="gramStart"/>
      <w:r>
        <w:rPr>
          <w:rFonts w:ascii="仿宋" w:eastAsia="仿宋" w:hAnsi="仿宋"/>
          <w:sz w:val="32"/>
          <w:lang w:eastAsia="zh-CN"/>
        </w:rPr>
        <w:t>报义而</w:t>
      </w:r>
      <w:proofErr w:type="gramEnd"/>
      <w:r>
        <w:rPr>
          <w:rFonts w:ascii="仿宋" w:eastAsia="仿宋" w:hAnsi="仿宋"/>
          <w:sz w:val="32"/>
          <w:lang w:eastAsia="zh-CN"/>
        </w:rPr>
        <w:t>处，如有忠信，</w:t>
      </w:r>
      <w:proofErr w:type="gramStart"/>
      <w:r>
        <w:rPr>
          <w:rFonts w:ascii="仿宋" w:eastAsia="仿宋" w:hAnsi="仿宋"/>
          <w:sz w:val="32"/>
          <w:lang w:eastAsia="zh-CN"/>
        </w:rPr>
        <w:t>以为假重</w:t>
      </w:r>
      <w:proofErr w:type="gramEnd"/>
      <w:r>
        <w:rPr>
          <w:rFonts w:ascii="仿宋" w:eastAsia="仿宋" w:hAnsi="仿宋"/>
          <w:sz w:val="32"/>
          <w:lang w:eastAsia="zh-CN"/>
        </w:rPr>
        <w:t>。礼仪。以为甘露待人而行，道义而处。这次饰演的正义。父亲郑玄将礼传给了正义，正义时刻用行动</w:t>
      </w:r>
      <w:proofErr w:type="gramStart"/>
      <w:r>
        <w:rPr>
          <w:rFonts w:ascii="仿宋" w:eastAsia="仿宋" w:hAnsi="仿宋"/>
          <w:sz w:val="32"/>
          <w:lang w:eastAsia="zh-CN"/>
        </w:rPr>
        <w:t>践行着</w:t>
      </w:r>
      <w:proofErr w:type="gramEnd"/>
      <w:r>
        <w:rPr>
          <w:rFonts w:ascii="仿宋" w:eastAsia="仿宋" w:hAnsi="仿宋"/>
          <w:sz w:val="32"/>
          <w:lang w:eastAsia="zh-CN"/>
        </w:rPr>
        <w:t>礼仪。</w:t>
      </w:r>
    </w:p>
    <w:p w14:paraId="50E650F3" w14:textId="77777777" w:rsidR="00E87C95" w:rsidRDefault="00000000">
      <w:pPr>
        <w:spacing w:after="0" w:line="579" w:lineRule="exact"/>
        <w:ind w:firstLine="640"/>
        <w:rPr>
          <w:lang w:eastAsia="zh-CN"/>
        </w:rPr>
      </w:pPr>
      <w:r>
        <w:rPr>
          <w:rFonts w:ascii="仿宋" w:eastAsia="仿宋" w:hAnsi="仿宋"/>
          <w:sz w:val="32"/>
          <w:lang w:eastAsia="zh-CN"/>
        </w:rPr>
        <w:t>戏剧中有父子情。师生</w:t>
      </w:r>
      <w:proofErr w:type="gramStart"/>
      <w:r>
        <w:rPr>
          <w:rFonts w:ascii="仿宋" w:eastAsia="仿宋" w:hAnsi="仿宋"/>
          <w:sz w:val="32"/>
          <w:lang w:eastAsia="zh-CN"/>
        </w:rPr>
        <w:t>情还有</w:t>
      </w:r>
      <w:proofErr w:type="gramEnd"/>
      <w:r>
        <w:rPr>
          <w:rFonts w:ascii="仿宋" w:eastAsia="仿宋" w:hAnsi="仿宋"/>
          <w:sz w:val="32"/>
          <w:lang w:eastAsia="zh-CN"/>
        </w:rPr>
        <w:t>厚重的家国情怀，人物层次也更加复杂。需要我把自己置身于角色之中去感受正义的成熟。希望我能展现出一个年少壮志，舍生取义的正义。希望通过这次演绎。向观众。传播我们中华民族的礼仪，文化和精神智慧。都给我站住，再跑就杀了你们站住，我看你们往哪跑，把粮食交出来。就剩这么一包粮食了，</w:t>
      </w:r>
    </w:p>
    <w:p w14:paraId="2EBC59AA" w14:textId="77777777" w:rsidR="00E87C95" w:rsidRDefault="00000000">
      <w:pPr>
        <w:spacing w:after="0" w:line="579" w:lineRule="exact"/>
        <w:ind w:firstLine="640"/>
        <w:rPr>
          <w:lang w:eastAsia="zh-CN"/>
        </w:rPr>
      </w:pPr>
      <w:r>
        <w:rPr>
          <w:rFonts w:ascii="仿宋" w:eastAsia="仿宋" w:hAnsi="仿宋"/>
          <w:sz w:val="32"/>
          <w:lang w:eastAsia="zh-CN"/>
        </w:rPr>
        <w:t>你拿走了，我们就都得死拿来。凭什么抢我的粮食去？我跟你们拼了。再反抗把你们都宰了，</w:t>
      </w:r>
      <w:proofErr w:type="gramStart"/>
      <w:r>
        <w:rPr>
          <w:rFonts w:ascii="仿宋" w:eastAsia="仿宋" w:hAnsi="仿宋"/>
          <w:sz w:val="32"/>
          <w:lang w:eastAsia="zh-CN"/>
        </w:rPr>
        <w:t>助手助手助手</w:t>
      </w:r>
      <w:proofErr w:type="gramEnd"/>
      <w:r>
        <w:rPr>
          <w:rFonts w:ascii="仿宋" w:eastAsia="仿宋" w:hAnsi="仿宋"/>
          <w:sz w:val="32"/>
          <w:lang w:eastAsia="zh-CN"/>
        </w:rPr>
        <w:t>。郑玄父子，你是政权父子，谢谢政权父子，谢谢政权父子。郑玄夫子。您是郑玄父子。证实。半生正身不服死。尔等为何行此大礼呀？</w:t>
      </w:r>
    </w:p>
    <w:p w14:paraId="0AC88B01" w14:textId="77777777" w:rsidR="00E87C95" w:rsidRDefault="00000000">
      <w:pPr>
        <w:spacing w:after="0" w:line="579" w:lineRule="exact"/>
        <w:ind w:firstLine="640"/>
        <w:rPr>
          <w:lang w:eastAsia="zh-CN"/>
        </w:rPr>
      </w:pPr>
      <w:r>
        <w:rPr>
          <w:rFonts w:ascii="仿宋" w:eastAsia="仿宋" w:hAnsi="仿宋"/>
          <w:sz w:val="32"/>
          <w:lang w:eastAsia="zh-CN"/>
        </w:rPr>
        <w:t>夫子乃当时大儒军中有令您讲经之地，不可惊扰。听说您住在高密，我等相约，不敢入仙境，没想到在这里遇见您冲撞了。恕罪正父子。我等活不下去了，你救救我们吧，快</w:t>
      </w:r>
      <w:r>
        <w:rPr>
          <w:rFonts w:ascii="仿宋" w:eastAsia="仿宋" w:hAnsi="仿宋"/>
          <w:sz w:val="32"/>
          <w:lang w:eastAsia="zh-CN"/>
        </w:rPr>
        <w:lastRenderedPageBreak/>
        <w:t>起胡子。我们也饿了三天了，还想抢粮食。儿子</w:t>
      </w:r>
      <w:proofErr w:type="gramStart"/>
      <w:r>
        <w:rPr>
          <w:rFonts w:ascii="仿宋" w:eastAsia="仿宋" w:hAnsi="仿宋"/>
          <w:sz w:val="32"/>
          <w:lang w:eastAsia="zh-CN"/>
        </w:rPr>
        <w:t>儿子</w:t>
      </w:r>
      <w:proofErr w:type="gramEnd"/>
      <w:r>
        <w:rPr>
          <w:rFonts w:ascii="仿宋" w:eastAsia="仿宋" w:hAnsi="仿宋"/>
          <w:sz w:val="32"/>
          <w:lang w:eastAsia="zh-CN"/>
        </w:rPr>
        <w:t>，你怎么了？你被吓晕了。</w:t>
      </w:r>
    </w:p>
    <w:p w14:paraId="4A895A56" w14:textId="77777777" w:rsidR="00E87C95" w:rsidRDefault="00000000">
      <w:pPr>
        <w:spacing w:after="0" w:line="579" w:lineRule="exact"/>
        <w:ind w:firstLine="640"/>
        <w:rPr>
          <w:lang w:eastAsia="zh-CN"/>
        </w:rPr>
      </w:pPr>
      <w:r>
        <w:rPr>
          <w:rFonts w:ascii="仿宋" w:eastAsia="仿宋" w:hAnsi="仿宋"/>
          <w:sz w:val="32"/>
          <w:lang w:eastAsia="zh-CN"/>
        </w:rPr>
        <w:t>孩子无爱，只是受了惊吓，加上多日的饥饿，所以晕厥啊。拿水来。不止。非礼勿言。非礼勿动。礼不逾节</w:t>
      </w:r>
      <w:proofErr w:type="gramStart"/>
      <w:r>
        <w:rPr>
          <w:rFonts w:ascii="仿宋" w:eastAsia="仿宋" w:hAnsi="仿宋"/>
          <w:sz w:val="32"/>
          <w:lang w:eastAsia="zh-CN"/>
        </w:rPr>
        <w:t>不</w:t>
      </w:r>
      <w:proofErr w:type="gramEnd"/>
      <w:r>
        <w:rPr>
          <w:rFonts w:ascii="仿宋" w:eastAsia="仿宋" w:hAnsi="仿宋"/>
          <w:sz w:val="32"/>
          <w:lang w:eastAsia="zh-CN"/>
        </w:rPr>
        <w:t>起舞。诸位，你们会这么对待自己的父母？还有孩子吗？不是我们错了，我们错了。儿子，</w:t>
      </w:r>
    </w:p>
    <w:p w14:paraId="125B7F32" w14:textId="77777777" w:rsidR="00E87C95" w:rsidRDefault="00000000">
      <w:pPr>
        <w:spacing w:after="0" w:line="579" w:lineRule="exact"/>
        <w:ind w:firstLine="640"/>
        <w:rPr>
          <w:lang w:eastAsia="zh-CN"/>
        </w:rPr>
      </w:pPr>
      <w:r>
        <w:rPr>
          <w:rFonts w:ascii="仿宋" w:eastAsia="仿宋" w:hAnsi="仿宋"/>
          <w:sz w:val="32"/>
          <w:lang w:eastAsia="zh-CN"/>
        </w:rPr>
        <w:t>你醒了。你吓死娘了。我好饿。干粮。回答慢点吃孩子。把我们筹集的粮食分给大家吧是。请起。这些粮食分给你们，我等犯错，怎敢再收父子？粮食留给百姓吧。你们也是百姓啊，你们的年龄。跟我的孩子一般。长者有次不可辞。</w:t>
      </w:r>
    </w:p>
    <w:p w14:paraId="5B2B4E7F" w14:textId="77777777" w:rsidR="00E87C95" w:rsidRDefault="00000000">
      <w:pPr>
        <w:spacing w:after="0" w:line="579" w:lineRule="exact"/>
        <w:ind w:firstLine="640"/>
        <w:rPr>
          <w:lang w:eastAsia="zh-CN"/>
        </w:rPr>
      </w:pPr>
      <w:r>
        <w:rPr>
          <w:rFonts w:ascii="仿宋" w:eastAsia="仿宋" w:hAnsi="仿宋"/>
          <w:sz w:val="32"/>
          <w:lang w:eastAsia="zh-CN"/>
        </w:rPr>
        <w:t>谢夫子。诸位。那我就带百姓回高密了。恭送夫子。走吧，东汉末年，宦官乱政。外戚专权豪强，并起拥兵自重。当时经学大师郑玄，住在高密县，以古西高密教会弟子千余人。传播经学礼仪之道，救济百姓父子，在县里找个地方好生安排大家。</w:t>
      </w:r>
    </w:p>
    <w:p w14:paraId="276F33DB" w14:textId="77777777" w:rsidR="00E87C95" w:rsidRDefault="00000000">
      <w:pPr>
        <w:spacing w:after="0" w:line="579" w:lineRule="exact"/>
        <w:ind w:firstLine="640"/>
        <w:rPr>
          <w:lang w:eastAsia="zh-CN"/>
        </w:rPr>
      </w:pPr>
      <w:r>
        <w:rPr>
          <w:rFonts w:ascii="仿宋" w:eastAsia="仿宋" w:hAnsi="仿宋"/>
          <w:sz w:val="32"/>
          <w:lang w:eastAsia="zh-CN"/>
        </w:rPr>
        <w:t>弟子遵命，诸位请随我来吧。夫子。这是位公子夫人看诊的医师，夫子有劳一师，我儿媳的情况如何啊？公子夫人</w:t>
      </w:r>
      <w:proofErr w:type="gramStart"/>
      <w:r>
        <w:rPr>
          <w:rFonts w:ascii="仿宋" w:eastAsia="仿宋" w:hAnsi="仿宋"/>
          <w:sz w:val="32"/>
          <w:lang w:eastAsia="zh-CN"/>
        </w:rPr>
        <w:t>胎相平稳</w:t>
      </w:r>
      <w:proofErr w:type="gramEnd"/>
      <w:r>
        <w:rPr>
          <w:rFonts w:ascii="仿宋" w:eastAsia="仿宋" w:hAnsi="仿宋"/>
          <w:sz w:val="32"/>
          <w:lang w:eastAsia="zh-CN"/>
        </w:rPr>
        <w:t>。那就好，夫子您不辞辛劳，多方筹集粮食，镇济灾民，是心怀黎民的君子。您的儿子去青州营救孔融大人和百姓们，是尊师重礼的君子，我一定竭尽所能保母子平安。</w:t>
      </w:r>
    </w:p>
    <w:p w14:paraId="70252A9A" w14:textId="77777777" w:rsidR="00E87C95" w:rsidRDefault="00000000">
      <w:pPr>
        <w:spacing w:after="0" w:line="579" w:lineRule="exact"/>
        <w:ind w:firstLine="640"/>
        <w:rPr>
          <w:lang w:eastAsia="zh-CN"/>
        </w:rPr>
      </w:pPr>
      <w:r>
        <w:rPr>
          <w:rFonts w:ascii="仿宋" w:eastAsia="仿宋" w:hAnsi="仿宋"/>
          <w:sz w:val="32"/>
          <w:lang w:eastAsia="zh-CN"/>
        </w:rPr>
        <w:t>永劳先生。夫子，我明日再来先行，告退了满座。父子擦擦汗吧。晚辈撒贝宁见过大儒。正夫子，父子当心。此人</w:t>
      </w:r>
      <w:r>
        <w:rPr>
          <w:rFonts w:ascii="仿宋" w:eastAsia="仿宋" w:hAnsi="仿宋"/>
          <w:sz w:val="32"/>
          <w:lang w:eastAsia="zh-CN"/>
        </w:rPr>
        <w:lastRenderedPageBreak/>
        <w:t>衣冠</w:t>
      </w:r>
      <w:proofErr w:type="gramStart"/>
      <w:r>
        <w:rPr>
          <w:rFonts w:ascii="仿宋" w:eastAsia="仿宋" w:hAnsi="仿宋"/>
          <w:sz w:val="32"/>
          <w:lang w:eastAsia="zh-CN"/>
        </w:rPr>
        <w:t>囧</w:t>
      </w:r>
      <w:proofErr w:type="gramEnd"/>
      <w:r>
        <w:rPr>
          <w:rFonts w:ascii="仿宋" w:eastAsia="仿宋" w:hAnsi="仿宋"/>
          <w:sz w:val="32"/>
          <w:lang w:eastAsia="zh-CN"/>
        </w:rPr>
        <w:t>异，恐非善类。礼尚往来，往而不来，非礼也。来而不往，亦非礼也。</w:t>
      </w:r>
    </w:p>
    <w:p w14:paraId="5CE0522D" w14:textId="77777777" w:rsidR="00E87C95" w:rsidRDefault="00000000">
      <w:pPr>
        <w:spacing w:after="0" w:line="579" w:lineRule="exact"/>
        <w:ind w:firstLine="640"/>
        <w:rPr>
          <w:lang w:eastAsia="zh-CN"/>
        </w:rPr>
      </w:pPr>
      <w:r>
        <w:rPr>
          <w:rFonts w:ascii="仿宋" w:eastAsia="仿宋" w:hAnsi="仿宋"/>
          <w:sz w:val="32"/>
          <w:lang w:eastAsia="zh-CN"/>
        </w:rPr>
        <w:t>成方此君，向我施礼。你不要我还礼吗？夫子教训的</w:t>
      </w:r>
      <w:proofErr w:type="gramStart"/>
      <w:r>
        <w:rPr>
          <w:rFonts w:ascii="仿宋" w:eastAsia="仿宋" w:hAnsi="仿宋"/>
          <w:sz w:val="32"/>
          <w:lang w:eastAsia="zh-CN"/>
        </w:rPr>
        <w:t>是撒君从</w:t>
      </w:r>
      <w:proofErr w:type="gramEnd"/>
      <w:r>
        <w:rPr>
          <w:rFonts w:ascii="仿宋" w:eastAsia="仿宋" w:hAnsi="仿宋"/>
          <w:sz w:val="32"/>
          <w:lang w:eastAsia="zh-CN"/>
        </w:rPr>
        <w:t>何而来？有何指教夫子晚辈？来自于1800多年之后，廖定夫子肯定不相信。晚辈知道父子有一封</w:t>
      </w:r>
      <w:proofErr w:type="gramStart"/>
      <w:r>
        <w:rPr>
          <w:rFonts w:ascii="仿宋" w:eastAsia="仿宋" w:hAnsi="仿宋"/>
          <w:sz w:val="32"/>
          <w:lang w:eastAsia="zh-CN"/>
        </w:rPr>
        <w:t>诫</w:t>
      </w:r>
      <w:proofErr w:type="gramEnd"/>
      <w:r>
        <w:rPr>
          <w:rFonts w:ascii="仿宋" w:eastAsia="仿宋" w:hAnsi="仿宋"/>
          <w:sz w:val="32"/>
          <w:lang w:eastAsia="zh-CN"/>
        </w:rPr>
        <w:t>子书。是写给您的独子伊恩先生的家书，后世称为</w:t>
      </w:r>
      <w:proofErr w:type="gramStart"/>
      <w:r>
        <w:rPr>
          <w:rFonts w:ascii="仿宋" w:eastAsia="仿宋" w:hAnsi="仿宋"/>
          <w:sz w:val="32"/>
          <w:lang w:eastAsia="zh-CN"/>
        </w:rPr>
        <w:t>诫</w:t>
      </w:r>
      <w:proofErr w:type="gramEnd"/>
      <w:r>
        <w:rPr>
          <w:rFonts w:ascii="仿宋" w:eastAsia="仿宋" w:hAnsi="仿宋"/>
          <w:sz w:val="32"/>
          <w:lang w:eastAsia="zh-CN"/>
        </w:rPr>
        <w:t>子伊恩书，书中有两句让晚辈印象深刻，</w:t>
      </w:r>
      <w:proofErr w:type="gramStart"/>
      <w:r>
        <w:rPr>
          <w:rFonts w:ascii="仿宋" w:eastAsia="仿宋" w:hAnsi="仿宋"/>
          <w:sz w:val="32"/>
          <w:lang w:eastAsia="zh-CN"/>
        </w:rPr>
        <w:t>念述先圣</w:t>
      </w:r>
      <w:proofErr w:type="gramEnd"/>
      <w:r>
        <w:rPr>
          <w:rFonts w:ascii="仿宋" w:eastAsia="仿宋" w:hAnsi="仿宋"/>
          <w:sz w:val="32"/>
          <w:lang w:eastAsia="zh-CN"/>
        </w:rPr>
        <w:t>之元。</w:t>
      </w:r>
      <w:proofErr w:type="gramStart"/>
      <w:r>
        <w:rPr>
          <w:rFonts w:ascii="仿宋" w:eastAsia="仿宋" w:hAnsi="仿宋"/>
          <w:sz w:val="32"/>
          <w:lang w:eastAsia="zh-CN"/>
        </w:rPr>
        <w:t>思整百家</w:t>
      </w:r>
      <w:proofErr w:type="gramEnd"/>
      <w:r>
        <w:rPr>
          <w:rFonts w:ascii="仿宋" w:eastAsia="仿宋" w:hAnsi="仿宋"/>
          <w:sz w:val="32"/>
          <w:lang w:eastAsia="zh-CN"/>
        </w:rPr>
        <w:t>之不齐，我的家书刚刚写就，从未世人撒君。</w:t>
      </w:r>
    </w:p>
    <w:p w14:paraId="24BD687C" w14:textId="77777777" w:rsidR="00E87C95" w:rsidRDefault="00000000">
      <w:pPr>
        <w:spacing w:after="0" w:line="579" w:lineRule="exact"/>
        <w:ind w:firstLine="640"/>
        <w:rPr>
          <w:lang w:eastAsia="zh-CN"/>
        </w:rPr>
      </w:pPr>
      <w:r>
        <w:rPr>
          <w:rFonts w:ascii="仿宋" w:eastAsia="仿宋" w:hAnsi="仿宋"/>
          <w:sz w:val="32"/>
          <w:lang w:eastAsia="zh-CN"/>
        </w:rPr>
        <w:t>居然知道那是因为先生的家书传至后世，早就是千古名篇了。</w:t>
      </w:r>
      <w:proofErr w:type="gramStart"/>
      <w:r>
        <w:rPr>
          <w:rFonts w:ascii="仿宋" w:eastAsia="仿宋" w:hAnsi="仿宋"/>
          <w:sz w:val="32"/>
          <w:lang w:eastAsia="zh-CN"/>
        </w:rPr>
        <w:t>臣房先下去</w:t>
      </w:r>
      <w:proofErr w:type="gramEnd"/>
      <w:r>
        <w:rPr>
          <w:rFonts w:ascii="仿宋" w:eastAsia="仿宋" w:hAnsi="仿宋"/>
          <w:sz w:val="32"/>
          <w:lang w:eastAsia="zh-CN"/>
        </w:rPr>
        <w:t>歇息吧。1800多年后，神起。除了我的</w:t>
      </w:r>
      <w:proofErr w:type="gramStart"/>
      <w:r>
        <w:rPr>
          <w:rFonts w:ascii="仿宋" w:eastAsia="仿宋" w:hAnsi="仿宋"/>
          <w:sz w:val="32"/>
          <w:lang w:eastAsia="zh-CN"/>
        </w:rPr>
        <w:t>诫</w:t>
      </w:r>
      <w:proofErr w:type="gramEnd"/>
      <w:r>
        <w:rPr>
          <w:rFonts w:ascii="仿宋" w:eastAsia="仿宋" w:hAnsi="仿宋"/>
          <w:sz w:val="32"/>
          <w:lang w:eastAsia="zh-CN"/>
        </w:rPr>
        <w:t>子书。</w:t>
      </w:r>
      <w:proofErr w:type="gramStart"/>
      <w:r>
        <w:rPr>
          <w:rFonts w:ascii="仿宋" w:eastAsia="仿宋" w:hAnsi="仿宋"/>
          <w:sz w:val="32"/>
          <w:lang w:eastAsia="zh-CN"/>
        </w:rPr>
        <w:t>杂军还</w:t>
      </w:r>
      <w:proofErr w:type="gramEnd"/>
      <w:r>
        <w:rPr>
          <w:rFonts w:ascii="仿宋" w:eastAsia="仿宋" w:hAnsi="仿宋"/>
          <w:sz w:val="32"/>
          <w:lang w:eastAsia="zh-CN"/>
        </w:rPr>
        <w:t>读过什么？我还读过《礼记》。还读过您做的《礼记》，</w:t>
      </w:r>
      <w:proofErr w:type="gramStart"/>
      <w:r>
        <w:rPr>
          <w:rFonts w:ascii="仿宋" w:eastAsia="仿宋" w:hAnsi="仿宋"/>
          <w:sz w:val="32"/>
          <w:lang w:eastAsia="zh-CN"/>
        </w:rPr>
        <w:t>著礼也者礼</w:t>
      </w:r>
      <w:proofErr w:type="gramEnd"/>
      <w:r>
        <w:rPr>
          <w:rFonts w:ascii="仿宋" w:eastAsia="仿宋" w:hAnsi="仿宋"/>
          <w:sz w:val="32"/>
          <w:lang w:eastAsia="zh-CN"/>
        </w:rPr>
        <w:t>也。礼记里有很多。值得遵循一生的道理呀。玉不琢不成器，人不学，不知道。凡事豫则立，</w:t>
      </w:r>
    </w:p>
    <w:p w14:paraId="115E1240" w14:textId="77777777" w:rsidR="00E87C95" w:rsidRDefault="00000000">
      <w:pPr>
        <w:spacing w:after="0" w:line="579" w:lineRule="exact"/>
        <w:ind w:firstLine="640"/>
        <w:rPr>
          <w:lang w:eastAsia="zh-CN"/>
        </w:rPr>
      </w:pPr>
      <w:proofErr w:type="gramStart"/>
      <w:r>
        <w:rPr>
          <w:rFonts w:ascii="仿宋" w:eastAsia="仿宋" w:hAnsi="仿宋"/>
          <w:sz w:val="32"/>
          <w:lang w:eastAsia="zh-CN"/>
        </w:rPr>
        <w:t>不</w:t>
      </w:r>
      <w:proofErr w:type="gramEnd"/>
      <w:r>
        <w:rPr>
          <w:rFonts w:ascii="仿宋" w:eastAsia="仿宋" w:hAnsi="仿宋"/>
          <w:sz w:val="32"/>
          <w:lang w:eastAsia="zh-CN"/>
        </w:rPr>
        <w:t>豫则废。修身、齐家、治国、平天下。</w:t>
      </w:r>
      <w:proofErr w:type="gramStart"/>
      <w:r>
        <w:rPr>
          <w:rFonts w:ascii="仿宋" w:eastAsia="仿宋" w:hAnsi="仿宋"/>
          <w:sz w:val="32"/>
          <w:lang w:eastAsia="zh-CN"/>
        </w:rPr>
        <w:t>撒君对</w:t>
      </w:r>
      <w:proofErr w:type="gramEnd"/>
      <w:r>
        <w:rPr>
          <w:rFonts w:ascii="仿宋" w:eastAsia="仿宋" w:hAnsi="仿宋"/>
          <w:sz w:val="32"/>
          <w:lang w:eastAsia="zh-CN"/>
        </w:rPr>
        <w:t>《礼记》，出口成松。那么，读《礼记》更重要的。是什么呢？完备想。应该是</w:t>
      </w:r>
      <w:proofErr w:type="gramStart"/>
      <w:r>
        <w:rPr>
          <w:rFonts w:ascii="仿宋" w:eastAsia="仿宋" w:hAnsi="仿宋"/>
          <w:sz w:val="32"/>
          <w:lang w:eastAsia="zh-CN"/>
        </w:rPr>
        <w:t>践行</w:t>
      </w:r>
      <w:proofErr w:type="gramEnd"/>
      <w:r>
        <w:rPr>
          <w:rFonts w:ascii="仿宋" w:eastAsia="仿宋" w:hAnsi="仿宋"/>
          <w:sz w:val="32"/>
          <w:lang w:eastAsia="zh-CN"/>
        </w:rPr>
        <w:t>。读懂了礼的原意。还要身体力行，才能成为真正的君子。如果天下人人都能够以礼仪之道作为立身之本，</w:t>
      </w:r>
      <w:proofErr w:type="gramStart"/>
      <w:r>
        <w:rPr>
          <w:rFonts w:ascii="仿宋" w:eastAsia="仿宋" w:hAnsi="仿宋"/>
          <w:sz w:val="32"/>
          <w:lang w:eastAsia="zh-CN"/>
        </w:rPr>
        <w:t>苟</w:t>
      </w:r>
      <w:proofErr w:type="gramEnd"/>
      <w:r>
        <w:rPr>
          <w:rFonts w:ascii="仿宋" w:eastAsia="仿宋" w:hAnsi="仿宋"/>
          <w:sz w:val="32"/>
          <w:lang w:eastAsia="zh-CN"/>
        </w:rPr>
        <w:t>证其身。则天下大同矣。</w:t>
      </w:r>
    </w:p>
    <w:p w14:paraId="60EED360" w14:textId="77777777" w:rsidR="00E87C95" w:rsidRDefault="00000000">
      <w:pPr>
        <w:spacing w:after="0" w:line="579" w:lineRule="exact"/>
        <w:ind w:firstLine="640"/>
        <w:rPr>
          <w:lang w:eastAsia="zh-CN"/>
        </w:rPr>
      </w:pPr>
      <w:r>
        <w:rPr>
          <w:rFonts w:ascii="仿宋" w:eastAsia="仿宋" w:hAnsi="仿宋"/>
          <w:sz w:val="32"/>
          <w:lang w:eastAsia="zh-CN"/>
        </w:rPr>
        <w:t>撒君。是东丽的君子啊。谢谢先生夸奖。《礼记》是一部教导人们如何成为彬彬有礼的君子的百科全书。上到治国方略，下至道德修养，无所不包，而先生所做的礼记注。</w:t>
      </w:r>
      <w:proofErr w:type="gramStart"/>
      <w:r>
        <w:rPr>
          <w:rFonts w:ascii="仿宋" w:eastAsia="仿宋" w:hAnsi="仿宋"/>
          <w:sz w:val="32"/>
          <w:lang w:eastAsia="zh-CN"/>
        </w:rPr>
        <w:t>四整百家</w:t>
      </w:r>
      <w:proofErr w:type="gramEnd"/>
      <w:r>
        <w:rPr>
          <w:rFonts w:ascii="仿宋" w:eastAsia="仿宋" w:hAnsi="仿宋"/>
          <w:sz w:val="32"/>
          <w:lang w:eastAsia="zh-CN"/>
        </w:rPr>
        <w:t>之不齐，让后世学子学礼记的时候</w:t>
      </w:r>
      <w:proofErr w:type="gramStart"/>
      <w:r>
        <w:rPr>
          <w:rFonts w:ascii="仿宋" w:eastAsia="仿宋" w:hAnsi="仿宋"/>
          <w:sz w:val="32"/>
          <w:lang w:eastAsia="zh-CN"/>
        </w:rPr>
        <w:t>能够念述先圣</w:t>
      </w:r>
      <w:proofErr w:type="gramEnd"/>
      <w:r>
        <w:rPr>
          <w:rFonts w:ascii="仿宋" w:eastAsia="仿宋" w:hAnsi="仿宋"/>
          <w:sz w:val="32"/>
          <w:lang w:eastAsia="zh-CN"/>
        </w:rPr>
        <w:t>之原</w:t>
      </w:r>
      <w:r>
        <w:rPr>
          <w:rFonts w:ascii="仿宋" w:eastAsia="仿宋" w:hAnsi="仿宋"/>
          <w:sz w:val="32"/>
          <w:lang w:eastAsia="zh-CN"/>
        </w:rPr>
        <w:lastRenderedPageBreak/>
        <w:t>意。</w:t>
      </w:r>
      <w:proofErr w:type="gramStart"/>
      <w:r>
        <w:rPr>
          <w:rFonts w:ascii="仿宋" w:eastAsia="仿宋" w:hAnsi="仿宋"/>
          <w:sz w:val="32"/>
          <w:lang w:eastAsia="zh-CN"/>
        </w:rPr>
        <w:t>念述先圣</w:t>
      </w:r>
      <w:proofErr w:type="gramEnd"/>
      <w:r>
        <w:rPr>
          <w:rFonts w:ascii="仿宋" w:eastAsia="仿宋" w:hAnsi="仿宋"/>
          <w:sz w:val="32"/>
          <w:lang w:eastAsia="zh-CN"/>
        </w:rPr>
        <w:t>之元意。</w:t>
      </w:r>
      <w:proofErr w:type="gramStart"/>
      <w:r>
        <w:rPr>
          <w:rFonts w:ascii="仿宋" w:eastAsia="仿宋" w:hAnsi="仿宋"/>
          <w:sz w:val="32"/>
          <w:lang w:eastAsia="zh-CN"/>
        </w:rPr>
        <w:t>思整百家</w:t>
      </w:r>
      <w:proofErr w:type="gramEnd"/>
      <w:r>
        <w:rPr>
          <w:rFonts w:ascii="仿宋" w:eastAsia="仿宋" w:hAnsi="仿宋"/>
          <w:sz w:val="32"/>
          <w:lang w:eastAsia="zh-CN"/>
        </w:rPr>
        <w:t>之不齐呀。我也是人到中年。才明白此道理呀。二六二七。</w:t>
      </w:r>
    </w:p>
    <w:p w14:paraId="452FF792" w14:textId="77777777" w:rsidR="00E87C95" w:rsidRDefault="00000000">
      <w:pPr>
        <w:spacing w:after="0" w:line="579" w:lineRule="exact"/>
        <w:ind w:firstLine="640"/>
        <w:rPr>
          <w:lang w:eastAsia="zh-CN"/>
        </w:rPr>
      </w:pPr>
      <w:r>
        <w:rPr>
          <w:rFonts w:ascii="仿宋" w:eastAsia="仿宋" w:hAnsi="仿宋"/>
          <w:sz w:val="32"/>
          <w:lang w:eastAsia="zh-CN"/>
        </w:rPr>
        <w:t>二八，二九，30，招不招？招不招？我没有。接档。这么不经打呀？郑玄，你招不招啊？你再不招他，就是你的下场，我再说一遍。杜公没有结账隐私。你若不是杜密</w:t>
      </w:r>
      <w:proofErr w:type="gramStart"/>
      <w:r>
        <w:rPr>
          <w:rFonts w:ascii="仿宋" w:eastAsia="仿宋" w:hAnsi="仿宋"/>
          <w:sz w:val="32"/>
          <w:lang w:eastAsia="zh-CN"/>
        </w:rPr>
        <w:t>一</w:t>
      </w:r>
      <w:proofErr w:type="gramEnd"/>
      <w:r>
        <w:rPr>
          <w:rFonts w:ascii="仿宋" w:eastAsia="仿宋" w:hAnsi="仿宋"/>
          <w:sz w:val="32"/>
          <w:lang w:eastAsia="zh-CN"/>
        </w:rPr>
        <w:t>党，</w:t>
      </w:r>
    </w:p>
    <w:p w14:paraId="5C3972E1" w14:textId="77777777" w:rsidR="00E87C95" w:rsidRDefault="00000000">
      <w:pPr>
        <w:spacing w:after="0" w:line="579" w:lineRule="exact"/>
        <w:ind w:firstLine="640"/>
        <w:rPr>
          <w:lang w:eastAsia="zh-CN"/>
        </w:rPr>
      </w:pPr>
      <w:r>
        <w:rPr>
          <w:rFonts w:ascii="仿宋" w:eastAsia="仿宋" w:hAnsi="仿宋"/>
          <w:sz w:val="32"/>
          <w:lang w:eastAsia="zh-CN"/>
        </w:rPr>
        <w:t>他为何推举你去北海为官，又举荐你入太学呀？杜公是我的伯乐，与我乃君子之交。死不悔改。非要挨了鞭子才肯说这可杀不可辱。你若敢对我动刑，我便一头喷死在这儿，绝不受辱！行，你嘴硬。看我怎么收拾你抬上来。快。当然，这些都是</w:t>
      </w:r>
      <w:proofErr w:type="gramStart"/>
      <w:r>
        <w:rPr>
          <w:rFonts w:ascii="仿宋" w:eastAsia="仿宋" w:hAnsi="仿宋"/>
          <w:sz w:val="32"/>
          <w:lang w:eastAsia="zh-CN"/>
        </w:rPr>
        <w:t>从政学</w:t>
      </w:r>
      <w:proofErr w:type="gramEnd"/>
      <w:r>
        <w:rPr>
          <w:rFonts w:ascii="仿宋" w:eastAsia="仿宋" w:hAnsi="仿宋"/>
          <w:sz w:val="32"/>
          <w:lang w:eastAsia="zh-CN"/>
        </w:rPr>
        <w:t>家中抄出的书。</w:t>
      </w:r>
    </w:p>
    <w:p w14:paraId="22F90F96" w14:textId="77777777" w:rsidR="00E87C95" w:rsidRDefault="00000000">
      <w:pPr>
        <w:spacing w:after="0" w:line="579" w:lineRule="exact"/>
        <w:ind w:firstLine="640"/>
        <w:rPr>
          <w:lang w:eastAsia="zh-CN"/>
        </w:rPr>
      </w:pPr>
      <w:r>
        <w:rPr>
          <w:rFonts w:ascii="仿宋" w:eastAsia="仿宋" w:hAnsi="仿宋"/>
          <w:sz w:val="32"/>
          <w:lang w:eastAsia="zh-CN"/>
        </w:rPr>
        <w:t>这都是经典，都是宝藏，没有你们想要的东西，果然是爱书如命啊，既然没有我想要的。那么就。你被先王之道，闻百家之言，少书的人是天下的贵人。张悬。死到临头还嘴硬，还</w:t>
      </w:r>
      <w:proofErr w:type="gramStart"/>
      <w:r>
        <w:rPr>
          <w:rFonts w:ascii="仿宋" w:eastAsia="仿宋" w:hAnsi="仿宋"/>
          <w:sz w:val="32"/>
          <w:lang w:eastAsia="zh-CN"/>
        </w:rPr>
        <w:t>敢骂本官</w:t>
      </w:r>
      <w:proofErr w:type="gramEnd"/>
      <w:r>
        <w:rPr>
          <w:rFonts w:ascii="仿宋" w:eastAsia="仿宋" w:hAnsi="仿宋"/>
          <w:sz w:val="32"/>
          <w:lang w:eastAsia="zh-CN"/>
        </w:rPr>
        <w:t>烧，把这些树全都给我烧了。我大汉的设计将毁于尔等之手，天下的百姓</w:t>
      </w:r>
      <w:proofErr w:type="gramStart"/>
      <w:r>
        <w:rPr>
          <w:rFonts w:ascii="仿宋" w:eastAsia="仿宋" w:hAnsi="仿宋"/>
          <w:sz w:val="32"/>
          <w:lang w:eastAsia="zh-CN"/>
        </w:rPr>
        <w:t>苦逼啊</w:t>
      </w:r>
      <w:proofErr w:type="gramEnd"/>
      <w:r>
        <w:rPr>
          <w:rFonts w:ascii="仿宋" w:eastAsia="仿宋" w:hAnsi="仿宋"/>
          <w:sz w:val="32"/>
          <w:lang w:eastAsia="zh-CN"/>
        </w:rPr>
        <w:t>。</w:t>
      </w:r>
    </w:p>
    <w:p w14:paraId="47D7ABE8" w14:textId="77777777" w:rsidR="00E87C95" w:rsidRDefault="00000000">
      <w:pPr>
        <w:spacing w:after="0" w:line="579" w:lineRule="exact"/>
        <w:ind w:firstLine="640"/>
        <w:rPr>
          <w:lang w:eastAsia="zh-CN"/>
        </w:rPr>
      </w:pPr>
      <w:r>
        <w:rPr>
          <w:rFonts w:ascii="仿宋" w:eastAsia="仿宋" w:hAnsi="仿宋"/>
          <w:sz w:val="32"/>
          <w:lang w:eastAsia="zh-CN"/>
        </w:rPr>
        <w:t>大人晕过去了。郑玄明记大千万别让他死了。诺慢走。玄二。你在看什么归母亲？我在读《礼记》。夫子说玉不琢不成器，人不学，不知道。学经典。薛先生原意。是康成一生所愿，我已推荐你入太学。先生原型。诸子百家，随你学习。</w:t>
      </w:r>
    </w:p>
    <w:p w14:paraId="37EAC8E3" w14:textId="77777777" w:rsidR="00E87C95" w:rsidRDefault="00000000">
      <w:pPr>
        <w:spacing w:after="0" w:line="579" w:lineRule="exact"/>
        <w:ind w:firstLine="640"/>
        <w:rPr>
          <w:lang w:eastAsia="zh-CN"/>
        </w:rPr>
      </w:pPr>
      <w:r>
        <w:rPr>
          <w:rFonts w:ascii="仿宋" w:eastAsia="仿宋" w:hAnsi="仿宋"/>
          <w:sz w:val="32"/>
          <w:lang w:eastAsia="zh-CN"/>
        </w:rPr>
        <w:t>我的</w:t>
      </w:r>
      <w:proofErr w:type="gramStart"/>
      <w:r>
        <w:rPr>
          <w:rFonts w:ascii="仿宋" w:eastAsia="仿宋" w:hAnsi="仿宋"/>
          <w:sz w:val="32"/>
          <w:lang w:eastAsia="zh-CN"/>
        </w:rPr>
        <w:t>恩师马</w:t>
      </w:r>
      <w:proofErr w:type="gramEnd"/>
      <w:r>
        <w:rPr>
          <w:rFonts w:ascii="仿宋" w:eastAsia="仿宋" w:hAnsi="仿宋"/>
          <w:sz w:val="32"/>
          <w:lang w:eastAsia="zh-CN"/>
        </w:rPr>
        <w:t>融夫子变通儒学博览群经。我愿</w:t>
      </w:r>
      <w:proofErr w:type="gramStart"/>
      <w:r>
        <w:rPr>
          <w:rFonts w:ascii="仿宋" w:eastAsia="仿宋" w:hAnsi="仿宋"/>
          <w:sz w:val="32"/>
          <w:lang w:eastAsia="zh-CN"/>
        </w:rPr>
        <w:t>为康臣兄</w:t>
      </w:r>
      <w:proofErr w:type="gramEnd"/>
      <w:r>
        <w:rPr>
          <w:rFonts w:ascii="仿宋" w:eastAsia="仿宋" w:hAnsi="仿宋"/>
          <w:sz w:val="32"/>
          <w:lang w:eastAsia="zh-CN"/>
        </w:rPr>
        <w:t>引荐一下。写字</w:t>
      </w:r>
      <w:proofErr w:type="gramStart"/>
      <w:r>
        <w:rPr>
          <w:rFonts w:ascii="仿宋" w:eastAsia="仿宋" w:hAnsi="仿宋"/>
          <w:sz w:val="32"/>
          <w:lang w:eastAsia="zh-CN"/>
        </w:rPr>
        <w:t>杆修影剑</w:t>
      </w:r>
      <w:proofErr w:type="gramEnd"/>
      <w:r>
        <w:rPr>
          <w:rFonts w:ascii="仿宋" w:eastAsia="仿宋" w:hAnsi="仿宋"/>
          <w:sz w:val="32"/>
          <w:lang w:eastAsia="zh-CN"/>
        </w:rPr>
        <w:t>。这是我为《周礼》做的传。要有人</w:t>
      </w:r>
      <w:r>
        <w:rPr>
          <w:rFonts w:ascii="仿宋" w:eastAsia="仿宋" w:hAnsi="仿宋"/>
          <w:sz w:val="32"/>
          <w:lang w:eastAsia="zh-CN"/>
        </w:rPr>
        <w:lastRenderedPageBreak/>
        <w:t>在为天下明礼仪之道。我做不到的。交给你了。要传礼于天下。众生皆趣。吾道东矣。郑生进去。吾道东雨。这个时候。郑生。夫子，</w:t>
      </w:r>
    </w:p>
    <w:p w14:paraId="45296BA1" w14:textId="77777777" w:rsidR="00E87C95" w:rsidRDefault="00000000">
      <w:pPr>
        <w:spacing w:after="0" w:line="579" w:lineRule="exact"/>
        <w:ind w:firstLine="640"/>
        <w:rPr>
          <w:lang w:eastAsia="zh-CN"/>
        </w:rPr>
      </w:pPr>
      <w:r>
        <w:rPr>
          <w:rFonts w:ascii="仿宋" w:eastAsia="仿宋" w:hAnsi="仿宋"/>
          <w:sz w:val="32"/>
          <w:lang w:eastAsia="zh-CN"/>
        </w:rPr>
        <w:t>夫子。夫子。夫子。父子。父子。我想你了。这个时候。受苦了。否则。他们逼着我诬陷杜密</w:t>
      </w:r>
      <w:proofErr w:type="gramStart"/>
      <w:r>
        <w:rPr>
          <w:rFonts w:ascii="仿宋" w:eastAsia="仿宋" w:hAnsi="仿宋"/>
          <w:sz w:val="32"/>
          <w:lang w:eastAsia="zh-CN"/>
        </w:rPr>
        <w:t>大人结档隐私</w:t>
      </w:r>
      <w:proofErr w:type="gramEnd"/>
      <w:r>
        <w:rPr>
          <w:rFonts w:ascii="仿宋" w:eastAsia="仿宋" w:hAnsi="仿宋"/>
          <w:sz w:val="32"/>
          <w:lang w:eastAsia="zh-CN"/>
        </w:rPr>
        <w:t>。这些禽兽。把你留给我的书。都瘦了。书不都是人写的吗？父子，</w:t>
      </w:r>
    </w:p>
    <w:p w14:paraId="6112DE0C" w14:textId="77777777" w:rsidR="00E87C95" w:rsidRDefault="00000000">
      <w:pPr>
        <w:spacing w:after="0" w:line="579" w:lineRule="exact"/>
        <w:ind w:firstLine="640"/>
        <w:rPr>
          <w:lang w:eastAsia="zh-CN"/>
        </w:rPr>
      </w:pPr>
      <w:r>
        <w:rPr>
          <w:rFonts w:ascii="仿宋" w:eastAsia="仿宋" w:hAnsi="仿宋"/>
          <w:sz w:val="32"/>
          <w:lang w:eastAsia="zh-CN"/>
        </w:rPr>
        <w:t>你是说。我应该在写。还记得你立下的宏愿吗？</w:t>
      </w:r>
      <w:proofErr w:type="gramStart"/>
      <w:r>
        <w:rPr>
          <w:rFonts w:ascii="仿宋" w:eastAsia="仿宋" w:hAnsi="仿宋"/>
          <w:sz w:val="32"/>
          <w:lang w:eastAsia="zh-CN"/>
        </w:rPr>
        <w:t>念述先圣</w:t>
      </w:r>
      <w:proofErr w:type="gramEnd"/>
      <w:r>
        <w:rPr>
          <w:rFonts w:ascii="仿宋" w:eastAsia="仿宋" w:hAnsi="仿宋"/>
          <w:sz w:val="32"/>
          <w:lang w:eastAsia="zh-CN"/>
        </w:rPr>
        <w:t>之元意。</w:t>
      </w:r>
      <w:proofErr w:type="gramStart"/>
      <w:r>
        <w:rPr>
          <w:rFonts w:ascii="仿宋" w:eastAsia="仿宋" w:hAnsi="仿宋"/>
          <w:sz w:val="32"/>
          <w:lang w:eastAsia="zh-CN"/>
        </w:rPr>
        <w:t>思整百家</w:t>
      </w:r>
      <w:proofErr w:type="gramEnd"/>
      <w:r>
        <w:rPr>
          <w:rFonts w:ascii="仿宋" w:eastAsia="仿宋" w:hAnsi="仿宋"/>
          <w:sz w:val="32"/>
          <w:lang w:eastAsia="zh-CN"/>
        </w:rPr>
        <w:t>之不齐。他们连。圣贤的书都感受与暴秦何异呀？越是此时，越应当为天下。再明</w:t>
      </w:r>
      <w:proofErr w:type="gramStart"/>
      <w:r>
        <w:rPr>
          <w:rFonts w:ascii="仿宋" w:eastAsia="仿宋" w:hAnsi="仿宋"/>
          <w:sz w:val="32"/>
          <w:lang w:eastAsia="zh-CN"/>
        </w:rPr>
        <w:t>先圣元</w:t>
      </w:r>
      <w:proofErr w:type="gramEnd"/>
      <w:r>
        <w:rPr>
          <w:rFonts w:ascii="仿宋" w:eastAsia="仿宋" w:hAnsi="仿宋"/>
          <w:sz w:val="32"/>
          <w:lang w:eastAsia="zh-CN"/>
        </w:rPr>
        <w:t>义。以典籍之光如照世人，得以行大道正途。先生众多，典籍浩瀚，哪一部典籍，</w:t>
      </w:r>
    </w:p>
    <w:p w14:paraId="2BDD550B" w14:textId="77777777" w:rsidR="00E87C95" w:rsidRDefault="00000000">
      <w:pPr>
        <w:spacing w:after="0" w:line="579" w:lineRule="exact"/>
        <w:ind w:firstLine="640"/>
        <w:rPr>
          <w:lang w:eastAsia="zh-CN"/>
        </w:rPr>
      </w:pPr>
      <w:r>
        <w:rPr>
          <w:rFonts w:ascii="仿宋" w:eastAsia="仿宋" w:hAnsi="仿宋"/>
          <w:sz w:val="32"/>
          <w:lang w:eastAsia="zh-CN"/>
        </w:rPr>
        <w:t>哪一位先贤之意？可以普照世间人心呐。君子有其事。必有其知。君子处事必合于礼，礼者何也？即士之智也。你是什么？那就是做事的方法。治国不以理。</w:t>
      </w:r>
      <w:proofErr w:type="gramStart"/>
      <w:r>
        <w:rPr>
          <w:rFonts w:ascii="仿宋" w:eastAsia="仿宋" w:hAnsi="仿宋"/>
          <w:sz w:val="32"/>
          <w:lang w:eastAsia="zh-CN"/>
        </w:rPr>
        <w:t>犹吾似而</w:t>
      </w:r>
      <w:proofErr w:type="gramEnd"/>
      <w:r>
        <w:rPr>
          <w:rFonts w:ascii="仿宋" w:eastAsia="仿宋" w:hAnsi="仿宋"/>
          <w:sz w:val="32"/>
          <w:lang w:eastAsia="zh-CN"/>
        </w:rPr>
        <w:t>更也。治国而不用理。就好比耕田。而不用类似。圣人以礼示之。</w:t>
      </w:r>
    </w:p>
    <w:p w14:paraId="651442F0" w14:textId="77777777" w:rsidR="00E87C95" w:rsidRDefault="00000000">
      <w:pPr>
        <w:spacing w:after="0" w:line="579" w:lineRule="exact"/>
        <w:ind w:firstLine="640"/>
        <w:rPr>
          <w:lang w:eastAsia="zh-CN"/>
        </w:rPr>
      </w:pPr>
      <w:r>
        <w:rPr>
          <w:rFonts w:ascii="仿宋" w:eastAsia="仿宋" w:hAnsi="仿宋"/>
          <w:sz w:val="32"/>
          <w:lang w:eastAsia="zh-CN"/>
        </w:rPr>
        <w:t>天下可得而正也。圣人用礼来昭示天下，天下才得以不如真鬼。回溯</w:t>
      </w:r>
      <w:proofErr w:type="gramStart"/>
      <w:r>
        <w:rPr>
          <w:rFonts w:ascii="仿宋" w:eastAsia="仿宋" w:hAnsi="仿宋"/>
          <w:sz w:val="32"/>
          <w:lang w:eastAsia="zh-CN"/>
        </w:rPr>
        <w:t>先圣元</w:t>
      </w:r>
      <w:proofErr w:type="gramEnd"/>
      <w:r>
        <w:rPr>
          <w:rFonts w:ascii="仿宋" w:eastAsia="仿宋" w:hAnsi="仿宋"/>
          <w:sz w:val="32"/>
          <w:lang w:eastAsia="zh-CN"/>
        </w:rPr>
        <w:t>义。郑生以为因为世人。数名哪一部典籍？以典籍之</w:t>
      </w:r>
      <w:proofErr w:type="gramStart"/>
      <w:r>
        <w:rPr>
          <w:rFonts w:ascii="仿宋" w:eastAsia="仿宋" w:hAnsi="仿宋"/>
          <w:sz w:val="32"/>
          <w:lang w:eastAsia="zh-CN"/>
        </w:rPr>
        <w:t>光主照世人</w:t>
      </w:r>
      <w:proofErr w:type="gramEnd"/>
      <w:r>
        <w:rPr>
          <w:rFonts w:ascii="仿宋" w:eastAsia="仿宋" w:hAnsi="仿宋"/>
          <w:sz w:val="32"/>
          <w:lang w:eastAsia="zh-CN"/>
        </w:rPr>
        <w:t>，得以行大道，正无君子，有其事必有其知。圣人以礼示之。天下可得而正隐，</w:t>
      </w:r>
      <w:proofErr w:type="gramStart"/>
      <w:r>
        <w:rPr>
          <w:rFonts w:ascii="仿宋" w:eastAsia="仿宋" w:hAnsi="仿宋"/>
          <w:sz w:val="32"/>
          <w:lang w:eastAsia="zh-CN"/>
        </w:rPr>
        <w:t>不</w:t>
      </w:r>
      <w:proofErr w:type="gramEnd"/>
      <w:r>
        <w:rPr>
          <w:rFonts w:ascii="仿宋" w:eastAsia="仿宋" w:hAnsi="仿宋"/>
          <w:sz w:val="32"/>
          <w:lang w:eastAsia="zh-CN"/>
        </w:rPr>
        <w:t>则。我明白了。为天下名大义。</w:t>
      </w:r>
    </w:p>
    <w:p w14:paraId="5558D704" w14:textId="77777777" w:rsidR="00E87C95" w:rsidRDefault="00000000">
      <w:pPr>
        <w:spacing w:after="0" w:line="579" w:lineRule="exact"/>
        <w:ind w:firstLine="640"/>
        <w:rPr>
          <w:lang w:eastAsia="zh-CN"/>
        </w:rPr>
      </w:pPr>
      <w:r>
        <w:rPr>
          <w:rFonts w:ascii="仿宋" w:eastAsia="仿宋" w:hAnsi="仿宋"/>
          <w:sz w:val="32"/>
          <w:lang w:eastAsia="zh-CN"/>
        </w:rPr>
        <w:t>为天下之大道，是天下得而政之，应该用礼。政权应当以礼为重，以礼。为</w:t>
      </w:r>
      <w:proofErr w:type="gramStart"/>
      <w:r>
        <w:rPr>
          <w:rFonts w:ascii="仿宋" w:eastAsia="仿宋" w:hAnsi="仿宋"/>
          <w:sz w:val="32"/>
          <w:lang w:eastAsia="zh-CN"/>
        </w:rPr>
        <w:t>先当年</w:t>
      </w:r>
      <w:proofErr w:type="gramEnd"/>
      <w:r>
        <w:rPr>
          <w:rFonts w:ascii="仿宋" w:eastAsia="仿宋" w:hAnsi="仿宋"/>
          <w:sz w:val="32"/>
          <w:lang w:eastAsia="zh-CN"/>
        </w:rPr>
        <w:t>我说。郑生金去。吾道</w:t>
      </w:r>
      <w:proofErr w:type="gramStart"/>
      <w:r>
        <w:rPr>
          <w:rFonts w:ascii="仿宋" w:eastAsia="仿宋" w:hAnsi="仿宋"/>
          <w:sz w:val="32"/>
          <w:lang w:eastAsia="zh-CN"/>
        </w:rPr>
        <w:t>东矣今日</w:t>
      </w:r>
      <w:proofErr w:type="gramEnd"/>
      <w:r>
        <w:rPr>
          <w:rFonts w:ascii="仿宋" w:eastAsia="仿宋" w:hAnsi="仿宋"/>
          <w:sz w:val="32"/>
          <w:lang w:eastAsia="zh-CN"/>
        </w:rPr>
        <w:lastRenderedPageBreak/>
        <w:t>我，要说郑生助理大道。欢迎。我有助力剂。全力。于天下。于天下。离也者。</w:t>
      </w:r>
    </w:p>
    <w:p w14:paraId="4C3D8886" w14:textId="77777777" w:rsidR="00E87C95" w:rsidRDefault="00000000">
      <w:pPr>
        <w:spacing w:after="0" w:line="579" w:lineRule="exact"/>
        <w:ind w:firstLine="640"/>
        <w:rPr>
          <w:lang w:eastAsia="zh-CN"/>
        </w:rPr>
      </w:pPr>
      <w:r>
        <w:rPr>
          <w:rFonts w:ascii="仿宋" w:eastAsia="仿宋" w:hAnsi="仿宋"/>
          <w:sz w:val="32"/>
          <w:lang w:eastAsia="zh-CN"/>
        </w:rPr>
        <w:t>你也。敌也者，愚也。你也者。七眼。礼仪。就是道理理应当实践。礼于人一体。第一页。礼有。题意。我定当将，</w:t>
      </w:r>
      <w:proofErr w:type="gramStart"/>
      <w:r>
        <w:rPr>
          <w:rFonts w:ascii="仿宋" w:eastAsia="仿宋" w:hAnsi="仿宋"/>
          <w:sz w:val="32"/>
          <w:lang w:eastAsia="zh-CN"/>
        </w:rPr>
        <w:t>先圣元</w:t>
      </w:r>
      <w:proofErr w:type="gramEnd"/>
      <w:r>
        <w:rPr>
          <w:rFonts w:ascii="仿宋" w:eastAsia="仿宋" w:hAnsi="仿宋"/>
          <w:sz w:val="32"/>
          <w:lang w:eastAsia="zh-CN"/>
        </w:rPr>
        <w:t>义。传于天下。西周三间之乱后。</w:t>
      </w:r>
    </w:p>
    <w:p w14:paraId="6FAB4EE0" w14:textId="77777777" w:rsidR="00E87C95" w:rsidRDefault="00000000">
      <w:pPr>
        <w:spacing w:after="0" w:line="579" w:lineRule="exact"/>
        <w:ind w:firstLine="640"/>
        <w:rPr>
          <w:lang w:eastAsia="zh-CN"/>
        </w:rPr>
      </w:pPr>
      <w:r>
        <w:rPr>
          <w:rFonts w:ascii="仿宋" w:eastAsia="仿宋" w:hAnsi="仿宋"/>
          <w:sz w:val="32"/>
          <w:lang w:eastAsia="zh-CN"/>
        </w:rPr>
        <w:t>周公为防战乱，再起治理越典章制度。西周得以绵延270余年。但到了东周，诸侯见越</w:t>
      </w:r>
      <w:proofErr w:type="gramStart"/>
      <w:r>
        <w:rPr>
          <w:rFonts w:ascii="仿宋" w:eastAsia="仿宋" w:hAnsi="仿宋"/>
          <w:sz w:val="32"/>
          <w:lang w:eastAsia="zh-CN"/>
        </w:rPr>
        <w:t>离崩越坏</w:t>
      </w:r>
      <w:proofErr w:type="gramEnd"/>
      <w:r>
        <w:rPr>
          <w:rFonts w:ascii="仿宋" w:eastAsia="仿宋" w:hAnsi="仿宋"/>
          <w:sz w:val="32"/>
          <w:lang w:eastAsia="zh-CN"/>
        </w:rPr>
        <w:t>，如今宦官乱政，外戚专权。又是礼崩乐坏的开始啊。您为了维护心中的礼。也付出了巨大的代价。后来。我虽免于牢狱之灾。却因此。被禁锢在家中。14年。</w:t>
      </w:r>
    </w:p>
    <w:p w14:paraId="19FDCB2F" w14:textId="77777777" w:rsidR="00E87C95" w:rsidRDefault="00000000">
      <w:pPr>
        <w:spacing w:after="0" w:line="579" w:lineRule="exact"/>
        <w:ind w:firstLine="640"/>
        <w:rPr>
          <w:lang w:eastAsia="zh-CN"/>
        </w:rPr>
      </w:pPr>
      <w:r>
        <w:rPr>
          <w:rFonts w:ascii="仿宋" w:eastAsia="仿宋" w:hAnsi="仿宋"/>
          <w:sz w:val="32"/>
          <w:lang w:eastAsia="zh-CN"/>
        </w:rPr>
        <w:t>父亲嗯。您在写什么？父亲在筑《礼记》呀，女儿。哪儿来的梨呀？母亲给</w:t>
      </w:r>
      <w:proofErr w:type="gramStart"/>
      <w:r>
        <w:rPr>
          <w:rFonts w:ascii="仿宋" w:eastAsia="仿宋" w:hAnsi="仿宋"/>
          <w:sz w:val="32"/>
          <w:lang w:eastAsia="zh-CN"/>
        </w:rPr>
        <w:t>的益儿想</w:t>
      </w:r>
      <w:proofErr w:type="gramEnd"/>
      <w:r>
        <w:rPr>
          <w:rFonts w:ascii="仿宋" w:eastAsia="仿宋" w:hAnsi="仿宋"/>
          <w:sz w:val="32"/>
          <w:lang w:eastAsia="zh-CN"/>
        </w:rPr>
        <w:t>吃大的一半给父亲吃。</w:t>
      </w:r>
      <w:proofErr w:type="gramStart"/>
      <w:r>
        <w:rPr>
          <w:rFonts w:ascii="仿宋" w:eastAsia="仿宋" w:hAnsi="仿宋"/>
          <w:sz w:val="32"/>
          <w:lang w:eastAsia="zh-CN"/>
        </w:rPr>
        <w:t>益儿懂得</w:t>
      </w:r>
      <w:proofErr w:type="gramEnd"/>
      <w:r>
        <w:rPr>
          <w:rFonts w:ascii="仿宋" w:eastAsia="仿宋" w:hAnsi="仿宋"/>
          <w:sz w:val="32"/>
          <w:lang w:eastAsia="zh-CN"/>
        </w:rPr>
        <w:t>让梨啦！孔融把大的梨子让给父亲和哥哥，而把小的梨子留给自己。礼仪就是礼仪。但是礼仪啊。却不止于离。那我要学礼仪。学理呀，可以跟孔融学。</w:t>
      </w:r>
    </w:p>
    <w:p w14:paraId="38687B74" w14:textId="77777777" w:rsidR="00E87C95" w:rsidRDefault="00000000">
      <w:pPr>
        <w:spacing w:after="0" w:line="579" w:lineRule="exact"/>
        <w:ind w:firstLine="640"/>
        <w:rPr>
          <w:lang w:eastAsia="zh-CN"/>
        </w:rPr>
      </w:pPr>
      <w:r>
        <w:rPr>
          <w:rFonts w:ascii="仿宋" w:eastAsia="仿宋" w:hAnsi="仿宋"/>
          <w:sz w:val="32"/>
          <w:lang w:eastAsia="zh-CN"/>
        </w:rPr>
        <w:t>也可以呢，跟典籍学呀，父亲您教我。好。没好吧。哎呀，慢点。等等。父亲什么是礼？离也者，离也学礼的过程将雕琢美玉琢玉。按其纹理洗礼，遵照道理，玉不琢不成器，人不学，不知道。</w:t>
      </w:r>
    </w:p>
    <w:p w14:paraId="1B54DF85" w14:textId="77777777" w:rsidR="00E87C95" w:rsidRDefault="00000000">
      <w:pPr>
        <w:spacing w:after="0" w:line="579" w:lineRule="exact"/>
        <w:ind w:firstLine="640"/>
        <w:rPr>
          <w:lang w:eastAsia="zh-CN"/>
        </w:rPr>
      </w:pPr>
      <w:r>
        <w:rPr>
          <w:rFonts w:ascii="仿宋" w:eastAsia="仿宋" w:hAnsi="仿宋"/>
          <w:sz w:val="32"/>
          <w:lang w:eastAsia="zh-CN"/>
        </w:rPr>
        <w:t>学而知之，做而成器，这个道理要贯穿一生</w:t>
      </w:r>
      <w:proofErr w:type="gramStart"/>
      <w:r>
        <w:rPr>
          <w:rFonts w:ascii="仿宋" w:eastAsia="仿宋" w:hAnsi="仿宋"/>
          <w:sz w:val="32"/>
          <w:lang w:eastAsia="zh-CN"/>
        </w:rPr>
        <w:t>一生</w:t>
      </w:r>
      <w:proofErr w:type="gramEnd"/>
      <w:r>
        <w:rPr>
          <w:rFonts w:ascii="仿宋" w:eastAsia="仿宋" w:hAnsi="仿宋"/>
          <w:sz w:val="32"/>
          <w:lang w:eastAsia="zh-CN"/>
        </w:rPr>
        <w:t>很长学历，应该先记住什么呢？要先记住。礼，时为大讲究，礼仪要符合时宜。父亲，我明白了，我现在最重要的礼就是跟你</w:t>
      </w:r>
      <w:r>
        <w:rPr>
          <w:rFonts w:ascii="仿宋" w:eastAsia="仿宋" w:hAnsi="仿宋"/>
          <w:sz w:val="32"/>
          <w:lang w:eastAsia="zh-CN"/>
        </w:rPr>
        <w:lastRenderedPageBreak/>
        <w:t>一起吃梨子对。</w:t>
      </w:r>
      <w:proofErr w:type="gramStart"/>
      <w:r>
        <w:rPr>
          <w:rFonts w:ascii="仿宋" w:eastAsia="仿宋" w:hAnsi="仿宋"/>
          <w:sz w:val="32"/>
          <w:lang w:eastAsia="zh-CN"/>
        </w:rPr>
        <w:t>梨实味</w:t>
      </w:r>
      <w:proofErr w:type="gramEnd"/>
      <w:r>
        <w:rPr>
          <w:rFonts w:ascii="仿宋" w:eastAsia="仿宋" w:hAnsi="仿宋"/>
          <w:sz w:val="32"/>
          <w:lang w:eastAsia="zh-CN"/>
        </w:rPr>
        <w:t>大，再不吃就不脆了啊。父亲。因而。一人今日读了礼记</w:t>
      </w:r>
      <w:proofErr w:type="gramStart"/>
      <w:r>
        <w:rPr>
          <w:rFonts w:ascii="仿宋" w:eastAsia="仿宋" w:hAnsi="仿宋"/>
          <w:sz w:val="32"/>
          <w:lang w:eastAsia="zh-CN"/>
        </w:rPr>
        <w:t>的儒情片</w:t>
      </w:r>
      <w:proofErr w:type="gramEnd"/>
      <w:r>
        <w:rPr>
          <w:rFonts w:ascii="仿宋" w:eastAsia="仿宋" w:hAnsi="仿宋"/>
          <w:sz w:val="32"/>
          <w:lang w:eastAsia="zh-CN"/>
        </w:rPr>
        <w:t>，</w:t>
      </w:r>
    </w:p>
    <w:p w14:paraId="220FA4A5" w14:textId="77777777" w:rsidR="00E87C95" w:rsidRDefault="00000000">
      <w:pPr>
        <w:spacing w:after="0" w:line="579" w:lineRule="exact"/>
        <w:ind w:firstLine="640"/>
        <w:rPr>
          <w:lang w:eastAsia="zh-CN"/>
        </w:rPr>
      </w:pPr>
      <w:r>
        <w:rPr>
          <w:rFonts w:ascii="仿宋" w:eastAsia="仿宋" w:hAnsi="仿宋"/>
          <w:sz w:val="32"/>
          <w:lang w:eastAsia="zh-CN"/>
        </w:rPr>
        <w:t>感受最深的是哪几句啊？如又忠信，以为假</w:t>
      </w:r>
      <w:proofErr w:type="gramStart"/>
      <w:r>
        <w:rPr>
          <w:rFonts w:ascii="仿宋" w:eastAsia="仿宋" w:hAnsi="仿宋"/>
          <w:sz w:val="32"/>
          <w:lang w:eastAsia="zh-CN"/>
        </w:rPr>
        <w:t>宙</w:t>
      </w:r>
      <w:proofErr w:type="gramEnd"/>
      <w:r>
        <w:rPr>
          <w:rFonts w:ascii="仿宋" w:eastAsia="仿宋" w:hAnsi="仿宋"/>
          <w:sz w:val="32"/>
          <w:lang w:eastAsia="zh-CN"/>
        </w:rPr>
        <w:t>。礼义</w:t>
      </w:r>
      <w:proofErr w:type="gramStart"/>
      <w:r>
        <w:rPr>
          <w:rFonts w:ascii="仿宋" w:eastAsia="仿宋" w:hAnsi="仿宋"/>
          <w:sz w:val="32"/>
          <w:lang w:eastAsia="zh-CN"/>
        </w:rPr>
        <w:t>以为甘鲁待人</w:t>
      </w:r>
      <w:proofErr w:type="gramEnd"/>
      <w:r>
        <w:rPr>
          <w:rFonts w:ascii="仿宋" w:eastAsia="仿宋" w:hAnsi="仿宋"/>
          <w:sz w:val="32"/>
          <w:lang w:eastAsia="zh-CN"/>
        </w:rPr>
        <w:t>而行，</w:t>
      </w:r>
      <w:proofErr w:type="gramStart"/>
      <w:r>
        <w:rPr>
          <w:rFonts w:ascii="仿宋" w:eastAsia="仿宋" w:hAnsi="仿宋"/>
          <w:sz w:val="32"/>
          <w:lang w:eastAsia="zh-CN"/>
        </w:rPr>
        <w:t>报义而</w:t>
      </w:r>
      <w:proofErr w:type="gramEnd"/>
      <w:r>
        <w:rPr>
          <w:rFonts w:ascii="仿宋" w:eastAsia="仿宋" w:hAnsi="仿宋"/>
          <w:sz w:val="32"/>
          <w:lang w:eastAsia="zh-CN"/>
        </w:rPr>
        <w:t>处儒者。把中信作为假</w:t>
      </w:r>
      <w:proofErr w:type="gramStart"/>
      <w:r>
        <w:rPr>
          <w:rFonts w:ascii="仿宋" w:eastAsia="仿宋" w:hAnsi="仿宋"/>
          <w:sz w:val="32"/>
          <w:lang w:eastAsia="zh-CN"/>
        </w:rPr>
        <w:t>宙</w:t>
      </w:r>
      <w:proofErr w:type="gramEnd"/>
      <w:r>
        <w:rPr>
          <w:rFonts w:ascii="仿宋" w:eastAsia="仿宋" w:hAnsi="仿宋"/>
          <w:sz w:val="32"/>
          <w:lang w:eastAsia="zh-CN"/>
        </w:rPr>
        <w:t>礼仪。作为盾牌。失礼是为自己但。更是为天下。父亲当年为守护心中的忠信。遭遇牢狱之灾，受禁箍之难。伊尔很是敬佩。</w:t>
      </w:r>
      <w:proofErr w:type="gramStart"/>
      <w:r>
        <w:rPr>
          <w:rFonts w:ascii="仿宋" w:eastAsia="仿宋" w:hAnsi="仿宋"/>
          <w:sz w:val="32"/>
          <w:lang w:eastAsia="zh-CN"/>
        </w:rPr>
        <w:t>益儿常常</w:t>
      </w:r>
      <w:proofErr w:type="gramEnd"/>
      <w:r>
        <w:rPr>
          <w:rFonts w:ascii="仿宋" w:eastAsia="仿宋" w:hAnsi="仿宋"/>
          <w:sz w:val="32"/>
          <w:lang w:eastAsia="zh-CN"/>
        </w:rPr>
        <w:t>想是什么支撑了父亲呢？今日终于找到了出处，</w:t>
      </w:r>
    </w:p>
    <w:p w14:paraId="4D2C11AD" w14:textId="77777777" w:rsidR="00E87C95" w:rsidRDefault="00000000">
      <w:pPr>
        <w:spacing w:after="0" w:line="579" w:lineRule="exact"/>
        <w:ind w:firstLine="640"/>
        <w:rPr>
          <w:lang w:eastAsia="zh-CN"/>
        </w:rPr>
      </w:pPr>
      <w:proofErr w:type="gramStart"/>
      <w:r>
        <w:rPr>
          <w:rFonts w:ascii="仿宋" w:eastAsia="仿宋" w:hAnsi="仿宋"/>
          <w:sz w:val="32"/>
          <w:lang w:eastAsia="zh-CN"/>
        </w:rPr>
        <w:t>益儿也要</w:t>
      </w:r>
      <w:proofErr w:type="gramEnd"/>
      <w:r>
        <w:rPr>
          <w:rFonts w:ascii="仿宋" w:eastAsia="仿宋" w:hAnsi="仿宋"/>
          <w:sz w:val="32"/>
          <w:lang w:eastAsia="zh-CN"/>
        </w:rPr>
        <w:t>向父亲学习。做到人与礼一体。如今。</w:t>
      </w:r>
      <w:proofErr w:type="gramStart"/>
      <w:r>
        <w:rPr>
          <w:rFonts w:ascii="仿宋" w:eastAsia="仿宋" w:hAnsi="仿宋"/>
          <w:sz w:val="32"/>
          <w:lang w:eastAsia="zh-CN"/>
        </w:rPr>
        <w:t>伊儿长大</w:t>
      </w:r>
      <w:proofErr w:type="gramEnd"/>
      <w:r>
        <w:rPr>
          <w:rFonts w:ascii="仿宋" w:eastAsia="仿宋" w:hAnsi="仿宋"/>
          <w:sz w:val="32"/>
          <w:lang w:eastAsia="zh-CN"/>
        </w:rPr>
        <w:t>了，武道不孤后学。有人喽。被禁锢的14年。反倒成就了我的。天伦之乐。为《礼记》坐得住。写在竹简上。也写在了。伊尔的心里。后来得赦令解禁锢。我才可以。</w:t>
      </w:r>
    </w:p>
    <w:p w14:paraId="2EAEFB7B" w14:textId="77777777" w:rsidR="00E87C95" w:rsidRDefault="00000000">
      <w:pPr>
        <w:spacing w:after="0" w:line="579" w:lineRule="exact"/>
        <w:ind w:firstLine="640"/>
        <w:rPr>
          <w:lang w:eastAsia="zh-CN"/>
        </w:rPr>
      </w:pPr>
      <w:r>
        <w:rPr>
          <w:rFonts w:ascii="仿宋" w:eastAsia="仿宋" w:hAnsi="仿宋"/>
          <w:sz w:val="32"/>
          <w:lang w:eastAsia="zh-CN"/>
        </w:rPr>
        <w:t>公开讲学了，</w:t>
      </w:r>
      <w:proofErr w:type="gramStart"/>
      <w:r>
        <w:rPr>
          <w:rFonts w:ascii="仿宋" w:eastAsia="仿宋" w:hAnsi="仿宋"/>
          <w:sz w:val="32"/>
          <w:lang w:eastAsia="zh-CN"/>
        </w:rPr>
        <w:t>您公开</w:t>
      </w:r>
      <w:proofErr w:type="gramEnd"/>
      <w:r>
        <w:rPr>
          <w:rFonts w:ascii="仿宋" w:eastAsia="仿宋" w:hAnsi="仿宋"/>
          <w:sz w:val="32"/>
          <w:lang w:eastAsia="zh-CN"/>
        </w:rPr>
        <w:t>讲学之后，门下弟子上千人，北海象孔融。仰慕您的明德，为您专门设了郑公乡，在您门前修筑起了宽阔的大路，立起了高大的门楼。</w:t>
      </w:r>
      <w:proofErr w:type="gramStart"/>
      <w:r>
        <w:rPr>
          <w:rFonts w:ascii="仿宋" w:eastAsia="仿宋" w:hAnsi="仿宋"/>
          <w:sz w:val="32"/>
          <w:lang w:eastAsia="zh-CN"/>
        </w:rPr>
        <w:t>好通德</w:t>
      </w:r>
      <w:proofErr w:type="gramEnd"/>
      <w:r>
        <w:rPr>
          <w:rFonts w:ascii="仿宋" w:eastAsia="仿宋" w:hAnsi="仿宋"/>
          <w:sz w:val="32"/>
          <w:lang w:eastAsia="zh-CN"/>
        </w:rPr>
        <w:t>门。孔融是当世贤者，义而得以拜孔融为师。向手里君子学习呀。据说孔融先生在北海修成义立学校，善待百姓颇有之意。可袁绍之子</w:t>
      </w:r>
      <w:proofErr w:type="gramStart"/>
      <w:r>
        <w:rPr>
          <w:rFonts w:ascii="仿宋" w:eastAsia="仿宋" w:hAnsi="仿宋"/>
          <w:sz w:val="32"/>
          <w:lang w:eastAsia="zh-CN"/>
        </w:rPr>
        <w:t>袁</w:t>
      </w:r>
      <w:proofErr w:type="gramEnd"/>
      <w:r>
        <w:rPr>
          <w:rFonts w:ascii="仿宋" w:eastAsia="仿宋" w:hAnsi="仿宋"/>
          <w:sz w:val="32"/>
          <w:lang w:eastAsia="zh-CN"/>
        </w:rPr>
        <w:t>谭。</w:t>
      </w:r>
    </w:p>
    <w:p w14:paraId="09F26B2A" w14:textId="77777777" w:rsidR="00E87C95" w:rsidRDefault="00000000">
      <w:pPr>
        <w:spacing w:after="0" w:line="579" w:lineRule="exact"/>
        <w:ind w:firstLine="640"/>
        <w:rPr>
          <w:lang w:eastAsia="zh-CN"/>
        </w:rPr>
      </w:pPr>
      <w:r>
        <w:rPr>
          <w:rFonts w:ascii="仿宋" w:eastAsia="仿宋" w:hAnsi="仿宋"/>
          <w:sz w:val="32"/>
          <w:lang w:eastAsia="zh-CN"/>
        </w:rPr>
        <w:t>每</w:t>
      </w:r>
      <w:proofErr w:type="gramStart"/>
      <w:r>
        <w:rPr>
          <w:rFonts w:ascii="仿宋" w:eastAsia="仿宋" w:hAnsi="仿宋"/>
          <w:sz w:val="32"/>
          <w:lang w:eastAsia="zh-CN"/>
        </w:rPr>
        <w:t>于右帝争权</w:t>
      </w:r>
      <w:proofErr w:type="gramEnd"/>
      <w:r>
        <w:rPr>
          <w:rFonts w:ascii="仿宋" w:eastAsia="仿宋" w:hAnsi="仿宋"/>
          <w:sz w:val="32"/>
          <w:lang w:eastAsia="zh-CN"/>
        </w:rPr>
        <w:t>，围攻北海。伊尔。</w:t>
      </w:r>
      <w:proofErr w:type="gramStart"/>
      <w:r>
        <w:rPr>
          <w:rFonts w:ascii="仿宋" w:eastAsia="仿宋" w:hAnsi="仿宋"/>
          <w:sz w:val="32"/>
          <w:lang w:eastAsia="zh-CN"/>
        </w:rPr>
        <w:t>此次你</w:t>
      </w:r>
      <w:proofErr w:type="gramEnd"/>
      <w:r>
        <w:rPr>
          <w:rFonts w:ascii="仿宋" w:eastAsia="仿宋" w:hAnsi="仿宋"/>
          <w:sz w:val="32"/>
          <w:lang w:eastAsia="zh-CN"/>
        </w:rPr>
        <w:t>去北海要多加小心呐。父亲放心，</w:t>
      </w:r>
      <w:proofErr w:type="gramStart"/>
      <w:r>
        <w:rPr>
          <w:rFonts w:ascii="仿宋" w:eastAsia="仿宋" w:hAnsi="仿宋"/>
          <w:sz w:val="32"/>
          <w:lang w:eastAsia="zh-CN"/>
        </w:rPr>
        <w:t>益儿此去</w:t>
      </w:r>
      <w:proofErr w:type="gramEnd"/>
      <w:r>
        <w:rPr>
          <w:rFonts w:ascii="仿宋" w:eastAsia="仿宋" w:hAnsi="仿宋"/>
          <w:sz w:val="32"/>
          <w:lang w:eastAsia="zh-CN"/>
        </w:rPr>
        <w:t>一定营救出恐龙夫子。守护城中百姓，此次</w:t>
      </w:r>
      <w:proofErr w:type="gramStart"/>
      <w:r>
        <w:rPr>
          <w:rFonts w:ascii="仿宋" w:eastAsia="仿宋" w:hAnsi="仿宋"/>
          <w:sz w:val="32"/>
          <w:lang w:eastAsia="zh-CN"/>
        </w:rPr>
        <w:t>袁</w:t>
      </w:r>
      <w:proofErr w:type="gramEnd"/>
      <w:r>
        <w:rPr>
          <w:rFonts w:ascii="仿宋" w:eastAsia="仿宋" w:hAnsi="仿宋"/>
          <w:sz w:val="32"/>
          <w:lang w:eastAsia="zh-CN"/>
        </w:rPr>
        <w:t>谭率万余乱兵围困北海。靠，你们。只有百余人赴难讨贼，为父担忧你们呐。父亲，当年您凭一己之力对抗换挡淫威，</w:t>
      </w:r>
      <w:proofErr w:type="gramStart"/>
      <w:r>
        <w:rPr>
          <w:rFonts w:ascii="仿宋" w:eastAsia="仿宋" w:hAnsi="仿宋"/>
          <w:sz w:val="32"/>
          <w:lang w:eastAsia="zh-CN"/>
        </w:rPr>
        <w:t>不</w:t>
      </w:r>
      <w:proofErr w:type="gramEnd"/>
      <w:r>
        <w:rPr>
          <w:rFonts w:ascii="仿宋" w:eastAsia="仿宋" w:hAnsi="仿宋"/>
          <w:sz w:val="32"/>
          <w:lang w:eastAsia="zh-CN"/>
        </w:rPr>
        <w:t>曲解，</w:t>
      </w:r>
    </w:p>
    <w:p w14:paraId="3405D6B1" w14:textId="77777777" w:rsidR="00E87C95" w:rsidRDefault="00000000">
      <w:pPr>
        <w:spacing w:after="0" w:line="579" w:lineRule="exact"/>
        <w:ind w:firstLine="640"/>
        <w:rPr>
          <w:lang w:eastAsia="zh-CN"/>
        </w:rPr>
      </w:pPr>
      <w:proofErr w:type="spellStart"/>
      <w:r>
        <w:rPr>
          <w:rFonts w:ascii="仿宋" w:eastAsia="仿宋" w:hAnsi="仿宋"/>
          <w:sz w:val="32"/>
        </w:rPr>
        <w:lastRenderedPageBreak/>
        <w:t>不改制。您教孩儿。在如行天，中有云如</w:t>
      </w:r>
      <w:proofErr w:type="spellEnd"/>
      <w:r>
        <w:rPr>
          <w:rFonts w:ascii="仿宋" w:eastAsia="仿宋" w:hAnsi="仿宋"/>
          <w:sz w:val="32"/>
        </w:rPr>
        <w:t>。</w:t>
      </w:r>
      <w:r>
        <w:rPr>
          <w:rFonts w:ascii="仿宋" w:eastAsia="仿宋" w:hAnsi="仿宋"/>
          <w:sz w:val="32"/>
          <w:lang w:eastAsia="zh-CN"/>
        </w:rPr>
        <w:t>有忠信以为假宙礼义。以为干橹，待人而行，报义而处。如今恩师受困，百姓蒙难。孩儿虽千万人，吾往矣。益兄益兄哎呀，益兄，你们这样走，</w:t>
      </w:r>
    </w:p>
    <w:p w14:paraId="5F0A1320" w14:textId="77777777" w:rsidR="00E87C95" w:rsidRDefault="00000000">
      <w:pPr>
        <w:spacing w:after="0" w:line="579" w:lineRule="exact"/>
        <w:ind w:firstLine="640"/>
        <w:rPr>
          <w:lang w:eastAsia="zh-CN"/>
        </w:rPr>
      </w:pPr>
      <w:r>
        <w:rPr>
          <w:rFonts w:ascii="仿宋" w:eastAsia="仿宋" w:hAnsi="仿宋"/>
          <w:sz w:val="32"/>
          <w:lang w:eastAsia="zh-CN"/>
        </w:rPr>
        <w:t>怎么也不跟我们说一声啊，我们也得</w:t>
      </w:r>
      <w:proofErr w:type="gramStart"/>
      <w:r>
        <w:rPr>
          <w:rFonts w:ascii="仿宋" w:eastAsia="仿宋" w:hAnsi="仿宋"/>
          <w:sz w:val="32"/>
          <w:lang w:eastAsia="zh-CN"/>
        </w:rPr>
        <w:t>去啊对呀</w:t>
      </w:r>
      <w:proofErr w:type="gramEnd"/>
      <w:r>
        <w:rPr>
          <w:rFonts w:ascii="仿宋" w:eastAsia="仿宋" w:hAnsi="仿宋"/>
          <w:sz w:val="32"/>
          <w:lang w:eastAsia="zh-CN"/>
        </w:rPr>
        <w:t>。此行凶险，诸位家中有妻儿老小，需要养我等。虽是乡野村夫，但也是跟郑玄夫子学过礼的。尔等此去营救贤者，于百姓赴难讨贼，我等咱可不去啊！是啊，多谢诸位！你们都是知礼守礼的君子。老夫啊，恨不能与你们同行营救。</w:t>
      </w:r>
    </w:p>
    <w:p w14:paraId="208C8FC3" w14:textId="77777777" w:rsidR="00E87C95" w:rsidRDefault="00000000">
      <w:pPr>
        <w:spacing w:after="0" w:line="579" w:lineRule="exact"/>
        <w:ind w:firstLine="640"/>
        <w:rPr>
          <w:lang w:eastAsia="zh-CN"/>
        </w:rPr>
      </w:pPr>
      <w:r>
        <w:rPr>
          <w:rFonts w:ascii="仿宋" w:eastAsia="仿宋" w:hAnsi="仿宋"/>
          <w:sz w:val="32"/>
          <w:lang w:eastAsia="zh-CN"/>
        </w:rPr>
        <w:t>孔太丑和百姓义耳。你去北海护佑北海的百姓为父。留在高密，守护着高密的百姓。父亲义儿临行前还有一事放心不下将。吾妻已有身，</w:t>
      </w:r>
      <w:proofErr w:type="gramStart"/>
      <w:r>
        <w:rPr>
          <w:rFonts w:ascii="仿宋" w:eastAsia="仿宋" w:hAnsi="仿宋"/>
          <w:sz w:val="32"/>
          <w:lang w:eastAsia="zh-CN"/>
        </w:rPr>
        <w:t>孕若亦</w:t>
      </w:r>
      <w:proofErr w:type="gramEnd"/>
      <w:r>
        <w:rPr>
          <w:rFonts w:ascii="仿宋" w:eastAsia="仿宋" w:hAnsi="仿宋"/>
          <w:sz w:val="32"/>
          <w:lang w:eastAsia="zh-CN"/>
        </w:rPr>
        <w:t>而此行，不要乱说。</w:t>
      </w:r>
      <w:proofErr w:type="gramStart"/>
      <w:r>
        <w:rPr>
          <w:rFonts w:ascii="仿宋" w:eastAsia="仿宋" w:hAnsi="仿宋"/>
          <w:sz w:val="32"/>
          <w:lang w:eastAsia="zh-CN"/>
        </w:rPr>
        <w:t>益儿父亲</w:t>
      </w:r>
      <w:proofErr w:type="gramEnd"/>
      <w:r>
        <w:rPr>
          <w:rFonts w:ascii="仿宋" w:eastAsia="仿宋" w:hAnsi="仿宋"/>
          <w:sz w:val="32"/>
          <w:lang w:eastAsia="zh-CN"/>
        </w:rPr>
        <w:t>就在此等你们开旋。益儿。这包袱里有你喜欢吃的梨在路上。跟大家分着解渴啊。嘿嘿</w:t>
      </w:r>
      <w:proofErr w:type="gramStart"/>
      <w:r>
        <w:rPr>
          <w:rFonts w:ascii="仿宋" w:eastAsia="仿宋" w:hAnsi="仿宋"/>
          <w:sz w:val="32"/>
          <w:lang w:eastAsia="zh-CN"/>
        </w:rPr>
        <w:t>嘿</w:t>
      </w:r>
      <w:proofErr w:type="gramEnd"/>
      <w:r>
        <w:rPr>
          <w:rFonts w:ascii="仿宋" w:eastAsia="仿宋" w:hAnsi="仿宋"/>
          <w:sz w:val="32"/>
          <w:lang w:eastAsia="zh-CN"/>
        </w:rPr>
        <w:t>。各位乡亲。诸位同门。</w:t>
      </w:r>
    </w:p>
    <w:p w14:paraId="4B73FD36" w14:textId="77777777" w:rsidR="00E87C95" w:rsidRDefault="00000000">
      <w:pPr>
        <w:spacing w:after="0" w:line="579" w:lineRule="exact"/>
        <w:ind w:firstLine="640"/>
        <w:rPr>
          <w:lang w:eastAsia="zh-CN"/>
        </w:rPr>
      </w:pPr>
      <w:r>
        <w:rPr>
          <w:rFonts w:ascii="仿宋" w:eastAsia="仿宋" w:hAnsi="仿宋"/>
          <w:sz w:val="32"/>
          <w:lang w:eastAsia="zh-CN"/>
        </w:rPr>
        <w:t>北海讨贼即刻启程出发。父亲。保重，赴死，保重。如有忠信。以为</w:t>
      </w:r>
      <w:proofErr w:type="gramStart"/>
      <w:r>
        <w:rPr>
          <w:rFonts w:ascii="仿宋" w:eastAsia="仿宋" w:hAnsi="仿宋"/>
          <w:sz w:val="32"/>
          <w:lang w:eastAsia="zh-CN"/>
        </w:rPr>
        <w:t>贾州李</w:t>
      </w:r>
      <w:proofErr w:type="gramEnd"/>
      <w:r>
        <w:rPr>
          <w:rFonts w:ascii="仿宋" w:eastAsia="仿宋" w:hAnsi="仿宋"/>
          <w:sz w:val="32"/>
          <w:lang w:eastAsia="zh-CN"/>
        </w:rPr>
        <w:t>益，以为甘谷。竹有忠信以为假，受礼义以为甘</w:t>
      </w:r>
      <w:proofErr w:type="gramStart"/>
      <w:r>
        <w:rPr>
          <w:rFonts w:ascii="仿宋" w:eastAsia="仿宋" w:hAnsi="仿宋"/>
          <w:sz w:val="32"/>
          <w:lang w:eastAsia="zh-CN"/>
        </w:rPr>
        <w:t>鲁</w:t>
      </w:r>
      <w:proofErr w:type="gramEnd"/>
      <w:r>
        <w:rPr>
          <w:rFonts w:ascii="仿宋" w:eastAsia="仿宋" w:hAnsi="仿宋"/>
          <w:sz w:val="32"/>
          <w:lang w:eastAsia="zh-CN"/>
        </w:rPr>
        <w:t>。待人而行，</w:t>
      </w:r>
      <w:proofErr w:type="gramStart"/>
      <w:r>
        <w:rPr>
          <w:rFonts w:ascii="仿宋" w:eastAsia="仿宋" w:hAnsi="仿宋"/>
          <w:sz w:val="32"/>
          <w:lang w:eastAsia="zh-CN"/>
        </w:rPr>
        <w:t>报义而</w:t>
      </w:r>
      <w:proofErr w:type="gramEnd"/>
      <w:r>
        <w:rPr>
          <w:rFonts w:ascii="仿宋" w:eastAsia="仿宋" w:hAnsi="仿宋"/>
          <w:sz w:val="32"/>
          <w:lang w:eastAsia="zh-CN"/>
        </w:rPr>
        <w:t>处。戴仁而行，抱义而处。待人而行，</w:t>
      </w:r>
    </w:p>
    <w:p w14:paraId="3BC5E47F" w14:textId="77777777" w:rsidR="00E87C95" w:rsidRDefault="00000000">
      <w:pPr>
        <w:spacing w:after="0" w:line="579" w:lineRule="exact"/>
        <w:ind w:firstLine="640"/>
        <w:rPr>
          <w:lang w:eastAsia="zh-CN"/>
        </w:rPr>
      </w:pPr>
      <w:r>
        <w:rPr>
          <w:rFonts w:ascii="仿宋" w:eastAsia="仿宋" w:hAnsi="仿宋"/>
          <w:sz w:val="32"/>
          <w:lang w:eastAsia="zh-CN"/>
        </w:rPr>
        <w:t>抱义而处。待人而行，道义而同。吾道</w:t>
      </w:r>
      <w:proofErr w:type="gramStart"/>
      <w:r>
        <w:rPr>
          <w:rFonts w:ascii="仿宋" w:eastAsia="仿宋" w:hAnsi="仿宋"/>
          <w:sz w:val="32"/>
          <w:lang w:eastAsia="zh-CN"/>
        </w:rPr>
        <w:t>东矣啊</w:t>
      </w:r>
      <w:proofErr w:type="gramEnd"/>
      <w:r>
        <w:rPr>
          <w:rFonts w:ascii="仿宋" w:eastAsia="仿宋" w:hAnsi="仿宋"/>
          <w:sz w:val="32"/>
          <w:lang w:eastAsia="zh-CN"/>
        </w:rPr>
        <w:t>。吾道。东夷。在刚才的戏剧当中，郑毅</w:t>
      </w:r>
      <w:proofErr w:type="gramStart"/>
      <w:r>
        <w:rPr>
          <w:rFonts w:ascii="仿宋" w:eastAsia="仿宋" w:hAnsi="仿宋"/>
          <w:sz w:val="32"/>
          <w:lang w:eastAsia="zh-CN"/>
        </w:rPr>
        <w:t>请鹰去</w:t>
      </w:r>
      <w:proofErr w:type="gramEnd"/>
      <w:r>
        <w:rPr>
          <w:rFonts w:ascii="仿宋" w:eastAsia="仿宋" w:hAnsi="仿宋"/>
          <w:sz w:val="32"/>
          <w:lang w:eastAsia="zh-CN"/>
        </w:rPr>
        <w:t>救恩师孔融，那么郑玄就对儿子说，吾道东矣！那这句话也是当初马融在送别郑玄的时候所说的话。这句</w:t>
      </w:r>
      <w:proofErr w:type="gramStart"/>
      <w:r>
        <w:rPr>
          <w:rFonts w:ascii="仿宋" w:eastAsia="仿宋" w:hAnsi="仿宋"/>
          <w:sz w:val="32"/>
          <w:lang w:eastAsia="zh-CN"/>
        </w:rPr>
        <w:t>吾道东矣到底</w:t>
      </w:r>
      <w:proofErr w:type="gramEnd"/>
      <w:r>
        <w:rPr>
          <w:rFonts w:ascii="仿宋" w:eastAsia="仿宋" w:hAnsi="仿宋"/>
          <w:sz w:val="32"/>
          <w:lang w:eastAsia="zh-CN"/>
        </w:rPr>
        <w:t>是什么意思呢？郑玄</w:t>
      </w:r>
      <w:r>
        <w:rPr>
          <w:rFonts w:ascii="仿宋" w:eastAsia="仿宋" w:hAnsi="仿宋"/>
          <w:sz w:val="32"/>
          <w:lang w:eastAsia="zh-CN"/>
        </w:rPr>
        <w:lastRenderedPageBreak/>
        <w:t>在马龙门下通过自己的勤勉好学，从一名三年未得马</w:t>
      </w:r>
      <w:proofErr w:type="gramStart"/>
      <w:r>
        <w:rPr>
          <w:rFonts w:ascii="仿宋" w:eastAsia="仿宋" w:hAnsi="仿宋"/>
          <w:sz w:val="32"/>
          <w:lang w:eastAsia="zh-CN"/>
        </w:rPr>
        <w:t>融亲自</w:t>
      </w:r>
      <w:proofErr w:type="gramEnd"/>
      <w:r>
        <w:rPr>
          <w:rFonts w:ascii="仿宋" w:eastAsia="仿宋" w:hAnsi="仿宋"/>
          <w:sz w:val="32"/>
          <w:lang w:eastAsia="zh-CN"/>
        </w:rPr>
        <w:t>授课，不被重视的这么一个学生。</w:t>
      </w:r>
    </w:p>
    <w:p w14:paraId="31DBBAD9" w14:textId="77777777" w:rsidR="00E87C95" w:rsidRDefault="00000000">
      <w:pPr>
        <w:spacing w:after="0" w:line="579" w:lineRule="exact"/>
        <w:ind w:firstLine="640"/>
        <w:rPr>
          <w:lang w:eastAsia="zh-CN"/>
        </w:rPr>
      </w:pPr>
      <w:r>
        <w:rPr>
          <w:rFonts w:ascii="仿宋" w:eastAsia="仿宋" w:hAnsi="仿宋"/>
          <w:sz w:val="32"/>
          <w:lang w:eastAsia="zh-CN"/>
        </w:rPr>
        <w:t>到成为马融上千弟子当中最得意的门生，在郑玄40岁拜别恩师归乡的时候，马</w:t>
      </w:r>
      <w:proofErr w:type="gramStart"/>
      <w:r>
        <w:rPr>
          <w:rFonts w:ascii="仿宋" w:eastAsia="仿宋" w:hAnsi="仿宋"/>
          <w:sz w:val="32"/>
          <w:lang w:eastAsia="zh-CN"/>
        </w:rPr>
        <w:t>融曾经</w:t>
      </w:r>
      <w:proofErr w:type="gramEnd"/>
      <w:r>
        <w:rPr>
          <w:rFonts w:ascii="仿宋" w:eastAsia="仿宋" w:hAnsi="仿宋"/>
          <w:sz w:val="32"/>
          <w:lang w:eastAsia="zh-CN"/>
        </w:rPr>
        <w:t>感叹道。郑生今去，吾道东矣。吾道</w:t>
      </w:r>
      <w:proofErr w:type="gramStart"/>
      <w:r>
        <w:rPr>
          <w:rFonts w:ascii="仿宋" w:eastAsia="仿宋" w:hAnsi="仿宋"/>
          <w:sz w:val="32"/>
          <w:lang w:eastAsia="zh-CN"/>
        </w:rPr>
        <w:t>东矣到</w:t>
      </w:r>
      <w:proofErr w:type="gramEnd"/>
      <w:r>
        <w:rPr>
          <w:rFonts w:ascii="仿宋" w:eastAsia="仿宋" w:hAnsi="仿宋"/>
          <w:sz w:val="32"/>
          <w:lang w:eastAsia="zh-CN"/>
        </w:rPr>
        <w:t>今天啊，已经成为一个成语，指的就是自己的学术得到了后人的继承。</w:t>
      </w:r>
      <w:proofErr w:type="gramStart"/>
      <w:r>
        <w:rPr>
          <w:rFonts w:ascii="仿宋" w:eastAsia="仿宋" w:hAnsi="仿宋"/>
          <w:sz w:val="32"/>
          <w:lang w:eastAsia="zh-CN"/>
        </w:rPr>
        <w:t>郑玄归乡</w:t>
      </w:r>
      <w:proofErr w:type="gramEnd"/>
      <w:r>
        <w:rPr>
          <w:rFonts w:ascii="仿宋" w:eastAsia="仿宋" w:hAnsi="仿宋"/>
          <w:sz w:val="32"/>
          <w:lang w:eastAsia="zh-CN"/>
        </w:rPr>
        <w:t>后，</w:t>
      </w:r>
      <w:proofErr w:type="gramStart"/>
      <w:r>
        <w:rPr>
          <w:rFonts w:ascii="仿宋" w:eastAsia="仿宋" w:hAnsi="仿宋"/>
          <w:sz w:val="32"/>
          <w:lang w:eastAsia="zh-CN"/>
        </w:rPr>
        <w:t>遍著群</w:t>
      </w:r>
      <w:proofErr w:type="gramEnd"/>
      <w:r>
        <w:rPr>
          <w:rFonts w:ascii="仿宋" w:eastAsia="仿宋" w:hAnsi="仿宋"/>
          <w:sz w:val="32"/>
          <w:lang w:eastAsia="zh-CN"/>
        </w:rPr>
        <w:t>经，构建了理学体系，也真正实现了马融所说的五道东夷。郑</w:t>
      </w:r>
      <w:proofErr w:type="gramStart"/>
      <w:r>
        <w:rPr>
          <w:rFonts w:ascii="仿宋" w:eastAsia="仿宋" w:hAnsi="仿宋"/>
          <w:sz w:val="32"/>
          <w:lang w:eastAsia="zh-CN"/>
        </w:rPr>
        <w:t>玄儿子</w:t>
      </w:r>
      <w:proofErr w:type="gramEnd"/>
      <w:r>
        <w:rPr>
          <w:rFonts w:ascii="仿宋" w:eastAsia="仿宋" w:hAnsi="仿宋"/>
          <w:sz w:val="32"/>
          <w:lang w:eastAsia="zh-CN"/>
        </w:rPr>
        <w:t>的故事其实在史书中记载是</w:t>
      </w:r>
      <w:proofErr w:type="gramStart"/>
      <w:r>
        <w:rPr>
          <w:rFonts w:ascii="仿宋" w:eastAsia="仿宋" w:hAnsi="仿宋"/>
          <w:sz w:val="32"/>
          <w:lang w:eastAsia="zh-CN"/>
        </w:rPr>
        <w:t>非常非常少</w:t>
      </w:r>
      <w:proofErr w:type="gramEnd"/>
      <w:r>
        <w:rPr>
          <w:rFonts w:ascii="仿宋" w:eastAsia="仿宋" w:hAnsi="仿宋"/>
          <w:sz w:val="32"/>
          <w:lang w:eastAsia="zh-CN"/>
        </w:rPr>
        <w:t>的，就在后汉书里说北海太守孔融之难。郑玄的儿子去奔赴，</w:t>
      </w:r>
    </w:p>
    <w:p w14:paraId="559BE116" w14:textId="77777777" w:rsidR="00E87C95" w:rsidRDefault="00000000">
      <w:pPr>
        <w:spacing w:after="0" w:line="579" w:lineRule="exact"/>
        <w:ind w:firstLine="640"/>
        <w:rPr>
          <w:lang w:eastAsia="zh-CN"/>
        </w:rPr>
      </w:pPr>
      <w:r>
        <w:rPr>
          <w:rFonts w:ascii="仿宋" w:eastAsia="仿宋" w:hAnsi="仿宋"/>
          <w:sz w:val="32"/>
          <w:lang w:eastAsia="zh-CN"/>
        </w:rPr>
        <w:t>其实这就是一句话的记载。但被你们演成了一个这么生动，这么丰富的故事，塑造出了一个临难</w:t>
      </w:r>
      <w:proofErr w:type="gramStart"/>
      <w:r>
        <w:rPr>
          <w:rFonts w:ascii="仿宋" w:eastAsia="仿宋" w:hAnsi="仿宋"/>
          <w:sz w:val="32"/>
          <w:lang w:eastAsia="zh-CN"/>
        </w:rPr>
        <w:t>勿</w:t>
      </w:r>
      <w:proofErr w:type="gramEnd"/>
      <w:r>
        <w:rPr>
          <w:rFonts w:ascii="仿宋" w:eastAsia="仿宋" w:hAnsi="仿宋"/>
          <w:sz w:val="32"/>
          <w:lang w:eastAsia="zh-CN"/>
        </w:rPr>
        <w:t>苟免的形象啊。而且我刚才在看这个故事的时候啊，就在想啊，为什么要选这样的一个角度呢？我觉得我们儒学呀，特别重视传承。那孔子就有所谓的过庭之训吧，教育他的儿子吧，不学诗，无以言，不学礼，无以立呀，</w:t>
      </w:r>
    </w:p>
    <w:p w14:paraId="5816E30E" w14:textId="77777777" w:rsidR="00E87C95" w:rsidRDefault="00000000">
      <w:pPr>
        <w:spacing w:after="0" w:line="579" w:lineRule="exact"/>
        <w:ind w:firstLine="640"/>
        <w:rPr>
          <w:lang w:eastAsia="zh-CN"/>
        </w:rPr>
      </w:pPr>
      <w:r>
        <w:rPr>
          <w:rFonts w:ascii="仿宋" w:eastAsia="仿宋" w:hAnsi="仿宋"/>
          <w:sz w:val="32"/>
          <w:lang w:eastAsia="zh-CN"/>
        </w:rPr>
        <w:t>那郑玄也是啊。他也是教育自己的儿子，那他的儿子其实就非常好的继承了郑玄的这个志向，郑玄的这个精神，你想那个时候儿奔赴孔融的身边。他是知道此去凶多吉少，但是毅然决然奔赴。一个人呢？他的成长</w:t>
      </w:r>
      <w:proofErr w:type="gramStart"/>
      <w:r>
        <w:rPr>
          <w:rFonts w:ascii="仿宋" w:eastAsia="仿宋" w:hAnsi="仿宋"/>
          <w:sz w:val="32"/>
          <w:lang w:eastAsia="zh-CN"/>
        </w:rPr>
        <w:t>最</w:t>
      </w:r>
      <w:proofErr w:type="gramEnd"/>
      <w:r>
        <w:rPr>
          <w:rFonts w:ascii="仿宋" w:eastAsia="仿宋" w:hAnsi="仿宋"/>
          <w:sz w:val="32"/>
          <w:lang w:eastAsia="zh-CN"/>
        </w:rPr>
        <w:t>核心的是道德成长，</w:t>
      </w:r>
      <w:proofErr w:type="gramStart"/>
      <w:r>
        <w:rPr>
          <w:rFonts w:ascii="仿宋" w:eastAsia="仿宋" w:hAnsi="仿宋"/>
          <w:sz w:val="32"/>
          <w:lang w:eastAsia="zh-CN"/>
        </w:rPr>
        <w:t>正义颂如行</w:t>
      </w:r>
      <w:proofErr w:type="gramEnd"/>
      <w:r>
        <w:rPr>
          <w:rFonts w:ascii="仿宋" w:eastAsia="仿宋" w:hAnsi="仿宋"/>
          <w:sz w:val="32"/>
          <w:lang w:eastAsia="zh-CN"/>
        </w:rPr>
        <w:t>这一个场景让我看了以后非常有感触。在正义去研究恐惧。孔融的同一年，郑玄呢？为他写了</w:t>
      </w:r>
      <w:proofErr w:type="gramStart"/>
      <w:r>
        <w:rPr>
          <w:rFonts w:ascii="仿宋" w:eastAsia="仿宋" w:hAnsi="仿宋"/>
          <w:sz w:val="32"/>
          <w:lang w:eastAsia="zh-CN"/>
        </w:rPr>
        <w:t>诫</w:t>
      </w:r>
      <w:proofErr w:type="gramEnd"/>
      <w:r>
        <w:rPr>
          <w:rFonts w:ascii="仿宋" w:eastAsia="仿宋" w:hAnsi="仿宋"/>
          <w:sz w:val="32"/>
          <w:lang w:eastAsia="zh-CN"/>
        </w:rPr>
        <w:t>子</w:t>
      </w:r>
      <w:proofErr w:type="gramStart"/>
      <w:r>
        <w:rPr>
          <w:rFonts w:ascii="仿宋" w:eastAsia="仿宋" w:hAnsi="仿宋"/>
          <w:sz w:val="32"/>
          <w:lang w:eastAsia="zh-CN"/>
        </w:rPr>
        <w:t>义恩书</w:t>
      </w:r>
      <w:proofErr w:type="gramEnd"/>
      <w:r>
        <w:rPr>
          <w:rFonts w:ascii="仿宋" w:eastAsia="仿宋" w:hAnsi="仿宋"/>
          <w:sz w:val="32"/>
          <w:lang w:eastAsia="zh-CN"/>
        </w:rPr>
        <w:t>，他在心里面提醒自己的儿子，</w:t>
      </w:r>
    </w:p>
    <w:p w14:paraId="011176AB" w14:textId="77777777" w:rsidR="00E87C95" w:rsidRDefault="00000000">
      <w:pPr>
        <w:spacing w:after="0" w:line="579" w:lineRule="exact"/>
        <w:ind w:firstLine="640"/>
        <w:rPr>
          <w:lang w:eastAsia="zh-CN"/>
        </w:rPr>
      </w:pPr>
      <w:r>
        <w:rPr>
          <w:rFonts w:ascii="仿宋" w:eastAsia="仿宋" w:hAnsi="仿宋"/>
          <w:sz w:val="32"/>
          <w:lang w:eastAsia="zh-CN"/>
        </w:rPr>
        <w:lastRenderedPageBreak/>
        <w:t>德行立于己治，就是说。一个好的德行来源于坚定的志向，那么希望正义呢？要勤勉的学习。君子的处事之道，做一个有高尚德行的人。德行立于己智，就在1800年后的今天，我们依旧可以为郑玄的这份风骨而震撼。也依旧可以启迪我们去寻找以礼敬人，以礼克己的这份美好品质。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观看典籍里的中国完整视频专享幕后精彩内容。那刚才我们看到郑玄送别自己唯一的孩子，</w:t>
      </w:r>
    </w:p>
    <w:p w14:paraId="160224C9" w14:textId="77777777" w:rsidR="00E87C95" w:rsidRDefault="00000000">
      <w:pPr>
        <w:spacing w:after="0" w:line="579" w:lineRule="exact"/>
        <w:ind w:firstLine="640"/>
        <w:rPr>
          <w:lang w:eastAsia="zh-CN"/>
        </w:rPr>
      </w:pPr>
      <w:r>
        <w:rPr>
          <w:rFonts w:ascii="仿宋" w:eastAsia="仿宋" w:hAnsi="仿宋"/>
          <w:sz w:val="32"/>
          <w:lang w:eastAsia="zh-CN"/>
        </w:rPr>
        <w:t>郑毅出征，那接下来的戏剧又该如何往下演呢？我们一起看。</w:t>
      </w:r>
      <w:proofErr w:type="gramStart"/>
      <w:r>
        <w:rPr>
          <w:rFonts w:ascii="仿宋" w:eastAsia="仿宋" w:hAnsi="仿宋"/>
          <w:sz w:val="32"/>
          <w:lang w:eastAsia="zh-CN"/>
        </w:rPr>
        <w:t>一</w:t>
      </w:r>
      <w:proofErr w:type="gramEnd"/>
      <w:r>
        <w:rPr>
          <w:rFonts w:ascii="仿宋" w:eastAsia="仿宋" w:hAnsi="仿宋"/>
          <w:sz w:val="32"/>
          <w:lang w:eastAsia="zh-CN"/>
        </w:rPr>
        <w:t>而去后。我夜夜不得安眠。我只有这么一个儿子。可我不能因为爱惜儿子。就劝他趋吉避凶美，君子一生行事，当明是非。而非辩福祸。前几日亦而来信。他们已经闯过了敌营，进入城内了。父子。</w:t>
      </w:r>
    </w:p>
    <w:p w14:paraId="6B4A025E" w14:textId="77777777" w:rsidR="00E87C95" w:rsidRDefault="00000000">
      <w:pPr>
        <w:spacing w:after="0" w:line="579" w:lineRule="exact"/>
        <w:ind w:firstLine="640"/>
        <w:rPr>
          <w:lang w:eastAsia="zh-CN"/>
        </w:rPr>
      </w:pPr>
      <w:r>
        <w:rPr>
          <w:rFonts w:ascii="仿宋" w:eastAsia="仿宋" w:hAnsi="仿宋"/>
          <w:sz w:val="32"/>
          <w:lang w:eastAsia="zh-CN"/>
        </w:rPr>
        <w:t>父子。找啥子？青州如何孔融如何亦而呢？</w:t>
      </w:r>
      <w:proofErr w:type="gramStart"/>
      <w:r>
        <w:rPr>
          <w:rFonts w:ascii="仿宋" w:eastAsia="仿宋" w:hAnsi="仿宋"/>
          <w:sz w:val="32"/>
          <w:lang w:eastAsia="zh-CN"/>
        </w:rPr>
        <w:t>淹</w:t>
      </w:r>
      <w:proofErr w:type="gramEnd"/>
      <w:r>
        <w:rPr>
          <w:rFonts w:ascii="仿宋" w:eastAsia="仿宋" w:hAnsi="仿宋"/>
          <w:sz w:val="32"/>
          <w:lang w:eastAsia="zh-CN"/>
        </w:rPr>
        <w:t>他们。快快放箭，放箭，放箭。准备。</w:t>
      </w:r>
      <w:proofErr w:type="gramStart"/>
      <w:r>
        <w:rPr>
          <w:rFonts w:ascii="仿宋" w:eastAsia="仿宋" w:hAnsi="仿宋"/>
          <w:sz w:val="32"/>
          <w:lang w:eastAsia="zh-CN"/>
        </w:rPr>
        <w:t>凤</w:t>
      </w:r>
      <w:proofErr w:type="gramEnd"/>
      <w:r>
        <w:rPr>
          <w:rFonts w:ascii="仿宋" w:eastAsia="仿宋" w:hAnsi="仿宋"/>
          <w:sz w:val="32"/>
          <w:lang w:eastAsia="zh-CN"/>
        </w:rPr>
        <w:t>凤姐，凤姐。再出太守</w:t>
      </w:r>
      <w:proofErr w:type="gramStart"/>
      <w:r>
        <w:rPr>
          <w:rFonts w:ascii="仿宋" w:eastAsia="仿宋" w:hAnsi="仿宋"/>
          <w:sz w:val="32"/>
          <w:lang w:eastAsia="zh-CN"/>
        </w:rPr>
        <w:t>袁</w:t>
      </w:r>
      <w:proofErr w:type="gramEnd"/>
      <w:r>
        <w:rPr>
          <w:rFonts w:ascii="仿宋" w:eastAsia="仿宋" w:hAnsi="仿宋"/>
          <w:sz w:val="32"/>
          <w:lang w:eastAsia="zh-CN"/>
        </w:rPr>
        <w:t>谭，北兵攻势越来越猛，城墙要开守不住了，用滚木雷石给我狠狠砸，一定要守住城墙。</w:t>
      </w:r>
    </w:p>
    <w:p w14:paraId="1149C334" w14:textId="77777777" w:rsidR="00E87C95" w:rsidRDefault="00000000">
      <w:pPr>
        <w:spacing w:after="0" w:line="579" w:lineRule="exact"/>
        <w:ind w:firstLine="640"/>
        <w:rPr>
          <w:lang w:eastAsia="zh-CN"/>
        </w:rPr>
      </w:pPr>
      <w:r>
        <w:rPr>
          <w:rFonts w:ascii="仿宋" w:eastAsia="仿宋" w:hAnsi="仿宋"/>
          <w:sz w:val="32"/>
          <w:lang w:eastAsia="zh-CN"/>
        </w:rPr>
        <w:t>诺恩师快快</w:t>
      </w:r>
      <w:proofErr w:type="gramStart"/>
      <w:r>
        <w:rPr>
          <w:rFonts w:ascii="仿宋" w:eastAsia="仿宋" w:hAnsi="仿宋"/>
          <w:sz w:val="32"/>
          <w:lang w:eastAsia="zh-CN"/>
        </w:rPr>
        <w:t>快</w:t>
      </w:r>
      <w:proofErr w:type="gramEnd"/>
      <w:r>
        <w:rPr>
          <w:rFonts w:ascii="仿宋" w:eastAsia="仿宋" w:hAnsi="仿宋"/>
          <w:sz w:val="32"/>
          <w:lang w:eastAsia="zh-CN"/>
        </w:rPr>
        <w:t>恩师，您快带百姓</w:t>
      </w:r>
      <w:proofErr w:type="gramStart"/>
      <w:r>
        <w:rPr>
          <w:rFonts w:ascii="仿宋" w:eastAsia="仿宋" w:hAnsi="仿宋"/>
          <w:sz w:val="32"/>
          <w:lang w:eastAsia="zh-CN"/>
        </w:rPr>
        <w:t>从密道撤离</w:t>
      </w:r>
      <w:proofErr w:type="gramEnd"/>
      <w:r>
        <w:rPr>
          <w:rFonts w:ascii="仿宋" w:eastAsia="仿宋" w:hAnsi="仿宋"/>
          <w:sz w:val="32"/>
          <w:lang w:eastAsia="zh-CN"/>
        </w:rPr>
        <w:t>吧，我是北海象守城有责，我绝不会走。你快</w:t>
      </w:r>
      <w:proofErr w:type="gramStart"/>
      <w:r>
        <w:rPr>
          <w:rFonts w:ascii="仿宋" w:eastAsia="仿宋" w:hAnsi="仿宋"/>
          <w:sz w:val="32"/>
          <w:lang w:eastAsia="zh-CN"/>
        </w:rPr>
        <w:t>从密道出城</w:t>
      </w:r>
      <w:proofErr w:type="gramEnd"/>
      <w:r>
        <w:rPr>
          <w:rFonts w:ascii="仿宋" w:eastAsia="仿宋" w:hAnsi="仿宋"/>
          <w:sz w:val="32"/>
          <w:lang w:eastAsia="zh-CN"/>
        </w:rPr>
        <w:t>，向李毅的周全求援，快去，快快！快快</w:t>
      </w:r>
      <w:proofErr w:type="gramStart"/>
      <w:r>
        <w:rPr>
          <w:rFonts w:ascii="仿宋" w:eastAsia="仿宋" w:hAnsi="仿宋"/>
          <w:sz w:val="32"/>
          <w:lang w:eastAsia="zh-CN"/>
        </w:rPr>
        <w:t>快</w:t>
      </w:r>
      <w:proofErr w:type="gramEnd"/>
      <w:r>
        <w:rPr>
          <w:rFonts w:ascii="仿宋" w:eastAsia="仿宋" w:hAnsi="仿宋"/>
          <w:sz w:val="32"/>
          <w:lang w:eastAsia="zh-CN"/>
        </w:rPr>
        <w:t>，是冲车锤。弓箭手射杀冲程死士，恐防守</w:t>
      </w:r>
      <w:proofErr w:type="gramStart"/>
      <w:r>
        <w:rPr>
          <w:rFonts w:ascii="仿宋" w:eastAsia="仿宋" w:hAnsi="仿宋"/>
          <w:sz w:val="32"/>
          <w:lang w:eastAsia="zh-CN"/>
        </w:rPr>
        <w:t>一益兄冲程锤</w:t>
      </w:r>
      <w:proofErr w:type="gramEnd"/>
      <w:r>
        <w:rPr>
          <w:rFonts w:ascii="仿宋" w:eastAsia="仿宋" w:hAnsi="仿宋"/>
          <w:sz w:val="32"/>
          <w:lang w:eastAsia="zh-CN"/>
        </w:rPr>
        <w:t>挡不住啦。你带百姓逃出城，我留下来守城，但是您是北海</w:t>
      </w:r>
      <w:proofErr w:type="gramStart"/>
      <w:r>
        <w:rPr>
          <w:rFonts w:ascii="仿宋" w:eastAsia="仿宋" w:hAnsi="仿宋"/>
          <w:sz w:val="32"/>
          <w:lang w:eastAsia="zh-CN"/>
        </w:rPr>
        <w:t>象</w:t>
      </w:r>
      <w:proofErr w:type="gramEnd"/>
      <w:r>
        <w:rPr>
          <w:rFonts w:ascii="仿宋" w:eastAsia="仿宋" w:hAnsi="仿宋"/>
          <w:sz w:val="32"/>
          <w:lang w:eastAsia="zh-CN"/>
        </w:rPr>
        <w:t>百姓，</w:t>
      </w:r>
    </w:p>
    <w:p w14:paraId="55D2651A" w14:textId="77777777" w:rsidR="00E87C95" w:rsidRDefault="00000000">
      <w:pPr>
        <w:spacing w:after="0" w:line="579" w:lineRule="exact"/>
        <w:ind w:firstLine="640"/>
        <w:rPr>
          <w:lang w:eastAsia="zh-CN"/>
        </w:rPr>
      </w:pPr>
      <w:r>
        <w:rPr>
          <w:rFonts w:ascii="仿宋" w:eastAsia="仿宋" w:hAnsi="仿宋"/>
          <w:sz w:val="32"/>
          <w:lang w:eastAsia="zh-CN"/>
        </w:rPr>
        <w:lastRenderedPageBreak/>
        <w:t>需要您为他们找到必有他们的城池，那也不能牺牲你们。孔太守恩师。失礼了坐待苦海收走诺，你</w:t>
      </w:r>
      <w:proofErr w:type="gramStart"/>
      <w:r>
        <w:rPr>
          <w:rFonts w:ascii="仿宋" w:eastAsia="仿宋" w:hAnsi="仿宋"/>
          <w:sz w:val="32"/>
          <w:lang w:eastAsia="zh-CN"/>
        </w:rPr>
        <w:t>不</w:t>
      </w:r>
      <w:proofErr w:type="gramEnd"/>
      <w:r>
        <w:rPr>
          <w:rFonts w:ascii="仿宋" w:eastAsia="仿宋" w:hAnsi="仿宋"/>
          <w:sz w:val="32"/>
          <w:lang w:eastAsia="zh-CN"/>
        </w:rPr>
        <w:t>干什么？你要。我不走。点心。年年</w:t>
      </w:r>
      <w:proofErr w:type="gramStart"/>
      <w:r>
        <w:rPr>
          <w:rFonts w:ascii="仿宋" w:eastAsia="仿宋" w:hAnsi="仿宋"/>
          <w:sz w:val="32"/>
          <w:lang w:eastAsia="zh-CN"/>
        </w:rPr>
        <w:t>年</w:t>
      </w:r>
      <w:proofErr w:type="gramEnd"/>
      <w:r>
        <w:rPr>
          <w:rFonts w:ascii="仿宋" w:eastAsia="仿宋" w:hAnsi="仿宋"/>
          <w:sz w:val="32"/>
          <w:lang w:eastAsia="zh-CN"/>
        </w:rPr>
        <w:t>。耶。将士们。快。守住城墙。保护百姓撤退。不。</w:t>
      </w:r>
    </w:p>
    <w:p w14:paraId="037D6DAA" w14:textId="77777777" w:rsidR="00E87C95" w:rsidRDefault="00000000">
      <w:pPr>
        <w:spacing w:after="0" w:line="579" w:lineRule="exact"/>
        <w:ind w:firstLine="640"/>
        <w:rPr>
          <w:lang w:eastAsia="zh-CN"/>
        </w:rPr>
      </w:pPr>
      <w:r>
        <w:rPr>
          <w:rFonts w:ascii="仿宋" w:eastAsia="仿宋" w:hAnsi="仿宋"/>
          <w:sz w:val="32"/>
          <w:lang w:eastAsia="zh-CN"/>
        </w:rPr>
        <w:t>总监，你眼中全军挖了地洞。是死士。拦住他们。地道里还有多少人？说我只是探路340，马上进攻城门，还有上万大军，你们守不住，我军定会攻入，突进全城。你们死定了，诞生走走。益兄，地道里全是死士。</w:t>
      </w:r>
    </w:p>
    <w:p w14:paraId="7DE4D6B7" w14:textId="77777777" w:rsidR="00E87C95" w:rsidRDefault="00000000">
      <w:pPr>
        <w:spacing w:after="0" w:line="579" w:lineRule="exact"/>
        <w:ind w:firstLine="640"/>
        <w:rPr>
          <w:lang w:eastAsia="zh-CN"/>
        </w:rPr>
      </w:pPr>
      <w:r>
        <w:rPr>
          <w:rFonts w:ascii="仿宋" w:eastAsia="仿宋" w:hAnsi="仿宋"/>
          <w:sz w:val="32"/>
          <w:lang w:eastAsia="zh-CN"/>
        </w:rPr>
        <w:t>太守和百姓刚走。我们拼死也要守住，跟我走。这个地洞口封住哦哦哦，他妈已破哦，西城门也破了，援军已攻入城中。撤回城墙，不回城墙。横墙上的人听着。现在投降可保尔等不死，我们拖的时间约定计划。孔太守和百姓就越安全。就算死在这儿。也要拖住他们。</w:t>
      </w:r>
    </w:p>
    <w:p w14:paraId="4F0E2104" w14:textId="77777777" w:rsidR="00E87C95" w:rsidRDefault="00000000">
      <w:pPr>
        <w:spacing w:after="0" w:line="579" w:lineRule="exact"/>
        <w:ind w:firstLine="640"/>
        <w:rPr>
          <w:lang w:eastAsia="zh-CN"/>
        </w:rPr>
      </w:pPr>
      <w:r>
        <w:rPr>
          <w:rFonts w:ascii="仿宋" w:eastAsia="仿宋" w:hAnsi="仿宋"/>
          <w:sz w:val="32"/>
          <w:lang w:eastAsia="zh-CN"/>
        </w:rPr>
        <w:t>我们有话要说。中了吧。如有忠信。以为贾政。李毅。以为甘露。待人而行，</w:t>
      </w:r>
      <w:proofErr w:type="gramStart"/>
      <w:r>
        <w:rPr>
          <w:rFonts w:ascii="仿宋" w:eastAsia="仿宋" w:hAnsi="仿宋"/>
          <w:sz w:val="32"/>
          <w:lang w:eastAsia="zh-CN"/>
        </w:rPr>
        <w:t>报义而</w:t>
      </w:r>
      <w:proofErr w:type="gramEnd"/>
      <w:r>
        <w:rPr>
          <w:rFonts w:ascii="仿宋" w:eastAsia="仿宋" w:hAnsi="仿宋"/>
          <w:sz w:val="32"/>
          <w:lang w:eastAsia="zh-CN"/>
        </w:rPr>
        <w:t>除。儒有不宝金玉。而忠信以为宝。不</w:t>
      </w:r>
      <w:proofErr w:type="gramStart"/>
      <w:r>
        <w:rPr>
          <w:rFonts w:ascii="仿宋" w:eastAsia="仿宋" w:hAnsi="仿宋"/>
          <w:sz w:val="32"/>
          <w:lang w:eastAsia="zh-CN"/>
        </w:rPr>
        <w:t>祈</w:t>
      </w:r>
      <w:proofErr w:type="gramEnd"/>
      <w:r>
        <w:rPr>
          <w:rFonts w:ascii="仿宋" w:eastAsia="仿宋" w:hAnsi="仿宋"/>
          <w:sz w:val="32"/>
          <w:lang w:eastAsia="zh-CN"/>
        </w:rPr>
        <w:t>土地利益即为土地。不起多击，不闻以为故。益兄，这是我</w:t>
      </w:r>
      <w:proofErr w:type="gramStart"/>
      <w:r>
        <w:rPr>
          <w:rFonts w:ascii="仿宋" w:eastAsia="仿宋" w:hAnsi="仿宋"/>
          <w:sz w:val="32"/>
          <w:lang w:eastAsia="zh-CN"/>
        </w:rPr>
        <w:t>此生送</w:t>
      </w:r>
      <w:proofErr w:type="gramEnd"/>
      <w:r>
        <w:rPr>
          <w:rFonts w:ascii="仿宋" w:eastAsia="仿宋" w:hAnsi="仿宋"/>
          <w:sz w:val="32"/>
          <w:lang w:eastAsia="zh-CN"/>
        </w:rPr>
        <w:t>《礼记》最痛快的一次了。</w:t>
      </w:r>
    </w:p>
    <w:p w14:paraId="6C157E14" w14:textId="77777777" w:rsidR="00E87C95" w:rsidRDefault="00000000">
      <w:pPr>
        <w:spacing w:after="0" w:line="579" w:lineRule="exact"/>
        <w:ind w:firstLine="640"/>
        <w:rPr>
          <w:lang w:eastAsia="zh-CN"/>
        </w:rPr>
      </w:pPr>
      <w:r>
        <w:rPr>
          <w:rFonts w:ascii="仿宋" w:eastAsia="仿宋" w:hAnsi="仿宋"/>
          <w:sz w:val="32"/>
          <w:lang w:eastAsia="zh-CN"/>
        </w:rPr>
        <w:t>将军，他们好像在背书，背什么书？听着像是《礼记》，这会儿背什么《礼记》？拖延时间。要么马上投降，要么就地割杀。今日。我正义。杀身成仁。舍生取义，以死抗敌。亦无憾矣。杀死族人，</w:t>
      </w:r>
    </w:p>
    <w:p w14:paraId="0F92A720" w14:textId="77777777" w:rsidR="00E87C95" w:rsidRDefault="00000000">
      <w:pPr>
        <w:spacing w:after="0" w:line="579" w:lineRule="exact"/>
        <w:ind w:firstLine="640"/>
        <w:rPr>
          <w:lang w:eastAsia="zh-CN"/>
        </w:rPr>
      </w:pPr>
      <w:r>
        <w:rPr>
          <w:rFonts w:ascii="仿宋" w:eastAsia="仿宋" w:hAnsi="仿宋"/>
          <w:sz w:val="32"/>
          <w:lang w:eastAsia="zh-CN"/>
        </w:rPr>
        <w:lastRenderedPageBreak/>
        <w:t>舍生取义，以死抗敌，以武为义。杀杀。冲冲</w:t>
      </w:r>
      <w:proofErr w:type="gramStart"/>
      <w:r>
        <w:rPr>
          <w:rFonts w:ascii="仿宋" w:eastAsia="仿宋" w:hAnsi="仿宋"/>
          <w:sz w:val="32"/>
          <w:lang w:eastAsia="zh-CN"/>
        </w:rPr>
        <w:t>冲</w:t>
      </w:r>
      <w:proofErr w:type="gramEnd"/>
      <w:r>
        <w:rPr>
          <w:rFonts w:ascii="仿宋" w:eastAsia="仿宋" w:hAnsi="仿宋"/>
          <w:sz w:val="32"/>
          <w:lang w:eastAsia="zh-CN"/>
        </w:rPr>
        <w:t>。女儿。父亲。我不能报答您的养育之恩了。</w:t>
      </w:r>
      <w:proofErr w:type="gramStart"/>
      <w:r>
        <w:rPr>
          <w:rFonts w:ascii="仿宋" w:eastAsia="仿宋" w:hAnsi="仿宋"/>
          <w:sz w:val="32"/>
          <w:lang w:eastAsia="zh-CN"/>
        </w:rPr>
        <w:t>一</w:t>
      </w:r>
      <w:proofErr w:type="gramEnd"/>
      <w:r>
        <w:rPr>
          <w:rFonts w:ascii="仿宋" w:eastAsia="仿宋" w:hAnsi="仿宋"/>
          <w:sz w:val="32"/>
          <w:lang w:eastAsia="zh-CN"/>
        </w:rPr>
        <w:t>而。我与不惑之年才有了你，我曾想过。把这世间所有的美好。都给你。父亲</w:t>
      </w:r>
      <w:proofErr w:type="gramStart"/>
      <w:r>
        <w:rPr>
          <w:rFonts w:ascii="仿宋" w:eastAsia="仿宋" w:hAnsi="仿宋"/>
          <w:sz w:val="32"/>
          <w:lang w:eastAsia="zh-CN"/>
        </w:rPr>
        <w:t>一</w:t>
      </w:r>
      <w:proofErr w:type="gramEnd"/>
      <w:r>
        <w:rPr>
          <w:rFonts w:ascii="仿宋" w:eastAsia="仿宋" w:hAnsi="仿宋"/>
          <w:sz w:val="32"/>
          <w:lang w:eastAsia="zh-CN"/>
        </w:rPr>
        <w:t>而已经得到这世间美好。您教我。</w:t>
      </w:r>
    </w:p>
    <w:p w14:paraId="082232CC" w14:textId="77777777" w:rsidR="00E87C95" w:rsidRDefault="00000000">
      <w:pPr>
        <w:spacing w:after="0" w:line="579" w:lineRule="exact"/>
        <w:ind w:firstLine="640"/>
        <w:rPr>
          <w:lang w:eastAsia="zh-CN"/>
        </w:rPr>
      </w:pPr>
      <w:r>
        <w:rPr>
          <w:rFonts w:ascii="仿宋" w:eastAsia="仿宋" w:hAnsi="仿宋"/>
          <w:sz w:val="32"/>
          <w:lang w:eastAsia="zh-CN"/>
        </w:rPr>
        <w:t>披《礼记》。做君子。希望我以礼。传遍天下。我可能完成不了了。女儿。你做到了。如有忠信。</w:t>
      </w:r>
      <w:proofErr w:type="gramStart"/>
      <w:r>
        <w:rPr>
          <w:rFonts w:ascii="仿宋" w:eastAsia="仿宋" w:hAnsi="仿宋"/>
          <w:sz w:val="32"/>
          <w:lang w:eastAsia="zh-CN"/>
        </w:rPr>
        <w:t>以为家</w:t>
      </w:r>
      <w:proofErr w:type="gramEnd"/>
      <w:r>
        <w:rPr>
          <w:rFonts w:ascii="仿宋" w:eastAsia="仿宋" w:hAnsi="仿宋"/>
          <w:sz w:val="32"/>
          <w:lang w:eastAsia="zh-CN"/>
        </w:rPr>
        <w:t>众《礼记》。以为甘露，待人而行。</w:t>
      </w:r>
      <w:proofErr w:type="gramStart"/>
      <w:r>
        <w:rPr>
          <w:rFonts w:ascii="仿宋" w:eastAsia="仿宋" w:hAnsi="仿宋"/>
          <w:sz w:val="32"/>
          <w:lang w:eastAsia="zh-CN"/>
        </w:rPr>
        <w:t>报翼而</w:t>
      </w:r>
      <w:proofErr w:type="gramEnd"/>
      <w:r>
        <w:rPr>
          <w:rFonts w:ascii="仿宋" w:eastAsia="仿宋" w:hAnsi="仿宋"/>
          <w:sz w:val="32"/>
          <w:lang w:eastAsia="zh-CN"/>
        </w:rPr>
        <w:t>出。待人而行。抱义而处。父亲，</w:t>
      </w:r>
    </w:p>
    <w:p w14:paraId="23036A1E" w14:textId="77777777" w:rsidR="00E87C95" w:rsidRDefault="00000000">
      <w:pPr>
        <w:spacing w:after="0" w:line="579" w:lineRule="exact"/>
        <w:ind w:firstLine="640"/>
        <w:rPr>
          <w:lang w:eastAsia="zh-CN"/>
        </w:rPr>
      </w:pPr>
      <w:r>
        <w:rPr>
          <w:rFonts w:ascii="仿宋" w:eastAsia="仿宋" w:hAnsi="仿宋"/>
          <w:sz w:val="32"/>
          <w:lang w:eastAsia="zh-CN"/>
        </w:rPr>
        <w:t>谢谢您。女儿。女孩。哈哈</w:t>
      </w:r>
      <w:proofErr w:type="gramStart"/>
      <w:r>
        <w:rPr>
          <w:rFonts w:ascii="仿宋" w:eastAsia="仿宋" w:hAnsi="仿宋"/>
          <w:sz w:val="32"/>
          <w:lang w:eastAsia="zh-CN"/>
        </w:rPr>
        <w:t>哈</w:t>
      </w:r>
      <w:proofErr w:type="gramEnd"/>
      <w:r>
        <w:rPr>
          <w:rFonts w:ascii="仿宋" w:eastAsia="仿宋" w:hAnsi="仿宋"/>
          <w:sz w:val="32"/>
          <w:lang w:eastAsia="zh-CN"/>
        </w:rPr>
        <w:t>。伊恩先生。虽生逢乱世。礼崩乐坏之际。却传承家学渊源，秉承君子之道，以礼而行。所谓。勇者无惧。智者无惑。求仁者，得仁。</w:t>
      </w:r>
    </w:p>
    <w:p w14:paraId="550AC89B" w14:textId="77777777" w:rsidR="00E87C95" w:rsidRDefault="00000000">
      <w:pPr>
        <w:spacing w:after="0" w:line="579" w:lineRule="exact"/>
        <w:ind w:firstLine="640"/>
        <w:rPr>
          <w:lang w:eastAsia="zh-CN"/>
        </w:rPr>
      </w:pPr>
      <w:r>
        <w:rPr>
          <w:rFonts w:ascii="仿宋" w:eastAsia="仿宋" w:hAnsi="仿宋"/>
          <w:sz w:val="32"/>
          <w:lang w:eastAsia="zh-CN"/>
        </w:rPr>
        <w:t>他是在用生命。</w:t>
      </w:r>
      <w:proofErr w:type="gramStart"/>
      <w:r>
        <w:rPr>
          <w:rFonts w:ascii="仿宋" w:eastAsia="仿宋" w:hAnsi="仿宋"/>
          <w:sz w:val="32"/>
          <w:lang w:eastAsia="zh-CN"/>
        </w:rPr>
        <w:t>传礼于</w:t>
      </w:r>
      <w:proofErr w:type="gramEnd"/>
      <w:r>
        <w:rPr>
          <w:rFonts w:ascii="仿宋" w:eastAsia="仿宋" w:hAnsi="仿宋"/>
          <w:sz w:val="32"/>
          <w:lang w:eastAsia="zh-CN"/>
        </w:rPr>
        <w:t>天下，此等大义。名垂千古。请先生。节哀。</w:t>
      </w:r>
      <w:proofErr w:type="gramStart"/>
      <w:r>
        <w:rPr>
          <w:rFonts w:ascii="仿宋" w:eastAsia="仿宋" w:hAnsi="仿宋"/>
          <w:sz w:val="32"/>
          <w:lang w:eastAsia="zh-CN"/>
        </w:rPr>
        <w:t>父亲父亲父亲</w:t>
      </w:r>
      <w:proofErr w:type="gramEnd"/>
      <w:r>
        <w:rPr>
          <w:rFonts w:ascii="仿宋" w:eastAsia="仿宋" w:hAnsi="仿宋"/>
          <w:sz w:val="32"/>
          <w:lang w:eastAsia="zh-CN"/>
        </w:rPr>
        <w:t>孩子出生了。女儿。父亲。母子平安，平安就好，平安就好啊。父亲，您听这孩子的声音多洪亮。像你。</w:t>
      </w:r>
    </w:p>
    <w:p w14:paraId="19BEB5A2" w14:textId="77777777" w:rsidR="00E87C95" w:rsidRDefault="00000000">
      <w:pPr>
        <w:spacing w:after="0" w:line="579" w:lineRule="exact"/>
        <w:ind w:firstLine="640"/>
        <w:rPr>
          <w:lang w:eastAsia="zh-CN"/>
        </w:rPr>
      </w:pPr>
      <w:r>
        <w:rPr>
          <w:rFonts w:ascii="仿宋" w:eastAsia="仿宋" w:hAnsi="仿宋"/>
          <w:sz w:val="32"/>
          <w:lang w:eastAsia="zh-CN"/>
        </w:rPr>
        <w:t>你出生的时候声音也是这么洪亮。给孩子。起个名字吧。嗯，我。向您。孩子像我不如就取名为小同。小偷。大同难求。就求此小童吧。小童好啊啊，父亲。以后有小童陪您。</w:t>
      </w:r>
      <w:proofErr w:type="gramStart"/>
      <w:r>
        <w:rPr>
          <w:rFonts w:ascii="仿宋" w:eastAsia="仿宋" w:hAnsi="仿宋"/>
          <w:sz w:val="32"/>
          <w:lang w:eastAsia="zh-CN"/>
        </w:rPr>
        <w:t>益儿也</w:t>
      </w:r>
      <w:proofErr w:type="gramEnd"/>
      <w:r>
        <w:rPr>
          <w:rFonts w:ascii="仿宋" w:eastAsia="仿宋" w:hAnsi="仿宋"/>
          <w:sz w:val="32"/>
          <w:lang w:eastAsia="zh-CN"/>
        </w:rPr>
        <w:t>放心了。父亲，</w:t>
      </w:r>
    </w:p>
    <w:p w14:paraId="444ABABA" w14:textId="77777777" w:rsidR="00E87C95" w:rsidRDefault="00000000">
      <w:pPr>
        <w:spacing w:after="0" w:line="579" w:lineRule="exact"/>
        <w:ind w:firstLine="640"/>
        <w:rPr>
          <w:lang w:eastAsia="zh-CN"/>
        </w:rPr>
      </w:pPr>
      <w:r>
        <w:rPr>
          <w:rFonts w:ascii="仿宋" w:eastAsia="仿宋" w:hAnsi="仿宋"/>
          <w:sz w:val="32"/>
          <w:lang w:eastAsia="zh-CN"/>
        </w:rPr>
        <w:t>我想吃梨了。啊对。其实嗯。嗯。别人。父亲，我得走了。女孩儿。父亲都带上。嗯。先生，您想不想看看？小同在此后为了</w:t>
      </w:r>
      <w:proofErr w:type="gramStart"/>
      <w:r>
        <w:rPr>
          <w:rFonts w:ascii="仿宋" w:eastAsia="仿宋" w:hAnsi="仿宋"/>
          <w:sz w:val="32"/>
          <w:lang w:eastAsia="zh-CN"/>
        </w:rPr>
        <w:t>传先生</w:t>
      </w:r>
      <w:proofErr w:type="gramEnd"/>
      <w:r>
        <w:rPr>
          <w:rFonts w:ascii="仿宋" w:eastAsia="仿宋" w:hAnsi="仿宋"/>
          <w:sz w:val="32"/>
          <w:lang w:eastAsia="zh-CN"/>
        </w:rPr>
        <w:t>名义。而做的贡献。痒啊。</w:t>
      </w:r>
    </w:p>
    <w:p w14:paraId="01EA583A" w14:textId="77777777" w:rsidR="00E87C95" w:rsidRDefault="00000000">
      <w:pPr>
        <w:spacing w:after="0" w:line="579" w:lineRule="exact"/>
        <w:ind w:firstLine="640"/>
        <w:rPr>
          <w:lang w:eastAsia="zh-CN"/>
        </w:rPr>
      </w:pPr>
      <w:r>
        <w:rPr>
          <w:rFonts w:ascii="仿宋" w:eastAsia="仿宋" w:hAnsi="仿宋"/>
          <w:sz w:val="32"/>
          <w:lang w:eastAsia="zh-CN"/>
        </w:rPr>
        <w:lastRenderedPageBreak/>
        <w:t>行，你看。我收集祖父与弟子答问五经的对话，体会祖父所述。</w:t>
      </w:r>
      <w:proofErr w:type="gramStart"/>
      <w:r>
        <w:rPr>
          <w:rFonts w:ascii="仿宋" w:eastAsia="仿宋" w:hAnsi="仿宋"/>
          <w:sz w:val="32"/>
          <w:lang w:eastAsia="zh-CN"/>
        </w:rPr>
        <w:t>先圣元</w:t>
      </w:r>
      <w:proofErr w:type="gramEnd"/>
      <w:r>
        <w:rPr>
          <w:rFonts w:ascii="仿宋" w:eastAsia="仿宋" w:hAnsi="仿宋"/>
          <w:sz w:val="32"/>
          <w:lang w:eastAsia="zh-CN"/>
        </w:rPr>
        <w:t>义编撰《郑志》十一卷，希望对后人习百家之说有所补益。小同长大了。可以告慰玉儿了。您助理传礼，以身见礼。小同先生深受您的影响。他传承了您的家风学风。学贯六经，为后世载明精益。整治。</w:t>
      </w:r>
    </w:p>
    <w:p w14:paraId="164756B4" w14:textId="77777777" w:rsidR="00E87C95" w:rsidRDefault="00000000">
      <w:pPr>
        <w:spacing w:after="0" w:line="579" w:lineRule="exact"/>
        <w:ind w:firstLine="640"/>
        <w:rPr>
          <w:lang w:eastAsia="zh-CN"/>
        </w:rPr>
      </w:pPr>
      <w:r>
        <w:rPr>
          <w:rFonts w:ascii="仿宋" w:eastAsia="仿宋" w:hAnsi="仿宋"/>
          <w:sz w:val="32"/>
          <w:lang w:eastAsia="zh-CN"/>
        </w:rPr>
        <w:t>小同。有心了。东汉大儒郑玄进驻三礼，发挥旁通，遂使三礼之书。何为一家之学？</w:t>
      </w:r>
      <w:proofErr w:type="gramStart"/>
      <w:r>
        <w:rPr>
          <w:rFonts w:ascii="仿宋" w:eastAsia="仿宋" w:hAnsi="仿宋"/>
          <w:sz w:val="32"/>
          <w:lang w:eastAsia="zh-CN"/>
        </w:rPr>
        <w:t>故直断</w:t>
      </w:r>
      <w:proofErr w:type="gramEnd"/>
      <w:r>
        <w:rPr>
          <w:rFonts w:ascii="仿宋" w:eastAsia="仿宋" w:hAnsi="仿宋"/>
          <w:sz w:val="32"/>
          <w:lang w:eastAsia="zh-CN"/>
        </w:rPr>
        <w:t>之曰，礼是正学也。国与老。此人是谁？这是在您之后400多年唐朝的孔颖达先生。他和孔融先生一样，都是孔门之后，他奉命领衔编撰诗书礼义《春秋》。即为《五经正义》，</w:t>
      </w:r>
    </w:p>
    <w:p w14:paraId="49D6029F" w14:textId="77777777" w:rsidR="00E87C95" w:rsidRDefault="00000000">
      <w:pPr>
        <w:spacing w:after="0" w:line="579" w:lineRule="exact"/>
        <w:ind w:firstLine="640"/>
        <w:rPr>
          <w:lang w:eastAsia="zh-CN"/>
        </w:rPr>
      </w:pPr>
      <w:r>
        <w:rPr>
          <w:rFonts w:ascii="仿宋" w:eastAsia="仿宋" w:hAnsi="仿宋"/>
          <w:sz w:val="32"/>
          <w:lang w:eastAsia="zh-CN"/>
        </w:rPr>
        <w:t>成为那个时代科举选才的教科书。孔门后人贤能辈出，造福天下之学子。做得好吗？《礼记》。博大精深，我做大学章句。《中庸》章句使此二篇独立成文。</w:t>
      </w:r>
      <w:proofErr w:type="gramStart"/>
      <w:r>
        <w:rPr>
          <w:rFonts w:ascii="仿宋" w:eastAsia="仿宋" w:hAnsi="仿宋"/>
          <w:sz w:val="32"/>
          <w:lang w:eastAsia="zh-CN"/>
        </w:rPr>
        <w:t>框大理学</w:t>
      </w:r>
      <w:proofErr w:type="gramEnd"/>
      <w:r>
        <w:rPr>
          <w:rFonts w:ascii="仿宋" w:eastAsia="仿宋" w:hAnsi="仿宋"/>
          <w:sz w:val="32"/>
          <w:lang w:eastAsia="zh-CN"/>
        </w:rPr>
        <w:t>。这又是何人？这又过了500年了。宋朝大儒朱熹，他再次强调礼记的重要。并且作《四书章句集注》至此。</w:t>
      </w:r>
    </w:p>
    <w:p w14:paraId="322F6654" w14:textId="77777777" w:rsidR="00E87C95" w:rsidRDefault="00000000">
      <w:pPr>
        <w:spacing w:after="0" w:line="579" w:lineRule="exact"/>
        <w:ind w:firstLine="640"/>
        <w:rPr>
          <w:lang w:eastAsia="zh-CN"/>
        </w:rPr>
      </w:pPr>
      <w:proofErr w:type="gramStart"/>
      <w:r>
        <w:rPr>
          <w:rFonts w:ascii="仿宋" w:eastAsia="仿宋" w:hAnsi="仿宋"/>
          <w:sz w:val="32"/>
          <w:lang w:eastAsia="zh-CN"/>
        </w:rPr>
        <w:t>宋朝以</w:t>
      </w:r>
      <w:proofErr w:type="gramEnd"/>
      <w:r>
        <w:rPr>
          <w:rFonts w:ascii="仿宋" w:eastAsia="仿宋" w:hAnsi="仿宋"/>
          <w:sz w:val="32"/>
          <w:lang w:eastAsia="zh-CN"/>
        </w:rPr>
        <w:t>四书立于官学。大学《中庸》皆是礼记中的精髓，礼记之学为之一变。朱熹。做得好哇。一直到我生活的这个时代。中华之旅始终与时代携行，并且不断被赋予新的形式和意义。《礼记》当中的名言广为流传，直到今天还有很多的学府以礼记之意。训诫师生。先生，想不想看看后世学子的风采？我教了一辈子学生。1800多年以后的学生，</w:t>
      </w:r>
    </w:p>
    <w:p w14:paraId="5F7572D0" w14:textId="77777777" w:rsidR="00E87C95" w:rsidRDefault="00000000">
      <w:pPr>
        <w:spacing w:after="0" w:line="579" w:lineRule="exact"/>
        <w:ind w:firstLine="640"/>
        <w:rPr>
          <w:lang w:eastAsia="zh-CN"/>
        </w:rPr>
      </w:pPr>
      <w:r>
        <w:rPr>
          <w:rFonts w:ascii="仿宋" w:eastAsia="仿宋" w:hAnsi="仿宋"/>
          <w:sz w:val="32"/>
          <w:lang w:eastAsia="zh-CN"/>
        </w:rPr>
        <w:lastRenderedPageBreak/>
        <w:t>我当然是想看啦，先生请。来，同学们，咱们一块拍照啊，此地为何处啊？这里是山东济宁曲阜市尼山孔夫子的出生地。后学郑玄。拜孔老夫子啦。大家笑一笑啊，来三二一离。此为何物啊？这个叫照相机，您可以把它想象成能瞬间为所有人画一幅肖像。咔嚓一下，</w:t>
      </w:r>
    </w:p>
    <w:p w14:paraId="37C28EA6" w14:textId="77777777" w:rsidR="00E87C95" w:rsidRDefault="00000000">
      <w:pPr>
        <w:spacing w:after="0" w:line="579" w:lineRule="exact"/>
        <w:ind w:firstLine="640"/>
        <w:rPr>
          <w:lang w:eastAsia="zh-CN"/>
        </w:rPr>
      </w:pPr>
      <w:r>
        <w:rPr>
          <w:rFonts w:ascii="仿宋" w:eastAsia="仿宋" w:hAnsi="仿宋"/>
          <w:sz w:val="32"/>
          <w:lang w:eastAsia="zh-CN"/>
        </w:rPr>
        <w:t>孩子们的高中毕业典礼就</w:t>
      </w:r>
      <w:proofErr w:type="gramStart"/>
      <w:r>
        <w:rPr>
          <w:rFonts w:ascii="仿宋" w:eastAsia="仿宋" w:hAnsi="仿宋"/>
          <w:sz w:val="32"/>
          <w:lang w:eastAsia="zh-CN"/>
        </w:rPr>
        <w:t>被真实</w:t>
      </w:r>
      <w:proofErr w:type="gramEnd"/>
      <w:r>
        <w:rPr>
          <w:rFonts w:ascii="仿宋" w:eastAsia="仿宋" w:hAnsi="仿宋"/>
          <w:sz w:val="32"/>
          <w:lang w:eastAsia="zh-CN"/>
        </w:rPr>
        <w:t>的记录下来。何为高中毕业呀？这些年轻人啊，算是学有小成可以进入高等学府继续深造，我们称之为《大学》高等学府。《大学》嗯，这个说法好啊，三二一。这又照</w:t>
      </w:r>
      <w:proofErr w:type="gramStart"/>
      <w:r>
        <w:rPr>
          <w:rFonts w:ascii="仿宋" w:eastAsia="仿宋" w:hAnsi="仿宋"/>
          <w:sz w:val="32"/>
          <w:lang w:eastAsia="zh-CN"/>
        </w:rPr>
        <w:t>一</w:t>
      </w:r>
      <w:proofErr w:type="gramEnd"/>
      <w:r>
        <w:rPr>
          <w:rFonts w:ascii="仿宋" w:eastAsia="仿宋" w:hAnsi="仿宋"/>
          <w:sz w:val="32"/>
          <w:lang w:eastAsia="zh-CN"/>
        </w:rPr>
        <w:t>张老师，您刚才说了《礼记》，我觉得我报考的学校选对了中山大学的校训是。博学、审问、慎思、明辨、笃行这十个字啊，够我学一辈子了。我志愿填的是中国科学院《大学》校训，</w:t>
      </w:r>
    </w:p>
    <w:p w14:paraId="3DE73E29" w14:textId="77777777" w:rsidR="00E87C95" w:rsidRDefault="00000000">
      <w:pPr>
        <w:spacing w:after="0" w:line="579" w:lineRule="exact"/>
        <w:ind w:firstLine="640"/>
        <w:rPr>
          <w:lang w:eastAsia="zh-CN"/>
        </w:rPr>
      </w:pPr>
      <w:r>
        <w:rPr>
          <w:rFonts w:ascii="仿宋" w:eastAsia="仿宋" w:hAnsi="仿宋"/>
          <w:sz w:val="32"/>
          <w:lang w:eastAsia="zh-CN"/>
        </w:rPr>
        <w:t>是博学笃志，</w:t>
      </w:r>
      <w:proofErr w:type="gramStart"/>
      <w:r>
        <w:rPr>
          <w:rFonts w:ascii="仿宋" w:eastAsia="仿宋" w:hAnsi="仿宋"/>
          <w:sz w:val="32"/>
          <w:lang w:eastAsia="zh-CN"/>
        </w:rPr>
        <w:t>格物明</w:t>
      </w:r>
      <w:proofErr w:type="gramEnd"/>
      <w:r>
        <w:rPr>
          <w:rFonts w:ascii="仿宋" w:eastAsia="仿宋" w:hAnsi="仿宋"/>
          <w:sz w:val="32"/>
          <w:lang w:eastAsia="zh-CN"/>
        </w:rPr>
        <w:t>德。我报考了香港《大学》校训，是明德格物。我报考的是中央美术学院校训，是，老师会每人送你们一本《礼记》，希望你们以后的路上。始终</w:t>
      </w:r>
      <w:proofErr w:type="gramStart"/>
      <w:r>
        <w:rPr>
          <w:rFonts w:ascii="仿宋" w:eastAsia="仿宋" w:hAnsi="仿宋"/>
          <w:sz w:val="32"/>
          <w:lang w:eastAsia="zh-CN"/>
        </w:rPr>
        <w:t>敦</w:t>
      </w:r>
      <w:proofErr w:type="gramEnd"/>
      <w:r>
        <w:rPr>
          <w:rFonts w:ascii="仿宋" w:eastAsia="仿宋" w:hAnsi="仿宋"/>
          <w:sz w:val="32"/>
          <w:lang w:eastAsia="zh-CN"/>
        </w:rPr>
        <w:t>于学，谢谢老师。撒老师，撒老师，你们好，</w:t>
      </w:r>
      <w:proofErr w:type="gramStart"/>
      <w:r>
        <w:rPr>
          <w:rFonts w:ascii="仿宋" w:eastAsia="仿宋" w:hAnsi="仿宋"/>
          <w:sz w:val="32"/>
          <w:lang w:eastAsia="zh-CN"/>
        </w:rPr>
        <w:t>撒老师</w:t>
      </w:r>
      <w:proofErr w:type="gramEnd"/>
      <w:r>
        <w:rPr>
          <w:rFonts w:ascii="仿宋" w:eastAsia="仿宋" w:hAnsi="仿宋"/>
          <w:sz w:val="32"/>
          <w:lang w:eastAsia="zh-CN"/>
        </w:rPr>
        <w:t>您好，您好，</w:t>
      </w:r>
    </w:p>
    <w:p w14:paraId="6B488C26" w14:textId="77777777" w:rsidR="00E87C95" w:rsidRDefault="00000000">
      <w:pPr>
        <w:spacing w:after="0" w:line="579" w:lineRule="exact"/>
        <w:ind w:firstLine="640"/>
        <w:rPr>
          <w:lang w:eastAsia="zh-CN"/>
        </w:rPr>
      </w:pPr>
      <w:r>
        <w:rPr>
          <w:rFonts w:ascii="仿宋" w:eastAsia="仿宋" w:hAnsi="仿宋"/>
          <w:sz w:val="32"/>
          <w:lang w:eastAsia="zh-CN"/>
        </w:rPr>
        <w:t>您是来这里做节目的吗？对，刚好是在这录。典籍里的中国。撒老师，这位老先生是扮孔夫子吗？我们这一期录的是《礼记》，你再猜猜。哦，那一定是郑玄父子。您好，你好。来法路上太客气了，夏日炎热，谢谢</w:t>
      </w:r>
      <w:proofErr w:type="gramStart"/>
      <w:r>
        <w:rPr>
          <w:rFonts w:ascii="仿宋" w:eastAsia="仿宋" w:hAnsi="仿宋"/>
          <w:sz w:val="32"/>
          <w:lang w:eastAsia="zh-CN"/>
        </w:rPr>
        <w:t>谢您尝个梨解</w:t>
      </w:r>
      <w:proofErr w:type="gramEnd"/>
      <w:r>
        <w:rPr>
          <w:rFonts w:ascii="仿宋" w:eastAsia="仿宋" w:hAnsi="仿宋"/>
          <w:sz w:val="32"/>
          <w:lang w:eastAsia="zh-CN"/>
        </w:rPr>
        <w:t>解渴。</w:t>
      </w:r>
    </w:p>
    <w:p w14:paraId="5935852A" w14:textId="77777777" w:rsidR="00E87C95" w:rsidRDefault="00000000">
      <w:pPr>
        <w:spacing w:after="0" w:line="579" w:lineRule="exact"/>
        <w:ind w:firstLine="640"/>
        <w:rPr>
          <w:lang w:eastAsia="zh-CN"/>
        </w:rPr>
      </w:pPr>
      <w:r>
        <w:rPr>
          <w:rFonts w:ascii="仿宋" w:eastAsia="仿宋" w:hAnsi="仿宋"/>
          <w:sz w:val="32"/>
          <w:lang w:eastAsia="zh-CN"/>
        </w:rPr>
        <w:t>你也吃梨。也读礼居。嗯，我是一名教师，读《礼记》不仅可以塑造自己，而且还可以教我的这些学生。正所谓玉</w:t>
      </w:r>
      <w:r>
        <w:rPr>
          <w:rFonts w:ascii="仿宋" w:eastAsia="仿宋" w:hAnsi="仿宋"/>
          <w:sz w:val="32"/>
          <w:lang w:eastAsia="zh-CN"/>
        </w:rPr>
        <w:lastRenderedPageBreak/>
        <w:t>不琢不成器，我身后这些年轻人。他们将来都是美玉。玉不琢，不成器。人不学，不知道啊。你说的很好。老先生过奖了。老先生，</w:t>
      </w:r>
    </w:p>
    <w:p w14:paraId="754283BB" w14:textId="77777777" w:rsidR="00E87C95" w:rsidRDefault="00000000">
      <w:pPr>
        <w:spacing w:after="0" w:line="579" w:lineRule="exact"/>
        <w:ind w:firstLine="640"/>
        <w:rPr>
          <w:lang w:eastAsia="zh-CN"/>
        </w:rPr>
      </w:pPr>
      <w:r>
        <w:rPr>
          <w:rFonts w:ascii="仿宋" w:eastAsia="仿宋" w:hAnsi="仿宋"/>
          <w:sz w:val="32"/>
          <w:lang w:eastAsia="zh-CN"/>
        </w:rPr>
        <w:t>我们一起合张影吧，对做个纪念好啊，我来给你们照好啊。来好，老先生</w:t>
      </w:r>
      <w:proofErr w:type="gramStart"/>
      <w:r>
        <w:rPr>
          <w:rFonts w:ascii="仿宋" w:eastAsia="仿宋" w:hAnsi="仿宋"/>
          <w:sz w:val="32"/>
          <w:lang w:eastAsia="zh-CN"/>
        </w:rPr>
        <w:t>请这里</w:t>
      </w:r>
      <w:proofErr w:type="gramEnd"/>
      <w:r>
        <w:rPr>
          <w:rFonts w:ascii="仿宋" w:eastAsia="仿宋" w:hAnsi="仿宋"/>
          <w:sz w:val="32"/>
          <w:lang w:eastAsia="zh-CN"/>
        </w:rPr>
        <w:t>准备啊，来看我这儿。稍等。三二一离。我建议啊，这一章咱们就留给老先生做纪念哦哦。哦。好。老师</w:t>
      </w:r>
      <w:proofErr w:type="gramStart"/>
      <w:r>
        <w:rPr>
          <w:rFonts w:ascii="仿宋" w:eastAsia="仿宋" w:hAnsi="仿宋"/>
          <w:sz w:val="32"/>
          <w:lang w:eastAsia="zh-CN"/>
        </w:rPr>
        <w:t>老师</w:t>
      </w:r>
      <w:proofErr w:type="gramEnd"/>
      <w:r>
        <w:rPr>
          <w:rFonts w:ascii="仿宋" w:eastAsia="仿宋" w:hAnsi="仿宋"/>
          <w:sz w:val="32"/>
          <w:lang w:eastAsia="zh-CN"/>
        </w:rPr>
        <w:t>，我们该去下个地方了哦。撒老师，</w:t>
      </w:r>
    </w:p>
    <w:p w14:paraId="13C49738" w14:textId="77777777" w:rsidR="00E87C95" w:rsidRDefault="00000000">
      <w:pPr>
        <w:spacing w:after="0" w:line="579" w:lineRule="exact"/>
        <w:ind w:firstLine="640"/>
        <w:rPr>
          <w:lang w:eastAsia="zh-CN"/>
        </w:rPr>
      </w:pPr>
      <w:r>
        <w:rPr>
          <w:rFonts w:ascii="仿宋" w:eastAsia="仿宋" w:hAnsi="仿宋"/>
          <w:sz w:val="32"/>
          <w:lang w:eastAsia="zh-CN"/>
        </w:rPr>
        <w:t>老先生，我们该离开去下一个地方了，同学们，那我们走吧，先生再见撒，老师</w:t>
      </w:r>
      <w:proofErr w:type="gramStart"/>
      <w:r>
        <w:rPr>
          <w:rFonts w:ascii="仿宋" w:eastAsia="仿宋" w:hAnsi="仿宋"/>
          <w:sz w:val="32"/>
          <w:lang w:eastAsia="zh-CN"/>
        </w:rPr>
        <w:t>再见再见</w:t>
      </w:r>
      <w:proofErr w:type="gramEnd"/>
      <w:r>
        <w:rPr>
          <w:rFonts w:ascii="仿宋" w:eastAsia="仿宋" w:hAnsi="仿宋"/>
          <w:sz w:val="32"/>
          <w:lang w:eastAsia="zh-CN"/>
        </w:rPr>
        <w:t>好，先生再见。相机别忘了，相机祝你们大学生活愉快。谢谢老师，谢谢慢点啊。撒老师。老先生。再见。谢谢撒君，</w:t>
      </w:r>
    </w:p>
    <w:p w14:paraId="77EA039A" w14:textId="77777777" w:rsidR="00E87C95" w:rsidRDefault="00000000">
      <w:pPr>
        <w:spacing w:after="0" w:line="579" w:lineRule="exact"/>
        <w:ind w:firstLine="640"/>
        <w:rPr>
          <w:lang w:eastAsia="zh-CN"/>
        </w:rPr>
      </w:pPr>
      <w:r>
        <w:rPr>
          <w:rFonts w:ascii="仿宋" w:eastAsia="仿宋" w:hAnsi="仿宋"/>
          <w:sz w:val="32"/>
          <w:lang w:eastAsia="zh-CN"/>
        </w:rPr>
        <w:t>谢谢先生。述先圣之元意。整百家之不齐。先生原意。传下去了。好多啊。好哦。刚才在戏剧当中，我们看到很多学校的校训都出自《礼记》。校训啊，不仅仅是教我们如何去做学问，更是在教我们该如何做人，没错，这个礼记之中啊，还有专门讲教育的一篇呢。</w:t>
      </w:r>
    </w:p>
    <w:p w14:paraId="679916FD" w14:textId="77777777" w:rsidR="00E87C95" w:rsidRDefault="00000000">
      <w:pPr>
        <w:spacing w:after="0" w:line="579" w:lineRule="exact"/>
        <w:ind w:firstLine="640"/>
        <w:rPr>
          <w:lang w:eastAsia="zh-CN"/>
        </w:rPr>
      </w:pPr>
      <w:r>
        <w:rPr>
          <w:rFonts w:ascii="仿宋" w:eastAsia="仿宋" w:hAnsi="仿宋"/>
          <w:sz w:val="32"/>
          <w:lang w:eastAsia="zh-CN"/>
        </w:rPr>
        <w:t>叫《学记》。可以说，这是世界上最早的教育学的专著，学生应该是怎么样玉不琢不成器，人不学，不知道就是。出自于《学记》这篇呐。学生是要雕琢的，谁来雕琢他老师来雕琢他，因为我是老师。老师要先正己，然后才能正人，我也觉得我们应该时时的拿这样的规矩来规矩，自己来勉励自</w:t>
      </w:r>
      <w:r>
        <w:rPr>
          <w:rFonts w:ascii="仿宋" w:eastAsia="仿宋" w:hAnsi="仿宋"/>
          <w:sz w:val="32"/>
          <w:lang w:eastAsia="zh-CN"/>
        </w:rPr>
        <w:lastRenderedPageBreak/>
        <w:t>己。然后才能把我们的中华礼仪，中华文明一代</w:t>
      </w:r>
      <w:proofErr w:type="gramStart"/>
      <w:r>
        <w:rPr>
          <w:rFonts w:ascii="仿宋" w:eastAsia="仿宋" w:hAnsi="仿宋"/>
          <w:sz w:val="32"/>
          <w:lang w:eastAsia="zh-CN"/>
        </w:rPr>
        <w:t>一代</w:t>
      </w:r>
      <w:proofErr w:type="gramEnd"/>
      <w:r>
        <w:rPr>
          <w:rFonts w:ascii="仿宋" w:eastAsia="仿宋" w:hAnsi="仿宋"/>
          <w:sz w:val="32"/>
          <w:lang w:eastAsia="zh-CN"/>
        </w:rPr>
        <w:t>的传承下去。</w:t>
      </w:r>
    </w:p>
    <w:p w14:paraId="7713E569" w14:textId="77777777" w:rsidR="00E87C95" w:rsidRDefault="00000000">
      <w:pPr>
        <w:spacing w:after="0" w:line="579" w:lineRule="exact"/>
        <w:ind w:firstLine="640"/>
        <w:rPr>
          <w:lang w:eastAsia="zh-CN"/>
        </w:rPr>
      </w:pPr>
      <w:r>
        <w:rPr>
          <w:rFonts w:ascii="仿宋" w:eastAsia="仿宋" w:hAnsi="仿宋"/>
          <w:sz w:val="32"/>
          <w:lang w:eastAsia="zh-CN"/>
        </w:rPr>
        <w:t>今天这个戏剧啊，看了呢，让我很感慨，确实不忘，本来呢，才能够开创未来，在先秦时代呢，先贤所发现和总结的道德智慧。都汇集到了像李</w:t>
      </w:r>
      <w:proofErr w:type="gramStart"/>
      <w:r>
        <w:rPr>
          <w:rFonts w:ascii="仿宋" w:eastAsia="仿宋" w:hAnsi="仿宋"/>
          <w:sz w:val="32"/>
          <w:lang w:eastAsia="zh-CN"/>
        </w:rPr>
        <w:t>济这样</w:t>
      </w:r>
      <w:proofErr w:type="gramEnd"/>
      <w:r>
        <w:rPr>
          <w:rFonts w:ascii="仿宋" w:eastAsia="仿宋" w:hAnsi="仿宋"/>
          <w:sz w:val="32"/>
          <w:lang w:eastAsia="zh-CN"/>
        </w:rPr>
        <w:t>的经典当中，不仅在跨越2000年的历史上呢，得到了传承，同时呢，在我们现在道德教育中呢，也得到了升华。我们应该从中萃取养分，</w:t>
      </w:r>
    </w:p>
    <w:p w14:paraId="5154F6DD" w14:textId="77777777" w:rsidR="00E87C95" w:rsidRDefault="00000000">
      <w:pPr>
        <w:spacing w:after="0" w:line="579" w:lineRule="exact"/>
        <w:ind w:firstLine="640"/>
        <w:rPr>
          <w:lang w:eastAsia="zh-CN"/>
        </w:rPr>
      </w:pPr>
      <w:r>
        <w:rPr>
          <w:rFonts w:ascii="仿宋" w:eastAsia="仿宋" w:hAnsi="仿宋"/>
          <w:sz w:val="32"/>
          <w:lang w:eastAsia="zh-CN"/>
        </w:rPr>
        <w:t>建设新时代的美好社会风尚。中国是礼仪之邦，礼仪是中国文化之心。直到今天，《礼记》依然是我们中华民族的精神指南。中华礼制礼俗的内涵历久弥新，我们可以不断的从中发掘中华文化的精气神。从而构建中华民族的精神命脉。我们去研读《礼记》，不仅仅是可以了解古人的思想，还可以鉴古之今，为现代人提供安身立命的处世之道。再次感谢三位专家与我们一同研读《礼记》，谢谢！扫描屏幕上方二维码，</w:t>
      </w:r>
    </w:p>
    <w:p w14:paraId="438F50BB" w14:textId="77777777" w:rsidR="00E87C95" w:rsidRDefault="00000000">
      <w:pPr>
        <w:spacing w:after="0" w:line="579" w:lineRule="exact"/>
        <w:ind w:firstLine="640"/>
        <w:rPr>
          <w:lang w:eastAsia="zh-CN"/>
        </w:rPr>
      </w:pPr>
      <w:r>
        <w:rPr>
          <w:rFonts w:ascii="仿宋" w:eastAsia="仿宋" w:hAnsi="仿宋"/>
          <w:sz w:val="32"/>
          <w:lang w:eastAsia="zh-CN"/>
        </w:rPr>
        <w:t>下载央视</w:t>
      </w:r>
      <w:proofErr w:type="gramStart"/>
      <w:r>
        <w:rPr>
          <w:rFonts w:ascii="仿宋" w:eastAsia="仿宋" w:hAnsi="仿宋"/>
          <w:sz w:val="32"/>
          <w:lang w:eastAsia="zh-CN"/>
        </w:rPr>
        <w:t>频</w:t>
      </w:r>
      <w:proofErr w:type="gramEnd"/>
      <w:r>
        <w:rPr>
          <w:rFonts w:ascii="仿宋" w:eastAsia="仿宋" w:hAnsi="仿宋"/>
          <w:sz w:val="32"/>
          <w:lang w:eastAsia="zh-CN"/>
        </w:rPr>
        <w:t>观看典籍里的中国完整视频专享幕后精彩内容。礼，时为大，这是华夏文明厚重的文化底蕴，是中国人独有的民族凝聚力。礼记中蕴含着中华民族生生不息的思想力量，闪耀着礼仪之邦的文明光芒。我是王嘉宁，下一本典籍，我们再会。</w:t>
      </w:r>
    </w:p>
    <w:p w14:paraId="6C18E49B" w14:textId="77777777" w:rsidR="00E87C95" w:rsidRDefault="00000000">
      <w:pPr>
        <w:rPr>
          <w:lang w:eastAsia="zh-CN"/>
        </w:rPr>
      </w:pPr>
      <w:r>
        <w:rPr>
          <w:lang w:eastAsia="zh-CN"/>
        </w:rPr>
        <w:br w:type="page"/>
      </w:r>
    </w:p>
    <w:p w14:paraId="120703E0" w14:textId="77777777" w:rsidR="00E87C95" w:rsidRDefault="00000000">
      <w:pPr>
        <w:spacing w:after="0" w:line="579" w:lineRule="exact"/>
        <w:jc w:val="center"/>
        <w:rPr>
          <w:lang w:eastAsia="zh-CN"/>
        </w:rPr>
      </w:pPr>
      <w:r>
        <w:rPr>
          <w:rFonts w:ascii="方正小标宋简体" w:eastAsia="方正小标宋简体" w:hAnsi="方正小标宋简体"/>
          <w:sz w:val="44"/>
          <w:lang w:eastAsia="zh-CN"/>
        </w:rPr>
        <w:lastRenderedPageBreak/>
        <w:t>第15集 《诗经》</w:t>
      </w:r>
    </w:p>
    <w:p w14:paraId="322C5BB4" w14:textId="77777777" w:rsidR="00E87C95" w:rsidRDefault="00000000">
      <w:pPr>
        <w:spacing w:after="0" w:line="579" w:lineRule="exact"/>
        <w:ind w:firstLine="640"/>
        <w:rPr>
          <w:lang w:eastAsia="zh-CN"/>
        </w:rPr>
      </w:pPr>
      <w:r>
        <w:rPr>
          <w:rFonts w:ascii="仿宋" w:eastAsia="仿宋" w:hAnsi="仿宋"/>
          <w:sz w:val="32"/>
          <w:lang w:eastAsia="zh-CN"/>
        </w:rPr>
        <w:t>《诗》三百，一言以蔽之，曰，思无邪！今天在典籍里的中国，让我们一起识读中国第一部诗歌总集，《诗经》丰衣足食，安居乐业，那是人人向往的生活。寡妇子对毛苌恩同再造，她把家园留给了我们。大师留给了我们八月剥枣，十月获稻。梅子春酒，以戒为售。师者。智之所之也。</w:t>
      </w:r>
    </w:p>
    <w:p w14:paraId="6AC6CC20" w14:textId="77777777" w:rsidR="00E87C95" w:rsidRDefault="00000000">
      <w:pPr>
        <w:spacing w:after="0" w:line="579" w:lineRule="exact"/>
        <w:ind w:firstLine="640"/>
        <w:rPr>
          <w:lang w:eastAsia="zh-CN"/>
        </w:rPr>
      </w:pPr>
      <w:r>
        <w:rPr>
          <w:rFonts w:ascii="仿宋" w:eastAsia="仿宋" w:hAnsi="仿宋"/>
          <w:sz w:val="32"/>
          <w:lang w:eastAsia="zh-CN"/>
        </w:rPr>
        <w:t>早在上古时期，我们的先民就会用诗表达情感。相传自周公，至</w:t>
      </w:r>
      <w:proofErr w:type="gramStart"/>
      <w:r>
        <w:rPr>
          <w:rFonts w:ascii="仿宋" w:eastAsia="仿宋" w:hAnsi="仿宋"/>
          <w:sz w:val="32"/>
          <w:lang w:eastAsia="zh-CN"/>
        </w:rPr>
        <w:t>礼坐月</w:t>
      </w:r>
      <w:proofErr w:type="gramEnd"/>
      <w:r>
        <w:rPr>
          <w:rFonts w:ascii="仿宋" w:eastAsia="仿宋" w:hAnsi="仿宋"/>
          <w:sz w:val="32"/>
          <w:lang w:eastAsia="zh-CN"/>
        </w:rPr>
        <w:t>起。经过采诗献诗和数次的收集，整理，诗被记录和传承了下来。后来成为《诗经》，《诗经》作为中华礼乐文明的精神之花，记录了先明。对社会生活的歌唱书写了中华文化的灿烂篇章。</w:t>
      </w:r>
      <w:proofErr w:type="gramStart"/>
      <w:r>
        <w:rPr>
          <w:rFonts w:ascii="仿宋" w:eastAsia="仿宋" w:hAnsi="仿宋"/>
          <w:sz w:val="32"/>
          <w:lang w:eastAsia="zh-CN"/>
        </w:rPr>
        <w:t>崧</w:t>
      </w:r>
      <w:proofErr w:type="gramEnd"/>
      <w:r>
        <w:rPr>
          <w:rFonts w:ascii="仿宋" w:eastAsia="仿宋" w:hAnsi="仿宋"/>
          <w:sz w:val="32"/>
          <w:lang w:eastAsia="zh-CN"/>
        </w:rPr>
        <w:t>高维岳骏极于天，</w:t>
      </w:r>
      <w:proofErr w:type="gramStart"/>
      <w:r>
        <w:rPr>
          <w:rFonts w:ascii="仿宋" w:eastAsia="仿宋" w:hAnsi="仿宋"/>
          <w:sz w:val="32"/>
          <w:lang w:eastAsia="zh-CN"/>
        </w:rPr>
        <w:t>维岳降</w:t>
      </w:r>
      <w:proofErr w:type="gramEnd"/>
      <w:r>
        <w:rPr>
          <w:rFonts w:ascii="仿宋" w:eastAsia="仿宋" w:hAnsi="仿宋"/>
          <w:sz w:val="32"/>
          <w:lang w:eastAsia="zh-CN"/>
        </w:rPr>
        <w:t>神。南国逝世，相传周宣王的时候。</w:t>
      </w:r>
    </w:p>
    <w:p w14:paraId="6791C941" w14:textId="77777777" w:rsidR="00E87C95" w:rsidRDefault="00000000">
      <w:pPr>
        <w:spacing w:after="0" w:line="579" w:lineRule="exact"/>
        <w:ind w:firstLine="640"/>
        <w:rPr>
          <w:lang w:eastAsia="zh-CN"/>
        </w:rPr>
      </w:pPr>
      <w:proofErr w:type="gramStart"/>
      <w:r>
        <w:rPr>
          <w:rFonts w:ascii="仿宋" w:eastAsia="仿宋" w:hAnsi="仿宋"/>
          <w:sz w:val="32"/>
          <w:lang w:eastAsia="zh-CN"/>
        </w:rPr>
        <w:t>申伯因为</w:t>
      </w:r>
      <w:proofErr w:type="gramEnd"/>
      <w:r>
        <w:rPr>
          <w:rFonts w:ascii="仿宋" w:eastAsia="仿宋" w:hAnsi="仿宋"/>
          <w:sz w:val="32"/>
          <w:lang w:eastAsia="zh-CN"/>
        </w:rPr>
        <w:t>能力出众，被周宣王分封谢邑。镇抚南疆尹吉甫坐</w:t>
      </w:r>
      <w:proofErr w:type="gramStart"/>
      <w:r>
        <w:rPr>
          <w:rFonts w:ascii="仿宋" w:eastAsia="仿宋" w:hAnsi="仿宋"/>
          <w:sz w:val="32"/>
          <w:lang w:eastAsia="zh-CN"/>
        </w:rPr>
        <w:t>《</w:t>
      </w:r>
      <w:proofErr w:type="gramEnd"/>
      <w:r>
        <w:rPr>
          <w:rFonts w:ascii="仿宋" w:eastAsia="仿宋" w:hAnsi="仿宋"/>
          <w:sz w:val="32"/>
          <w:lang w:eastAsia="zh-CN"/>
        </w:rPr>
        <w:t>《大雅·崧高》》。</w:t>
      </w:r>
      <w:proofErr w:type="gramStart"/>
      <w:r>
        <w:rPr>
          <w:rFonts w:ascii="仿宋" w:eastAsia="仿宋" w:hAnsi="仿宋"/>
          <w:sz w:val="32"/>
          <w:lang w:eastAsia="zh-CN"/>
        </w:rPr>
        <w:t>以赠生伯</w:t>
      </w:r>
      <w:proofErr w:type="gramEnd"/>
      <w:r>
        <w:rPr>
          <w:rFonts w:ascii="仿宋" w:eastAsia="仿宋" w:hAnsi="仿宋"/>
          <w:sz w:val="32"/>
          <w:lang w:eastAsia="zh-CN"/>
        </w:rPr>
        <w:t>。</w:t>
      </w:r>
      <w:proofErr w:type="gramStart"/>
      <w:r>
        <w:rPr>
          <w:rFonts w:ascii="仿宋" w:eastAsia="仿宋" w:hAnsi="仿宋"/>
          <w:sz w:val="32"/>
          <w:lang w:eastAsia="zh-CN"/>
        </w:rPr>
        <w:t>陟彼阿丘</w:t>
      </w:r>
      <w:proofErr w:type="gramEnd"/>
      <w:r>
        <w:rPr>
          <w:rFonts w:ascii="仿宋" w:eastAsia="仿宋" w:hAnsi="仿宋"/>
          <w:sz w:val="32"/>
          <w:lang w:eastAsia="zh-CN"/>
        </w:rPr>
        <w:t>。言采其蝱。女子善怀。亦各有形。相传曲目夫人</w:t>
      </w:r>
      <w:proofErr w:type="gramStart"/>
      <w:r>
        <w:rPr>
          <w:rFonts w:ascii="仿宋" w:eastAsia="仿宋" w:hAnsi="仿宋"/>
          <w:sz w:val="32"/>
          <w:lang w:eastAsia="zh-CN"/>
        </w:rPr>
        <w:t>乃</w:t>
      </w:r>
      <w:proofErr w:type="gramEnd"/>
      <w:r>
        <w:rPr>
          <w:rFonts w:ascii="仿宋" w:eastAsia="仿宋" w:hAnsi="仿宋"/>
          <w:sz w:val="32"/>
          <w:lang w:eastAsia="zh-CN"/>
        </w:rPr>
        <w:t>。卫懿公之女。远嫁之后。魏国遭遇战乱。许穆夫人忧思故土，写下了鄘风在池。像尹吉甫。</w:t>
      </w:r>
    </w:p>
    <w:p w14:paraId="5EE2B687" w14:textId="77777777" w:rsidR="00E87C95" w:rsidRDefault="00000000">
      <w:pPr>
        <w:spacing w:after="0" w:line="579" w:lineRule="exact"/>
        <w:ind w:firstLine="640"/>
        <w:rPr>
          <w:lang w:eastAsia="zh-CN"/>
        </w:rPr>
      </w:pPr>
      <w:r>
        <w:rPr>
          <w:rFonts w:ascii="仿宋" w:eastAsia="仿宋" w:hAnsi="仿宋"/>
          <w:sz w:val="32"/>
          <w:lang w:eastAsia="zh-CN"/>
        </w:rPr>
        <w:t>许穆夫人等是《诗经》当中为数不多的身份明确的作者代表。而《诗经》当中更多的诗篇，则是由周朝采石棺，从民间收集整理而来。我是。师哥。是百姓们的心声。采诗。可知民情。观风俗。</w:t>
      </w:r>
      <w:proofErr w:type="gramStart"/>
      <w:r>
        <w:rPr>
          <w:rFonts w:ascii="仿宋" w:eastAsia="仿宋" w:hAnsi="仿宋"/>
          <w:sz w:val="32"/>
          <w:lang w:eastAsia="zh-CN"/>
        </w:rPr>
        <w:t>蒹</w:t>
      </w:r>
      <w:proofErr w:type="gramEnd"/>
      <w:r>
        <w:rPr>
          <w:rFonts w:ascii="仿宋" w:eastAsia="仿宋" w:hAnsi="仿宋"/>
          <w:sz w:val="32"/>
          <w:lang w:eastAsia="zh-CN"/>
        </w:rPr>
        <w:t>葭苍苍白露为霜，所谓伊人，在水一方。采自秦地为秦风仙家。投我以木桃，报之以琼瑶，</w:t>
      </w:r>
    </w:p>
    <w:p w14:paraId="3A8132CF" w14:textId="77777777" w:rsidR="00E87C95" w:rsidRDefault="00000000">
      <w:pPr>
        <w:spacing w:after="0" w:line="579" w:lineRule="exact"/>
        <w:ind w:firstLine="640"/>
        <w:rPr>
          <w:lang w:eastAsia="zh-CN"/>
        </w:rPr>
      </w:pPr>
      <w:proofErr w:type="gramStart"/>
      <w:r>
        <w:rPr>
          <w:rFonts w:ascii="仿宋" w:eastAsia="仿宋" w:hAnsi="仿宋"/>
          <w:sz w:val="32"/>
          <w:lang w:eastAsia="zh-CN"/>
        </w:rPr>
        <w:lastRenderedPageBreak/>
        <w:t>非报也</w:t>
      </w:r>
      <w:proofErr w:type="gramEnd"/>
      <w:r>
        <w:rPr>
          <w:rFonts w:ascii="仿宋" w:eastAsia="仿宋" w:hAnsi="仿宋"/>
          <w:sz w:val="32"/>
          <w:lang w:eastAsia="zh-CN"/>
        </w:rPr>
        <w:t>。有永以为好也。采自魏地，是</w:t>
      </w:r>
      <w:proofErr w:type="gramStart"/>
      <w:r>
        <w:rPr>
          <w:rFonts w:ascii="仿宋" w:eastAsia="仿宋" w:hAnsi="仿宋"/>
          <w:sz w:val="32"/>
          <w:lang w:eastAsia="zh-CN"/>
        </w:rPr>
        <w:t>为卫风木瓜</w:t>
      </w:r>
      <w:proofErr w:type="gramEnd"/>
      <w:r>
        <w:rPr>
          <w:rFonts w:ascii="仿宋" w:eastAsia="仿宋" w:hAnsi="仿宋"/>
          <w:sz w:val="32"/>
          <w:lang w:eastAsia="zh-CN"/>
        </w:rPr>
        <w:t>。</w:t>
      </w:r>
      <w:proofErr w:type="gramStart"/>
      <w:r>
        <w:rPr>
          <w:rFonts w:ascii="仿宋" w:eastAsia="仿宋" w:hAnsi="仿宋"/>
          <w:sz w:val="32"/>
          <w:lang w:eastAsia="zh-CN"/>
        </w:rPr>
        <w:t>桃之夭夭</w:t>
      </w:r>
      <w:proofErr w:type="gramEnd"/>
      <w:r>
        <w:rPr>
          <w:rFonts w:ascii="仿宋" w:eastAsia="仿宋" w:hAnsi="仿宋"/>
          <w:sz w:val="32"/>
          <w:lang w:eastAsia="zh-CN"/>
        </w:rPr>
        <w:t>，灼灼其华。之子于归，宜其室家采自周南，是为周南。桃</w:t>
      </w:r>
      <w:proofErr w:type="gramStart"/>
      <w:r>
        <w:rPr>
          <w:rFonts w:ascii="仿宋" w:eastAsia="仿宋" w:hAnsi="仿宋"/>
          <w:sz w:val="32"/>
          <w:lang w:eastAsia="zh-CN"/>
        </w:rPr>
        <w:t>夭</w:t>
      </w:r>
      <w:proofErr w:type="gramEnd"/>
      <w:r>
        <w:rPr>
          <w:rFonts w:ascii="仿宋" w:eastAsia="仿宋" w:hAnsi="仿宋"/>
          <w:sz w:val="32"/>
          <w:lang w:eastAsia="zh-CN"/>
        </w:rPr>
        <w:t>。青青子</w:t>
      </w:r>
      <w:proofErr w:type="gramStart"/>
      <w:r>
        <w:rPr>
          <w:rFonts w:ascii="仿宋" w:eastAsia="仿宋" w:hAnsi="仿宋"/>
          <w:sz w:val="32"/>
          <w:lang w:eastAsia="zh-CN"/>
        </w:rPr>
        <w:t>衿</w:t>
      </w:r>
      <w:proofErr w:type="gramEnd"/>
      <w:r>
        <w:rPr>
          <w:rFonts w:ascii="仿宋" w:eastAsia="仿宋" w:hAnsi="仿宋"/>
          <w:sz w:val="32"/>
          <w:lang w:eastAsia="zh-CN"/>
        </w:rPr>
        <w:t>，悠悠我心，</w:t>
      </w:r>
      <w:proofErr w:type="gramStart"/>
      <w:r>
        <w:rPr>
          <w:rFonts w:ascii="仿宋" w:eastAsia="仿宋" w:hAnsi="仿宋"/>
          <w:sz w:val="32"/>
          <w:lang w:eastAsia="zh-CN"/>
        </w:rPr>
        <w:t>纵我不往</w:t>
      </w:r>
      <w:proofErr w:type="gramEnd"/>
      <w:r>
        <w:rPr>
          <w:rFonts w:ascii="仿宋" w:eastAsia="仿宋" w:hAnsi="仿宋"/>
          <w:sz w:val="32"/>
          <w:lang w:eastAsia="zh-CN"/>
        </w:rPr>
        <w:t>。子宁不嗣音。采自正地，</w:t>
      </w:r>
    </w:p>
    <w:p w14:paraId="0986F9E8" w14:textId="77777777" w:rsidR="00E87C95" w:rsidRDefault="00000000">
      <w:pPr>
        <w:spacing w:after="0" w:line="579" w:lineRule="exact"/>
        <w:ind w:firstLine="640"/>
        <w:rPr>
          <w:lang w:eastAsia="zh-CN"/>
        </w:rPr>
      </w:pPr>
      <w:r>
        <w:rPr>
          <w:rFonts w:ascii="仿宋" w:eastAsia="仿宋" w:hAnsi="仿宋"/>
          <w:sz w:val="32"/>
          <w:lang w:eastAsia="zh-CN"/>
        </w:rPr>
        <w:t>为郑风。纸巾。有匪君子，如切如磋，如琢如磨，</w:t>
      </w:r>
      <w:proofErr w:type="gramStart"/>
      <w:r>
        <w:rPr>
          <w:rFonts w:ascii="仿宋" w:eastAsia="仿宋" w:hAnsi="仿宋"/>
          <w:sz w:val="32"/>
          <w:lang w:eastAsia="zh-CN"/>
        </w:rPr>
        <w:t>猜自魏</w:t>
      </w:r>
      <w:proofErr w:type="gramEnd"/>
      <w:r>
        <w:rPr>
          <w:rFonts w:ascii="仿宋" w:eastAsia="仿宋" w:hAnsi="仿宋"/>
          <w:sz w:val="32"/>
          <w:lang w:eastAsia="zh-CN"/>
        </w:rPr>
        <w:t>帝。是为卫风·</w:t>
      </w:r>
      <w:proofErr w:type="gramStart"/>
      <w:r>
        <w:rPr>
          <w:rFonts w:ascii="仿宋" w:eastAsia="仿宋" w:hAnsi="仿宋"/>
          <w:sz w:val="32"/>
          <w:lang w:eastAsia="zh-CN"/>
        </w:rPr>
        <w:t>淇</w:t>
      </w:r>
      <w:proofErr w:type="gramEnd"/>
      <w:r>
        <w:rPr>
          <w:rFonts w:ascii="仿宋" w:eastAsia="仿宋" w:hAnsi="仿宋"/>
          <w:sz w:val="32"/>
          <w:lang w:eastAsia="zh-CN"/>
        </w:rPr>
        <w:t>奥。</w:t>
      </w:r>
      <w:proofErr w:type="gramStart"/>
      <w:r>
        <w:rPr>
          <w:rFonts w:ascii="仿宋" w:eastAsia="仿宋" w:hAnsi="仿宋"/>
          <w:sz w:val="32"/>
          <w:lang w:eastAsia="zh-CN"/>
        </w:rPr>
        <w:t>硕鼠硕鼠</w:t>
      </w:r>
      <w:proofErr w:type="gramEnd"/>
      <w:r>
        <w:rPr>
          <w:rFonts w:ascii="仿宋" w:eastAsia="仿宋" w:hAnsi="仿宋"/>
          <w:sz w:val="32"/>
          <w:lang w:eastAsia="zh-CN"/>
        </w:rPr>
        <w:t>无食，</w:t>
      </w:r>
      <w:proofErr w:type="gramStart"/>
      <w:r>
        <w:rPr>
          <w:rFonts w:ascii="仿宋" w:eastAsia="仿宋" w:hAnsi="仿宋"/>
          <w:sz w:val="32"/>
          <w:lang w:eastAsia="zh-CN"/>
        </w:rPr>
        <w:t>我鼠三岁</w:t>
      </w:r>
      <w:proofErr w:type="gramEnd"/>
      <w:r>
        <w:rPr>
          <w:rFonts w:ascii="仿宋" w:eastAsia="仿宋" w:hAnsi="仿宋"/>
          <w:sz w:val="32"/>
          <w:lang w:eastAsia="zh-CN"/>
        </w:rPr>
        <w:t>贯女。莫我肯顾采，自魏帝为魏风·硕鼠。死生</w:t>
      </w:r>
      <w:proofErr w:type="gramStart"/>
      <w:r>
        <w:rPr>
          <w:rFonts w:ascii="仿宋" w:eastAsia="仿宋" w:hAnsi="仿宋"/>
          <w:sz w:val="32"/>
          <w:lang w:eastAsia="zh-CN"/>
        </w:rPr>
        <w:t>契</w:t>
      </w:r>
      <w:proofErr w:type="gramEnd"/>
      <w:r>
        <w:rPr>
          <w:rFonts w:ascii="仿宋" w:eastAsia="仿宋" w:hAnsi="仿宋"/>
          <w:sz w:val="32"/>
          <w:lang w:eastAsia="zh-CN"/>
        </w:rPr>
        <w:t>阔，与子成说，执子之手，与子偕老。采自</w:t>
      </w:r>
      <w:proofErr w:type="gramStart"/>
      <w:r>
        <w:rPr>
          <w:rFonts w:ascii="仿宋" w:eastAsia="仿宋" w:hAnsi="仿宋"/>
          <w:sz w:val="32"/>
          <w:lang w:eastAsia="zh-CN"/>
        </w:rPr>
        <w:t>邶</w:t>
      </w:r>
      <w:proofErr w:type="gramEnd"/>
      <w:r>
        <w:rPr>
          <w:rFonts w:ascii="仿宋" w:eastAsia="仿宋" w:hAnsi="仿宋"/>
          <w:sz w:val="32"/>
          <w:lang w:eastAsia="zh-CN"/>
        </w:rPr>
        <w:t>地是为邶风·击鼓。</w:t>
      </w:r>
    </w:p>
    <w:p w14:paraId="1A2DF06E" w14:textId="77777777" w:rsidR="00E87C95" w:rsidRDefault="00000000">
      <w:pPr>
        <w:spacing w:after="0" w:line="579" w:lineRule="exact"/>
        <w:ind w:firstLine="640"/>
        <w:rPr>
          <w:lang w:eastAsia="zh-CN"/>
        </w:rPr>
      </w:pPr>
      <w:r>
        <w:rPr>
          <w:rFonts w:ascii="仿宋" w:eastAsia="仿宋" w:hAnsi="仿宋"/>
          <w:sz w:val="32"/>
          <w:lang w:eastAsia="zh-CN"/>
        </w:rPr>
        <w:t>岂曰无衣，与子同袍。王于兴师。修我戈矛。采自晴地为</w:t>
      </w:r>
      <w:proofErr w:type="gramStart"/>
      <w:r>
        <w:rPr>
          <w:rFonts w:ascii="仿宋" w:eastAsia="仿宋" w:hAnsi="仿宋"/>
          <w:sz w:val="32"/>
          <w:lang w:eastAsia="zh-CN"/>
        </w:rPr>
        <w:t>秦风无衣</w:t>
      </w:r>
      <w:proofErr w:type="gramEnd"/>
      <w:r>
        <w:rPr>
          <w:rFonts w:ascii="仿宋" w:eastAsia="仿宋" w:hAnsi="仿宋"/>
          <w:sz w:val="32"/>
          <w:lang w:eastAsia="zh-CN"/>
        </w:rPr>
        <w:t>。采食天下观民风。知得失可，春风化俗。</w:t>
      </w:r>
      <w:proofErr w:type="gramStart"/>
      <w:r>
        <w:rPr>
          <w:rFonts w:ascii="仿宋" w:eastAsia="仿宋" w:hAnsi="仿宋"/>
          <w:sz w:val="32"/>
          <w:lang w:eastAsia="zh-CN"/>
        </w:rPr>
        <w:t>安定家</w:t>
      </w:r>
      <w:proofErr w:type="gramEnd"/>
      <w:r>
        <w:rPr>
          <w:rFonts w:ascii="仿宋" w:eastAsia="仿宋" w:hAnsi="仿宋"/>
          <w:sz w:val="32"/>
          <w:lang w:eastAsia="zh-CN"/>
        </w:rPr>
        <w:t>国。春风化俗，安定家族。春秋时期，孔子从上古流传的3000余篇诗中整理出305篇作品。传于弟子。诗分风雅俗。</w:t>
      </w:r>
    </w:p>
    <w:p w14:paraId="6F6D79CF" w14:textId="77777777" w:rsidR="00E87C95" w:rsidRDefault="00000000">
      <w:pPr>
        <w:spacing w:after="0" w:line="579" w:lineRule="exact"/>
        <w:ind w:firstLine="640"/>
        <w:rPr>
          <w:lang w:eastAsia="zh-CN"/>
        </w:rPr>
      </w:pPr>
      <w:r>
        <w:rPr>
          <w:rFonts w:ascii="仿宋" w:eastAsia="仿宋" w:hAnsi="仿宋"/>
          <w:sz w:val="32"/>
          <w:lang w:eastAsia="zh-CN"/>
        </w:rPr>
        <w:t>虽流传至今，但篇章杂乱。夫子</w:t>
      </w:r>
      <w:proofErr w:type="gramStart"/>
      <w:r>
        <w:rPr>
          <w:rFonts w:ascii="仿宋" w:eastAsia="仿宋" w:hAnsi="仿宋"/>
          <w:sz w:val="32"/>
          <w:lang w:eastAsia="zh-CN"/>
        </w:rPr>
        <w:t>宿兴夜寐</w:t>
      </w:r>
      <w:proofErr w:type="gramEnd"/>
      <w:r>
        <w:rPr>
          <w:rFonts w:ascii="仿宋" w:eastAsia="仿宋" w:hAnsi="仿宋"/>
          <w:sz w:val="32"/>
          <w:lang w:eastAsia="zh-CN"/>
        </w:rPr>
        <w:t>整，</w:t>
      </w:r>
      <w:proofErr w:type="gramStart"/>
      <w:r>
        <w:rPr>
          <w:rFonts w:ascii="仿宋" w:eastAsia="仿宋" w:hAnsi="仿宋"/>
          <w:sz w:val="32"/>
          <w:lang w:eastAsia="zh-CN"/>
        </w:rPr>
        <w:t>理诗305篇</w:t>
      </w:r>
      <w:proofErr w:type="gramEnd"/>
      <w:r>
        <w:rPr>
          <w:rFonts w:ascii="仿宋" w:eastAsia="仿宋" w:hAnsi="仿宋"/>
          <w:sz w:val="32"/>
          <w:lang w:eastAsia="zh-CN"/>
        </w:rPr>
        <w:t>其中。风160天。</w:t>
      </w:r>
      <w:proofErr w:type="gramStart"/>
      <w:r>
        <w:rPr>
          <w:rFonts w:ascii="仿宋" w:eastAsia="仿宋" w:hAnsi="仿宋"/>
          <w:sz w:val="32"/>
          <w:lang w:eastAsia="zh-CN"/>
        </w:rPr>
        <w:t>雅分大雅</w:t>
      </w:r>
      <w:proofErr w:type="gramEnd"/>
      <w:r>
        <w:rPr>
          <w:rFonts w:ascii="仿宋" w:eastAsia="仿宋" w:hAnsi="仿宋"/>
          <w:sz w:val="32"/>
          <w:lang w:eastAsia="zh-CN"/>
        </w:rPr>
        <w:t>小雅。105篇。宋40篇。请教夫子，如何学诗？十，300。一言以蔽之。曰：思无邪</w:t>
      </w:r>
    </w:p>
    <w:p w14:paraId="55E6EFD6" w14:textId="77777777" w:rsidR="00E87C95" w:rsidRDefault="00000000">
      <w:pPr>
        <w:spacing w:after="0" w:line="579" w:lineRule="exact"/>
        <w:ind w:firstLine="640"/>
        <w:rPr>
          <w:lang w:eastAsia="zh-CN"/>
        </w:rPr>
      </w:pPr>
      <w:r>
        <w:rPr>
          <w:rFonts w:ascii="仿宋" w:eastAsia="仿宋" w:hAnsi="仿宋"/>
          <w:sz w:val="32"/>
          <w:lang w:eastAsia="zh-CN"/>
        </w:rPr>
        <w:t>是300。一言以蔽之。曰：思无邪《诗经》是中国文学的光辉起点。是2500多年来中国文学的源头活水。在典籍里的中国，就让我们一起识读中国第一部诗歌总集。《诗经》。打开典籍品读中国，欢迎走进典籍里的中国。我是王嘉宁。古人云，师者，天地之心也。</w:t>
      </w:r>
    </w:p>
    <w:p w14:paraId="178BC57A" w14:textId="77777777" w:rsidR="00E87C95" w:rsidRDefault="00000000">
      <w:pPr>
        <w:spacing w:after="0" w:line="579" w:lineRule="exact"/>
        <w:ind w:firstLine="640"/>
        <w:rPr>
          <w:lang w:eastAsia="zh-CN"/>
        </w:rPr>
      </w:pPr>
      <w:r>
        <w:rPr>
          <w:rFonts w:ascii="仿宋" w:eastAsia="仿宋" w:hAnsi="仿宋"/>
          <w:sz w:val="32"/>
          <w:lang w:eastAsia="zh-CN"/>
        </w:rPr>
        <w:t>《诗经》讲述着古老的故事，凝结着生命的道理。也描绘着中国人自古以来对于美好生活的向往。今天就让我们一</w:t>
      </w:r>
      <w:r>
        <w:rPr>
          <w:rFonts w:ascii="仿宋" w:eastAsia="仿宋" w:hAnsi="仿宋"/>
          <w:sz w:val="32"/>
          <w:lang w:eastAsia="zh-CN"/>
        </w:rPr>
        <w:lastRenderedPageBreak/>
        <w:t>起来品读这部中国古代诗歌的开端《诗经》。老师们好！此刻出演戏剧的演员们也在观房间就坐，共同来聆听专家老师们的解读，欢迎！从刚才的开场戏剧当中啊，我们能看出《诗经》历经凝结，沉淀，传诵，千年至今可以从很多名篇当中去窥见当时的社会，人们的生活百态是什么样子的？有人讲啊。</w:t>
      </w:r>
    </w:p>
    <w:p w14:paraId="68239FE7" w14:textId="77777777" w:rsidR="00E87C95" w:rsidRDefault="00000000">
      <w:pPr>
        <w:spacing w:after="0" w:line="579" w:lineRule="exact"/>
        <w:ind w:firstLine="640"/>
        <w:rPr>
          <w:lang w:eastAsia="zh-CN"/>
        </w:rPr>
      </w:pPr>
      <w:r>
        <w:rPr>
          <w:rFonts w:ascii="仿宋" w:eastAsia="仿宋" w:hAnsi="仿宋"/>
          <w:sz w:val="32"/>
          <w:lang w:eastAsia="zh-CN"/>
        </w:rPr>
        <w:t>饥者歌其食，劳者歌其食啊。其实老百姓就是看到什么就割什么，那你比方说他恋爱了，那他就唱爱情啊，他在这劳动，他就唱劳动。《毛诗序》里就讲嘛。在心为志，发言为师。所以我们在诗经里，我们看到是我们祖先生活的样子呀，我们也看到了我们祖先的精神世界呀。没错，就是诗经里面有很多，</w:t>
      </w:r>
    </w:p>
    <w:p w14:paraId="39BA3ECE" w14:textId="77777777" w:rsidR="00E87C95" w:rsidRDefault="00000000">
      <w:pPr>
        <w:spacing w:after="0" w:line="579" w:lineRule="exact"/>
        <w:ind w:firstLine="640"/>
        <w:rPr>
          <w:lang w:eastAsia="zh-CN"/>
        </w:rPr>
      </w:pPr>
      <w:r>
        <w:rPr>
          <w:rFonts w:ascii="仿宋" w:eastAsia="仿宋" w:hAnsi="仿宋"/>
          <w:sz w:val="32"/>
          <w:lang w:eastAsia="zh-CN"/>
        </w:rPr>
        <w:t>我们现在耳熟能详的诗篇，比如像八月初早，十月获稻，它记录的就是农事生活。呦呦鹿鸣，食野之</w:t>
      </w:r>
      <w:proofErr w:type="gramStart"/>
      <w:r>
        <w:rPr>
          <w:rFonts w:ascii="仿宋" w:eastAsia="仿宋" w:hAnsi="仿宋"/>
          <w:sz w:val="32"/>
          <w:lang w:eastAsia="zh-CN"/>
        </w:rPr>
        <w:t>苹</w:t>
      </w:r>
      <w:proofErr w:type="gramEnd"/>
      <w:r>
        <w:rPr>
          <w:rFonts w:ascii="仿宋" w:eastAsia="仿宋" w:hAnsi="仿宋"/>
          <w:sz w:val="32"/>
          <w:lang w:eastAsia="zh-CN"/>
        </w:rPr>
        <w:t>，我有嘉宾，鼓瑟吹笙，它就是表达一种欢聚艳影的一种场合。再比如像</w:t>
      </w:r>
      <w:proofErr w:type="gramStart"/>
      <w:r>
        <w:rPr>
          <w:rFonts w:ascii="仿宋" w:eastAsia="仿宋" w:hAnsi="仿宋"/>
          <w:sz w:val="32"/>
          <w:lang w:eastAsia="zh-CN"/>
        </w:rPr>
        <w:t>秦风无衣</w:t>
      </w:r>
      <w:proofErr w:type="gramEnd"/>
      <w:r>
        <w:rPr>
          <w:rFonts w:ascii="仿宋" w:eastAsia="仿宋" w:hAnsi="仿宋"/>
          <w:sz w:val="32"/>
          <w:lang w:eastAsia="zh-CN"/>
        </w:rPr>
        <w:t>里头说七月无衣，与子同袍。讲述的是征战大家同</w:t>
      </w:r>
      <w:proofErr w:type="gramStart"/>
      <w:r>
        <w:rPr>
          <w:rFonts w:ascii="仿宋" w:eastAsia="仿宋" w:hAnsi="仿宋"/>
          <w:sz w:val="32"/>
          <w:lang w:eastAsia="zh-CN"/>
        </w:rPr>
        <w:t>仇敌骇是的</w:t>
      </w:r>
      <w:proofErr w:type="gramEnd"/>
      <w:r>
        <w:rPr>
          <w:rFonts w:ascii="仿宋" w:eastAsia="仿宋" w:hAnsi="仿宋"/>
          <w:sz w:val="32"/>
          <w:lang w:eastAsia="zh-CN"/>
        </w:rPr>
        <w:t>，说起来就很有气势。对。这些诗篇呢，表达了生活情感的方方面面，非常丰富。</w:t>
      </w:r>
    </w:p>
    <w:p w14:paraId="39082F2A" w14:textId="77777777" w:rsidR="00E87C95" w:rsidRDefault="00000000">
      <w:pPr>
        <w:spacing w:after="0" w:line="579" w:lineRule="exact"/>
        <w:ind w:firstLine="640"/>
        <w:rPr>
          <w:lang w:eastAsia="zh-CN"/>
        </w:rPr>
      </w:pPr>
      <w:r>
        <w:rPr>
          <w:rFonts w:ascii="仿宋" w:eastAsia="仿宋" w:hAnsi="仿宋"/>
          <w:sz w:val="32"/>
          <w:lang w:eastAsia="zh-CN"/>
        </w:rPr>
        <w:t>我觉得我们跟古人的情感是完全相通的呀，因为诗经里头讲一日不见如三秋兮，你想想看啊，这个看不见情人的时候，哎，内心是何等的焦灼呀，哎，我们今天也能体会到。中学课本学过的说</w:t>
      </w:r>
      <w:proofErr w:type="gramStart"/>
      <w:r>
        <w:rPr>
          <w:rFonts w:ascii="仿宋" w:eastAsia="仿宋" w:hAnsi="仿宋"/>
          <w:sz w:val="32"/>
          <w:lang w:eastAsia="zh-CN"/>
        </w:rPr>
        <w:t>数说数无识</w:t>
      </w:r>
      <w:proofErr w:type="gramEnd"/>
      <w:r>
        <w:rPr>
          <w:rFonts w:ascii="仿宋" w:eastAsia="仿宋" w:hAnsi="仿宋"/>
          <w:sz w:val="32"/>
          <w:lang w:eastAsia="zh-CN"/>
        </w:rPr>
        <w:t>，我数三岁，</w:t>
      </w:r>
      <w:proofErr w:type="gramStart"/>
      <w:r>
        <w:rPr>
          <w:rFonts w:ascii="仿宋" w:eastAsia="仿宋" w:hAnsi="仿宋"/>
          <w:sz w:val="32"/>
          <w:lang w:eastAsia="zh-CN"/>
        </w:rPr>
        <w:t>官儒默默</w:t>
      </w:r>
      <w:proofErr w:type="gramEnd"/>
      <w:r>
        <w:rPr>
          <w:rFonts w:ascii="仿宋" w:eastAsia="仿宋" w:hAnsi="仿宋"/>
          <w:sz w:val="32"/>
          <w:lang w:eastAsia="zh-CN"/>
        </w:rPr>
        <w:t>肯顾，</w:t>
      </w:r>
      <w:r>
        <w:rPr>
          <w:rFonts w:ascii="仿宋" w:eastAsia="仿宋" w:hAnsi="仿宋"/>
          <w:sz w:val="32"/>
          <w:lang w:eastAsia="zh-CN"/>
        </w:rPr>
        <w:lastRenderedPageBreak/>
        <w:t>这是何等的沉痛啊？这样的一些表达，我们对善。</w:t>
      </w:r>
      <w:proofErr w:type="gramStart"/>
      <w:r>
        <w:rPr>
          <w:rFonts w:ascii="仿宋" w:eastAsia="仿宋" w:hAnsi="仿宋"/>
          <w:sz w:val="32"/>
          <w:lang w:eastAsia="zh-CN"/>
        </w:rPr>
        <w:t>恶没臭看法</w:t>
      </w:r>
      <w:proofErr w:type="gramEnd"/>
      <w:r>
        <w:rPr>
          <w:rFonts w:ascii="仿宋" w:eastAsia="仿宋" w:hAnsi="仿宋"/>
          <w:sz w:val="32"/>
          <w:lang w:eastAsia="zh-CN"/>
        </w:rPr>
        <w:t>的诗句一直传到今天，</w:t>
      </w:r>
    </w:p>
    <w:p w14:paraId="0A063F4B" w14:textId="77777777" w:rsidR="00E87C95" w:rsidRDefault="00000000">
      <w:pPr>
        <w:spacing w:after="0" w:line="579" w:lineRule="exact"/>
        <w:ind w:firstLine="640"/>
        <w:rPr>
          <w:lang w:eastAsia="zh-CN"/>
        </w:rPr>
      </w:pPr>
      <w:r>
        <w:rPr>
          <w:rFonts w:ascii="仿宋" w:eastAsia="仿宋" w:hAnsi="仿宋"/>
          <w:sz w:val="32"/>
          <w:lang w:eastAsia="zh-CN"/>
        </w:rPr>
        <w:t>我们跟古人还是那么心灵相通。诗经里面</w:t>
      </w:r>
      <w:proofErr w:type="gramStart"/>
      <w:r>
        <w:rPr>
          <w:rFonts w:ascii="仿宋" w:eastAsia="仿宋" w:hAnsi="仿宋"/>
          <w:sz w:val="32"/>
          <w:lang w:eastAsia="zh-CN"/>
        </w:rPr>
        <w:t>其实内容</w:t>
      </w:r>
      <w:proofErr w:type="gramEnd"/>
      <w:r>
        <w:rPr>
          <w:rFonts w:ascii="仿宋" w:eastAsia="仿宋" w:hAnsi="仿宋"/>
          <w:sz w:val="32"/>
          <w:lang w:eastAsia="zh-CN"/>
        </w:rPr>
        <w:t>是非常丰富的，也展现了当时先民们的生活百态，那么《诗经》是如何形成的呢？《诗经》呢，在先秦时代一直呢，是被称为诗，它是周代礼乐制度的成果，也是经过了数次收集才形成的。西周建国之初呢，建立起了比较成熟的乐官制度，关于诗的收集，除了最初为了仪式典礼来创作乐歌之外呢，还有宫卿烈士献诗的一个制度。还有采诗的制度班固在《汉书》艺文志当中，</w:t>
      </w:r>
    </w:p>
    <w:p w14:paraId="2CB6DC57" w14:textId="77777777" w:rsidR="00E87C95" w:rsidRDefault="00000000">
      <w:pPr>
        <w:spacing w:after="0" w:line="579" w:lineRule="exact"/>
        <w:ind w:firstLine="640"/>
        <w:rPr>
          <w:lang w:eastAsia="zh-CN"/>
        </w:rPr>
      </w:pPr>
      <w:r>
        <w:rPr>
          <w:rFonts w:ascii="仿宋" w:eastAsia="仿宋" w:hAnsi="仿宋"/>
          <w:sz w:val="32"/>
          <w:lang w:eastAsia="zh-CN"/>
        </w:rPr>
        <w:t>说古有采诗之观王者，所以观风俗之得失，自考正也。相传这种采诗制度下呢？周代采诗官摇着木</w:t>
      </w:r>
      <w:proofErr w:type="gramStart"/>
      <w:r>
        <w:rPr>
          <w:rFonts w:ascii="仿宋" w:eastAsia="仿宋" w:hAnsi="仿宋"/>
          <w:sz w:val="32"/>
          <w:lang w:eastAsia="zh-CN"/>
        </w:rPr>
        <w:t>铎</w:t>
      </w:r>
      <w:proofErr w:type="gramEnd"/>
      <w:r>
        <w:rPr>
          <w:rFonts w:ascii="仿宋" w:eastAsia="仿宋" w:hAnsi="仿宋"/>
          <w:sz w:val="32"/>
          <w:lang w:eastAsia="zh-CN"/>
        </w:rPr>
        <w:t>寻。各地去采集民间的歌谣，通过歌谣呢，来体察民情民俗，来考证政治得失，都是诗的来源。诗经中的诗篇大多数</w:t>
      </w:r>
      <w:proofErr w:type="gramStart"/>
      <w:r>
        <w:rPr>
          <w:rFonts w:ascii="仿宋" w:eastAsia="仿宋" w:hAnsi="仿宋"/>
          <w:sz w:val="32"/>
          <w:lang w:eastAsia="zh-CN"/>
        </w:rPr>
        <w:t>都是诗官采集</w:t>
      </w:r>
      <w:proofErr w:type="gramEnd"/>
      <w:r>
        <w:rPr>
          <w:rFonts w:ascii="仿宋" w:eastAsia="仿宋" w:hAnsi="仿宋"/>
          <w:sz w:val="32"/>
          <w:lang w:eastAsia="zh-CN"/>
        </w:rPr>
        <w:t>而来，他没有留下具体的作者的名字，但是呢，我们可以知道里头有王侯公卿，也有世民百姓。</w:t>
      </w:r>
    </w:p>
    <w:p w14:paraId="7E2FC301" w14:textId="77777777" w:rsidR="00E87C95" w:rsidRDefault="00000000">
      <w:pPr>
        <w:spacing w:after="0" w:line="579" w:lineRule="exact"/>
        <w:ind w:firstLine="640"/>
        <w:rPr>
          <w:lang w:eastAsia="zh-CN"/>
        </w:rPr>
      </w:pPr>
      <w:r>
        <w:rPr>
          <w:rFonts w:ascii="仿宋" w:eastAsia="仿宋" w:hAnsi="仿宋"/>
          <w:sz w:val="32"/>
          <w:lang w:eastAsia="zh-CN"/>
        </w:rPr>
        <w:t>只有少量的作者，我们可以在《诗经》或者一些典籍里找到一些线索，像我们前面开场提到的尹吉甫是周宣王中兴时期的大臣，在</w:t>
      </w:r>
      <w:proofErr w:type="gramStart"/>
      <w:r>
        <w:rPr>
          <w:rFonts w:ascii="仿宋" w:eastAsia="仿宋" w:hAnsi="仿宋"/>
          <w:sz w:val="32"/>
          <w:lang w:eastAsia="zh-CN"/>
        </w:rPr>
        <w:t>《</w:t>
      </w:r>
      <w:proofErr w:type="gramEnd"/>
      <w:r>
        <w:rPr>
          <w:rFonts w:ascii="仿宋" w:eastAsia="仿宋" w:hAnsi="仿宋"/>
          <w:sz w:val="32"/>
          <w:lang w:eastAsia="zh-CN"/>
        </w:rPr>
        <w:t>《大雅·崧高》》。和</w:t>
      </w:r>
      <w:proofErr w:type="gramStart"/>
      <w:r>
        <w:rPr>
          <w:rFonts w:ascii="仿宋" w:eastAsia="仿宋" w:hAnsi="仿宋"/>
          <w:sz w:val="32"/>
          <w:lang w:eastAsia="zh-CN"/>
        </w:rPr>
        <w:t>大雅征民两篇</w:t>
      </w:r>
      <w:proofErr w:type="gramEnd"/>
      <w:r>
        <w:rPr>
          <w:rFonts w:ascii="仿宋" w:eastAsia="仿宋" w:hAnsi="仿宋"/>
          <w:sz w:val="32"/>
          <w:lang w:eastAsia="zh-CN"/>
        </w:rPr>
        <w:t>中有即</w:t>
      </w:r>
      <w:proofErr w:type="gramStart"/>
      <w:r>
        <w:rPr>
          <w:rFonts w:ascii="仿宋" w:eastAsia="仿宋" w:hAnsi="仿宋"/>
          <w:sz w:val="32"/>
          <w:lang w:eastAsia="zh-CN"/>
        </w:rPr>
        <w:t>辅作诵</w:t>
      </w:r>
      <w:proofErr w:type="gramEnd"/>
      <w:r>
        <w:rPr>
          <w:rFonts w:ascii="仿宋" w:eastAsia="仿宋" w:hAnsi="仿宋"/>
          <w:sz w:val="32"/>
          <w:lang w:eastAsia="zh-CN"/>
        </w:rPr>
        <w:t>的记录，另一位就是许穆夫人《左传》。清初记载，许穆</w:t>
      </w:r>
      <w:proofErr w:type="gramStart"/>
      <w:r>
        <w:rPr>
          <w:rFonts w:ascii="仿宋" w:eastAsia="仿宋" w:hAnsi="仿宋"/>
          <w:sz w:val="32"/>
          <w:lang w:eastAsia="zh-CN"/>
        </w:rPr>
        <w:t>夫人赴在池</w:t>
      </w:r>
      <w:proofErr w:type="gramEnd"/>
      <w:r>
        <w:rPr>
          <w:rFonts w:ascii="仿宋" w:eastAsia="仿宋" w:hAnsi="仿宋"/>
          <w:sz w:val="32"/>
          <w:lang w:eastAsia="zh-CN"/>
        </w:rPr>
        <w:t>，她是我国历史上第一位有明确历史记载的女。女诗人也是一位爱国诗人，所以中国的第一位女诗人还</w:t>
      </w:r>
      <w:r>
        <w:rPr>
          <w:rFonts w:ascii="仿宋" w:eastAsia="仿宋" w:hAnsi="仿宋"/>
          <w:sz w:val="32"/>
          <w:lang w:eastAsia="zh-CN"/>
        </w:rPr>
        <w:lastRenderedPageBreak/>
        <w:t>就藏在咱诗经中了。其实说到《诗经》，很多人比较熟悉的就是风雅颂，那他和</w:t>
      </w:r>
      <w:proofErr w:type="gramStart"/>
      <w:r>
        <w:rPr>
          <w:rFonts w:ascii="仿宋" w:eastAsia="仿宋" w:hAnsi="仿宋"/>
          <w:sz w:val="32"/>
          <w:lang w:eastAsia="zh-CN"/>
        </w:rPr>
        <w:t>赋比兴</w:t>
      </w:r>
      <w:proofErr w:type="gramEnd"/>
      <w:r>
        <w:rPr>
          <w:rFonts w:ascii="仿宋" w:eastAsia="仿宋" w:hAnsi="仿宋"/>
          <w:sz w:val="32"/>
          <w:lang w:eastAsia="zh-CN"/>
        </w:rPr>
        <w:t>其实是合称为诗经六艺的，这个六艺是什么意思呢？</w:t>
      </w:r>
    </w:p>
    <w:p w14:paraId="0958EF8F" w14:textId="77777777" w:rsidR="00E87C95" w:rsidRDefault="00000000">
      <w:pPr>
        <w:spacing w:after="0" w:line="579" w:lineRule="exact"/>
        <w:ind w:firstLine="640"/>
        <w:rPr>
          <w:lang w:eastAsia="zh-CN"/>
        </w:rPr>
      </w:pPr>
      <w:r>
        <w:rPr>
          <w:rFonts w:ascii="仿宋" w:eastAsia="仿宋" w:hAnsi="仿宋"/>
          <w:sz w:val="32"/>
          <w:lang w:eastAsia="zh-CN"/>
        </w:rPr>
        <w:t>六艺的说法呢？实际上是出自《毛诗》</w:t>
      </w:r>
      <w:proofErr w:type="gramStart"/>
      <w:r>
        <w:rPr>
          <w:rFonts w:ascii="仿宋" w:eastAsia="仿宋" w:hAnsi="仿宋"/>
          <w:sz w:val="32"/>
          <w:lang w:eastAsia="zh-CN"/>
        </w:rPr>
        <w:t>绪</w:t>
      </w:r>
      <w:proofErr w:type="gramEnd"/>
      <w:r>
        <w:rPr>
          <w:rFonts w:ascii="仿宋" w:eastAsia="仿宋" w:hAnsi="仿宋"/>
          <w:sz w:val="32"/>
          <w:lang w:eastAsia="zh-CN"/>
        </w:rPr>
        <w:t>，</w:t>
      </w:r>
      <w:proofErr w:type="gramStart"/>
      <w:r>
        <w:rPr>
          <w:rFonts w:ascii="仿宋" w:eastAsia="仿宋" w:hAnsi="仿宋"/>
          <w:sz w:val="32"/>
          <w:lang w:eastAsia="zh-CN"/>
        </w:rPr>
        <w:t>说到呢诗有</w:t>
      </w:r>
      <w:proofErr w:type="gramEnd"/>
      <w:r>
        <w:rPr>
          <w:rFonts w:ascii="仿宋" w:eastAsia="仿宋" w:hAnsi="仿宋"/>
          <w:sz w:val="32"/>
          <w:lang w:eastAsia="zh-CN"/>
        </w:rPr>
        <w:t>六艺。燕一曰风，二曰赋，三曰比，四曰新，五曰雅，六曰宋，一直到了</w:t>
      </w:r>
      <w:proofErr w:type="gramStart"/>
      <w:r>
        <w:rPr>
          <w:rFonts w:ascii="仿宋" w:eastAsia="仿宋" w:hAnsi="仿宋"/>
          <w:sz w:val="32"/>
          <w:lang w:eastAsia="zh-CN"/>
        </w:rPr>
        <w:t>孔寅达</w:t>
      </w:r>
      <w:proofErr w:type="gramEnd"/>
      <w:r>
        <w:rPr>
          <w:rFonts w:ascii="仿宋" w:eastAsia="仿宋" w:hAnsi="仿宋"/>
          <w:sz w:val="32"/>
          <w:lang w:eastAsia="zh-CN"/>
        </w:rPr>
        <w:t>的时候呢。他把这六艺划分成风雅颂，是诗之体。赋比兴呢，是失之韵，失之体来说。</w:t>
      </w:r>
    </w:p>
    <w:p w14:paraId="33EAED88" w14:textId="77777777" w:rsidR="00E87C95" w:rsidRDefault="00000000">
      <w:pPr>
        <w:spacing w:after="0" w:line="579" w:lineRule="exact"/>
        <w:ind w:firstLine="640"/>
        <w:rPr>
          <w:lang w:eastAsia="zh-CN"/>
        </w:rPr>
      </w:pPr>
      <w:r>
        <w:rPr>
          <w:rFonts w:ascii="仿宋" w:eastAsia="仿宋" w:hAnsi="仿宋"/>
          <w:sz w:val="32"/>
          <w:lang w:eastAsia="zh-CN"/>
        </w:rPr>
        <w:t>风呢，对应于15国风，就相当于15个诸侯地区的这种地方音乐。比如像郑风</w:t>
      </w:r>
      <w:proofErr w:type="gramStart"/>
      <w:r>
        <w:rPr>
          <w:rFonts w:ascii="仿宋" w:eastAsia="仿宋" w:hAnsi="仿宋"/>
          <w:sz w:val="32"/>
          <w:lang w:eastAsia="zh-CN"/>
        </w:rPr>
        <w:t>邶</w:t>
      </w:r>
      <w:proofErr w:type="gramEnd"/>
      <w:r>
        <w:rPr>
          <w:rFonts w:ascii="仿宋" w:eastAsia="仿宋" w:hAnsi="仿宋"/>
          <w:sz w:val="32"/>
          <w:lang w:eastAsia="zh-CN"/>
        </w:rPr>
        <w:t>风这些呢，它就相当于我们现在说秦腔，说</w:t>
      </w:r>
      <w:proofErr w:type="gramStart"/>
      <w:r>
        <w:rPr>
          <w:rFonts w:ascii="仿宋" w:eastAsia="仿宋" w:hAnsi="仿宋"/>
          <w:sz w:val="32"/>
          <w:lang w:eastAsia="zh-CN"/>
        </w:rPr>
        <w:t>空曲这个雅</w:t>
      </w:r>
      <w:proofErr w:type="gramEnd"/>
      <w:r>
        <w:rPr>
          <w:rFonts w:ascii="仿宋" w:eastAsia="仿宋" w:hAnsi="仿宋"/>
          <w:sz w:val="32"/>
          <w:lang w:eastAsia="zh-CN"/>
        </w:rPr>
        <w:t>呢，实际上就是以下地音乐为基础而形成的，当时的朝廷正乐区分成大雅和小雅宋在当。同时呢，来说是祭祀天地的时候使用的音乐，那么赋比兴又何解呢？赋比兴其实按照现在来说呀，这就是三。三种修辞手法赋是什么呀？朱熹说的好啊，</w:t>
      </w:r>
    </w:p>
    <w:p w14:paraId="56A7572B" w14:textId="77777777" w:rsidR="00E87C95" w:rsidRDefault="00000000">
      <w:pPr>
        <w:spacing w:after="0" w:line="579" w:lineRule="exact"/>
        <w:ind w:firstLine="640"/>
        <w:rPr>
          <w:lang w:eastAsia="zh-CN"/>
        </w:rPr>
      </w:pPr>
      <w:r>
        <w:rPr>
          <w:rFonts w:ascii="仿宋" w:eastAsia="仿宋" w:hAnsi="仿宋"/>
          <w:sz w:val="32"/>
          <w:lang w:eastAsia="zh-CN"/>
        </w:rPr>
        <w:t>赋者夫也啊，赋陈其事</w:t>
      </w:r>
      <w:proofErr w:type="gramStart"/>
      <w:r>
        <w:rPr>
          <w:rFonts w:ascii="仿宋" w:eastAsia="仿宋" w:hAnsi="仿宋"/>
          <w:sz w:val="32"/>
          <w:lang w:eastAsia="zh-CN"/>
        </w:rPr>
        <w:t>而职言</w:t>
      </w:r>
      <w:proofErr w:type="gramEnd"/>
      <w:r>
        <w:rPr>
          <w:rFonts w:ascii="仿宋" w:eastAsia="仿宋" w:hAnsi="仿宋"/>
          <w:sz w:val="32"/>
          <w:lang w:eastAsia="zh-CN"/>
        </w:rPr>
        <w:t>之者也。那就是铺陈呐笔，咱们</w:t>
      </w:r>
      <w:proofErr w:type="gramStart"/>
      <w:r>
        <w:rPr>
          <w:rFonts w:ascii="仿宋" w:eastAsia="仿宋" w:hAnsi="仿宋"/>
          <w:sz w:val="32"/>
          <w:lang w:eastAsia="zh-CN"/>
        </w:rPr>
        <w:t>就拿佳宁做</w:t>
      </w:r>
      <w:proofErr w:type="gramEnd"/>
      <w:r>
        <w:rPr>
          <w:rFonts w:ascii="仿宋" w:eastAsia="仿宋" w:hAnsi="仿宋"/>
          <w:sz w:val="32"/>
          <w:lang w:eastAsia="zh-CN"/>
        </w:rPr>
        <w:t>笔，手</w:t>
      </w:r>
      <w:proofErr w:type="gramStart"/>
      <w:r>
        <w:rPr>
          <w:rFonts w:ascii="仿宋" w:eastAsia="仿宋" w:hAnsi="仿宋"/>
          <w:sz w:val="32"/>
          <w:lang w:eastAsia="zh-CN"/>
        </w:rPr>
        <w:t>如柔提呀</w:t>
      </w:r>
      <w:proofErr w:type="gramEnd"/>
      <w:r>
        <w:rPr>
          <w:rFonts w:ascii="仿宋" w:eastAsia="仿宋" w:hAnsi="仿宋"/>
          <w:sz w:val="32"/>
          <w:lang w:eastAsia="zh-CN"/>
        </w:rPr>
        <w:t>，哎呦，肤如凝脂啊。巧笑</w:t>
      </w:r>
      <w:proofErr w:type="gramStart"/>
      <w:r>
        <w:rPr>
          <w:rFonts w:ascii="仿宋" w:eastAsia="仿宋" w:hAnsi="仿宋"/>
          <w:sz w:val="32"/>
          <w:lang w:eastAsia="zh-CN"/>
        </w:rPr>
        <w:t>倩</w:t>
      </w:r>
      <w:proofErr w:type="gramEnd"/>
      <w:r>
        <w:rPr>
          <w:rFonts w:ascii="仿宋" w:eastAsia="仿宋" w:hAnsi="仿宋"/>
          <w:sz w:val="32"/>
          <w:lang w:eastAsia="zh-CN"/>
        </w:rPr>
        <w:t>兮，美目盼兮。哎呀，这说的我脸如苹果兮，红彤彤，哈哈。其实这也算是比真的是是的星是什么啊？星就是。</w:t>
      </w:r>
    </w:p>
    <w:p w14:paraId="6CC7E183" w14:textId="77777777" w:rsidR="00E87C95" w:rsidRDefault="00000000">
      <w:pPr>
        <w:spacing w:after="0" w:line="579" w:lineRule="exact"/>
        <w:ind w:firstLine="640"/>
        <w:rPr>
          <w:lang w:eastAsia="zh-CN"/>
        </w:rPr>
      </w:pPr>
      <w:r>
        <w:rPr>
          <w:rFonts w:ascii="仿宋" w:eastAsia="仿宋" w:hAnsi="仿宋"/>
          <w:sz w:val="32"/>
          <w:lang w:eastAsia="zh-CN"/>
        </w:rPr>
        <w:t>联想你比方说</w:t>
      </w:r>
      <w:proofErr w:type="gramStart"/>
      <w:r>
        <w:rPr>
          <w:rFonts w:ascii="仿宋" w:eastAsia="仿宋" w:hAnsi="仿宋"/>
          <w:sz w:val="32"/>
          <w:lang w:eastAsia="zh-CN"/>
        </w:rPr>
        <w:t>桃之夭夭</w:t>
      </w:r>
      <w:proofErr w:type="gramEnd"/>
      <w:r>
        <w:rPr>
          <w:rFonts w:ascii="仿宋" w:eastAsia="仿宋" w:hAnsi="仿宋"/>
          <w:sz w:val="32"/>
          <w:lang w:eastAsia="zh-CN"/>
        </w:rPr>
        <w:t>，灼灼其华。哎呀，山桃开得如此烂漫呐，你想到什么？之子于归，宜其室家呀。哎呀，新娘子要出嫁了呀，她那个脸就</w:t>
      </w:r>
      <w:proofErr w:type="gramStart"/>
      <w:r>
        <w:rPr>
          <w:rFonts w:ascii="仿宋" w:eastAsia="仿宋" w:hAnsi="仿宋"/>
          <w:sz w:val="32"/>
          <w:lang w:eastAsia="zh-CN"/>
        </w:rPr>
        <w:t>像山</w:t>
      </w:r>
      <w:proofErr w:type="gramEnd"/>
      <w:r>
        <w:rPr>
          <w:rFonts w:ascii="仿宋" w:eastAsia="仿宋" w:hAnsi="仿宋"/>
          <w:sz w:val="32"/>
          <w:lang w:eastAsia="zh-CN"/>
        </w:rPr>
        <w:t>桃花一样灿烂呐啊，我们</w:t>
      </w:r>
      <w:r>
        <w:rPr>
          <w:rFonts w:ascii="仿宋" w:eastAsia="仿宋" w:hAnsi="仿宋"/>
          <w:sz w:val="32"/>
          <w:lang w:eastAsia="zh-CN"/>
        </w:rPr>
        <w:lastRenderedPageBreak/>
        <w:t>的古人是特。</w:t>
      </w:r>
      <w:proofErr w:type="gramStart"/>
      <w:r>
        <w:rPr>
          <w:rFonts w:ascii="仿宋" w:eastAsia="仿宋" w:hAnsi="仿宋"/>
          <w:sz w:val="32"/>
          <w:lang w:eastAsia="zh-CN"/>
        </w:rPr>
        <w:t>特别特别</w:t>
      </w:r>
      <w:proofErr w:type="gramEnd"/>
      <w:r>
        <w:rPr>
          <w:rFonts w:ascii="仿宋" w:eastAsia="仿宋" w:hAnsi="仿宋"/>
          <w:sz w:val="32"/>
          <w:lang w:eastAsia="zh-CN"/>
        </w:rPr>
        <w:t>擅长联想的，又是</w:t>
      </w:r>
      <w:proofErr w:type="gramStart"/>
      <w:r>
        <w:rPr>
          <w:rFonts w:ascii="仿宋" w:eastAsia="仿宋" w:hAnsi="仿宋"/>
          <w:sz w:val="32"/>
          <w:lang w:eastAsia="zh-CN"/>
        </w:rPr>
        <w:t>特别特别</w:t>
      </w:r>
      <w:proofErr w:type="gramEnd"/>
      <w:r>
        <w:rPr>
          <w:rFonts w:ascii="仿宋" w:eastAsia="仿宋" w:hAnsi="仿宋"/>
          <w:sz w:val="32"/>
          <w:lang w:eastAsia="zh-CN"/>
        </w:rPr>
        <w:t>擅长感受的，我们是一个多么多情而善感的民族啊，说的特别好。</w:t>
      </w:r>
    </w:p>
    <w:p w14:paraId="4B235713" w14:textId="77777777" w:rsidR="00E87C95" w:rsidRDefault="00000000">
      <w:pPr>
        <w:spacing w:after="0" w:line="579" w:lineRule="exact"/>
        <w:ind w:firstLine="640"/>
        <w:rPr>
          <w:lang w:eastAsia="zh-CN"/>
        </w:rPr>
      </w:pPr>
      <w:r>
        <w:rPr>
          <w:rFonts w:ascii="仿宋" w:eastAsia="仿宋" w:hAnsi="仿宋"/>
          <w:sz w:val="32"/>
          <w:lang w:eastAsia="zh-CN"/>
        </w:rPr>
        <w:t>其实，在诗经的艺术世界当中，我们能看到华夏先民他们最真挚的情感，最生动的人间世界，所以《诗经》流传千年至今，能够经久不衰的被人传唱，被人所醒。喜爱也正说明了它的魅力和价值所在。嗯，是的，孔子就非常重视《诗经》，说温柔敦厚，诗教也。他非常重视诗教，重视其培育道德</w:t>
      </w:r>
      <w:proofErr w:type="gramStart"/>
      <w:r>
        <w:rPr>
          <w:rFonts w:ascii="仿宋" w:eastAsia="仿宋" w:hAnsi="仿宋"/>
          <w:sz w:val="32"/>
          <w:lang w:eastAsia="zh-CN"/>
        </w:rPr>
        <w:t>淳</w:t>
      </w:r>
      <w:proofErr w:type="gramEnd"/>
      <w:r>
        <w:rPr>
          <w:rFonts w:ascii="仿宋" w:eastAsia="仿宋" w:hAnsi="仿宋"/>
          <w:sz w:val="32"/>
          <w:lang w:eastAsia="zh-CN"/>
        </w:rPr>
        <w:t>风化俗的功能。</w:t>
      </w:r>
    </w:p>
    <w:p w14:paraId="25D050BE" w14:textId="77777777" w:rsidR="00E87C95" w:rsidRDefault="00000000">
      <w:pPr>
        <w:spacing w:after="0" w:line="579" w:lineRule="exact"/>
        <w:ind w:firstLine="640"/>
        <w:rPr>
          <w:lang w:eastAsia="zh-CN"/>
        </w:rPr>
      </w:pPr>
      <w:r>
        <w:rPr>
          <w:rFonts w:ascii="仿宋" w:eastAsia="仿宋" w:hAnsi="仿宋"/>
          <w:sz w:val="32"/>
          <w:lang w:eastAsia="zh-CN"/>
        </w:rPr>
        <w:t>他以思无邪概括。诗经的主旨，它以兴于诗，立于礼，成于乐来，说明人格修养的进阶历程。孔子还说，不学诗，无以言。不学诗，没法与人交流，诗的素养成为一种社会的要求，不仅要有温柔敦厚的修养，还要有。</w:t>
      </w:r>
      <w:proofErr w:type="gramStart"/>
      <w:r>
        <w:rPr>
          <w:rFonts w:ascii="仿宋" w:eastAsia="仿宋" w:hAnsi="仿宋"/>
          <w:sz w:val="32"/>
          <w:lang w:eastAsia="zh-CN"/>
        </w:rPr>
        <w:t>傅诗言志</w:t>
      </w:r>
      <w:proofErr w:type="gramEnd"/>
      <w:r>
        <w:rPr>
          <w:rFonts w:ascii="仿宋" w:eastAsia="仿宋" w:hAnsi="仿宋"/>
          <w:sz w:val="32"/>
          <w:lang w:eastAsia="zh-CN"/>
        </w:rPr>
        <w:t>的能力，</w:t>
      </w:r>
    </w:p>
    <w:p w14:paraId="43B63E86" w14:textId="77777777" w:rsidR="00E87C95" w:rsidRDefault="00000000">
      <w:pPr>
        <w:spacing w:after="0" w:line="579" w:lineRule="exact"/>
        <w:ind w:firstLine="640"/>
        <w:rPr>
          <w:lang w:eastAsia="zh-CN"/>
        </w:rPr>
      </w:pPr>
      <w:r>
        <w:rPr>
          <w:rFonts w:ascii="仿宋" w:eastAsia="仿宋" w:hAnsi="仿宋"/>
          <w:sz w:val="32"/>
          <w:lang w:eastAsia="zh-CN"/>
        </w:rPr>
        <w:t>诗经里面的这些诗篇真的是。真诚质朴。美好到汉代的时候，诗的传承影响最大的呢就是</w:t>
      </w:r>
      <w:proofErr w:type="gramStart"/>
      <w:r>
        <w:rPr>
          <w:rFonts w:ascii="仿宋" w:eastAsia="仿宋" w:hAnsi="仿宋"/>
          <w:sz w:val="32"/>
          <w:lang w:eastAsia="zh-CN"/>
        </w:rPr>
        <w:t>齐鲁韩毛四家</w:t>
      </w:r>
      <w:proofErr w:type="gramEnd"/>
      <w:r>
        <w:rPr>
          <w:rFonts w:ascii="仿宋" w:eastAsia="仿宋" w:hAnsi="仿宋"/>
          <w:sz w:val="32"/>
          <w:lang w:eastAsia="zh-CN"/>
        </w:rPr>
        <w:t>诗。前三家在</w:t>
      </w:r>
      <w:proofErr w:type="gramStart"/>
      <w:r>
        <w:rPr>
          <w:rFonts w:ascii="仿宋" w:eastAsia="仿宋" w:hAnsi="仿宋"/>
          <w:sz w:val="32"/>
          <w:lang w:eastAsia="zh-CN"/>
        </w:rPr>
        <w:t>汉代都</w:t>
      </w:r>
      <w:proofErr w:type="gramEnd"/>
      <w:r>
        <w:rPr>
          <w:rFonts w:ascii="仿宋" w:eastAsia="仿宋" w:hAnsi="仿宋"/>
          <w:sz w:val="32"/>
          <w:lang w:eastAsia="zh-CN"/>
        </w:rPr>
        <w:t>立为官学了，《毛诗》没有被立为官学，它只是在民间传承。毛《毛诗》是</w:t>
      </w:r>
      <w:proofErr w:type="gramStart"/>
      <w:r>
        <w:rPr>
          <w:rFonts w:ascii="仿宋" w:eastAsia="仿宋" w:hAnsi="仿宋"/>
          <w:sz w:val="32"/>
          <w:lang w:eastAsia="zh-CN"/>
        </w:rPr>
        <w:t>毛亨和</w:t>
      </w:r>
      <w:proofErr w:type="gramEnd"/>
      <w:r>
        <w:rPr>
          <w:rFonts w:ascii="仿宋" w:eastAsia="仿宋" w:hAnsi="仿宋"/>
          <w:sz w:val="32"/>
          <w:lang w:eastAsia="zh-CN"/>
        </w:rPr>
        <w:t>毛苌所传相传，</w:t>
      </w:r>
      <w:proofErr w:type="gramStart"/>
      <w:r>
        <w:rPr>
          <w:rFonts w:ascii="仿宋" w:eastAsia="仿宋" w:hAnsi="仿宋"/>
          <w:sz w:val="32"/>
          <w:lang w:eastAsia="zh-CN"/>
        </w:rPr>
        <w:t>毛亨为师作故训</w:t>
      </w:r>
      <w:proofErr w:type="gramEnd"/>
      <w:r>
        <w:rPr>
          <w:rFonts w:ascii="仿宋" w:eastAsia="仿宋" w:hAnsi="仿宋"/>
          <w:sz w:val="32"/>
          <w:lang w:eastAsia="zh-CN"/>
        </w:rPr>
        <w:t>传，并把诗呢传承给了赵国人。</w:t>
      </w:r>
      <w:proofErr w:type="gramStart"/>
      <w:r>
        <w:rPr>
          <w:rFonts w:ascii="仿宋" w:eastAsia="仿宋" w:hAnsi="仿宋"/>
          <w:sz w:val="32"/>
          <w:lang w:eastAsia="zh-CN"/>
        </w:rPr>
        <w:t>毛苌毛苌呢被</w:t>
      </w:r>
      <w:proofErr w:type="gramEnd"/>
      <w:r>
        <w:rPr>
          <w:rFonts w:ascii="仿宋" w:eastAsia="仿宋" w:hAnsi="仿宋"/>
          <w:sz w:val="32"/>
          <w:lang w:eastAsia="zh-CN"/>
        </w:rPr>
        <w:t>河间献王立为博士，所以呢，毛苌所传的是。师呢，就因此获得毛诗这样的名称，</w:t>
      </w:r>
    </w:p>
    <w:p w14:paraId="418968AE" w14:textId="77777777" w:rsidR="00E87C95" w:rsidRDefault="00000000">
      <w:pPr>
        <w:spacing w:after="0" w:line="579" w:lineRule="exact"/>
        <w:ind w:firstLine="640"/>
        <w:rPr>
          <w:lang w:eastAsia="zh-CN"/>
        </w:rPr>
      </w:pPr>
      <w:proofErr w:type="gramStart"/>
      <w:r>
        <w:rPr>
          <w:rFonts w:ascii="仿宋" w:eastAsia="仿宋" w:hAnsi="仿宋"/>
          <w:sz w:val="32"/>
          <w:lang w:eastAsia="zh-CN"/>
        </w:rPr>
        <w:t>毛亨和</w:t>
      </w:r>
      <w:proofErr w:type="gramEnd"/>
      <w:r>
        <w:rPr>
          <w:rFonts w:ascii="仿宋" w:eastAsia="仿宋" w:hAnsi="仿宋"/>
          <w:sz w:val="32"/>
          <w:lang w:eastAsia="zh-CN"/>
        </w:rPr>
        <w:t>毛苌在历史上记载的是非常少的，但是毛诗他的后世影响很大，所以呢，后人就对</w:t>
      </w:r>
      <w:proofErr w:type="gramStart"/>
      <w:r>
        <w:rPr>
          <w:rFonts w:ascii="仿宋" w:eastAsia="仿宋" w:hAnsi="仿宋"/>
          <w:sz w:val="32"/>
          <w:lang w:eastAsia="zh-CN"/>
        </w:rPr>
        <w:t>毛亨和</w:t>
      </w:r>
      <w:proofErr w:type="gramEnd"/>
      <w:r>
        <w:rPr>
          <w:rFonts w:ascii="仿宋" w:eastAsia="仿宋" w:hAnsi="仿宋"/>
          <w:sz w:val="32"/>
          <w:lang w:eastAsia="zh-CN"/>
        </w:rPr>
        <w:t>毛苌非常尊敬了。就称</w:t>
      </w:r>
      <w:proofErr w:type="gramStart"/>
      <w:r>
        <w:rPr>
          <w:rFonts w:ascii="仿宋" w:eastAsia="仿宋" w:hAnsi="仿宋"/>
          <w:sz w:val="32"/>
          <w:lang w:eastAsia="zh-CN"/>
        </w:rPr>
        <w:t>毛亨呢</w:t>
      </w:r>
      <w:proofErr w:type="gramEnd"/>
      <w:r>
        <w:rPr>
          <w:rFonts w:ascii="仿宋" w:eastAsia="仿宋" w:hAnsi="仿宋"/>
          <w:sz w:val="32"/>
          <w:lang w:eastAsia="zh-CN"/>
        </w:rPr>
        <w:t>，是大毛弓，毛苌呢，是小毛弓。到东汉的时候</w:t>
      </w:r>
      <w:r>
        <w:rPr>
          <w:rFonts w:ascii="仿宋" w:eastAsia="仿宋" w:hAnsi="仿宋"/>
          <w:sz w:val="32"/>
          <w:lang w:eastAsia="zh-CN"/>
        </w:rPr>
        <w:lastRenderedPageBreak/>
        <w:t>就有一些大儒在筑毛石了，你比方说亚</w:t>
      </w:r>
      <w:proofErr w:type="gramStart"/>
      <w:r>
        <w:rPr>
          <w:rFonts w:ascii="仿宋" w:eastAsia="仿宋" w:hAnsi="仿宋"/>
          <w:sz w:val="32"/>
          <w:lang w:eastAsia="zh-CN"/>
        </w:rPr>
        <w:t>奎马蓉那后来</w:t>
      </w:r>
      <w:proofErr w:type="gramEnd"/>
      <w:r>
        <w:rPr>
          <w:rFonts w:ascii="仿宋" w:eastAsia="仿宋" w:hAnsi="仿宋"/>
          <w:sz w:val="32"/>
          <w:lang w:eastAsia="zh-CN"/>
        </w:rPr>
        <w:t>更重要的郑玄。他拿齐鲁韩三家来助毛氏，毛氏成了集大成者呀，今天我们所看到的《诗经》，那就是毛氏感谢谁。我觉得我们是感谢一代</w:t>
      </w:r>
      <w:proofErr w:type="gramStart"/>
      <w:r>
        <w:rPr>
          <w:rFonts w:ascii="仿宋" w:eastAsia="仿宋" w:hAnsi="仿宋"/>
          <w:sz w:val="32"/>
          <w:lang w:eastAsia="zh-CN"/>
        </w:rPr>
        <w:t>一代</w:t>
      </w:r>
      <w:proofErr w:type="gramEnd"/>
      <w:r>
        <w:rPr>
          <w:rFonts w:ascii="仿宋" w:eastAsia="仿宋" w:hAnsi="仿宋"/>
          <w:sz w:val="32"/>
          <w:lang w:eastAsia="zh-CN"/>
        </w:rPr>
        <w:t>的传人，</w:t>
      </w:r>
    </w:p>
    <w:p w14:paraId="4F81B86C" w14:textId="77777777" w:rsidR="00E87C95" w:rsidRDefault="00000000">
      <w:pPr>
        <w:spacing w:after="0" w:line="579" w:lineRule="exact"/>
        <w:ind w:firstLine="640"/>
        <w:rPr>
          <w:lang w:eastAsia="zh-CN"/>
        </w:rPr>
      </w:pPr>
      <w:r>
        <w:rPr>
          <w:rFonts w:ascii="仿宋" w:eastAsia="仿宋" w:hAnsi="仿宋"/>
          <w:sz w:val="32"/>
          <w:lang w:eastAsia="zh-CN"/>
        </w:rPr>
        <w:t>他们的呕心沥血。感谢老师们的解读，那么今天在典籍里的中国的舞台上会怎样演绎《诗经》背后代代传承故事呢？我们一起</w:t>
      </w:r>
      <w:proofErr w:type="gramStart"/>
      <w:r>
        <w:rPr>
          <w:rFonts w:ascii="仿宋" w:eastAsia="仿宋" w:hAnsi="仿宋"/>
          <w:sz w:val="32"/>
          <w:lang w:eastAsia="zh-CN"/>
        </w:rPr>
        <w:t>到典读会</w:t>
      </w:r>
      <w:proofErr w:type="gramEnd"/>
      <w:r>
        <w:rPr>
          <w:rFonts w:ascii="仿宋" w:eastAsia="仿宋" w:hAnsi="仿宋"/>
          <w:sz w:val="32"/>
          <w:lang w:eastAsia="zh-CN"/>
        </w:rPr>
        <w:t>，看看演员们是如何识读《诗经》。大家好，欢迎来到典籍里的中</w:t>
      </w:r>
      <w:proofErr w:type="gramStart"/>
      <w:r>
        <w:rPr>
          <w:rFonts w:ascii="仿宋" w:eastAsia="仿宋" w:hAnsi="仿宋"/>
          <w:sz w:val="32"/>
          <w:lang w:eastAsia="zh-CN"/>
        </w:rPr>
        <w:t>国典读会</w:t>
      </w:r>
      <w:proofErr w:type="gramEnd"/>
      <w:r>
        <w:rPr>
          <w:rFonts w:ascii="仿宋" w:eastAsia="仿宋" w:hAnsi="仿宋"/>
          <w:sz w:val="32"/>
          <w:lang w:eastAsia="zh-CN"/>
        </w:rPr>
        <w:t>，我是当代读书人撒贝宁，今天我们将要播一部中国最早的诗歌总集。相见，那就是大家熟悉的《诗经》。呦呦鹿鸣，食野之</w:t>
      </w:r>
      <w:proofErr w:type="gramStart"/>
      <w:r>
        <w:rPr>
          <w:rFonts w:ascii="仿宋" w:eastAsia="仿宋" w:hAnsi="仿宋"/>
          <w:sz w:val="32"/>
          <w:lang w:eastAsia="zh-CN"/>
        </w:rPr>
        <w:t>苹</w:t>
      </w:r>
      <w:proofErr w:type="gramEnd"/>
      <w:r>
        <w:rPr>
          <w:rFonts w:ascii="仿宋" w:eastAsia="仿宋" w:hAnsi="仿宋"/>
          <w:sz w:val="32"/>
          <w:lang w:eastAsia="zh-CN"/>
        </w:rPr>
        <w:t>，我有嘉宾。鼓</w:t>
      </w:r>
      <w:proofErr w:type="gramStart"/>
      <w:r>
        <w:rPr>
          <w:rFonts w:ascii="仿宋" w:eastAsia="仿宋" w:hAnsi="仿宋"/>
          <w:sz w:val="32"/>
          <w:lang w:eastAsia="zh-CN"/>
        </w:rPr>
        <w:t>瑟</w:t>
      </w:r>
      <w:proofErr w:type="gramEnd"/>
      <w:r>
        <w:rPr>
          <w:rFonts w:ascii="仿宋" w:eastAsia="仿宋" w:hAnsi="仿宋"/>
          <w:sz w:val="32"/>
          <w:lang w:eastAsia="zh-CN"/>
        </w:rPr>
        <w:t>吹笙，欢迎各位。</w:t>
      </w:r>
    </w:p>
    <w:p w14:paraId="3E8CDF93" w14:textId="77777777" w:rsidR="00E87C95" w:rsidRDefault="00000000">
      <w:pPr>
        <w:spacing w:after="0" w:line="579" w:lineRule="exact"/>
        <w:ind w:firstLine="640"/>
        <w:rPr>
          <w:lang w:eastAsia="zh-CN"/>
        </w:rPr>
      </w:pPr>
      <w:r>
        <w:rPr>
          <w:rFonts w:ascii="仿宋" w:eastAsia="仿宋" w:hAnsi="仿宋"/>
          <w:sz w:val="32"/>
          <w:lang w:eastAsia="zh-CN"/>
        </w:rPr>
        <w:t>请各位给观众朋友们做一下自我介绍，我是中国国家话剧院演员吴越，在此剧中扮演毛苌。我是演员张晨光，在戏剧中我饰演的是老年时期的。毛亨，我是演员曹磊，在戏剧中饰演中青年的毛亨，我是演员吴倩，在戏剧中饰演的是毛亨的妻子赵依。各位老师好，我是典籍里的中国总编剧张昆鹏。说到《诗经》啊，今天中国人仍然还在用诗经里的很多诗句来表达我们的所见所感。对，</w:t>
      </w:r>
    </w:p>
    <w:p w14:paraId="3D69EA29" w14:textId="77777777" w:rsidR="00E87C95" w:rsidRDefault="00000000">
      <w:pPr>
        <w:spacing w:after="0" w:line="579" w:lineRule="exact"/>
        <w:ind w:firstLine="640"/>
        <w:rPr>
          <w:lang w:eastAsia="zh-CN"/>
        </w:rPr>
      </w:pPr>
      <w:r>
        <w:rPr>
          <w:rFonts w:ascii="仿宋" w:eastAsia="仿宋" w:hAnsi="仿宋"/>
          <w:sz w:val="32"/>
          <w:lang w:eastAsia="zh-CN"/>
        </w:rPr>
        <w:t>比如说今天见到各位谦谦君子，诗经里就有这样的诗句，言念君子。</w:t>
      </w:r>
      <w:proofErr w:type="gramStart"/>
      <w:r>
        <w:rPr>
          <w:rFonts w:ascii="仿宋" w:eastAsia="仿宋" w:hAnsi="仿宋"/>
          <w:sz w:val="32"/>
          <w:lang w:eastAsia="zh-CN"/>
        </w:rPr>
        <w:t>温其如玉</w:t>
      </w:r>
      <w:proofErr w:type="gramEnd"/>
      <w:r>
        <w:rPr>
          <w:rFonts w:ascii="仿宋" w:eastAsia="仿宋" w:hAnsi="仿宋"/>
          <w:sz w:val="32"/>
          <w:lang w:eastAsia="zh-CN"/>
        </w:rPr>
        <w:t>。再说到男女之间美好的爱情，那更不用讲了，中国人张口就来。关关雎鸠，在河之洲。窈窕淑女，君子好</w:t>
      </w:r>
      <w:proofErr w:type="gramStart"/>
      <w:r>
        <w:rPr>
          <w:rFonts w:ascii="仿宋" w:eastAsia="仿宋" w:hAnsi="仿宋"/>
          <w:sz w:val="32"/>
          <w:lang w:eastAsia="zh-CN"/>
        </w:rPr>
        <w:t>逑</w:t>
      </w:r>
      <w:proofErr w:type="gramEnd"/>
      <w:r>
        <w:rPr>
          <w:rFonts w:ascii="仿宋" w:eastAsia="仿宋" w:hAnsi="仿宋"/>
          <w:sz w:val="32"/>
          <w:lang w:eastAsia="zh-CN"/>
        </w:rPr>
        <w:t>。这些诗句那都是耳熟能详，但是你要说《诗经》</w:t>
      </w:r>
      <w:r>
        <w:rPr>
          <w:rFonts w:ascii="仿宋" w:eastAsia="仿宋" w:hAnsi="仿宋"/>
          <w:sz w:val="32"/>
          <w:lang w:eastAsia="zh-CN"/>
        </w:rPr>
        <w:lastRenderedPageBreak/>
        <w:t>从什么样的视角用戏剧的方式去讲述这个故事，我想我们大家都非常的期待。关于本期这个典籍的故事主线呢，</w:t>
      </w:r>
    </w:p>
    <w:p w14:paraId="234905FB" w14:textId="77777777" w:rsidR="00E87C95" w:rsidRDefault="00000000">
      <w:pPr>
        <w:spacing w:after="0" w:line="579" w:lineRule="exact"/>
        <w:ind w:firstLine="640"/>
        <w:rPr>
          <w:lang w:eastAsia="zh-CN"/>
        </w:rPr>
      </w:pPr>
      <w:r>
        <w:rPr>
          <w:rFonts w:ascii="仿宋" w:eastAsia="仿宋" w:hAnsi="仿宋"/>
          <w:sz w:val="32"/>
          <w:lang w:eastAsia="zh-CN"/>
        </w:rPr>
        <w:t>我们跟专家组进行了反复讨论，相传孔子整理305篇诗歌。把它形成诗，但是我们现在读到的是毛亨和毛苌所传的《毛诗》，所以我们就决定。选择以毛亨</w:t>
      </w:r>
      <w:proofErr w:type="gramStart"/>
      <w:r>
        <w:rPr>
          <w:rFonts w:ascii="仿宋" w:eastAsia="仿宋" w:hAnsi="仿宋"/>
          <w:sz w:val="32"/>
          <w:lang w:eastAsia="zh-CN"/>
        </w:rPr>
        <w:t>和毛场为</w:t>
      </w:r>
      <w:proofErr w:type="gramEnd"/>
      <w:r>
        <w:rPr>
          <w:rFonts w:ascii="仿宋" w:eastAsia="仿宋" w:hAnsi="仿宋"/>
          <w:sz w:val="32"/>
          <w:lang w:eastAsia="zh-CN"/>
        </w:rPr>
        <w:t>我们故事的主要人物，通过他们的视角。来演绎诗经的故事，这次是由两位老师饰演毛苌和老年时期的毛亨，这两位人物应该说在。我们今天读到《诗经》这个历史过程当中，是起到了至关重要的作用。对对对，毛苌是一位好学</w:t>
      </w:r>
      <w:proofErr w:type="gramStart"/>
      <w:r>
        <w:rPr>
          <w:rFonts w:ascii="仿宋" w:eastAsia="仿宋" w:hAnsi="仿宋"/>
          <w:sz w:val="32"/>
          <w:lang w:eastAsia="zh-CN"/>
        </w:rPr>
        <w:t>睹志护师传师</w:t>
      </w:r>
      <w:proofErr w:type="gramEnd"/>
      <w:r>
        <w:rPr>
          <w:rFonts w:ascii="仿宋" w:eastAsia="仿宋" w:hAnsi="仿宋"/>
          <w:sz w:val="32"/>
          <w:lang w:eastAsia="zh-CN"/>
        </w:rPr>
        <w:t>的这么一个。学者，</w:t>
      </w:r>
    </w:p>
    <w:p w14:paraId="437734EB" w14:textId="77777777" w:rsidR="00E87C95" w:rsidRDefault="00000000">
      <w:pPr>
        <w:spacing w:after="0" w:line="579" w:lineRule="exact"/>
        <w:ind w:firstLine="640"/>
        <w:rPr>
          <w:lang w:eastAsia="zh-CN"/>
        </w:rPr>
      </w:pPr>
      <w:r>
        <w:rPr>
          <w:rFonts w:ascii="仿宋" w:eastAsia="仿宋" w:hAnsi="仿宋"/>
          <w:sz w:val="32"/>
          <w:lang w:eastAsia="zh-CN"/>
        </w:rPr>
        <w:t>现在呢？我们用一个全新的角度来看待诗经里的真和美，其实对我是。是一个巨大的收获。陈光老师在这个戏剧里呢，毛亨啊，他的人生很巧妙的，跟诗经里面的这个世界呢，他就融合了在一块儿，后来呢，也通过了诗经里面的注解。呃，让更多的人了解诗经的含义，毛亨他对这个诗学的传承啊，孜孜不倦。</w:t>
      </w:r>
    </w:p>
    <w:p w14:paraId="4F35E0D4" w14:textId="77777777" w:rsidR="00E87C95" w:rsidRDefault="00000000">
      <w:pPr>
        <w:spacing w:after="0" w:line="579" w:lineRule="exact"/>
        <w:ind w:firstLine="640"/>
        <w:rPr>
          <w:lang w:eastAsia="zh-CN"/>
        </w:rPr>
      </w:pPr>
      <w:r>
        <w:rPr>
          <w:rFonts w:ascii="仿宋" w:eastAsia="仿宋" w:hAnsi="仿宋"/>
          <w:sz w:val="32"/>
          <w:lang w:eastAsia="zh-CN"/>
        </w:rPr>
        <w:t>对待这个感情呢，它是。矢志不渝，对毛苌呢他是。视如己出，所以他是一位至情至信的人。毛亨将毛苌抚养成人，传师于毛苌，亦父亦师。毛苌呢，对他有着无尽的崇敬和思念，我十分的动容。无论是毛亨著诗，还是毛苌传诗，这当中都</w:t>
      </w:r>
      <w:proofErr w:type="gramStart"/>
      <w:r>
        <w:rPr>
          <w:rFonts w:ascii="仿宋" w:eastAsia="仿宋" w:hAnsi="仿宋"/>
          <w:sz w:val="32"/>
          <w:lang w:eastAsia="zh-CN"/>
        </w:rPr>
        <w:t>秉承着</w:t>
      </w:r>
      <w:proofErr w:type="gramEnd"/>
      <w:r>
        <w:rPr>
          <w:rFonts w:ascii="仿宋" w:eastAsia="仿宋" w:hAnsi="仿宋"/>
          <w:sz w:val="32"/>
          <w:lang w:eastAsia="zh-CN"/>
        </w:rPr>
        <w:t>一种精神，</w:t>
      </w:r>
    </w:p>
    <w:p w14:paraId="60FF0D77" w14:textId="77777777" w:rsidR="00E87C95" w:rsidRDefault="00000000">
      <w:pPr>
        <w:spacing w:after="0" w:line="579" w:lineRule="exact"/>
        <w:ind w:firstLine="640"/>
        <w:rPr>
          <w:lang w:eastAsia="zh-CN"/>
        </w:rPr>
      </w:pPr>
      <w:r>
        <w:rPr>
          <w:rFonts w:ascii="仿宋" w:eastAsia="仿宋" w:hAnsi="仿宋"/>
          <w:sz w:val="32"/>
          <w:lang w:eastAsia="zh-CN"/>
        </w:rPr>
        <w:lastRenderedPageBreak/>
        <w:t>就</w:t>
      </w:r>
      <w:proofErr w:type="gramStart"/>
      <w:r>
        <w:rPr>
          <w:rFonts w:ascii="仿宋" w:eastAsia="仿宋" w:hAnsi="仿宋"/>
          <w:sz w:val="32"/>
          <w:lang w:eastAsia="zh-CN"/>
        </w:rPr>
        <w:t>三个字思无邪</w:t>
      </w:r>
      <w:proofErr w:type="gramEnd"/>
      <w:r>
        <w:rPr>
          <w:rFonts w:ascii="仿宋" w:eastAsia="仿宋" w:hAnsi="仿宋"/>
          <w:sz w:val="32"/>
          <w:lang w:eastAsia="zh-CN"/>
        </w:rPr>
        <w:t>。这也是孔子对于《诗经》精神的</w:t>
      </w:r>
      <w:proofErr w:type="gramStart"/>
      <w:r>
        <w:rPr>
          <w:rFonts w:ascii="仿宋" w:eastAsia="仿宋" w:hAnsi="仿宋"/>
          <w:sz w:val="32"/>
          <w:lang w:eastAsia="zh-CN"/>
        </w:rPr>
        <w:t>一</w:t>
      </w:r>
      <w:proofErr w:type="gramEnd"/>
      <w:r>
        <w:rPr>
          <w:rFonts w:ascii="仿宋" w:eastAsia="仿宋" w:hAnsi="仿宋"/>
          <w:sz w:val="32"/>
          <w:lang w:eastAsia="zh-CN"/>
        </w:rPr>
        <w:t>种概念。概括和描述那接下来想有请师徒二人在现场为我们一起诵读一下这句话。诗310，言以蔽之。曰：思无邪谢谢两位的诵读，非常期待两位稍后在戏剧中的演绎。《诗经》当中描绘的这些画卷，其实直到今天仍然还在。我们中国人最熟悉的生活场景中，你比如说在诗经中有一篇七月。它是以一年的12个月作为时间的线索，然后把蚕桑，</w:t>
      </w:r>
    </w:p>
    <w:p w14:paraId="33B47003" w14:textId="77777777" w:rsidR="00E87C95" w:rsidRDefault="00000000">
      <w:pPr>
        <w:spacing w:after="0" w:line="579" w:lineRule="exact"/>
        <w:ind w:firstLine="640"/>
        <w:rPr>
          <w:lang w:eastAsia="zh-CN"/>
        </w:rPr>
      </w:pPr>
      <w:r>
        <w:rPr>
          <w:rFonts w:ascii="仿宋" w:eastAsia="仿宋" w:hAnsi="仿宋"/>
          <w:sz w:val="32"/>
          <w:lang w:eastAsia="zh-CN"/>
        </w:rPr>
        <w:t>耕种，狩猎活动所有这一切作为我们的场景编织在一块儿形成的一幅画卷。这幅画卷其实。其实就是描绘了一个最古老的农耕文明，它的文化的根脉所在，而且这首诗当中有好几句在我们今天的戏剧作品中是反复出现。所以我们一块来诵读一下这句话吧。八月初早，十月获稻。为此春酒，以</w:t>
      </w:r>
      <w:proofErr w:type="gramStart"/>
      <w:r>
        <w:rPr>
          <w:rFonts w:ascii="仿宋" w:eastAsia="仿宋" w:hAnsi="仿宋"/>
          <w:sz w:val="32"/>
          <w:lang w:eastAsia="zh-CN"/>
        </w:rPr>
        <w:t>介</w:t>
      </w:r>
      <w:proofErr w:type="gramEnd"/>
      <w:r>
        <w:rPr>
          <w:rFonts w:ascii="仿宋" w:eastAsia="仿宋" w:hAnsi="仿宋"/>
          <w:sz w:val="32"/>
          <w:lang w:eastAsia="zh-CN"/>
        </w:rPr>
        <w:t>眉寿。八月枯草十月阔，</w:t>
      </w:r>
      <w:proofErr w:type="gramStart"/>
      <w:r>
        <w:rPr>
          <w:rFonts w:ascii="仿宋" w:eastAsia="仿宋" w:hAnsi="仿宋"/>
          <w:sz w:val="32"/>
          <w:lang w:eastAsia="zh-CN"/>
        </w:rPr>
        <w:t>稻为此</w:t>
      </w:r>
      <w:proofErr w:type="gramEnd"/>
      <w:r>
        <w:rPr>
          <w:rFonts w:ascii="仿宋" w:eastAsia="仿宋" w:hAnsi="仿宋"/>
          <w:sz w:val="32"/>
          <w:lang w:eastAsia="zh-CN"/>
        </w:rPr>
        <w:t>春酒以介眉寿。</w:t>
      </w:r>
      <w:proofErr w:type="gramStart"/>
      <w:r>
        <w:rPr>
          <w:rFonts w:ascii="仿宋" w:eastAsia="仿宋" w:hAnsi="仿宋"/>
          <w:sz w:val="32"/>
          <w:lang w:eastAsia="zh-CN"/>
        </w:rPr>
        <w:t>哄读《诗经》</w:t>
      </w:r>
      <w:proofErr w:type="gramEnd"/>
      <w:r>
        <w:rPr>
          <w:rFonts w:ascii="仿宋" w:eastAsia="仿宋" w:hAnsi="仿宋"/>
          <w:sz w:val="32"/>
          <w:lang w:eastAsia="zh-CN"/>
        </w:rPr>
        <w:t>呢，就像穿越时空看到的鲜明的喜怒哀乐。</w:t>
      </w:r>
    </w:p>
    <w:p w14:paraId="2C39FE81" w14:textId="77777777" w:rsidR="00E87C95" w:rsidRDefault="00000000">
      <w:pPr>
        <w:spacing w:after="0" w:line="579" w:lineRule="exact"/>
        <w:ind w:firstLine="640"/>
        <w:rPr>
          <w:lang w:eastAsia="zh-CN"/>
        </w:rPr>
      </w:pPr>
      <w:r>
        <w:rPr>
          <w:rFonts w:ascii="仿宋" w:eastAsia="仿宋" w:hAnsi="仿宋"/>
          <w:sz w:val="32"/>
          <w:lang w:eastAsia="zh-CN"/>
        </w:rPr>
        <w:t>我希望呢，我能够将这样一个。历经磨难却不改。传世初心的这个智者，好好表现出来，让我们诗篇中的美好永远流传。这次演绎传诗人毛苌要演绎出毛苌作为一个诗学大家的稳重，还有他对。他的师傅亦师亦父的情感。是很大的挑战，我会尽力演好毛场，诠释好我们中华民族的智慧和文化力量。</w:t>
      </w:r>
      <w:proofErr w:type="gramStart"/>
      <w:r>
        <w:rPr>
          <w:rFonts w:ascii="仿宋" w:eastAsia="仿宋" w:hAnsi="仿宋"/>
          <w:sz w:val="32"/>
          <w:lang w:eastAsia="zh-CN"/>
        </w:rPr>
        <w:t>大家大家</w:t>
      </w:r>
      <w:proofErr w:type="gramEnd"/>
      <w:r>
        <w:rPr>
          <w:rFonts w:ascii="仿宋" w:eastAsia="仿宋" w:hAnsi="仿宋"/>
          <w:sz w:val="32"/>
          <w:lang w:eastAsia="zh-CN"/>
        </w:rPr>
        <w:t>嘿呀嘿呀，颗粒</w:t>
      </w:r>
      <w:proofErr w:type="gramStart"/>
      <w:r>
        <w:rPr>
          <w:rFonts w:ascii="仿宋" w:eastAsia="仿宋" w:hAnsi="仿宋"/>
          <w:sz w:val="32"/>
          <w:lang w:eastAsia="zh-CN"/>
        </w:rPr>
        <w:t>挥擦嘿呀</w:t>
      </w:r>
      <w:proofErr w:type="gramEnd"/>
      <w:r>
        <w:rPr>
          <w:rFonts w:ascii="仿宋" w:eastAsia="仿宋" w:hAnsi="仿宋"/>
          <w:sz w:val="32"/>
          <w:lang w:eastAsia="zh-CN"/>
        </w:rPr>
        <w:t>。</w:t>
      </w:r>
      <w:proofErr w:type="gramStart"/>
      <w:r>
        <w:rPr>
          <w:rFonts w:ascii="仿宋" w:eastAsia="仿宋" w:hAnsi="仿宋"/>
          <w:sz w:val="32"/>
          <w:lang w:eastAsia="zh-CN"/>
        </w:rPr>
        <w:t>哎呀哎呀哎呀</w:t>
      </w:r>
      <w:proofErr w:type="gramEnd"/>
      <w:r>
        <w:rPr>
          <w:rFonts w:ascii="仿宋" w:eastAsia="仿宋" w:hAnsi="仿宋"/>
          <w:sz w:val="32"/>
          <w:lang w:eastAsia="zh-CN"/>
        </w:rPr>
        <w:t>，</w:t>
      </w:r>
    </w:p>
    <w:p w14:paraId="47E5656B" w14:textId="77777777" w:rsidR="00E87C95" w:rsidRDefault="00000000">
      <w:pPr>
        <w:spacing w:after="0" w:line="579" w:lineRule="exact"/>
        <w:ind w:firstLine="640"/>
        <w:rPr>
          <w:lang w:eastAsia="zh-CN"/>
        </w:rPr>
      </w:pPr>
      <w:proofErr w:type="gramStart"/>
      <w:r>
        <w:rPr>
          <w:rFonts w:ascii="仿宋" w:eastAsia="仿宋" w:hAnsi="仿宋"/>
          <w:sz w:val="32"/>
          <w:lang w:eastAsia="zh-CN"/>
        </w:rPr>
        <w:t>喝酒喝酒喝酒</w:t>
      </w:r>
      <w:proofErr w:type="gramEnd"/>
      <w:r>
        <w:rPr>
          <w:rFonts w:ascii="仿宋" w:eastAsia="仿宋" w:hAnsi="仿宋"/>
          <w:sz w:val="32"/>
          <w:lang w:eastAsia="zh-CN"/>
        </w:rPr>
        <w:t>快春节</w:t>
      </w:r>
      <w:proofErr w:type="gramStart"/>
      <w:r>
        <w:rPr>
          <w:rFonts w:ascii="仿宋" w:eastAsia="仿宋" w:hAnsi="仿宋"/>
          <w:sz w:val="32"/>
          <w:lang w:eastAsia="zh-CN"/>
        </w:rPr>
        <w:t>春节</w:t>
      </w:r>
      <w:proofErr w:type="gramEnd"/>
      <w:r>
        <w:rPr>
          <w:rFonts w:ascii="仿宋" w:eastAsia="仿宋" w:hAnsi="仿宋"/>
          <w:sz w:val="32"/>
          <w:lang w:eastAsia="zh-CN"/>
        </w:rPr>
        <w:t>。八月初枣十月过大为此春酒。一年没送老公您刚念到春酒，春酒就来了，多谢多谢。嗯，</w:t>
      </w:r>
      <w:r>
        <w:rPr>
          <w:rFonts w:ascii="仿宋" w:eastAsia="仿宋" w:hAnsi="仿宋"/>
          <w:sz w:val="32"/>
          <w:lang w:eastAsia="zh-CN"/>
        </w:rPr>
        <w:lastRenderedPageBreak/>
        <w:t>真香啊，您多喝两碗，先生我们也想喝春酒，小孩子可不能喝酒啊。如果你们背诗背的好，我就给你们吃一个。七月石瓜，八月断湖，九月叔</w:t>
      </w:r>
      <w:proofErr w:type="gramStart"/>
      <w:r>
        <w:rPr>
          <w:rFonts w:ascii="仿宋" w:eastAsia="仿宋" w:hAnsi="仿宋"/>
          <w:sz w:val="32"/>
          <w:lang w:eastAsia="zh-CN"/>
        </w:rPr>
        <w:t>苴</w:t>
      </w:r>
      <w:proofErr w:type="gramEnd"/>
      <w:r>
        <w:rPr>
          <w:rFonts w:ascii="仿宋" w:eastAsia="仿宋" w:hAnsi="仿宋"/>
          <w:sz w:val="32"/>
          <w:lang w:eastAsia="zh-CN"/>
        </w:rPr>
        <w:t>彩湖新出。</w:t>
      </w:r>
    </w:p>
    <w:p w14:paraId="46708972" w14:textId="77777777" w:rsidR="00E87C95" w:rsidRDefault="00000000">
      <w:pPr>
        <w:spacing w:after="0" w:line="579" w:lineRule="exact"/>
        <w:ind w:firstLine="640"/>
        <w:rPr>
          <w:lang w:eastAsia="zh-CN"/>
        </w:rPr>
      </w:pPr>
      <w:r>
        <w:rPr>
          <w:rFonts w:ascii="仿宋" w:eastAsia="仿宋" w:hAnsi="仿宋"/>
          <w:sz w:val="32"/>
          <w:lang w:eastAsia="zh-CN"/>
        </w:rPr>
        <w:t>食我农夫西汉初年大儒毛亨的弟子毛苌在河间一带传师。并解读毛亨所著</w:t>
      </w:r>
      <w:proofErr w:type="gramStart"/>
      <w:r>
        <w:rPr>
          <w:rFonts w:ascii="仿宋" w:eastAsia="仿宋" w:hAnsi="仿宋"/>
          <w:sz w:val="32"/>
          <w:lang w:eastAsia="zh-CN"/>
        </w:rPr>
        <w:t>毛诗故训传</w:t>
      </w:r>
      <w:proofErr w:type="gramEnd"/>
      <w:r>
        <w:rPr>
          <w:rFonts w:ascii="仿宋" w:eastAsia="仿宋" w:hAnsi="仿宋"/>
          <w:sz w:val="32"/>
          <w:lang w:eastAsia="zh-CN"/>
        </w:rPr>
        <w:t>。在他的影响下，当地人皆善事，九月铸成谱，十月纳河下。</w:t>
      </w:r>
      <w:proofErr w:type="gramStart"/>
      <w:r>
        <w:rPr>
          <w:rFonts w:ascii="仿宋" w:eastAsia="仿宋" w:hAnsi="仿宋"/>
          <w:sz w:val="32"/>
          <w:lang w:eastAsia="zh-CN"/>
        </w:rPr>
        <w:t>蜀记同路</w:t>
      </w:r>
      <w:proofErr w:type="gramEnd"/>
      <w:r>
        <w:rPr>
          <w:rFonts w:ascii="仿宋" w:eastAsia="仿宋" w:hAnsi="仿宋"/>
          <w:sz w:val="32"/>
          <w:lang w:eastAsia="zh-CN"/>
        </w:rPr>
        <w:t>荷马书，卖哈哈哈，知道你们背的是什么意思吗？这首七月说的是。人们一年间的劳作，有劳作才有丰收，有丰收才有一堂吃，说得好啊。七月相传是周公所做农业，</w:t>
      </w:r>
    </w:p>
    <w:p w14:paraId="6655B081" w14:textId="77777777" w:rsidR="00E87C95" w:rsidRDefault="00000000">
      <w:pPr>
        <w:spacing w:after="0" w:line="579" w:lineRule="exact"/>
        <w:ind w:firstLine="640"/>
        <w:rPr>
          <w:lang w:eastAsia="zh-CN"/>
        </w:rPr>
      </w:pPr>
      <w:r>
        <w:rPr>
          <w:rFonts w:ascii="仿宋" w:eastAsia="仿宋" w:hAnsi="仿宋"/>
          <w:sz w:val="32"/>
          <w:lang w:eastAsia="zh-CN"/>
        </w:rPr>
        <w:t>是周人的立国之本。这立国之本是什么？咱可不懂啊。咱种地的人啊，就知道这粮食就是咱们的命，当年此处啊，土地贫藉。夫子带我追肥，我不堪其苦。可夫子说，改造家园和土地要一年一年持续不断的。做下去，如今土地终于肥沃了。可父子。他却没能看到啊，</w:t>
      </w:r>
    </w:p>
    <w:p w14:paraId="006139C1" w14:textId="77777777" w:rsidR="00E87C95" w:rsidRDefault="00000000">
      <w:pPr>
        <w:spacing w:after="0" w:line="579" w:lineRule="exact"/>
        <w:ind w:firstLine="640"/>
        <w:rPr>
          <w:lang w:eastAsia="zh-CN"/>
        </w:rPr>
      </w:pPr>
      <w:r>
        <w:rPr>
          <w:rFonts w:ascii="仿宋" w:eastAsia="仿宋" w:hAnsi="仿宋"/>
          <w:sz w:val="32"/>
          <w:lang w:eastAsia="zh-CN"/>
        </w:rPr>
        <w:t>来，咱们以丰收的春酒。敬毛亨</w:t>
      </w:r>
      <w:proofErr w:type="gramStart"/>
      <w:r>
        <w:rPr>
          <w:rFonts w:ascii="仿宋" w:eastAsia="仿宋" w:hAnsi="仿宋"/>
          <w:sz w:val="32"/>
          <w:lang w:eastAsia="zh-CN"/>
        </w:rPr>
        <w:t>父子好敬父子</w:t>
      </w:r>
      <w:proofErr w:type="gramEnd"/>
      <w:r>
        <w:rPr>
          <w:rFonts w:ascii="仿宋" w:eastAsia="仿宋" w:hAnsi="仿宋"/>
          <w:sz w:val="32"/>
          <w:lang w:eastAsia="zh-CN"/>
        </w:rPr>
        <w:t>。今日勿要颗粒归仓，继续打架好。哎哎哎。</w:t>
      </w:r>
      <w:proofErr w:type="gramStart"/>
      <w:r>
        <w:rPr>
          <w:rFonts w:ascii="仿宋" w:eastAsia="仿宋" w:hAnsi="仿宋"/>
          <w:sz w:val="32"/>
          <w:lang w:eastAsia="zh-CN"/>
        </w:rPr>
        <w:t>慢着</w:t>
      </w:r>
      <w:proofErr w:type="gramEnd"/>
      <w:r>
        <w:rPr>
          <w:rFonts w:ascii="仿宋" w:eastAsia="仿宋" w:hAnsi="仿宋"/>
          <w:sz w:val="32"/>
          <w:lang w:eastAsia="zh-CN"/>
        </w:rPr>
        <w:t>点，</w:t>
      </w:r>
      <w:proofErr w:type="gramStart"/>
      <w:r>
        <w:rPr>
          <w:rFonts w:ascii="仿宋" w:eastAsia="仿宋" w:hAnsi="仿宋"/>
          <w:sz w:val="32"/>
          <w:lang w:eastAsia="zh-CN"/>
        </w:rPr>
        <w:t>都慢着</w:t>
      </w:r>
      <w:proofErr w:type="gramEnd"/>
      <w:r>
        <w:rPr>
          <w:rFonts w:ascii="仿宋" w:eastAsia="仿宋" w:hAnsi="仿宋"/>
          <w:sz w:val="32"/>
          <w:lang w:eastAsia="zh-CN"/>
        </w:rPr>
        <w:t>点。晚辈拜见先生呃，你是何人？晚辈撒贝宁是从2000多年之后来的读书人。2000年后。我们尊称先生为小毛，公尊称毛亨，夫子为大毛公，</w:t>
      </w:r>
    </w:p>
    <w:p w14:paraId="2CF16261" w14:textId="77777777" w:rsidR="00E87C95" w:rsidRDefault="00000000">
      <w:pPr>
        <w:spacing w:after="0" w:line="579" w:lineRule="exact"/>
        <w:ind w:firstLine="640"/>
        <w:rPr>
          <w:lang w:eastAsia="zh-CN"/>
        </w:rPr>
      </w:pPr>
      <w:r>
        <w:rPr>
          <w:rFonts w:ascii="仿宋" w:eastAsia="仿宋" w:hAnsi="仿宋"/>
          <w:sz w:val="32"/>
          <w:lang w:eastAsia="zh-CN"/>
        </w:rPr>
        <w:t>两位所传的诗在后世被称为毛诗。是血。学生的必修课，晚辈也是从小读到大，哎呀，我听你这么说，我很高兴，可是我不相信你说的没关系。晚辈已经习惯了这样。晚辈或许</w:t>
      </w:r>
      <w:r>
        <w:rPr>
          <w:rFonts w:ascii="仿宋" w:eastAsia="仿宋" w:hAnsi="仿宋"/>
          <w:sz w:val="32"/>
          <w:lang w:eastAsia="zh-CN"/>
        </w:rPr>
        <w:lastRenderedPageBreak/>
        <w:t>有一个办法能让先</w:t>
      </w:r>
      <w:proofErr w:type="gramStart"/>
      <w:r>
        <w:rPr>
          <w:rFonts w:ascii="仿宋" w:eastAsia="仿宋" w:hAnsi="仿宋"/>
          <w:sz w:val="32"/>
          <w:lang w:eastAsia="zh-CN"/>
        </w:rPr>
        <w:t>生相信</w:t>
      </w:r>
      <w:proofErr w:type="gramEnd"/>
      <w:r>
        <w:rPr>
          <w:rFonts w:ascii="仿宋" w:eastAsia="仿宋" w:hAnsi="仿宋"/>
          <w:sz w:val="32"/>
          <w:lang w:eastAsia="zh-CN"/>
        </w:rPr>
        <w:t>我，如果我能带您。再见到夫子。如何？我自幼孤苦，失去父母。</w:t>
      </w:r>
    </w:p>
    <w:p w14:paraId="4357DEBC" w14:textId="77777777" w:rsidR="00E87C95" w:rsidRDefault="00000000">
      <w:pPr>
        <w:spacing w:after="0" w:line="579" w:lineRule="exact"/>
        <w:ind w:firstLine="640"/>
        <w:rPr>
          <w:lang w:eastAsia="zh-CN"/>
        </w:rPr>
      </w:pPr>
      <w:r>
        <w:rPr>
          <w:rFonts w:ascii="仿宋" w:eastAsia="仿宋" w:hAnsi="仿宋"/>
          <w:sz w:val="32"/>
          <w:lang w:eastAsia="zh-CN"/>
        </w:rPr>
        <w:t>是夫子他收养的我。教我学诗。我倒是真希望</w:t>
      </w:r>
      <w:proofErr w:type="gramStart"/>
      <w:r>
        <w:rPr>
          <w:rFonts w:ascii="仿宋" w:eastAsia="仿宋" w:hAnsi="仿宋"/>
          <w:sz w:val="32"/>
          <w:lang w:eastAsia="zh-CN"/>
        </w:rPr>
        <w:t>萨</w:t>
      </w:r>
      <w:proofErr w:type="gramEnd"/>
      <w:r>
        <w:rPr>
          <w:rFonts w:ascii="仿宋" w:eastAsia="仿宋" w:hAnsi="仿宋"/>
          <w:sz w:val="32"/>
          <w:lang w:eastAsia="zh-CN"/>
        </w:rPr>
        <w:t>军。带着我能够穿越古今，这样我就能见到夫子啦。先生可愿，随我一世。愿意。八月剥枣，十月获稻。每一次春秋。以戒为少。不成。你捅啊。扁担呢？</w:t>
      </w:r>
    </w:p>
    <w:p w14:paraId="1D089CB4" w14:textId="77777777" w:rsidR="00E87C95" w:rsidRDefault="00000000">
      <w:pPr>
        <w:spacing w:after="0" w:line="579" w:lineRule="exact"/>
        <w:ind w:firstLine="640"/>
        <w:rPr>
          <w:lang w:eastAsia="zh-CN"/>
        </w:rPr>
      </w:pPr>
      <w:r>
        <w:rPr>
          <w:rFonts w:ascii="仿宋" w:eastAsia="仿宋" w:hAnsi="仿宋"/>
          <w:sz w:val="32"/>
          <w:lang w:eastAsia="zh-CN"/>
        </w:rPr>
        <w:t>我相信你是来自后世的人了，</w:t>
      </w:r>
      <w:proofErr w:type="gramStart"/>
      <w:r>
        <w:rPr>
          <w:rFonts w:ascii="仿宋" w:eastAsia="仿宋" w:hAnsi="仿宋"/>
          <w:sz w:val="32"/>
          <w:lang w:eastAsia="zh-CN"/>
        </w:rPr>
        <w:t>毛糖跟</w:t>
      </w:r>
      <w:proofErr w:type="gramEnd"/>
      <w:r>
        <w:rPr>
          <w:rFonts w:ascii="仿宋" w:eastAsia="仿宋" w:hAnsi="仿宋"/>
          <w:sz w:val="32"/>
          <w:lang w:eastAsia="zh-CN"/>
        </w:rPr>
        <w:t>你说话</w:t>
      </w:r>
      <w:proofErr w:type="gramStart"/>
      <w:r>
        <w:rPr>
          <w:rFonts w:ascii="仿宋" w:eastAsia="仿宋" w:hAnsi="仿宋"/>
          <w:sz w:val="32"/>
          <w:lang w:eastAsia="zh-CN"/>
        </w:rPr>
        <w:t>呢桶呢</w:t>
      </w:r>
      <w:proofErr w:type="gramEnd"/>
      <w:r>
        <w:rPr>
          <w:rFonts w:ascii="仿宋" w:eastAsia="仿宋" w:hAnsi="仿宋"/>
          <w:sz w:val="32"/>
          <w:lang w:eastAsia="zh-CN"/>
        </w:rPr>
        <w:t>，扁担呢，父子有客人来了。晚辈撒贝宁见过父子呃，看你的装扮不是本地人是吧？晚辈撒贝宁是从很远的地方来的，自幼</w:t>
      </w:r>
      <w:proofErr w:type="gramStart"/>
      <w:r>
        <w:rPr>
          <w:rFonts w:ascii="仿宋" w:eastAsia="仿宋" w:hAnsi="仿宋"/>
          <w:sz w:val="32"/>
          <w:lang w:eastAsia="zh-CN"/>
        </w:rPr>
        <w:t>爱师客来</w:t>
      </w:r>
      <w:proofErr w:type="gramEnd"/>
      <w:r>
        <w:rPr>
          <w:rFonts w:ascii="仿宋" w:eastAsia="仿宋" w:hAnsi="仿宋"/>
          <w:sz w:val="32"/>
          <w:lang w:eastAsia="zh-CN"/>
        </w:rPr>
        <w:t>请教《诗》三百，一言以蔽之。曰，思无邪，但何为思无邪？思无邪。这场雪够大的。是不是很冷啊？这。</w:t>
      </w:r>
    </w:p>
    <w:p w14:paraId="6E706706" w14:textId="77777777" w:rsidR="00E87C95" w:rsidRDefault="00000000">
      <w:pPr>
        <w:spacing w:after="0" w:line="579" w:lineRule="exact"/>
        <w:ind w:firstLine="640"/>
        <w:rPr>
          <w:lang w:eastAsia="zh-CN"/>
        </w:rPr>
      </w:pPr>
      <w:r>
        <w:rPr>
          <w:rFonts w:ascii="仿宋" w:eastAsia="仿宋" w:hAnsi="仿宋"/>
          <w:sz w:val="32"/>
          <w:lang w:eastAsia="zh-CN"/>
        </w:rPr>
        <w:t>孩子，孩子。咳。慢点，慢点。风儿。你起来把这床榻让出来，父亲。来</w:t>
      </w:r>
      <w:proofErr w:type="gramStart"/>
      <w:r>
        <w:rPr>
          <w:rFonts w:ascii="仿宋" w:eastAsia="仿宋" w:hAnsi="仿宋"/>
          <w:sz w:val="32"/>
          <w:lang w:eastAsia="zh-CN"/>
        </w:rPr>
        <w:t>诶</w:t>
      </w:r>
      <w:proofErr w:type="gramEnd"/>
      <w:r>
        <w:rPr>
          <w:rFonts w:ascii="仿宋" w:eastAsia="仿宋" w:hAnsi="仿宋"/>
          <w:sz w:val="32"/>
          <w:lang w:eastAsia="zh-CN"/>
        </w:rPr>
        <w:t>，</w:t>
      </w:r>
      <w:proofErr w:type="gramStart"/>
      <w:r>
        <w:rPr>
          <w:rFonts w:ascii="仿宋" w:eastAsia="仿宋" w:hAnsi="仿宋"/>
          <w:sz w:val="32"/>
          <w:lang w:eastAsia="zh-CN"/>
        </w:rPr>
        <w:t>慢点慢点</w:t>
      </w:r>
      <w:proofErr w:type="gramEnd"/>
      <w:r>
        <w:rPr>
          <w:rFonts w:ascii="仿宋" w:eastAsia="仿宋" w:hAnsi="仿宋"/>
          <w:sz w:val="32"/>
          <w:lang w:eastAsia="zh-CN"/>
        </w:rPr>
        <w:t>来看来。父亲冷。配上。依儿，唱完走了好。如今这天下战乱频繁，</w:t>
      </w:r>
    </w:p>
    <w:p w14:paraId="692D55E0" w14:textId="77777777" w:rsidR="00E87C95" w:rsidRDefault="00000000">
      <w:pPr>
        <w:spacing w:after="0" w:line="579" w:lineRule="exact"/>
        <w:ind w:firstLine="640"/>
        <w:rPr>
          <w:lang w:eastAsia="zh-CN"/>
        </w:rPr>
      </w:pPr>
      <w:r>
        <w:rPr>
          <w:rFonts w:ascii="仿宋" w:eastAsia="仿宋" w:hAnsi="仿宋"/>
          <w:sz w:val="32"/>
          <w:lang w:eastAsia="zh-CN"/>
        </w:rPr>
        <w:t>百姓流离失所，我等幸运。寻得者，乡野之见，必居之所才。躲过了这乱世。哦，对了。你也离家很久了，赶紧回去吧。所以我们得。父亲</w:t>
      </w:r>
      <w:proofErr w:type="gramStart"/>
      <w:r>
        <w:rPr>
          <w:rFonts w:ascii="仿宋" w:eastAsia="仿宋" w:hAnsi="仿宋"/>
          <w:sz w:val="32"/>
          <w:lang w:eastAsia="zh-CN"/>
        </w:rPr>
        <w:t>父亲</w:t>
      </w:r>
      <w:proofErr w:type="gramEnd"/>
      <w:r>
        <w:rPr>
          <w:rFonts w:ascii="仿宋" w:eastAsia="仿宋" w:hAnsi="仿宋"/>
          <w:sz w:val="32"/>
          <w:lang w:eastAsia="zh-CN"/>
        </w:rPr>
        <w:t>，他醒了。这是哪？这是我家，</w:t>
      </w:r>
    </w:p>
    <w:p w14:paraId="0B446698" w14:textId="77777777" w:rsidR="00E87C95" w:rsidRDefault="00000000">
      <w:pPr>
        <w:spacing w:after="0" w:line="579" w:lineRule="exact"/>
        <w:ind w:firstLine="640"/>
        <w:rPr>
          <w:lang w:eastAsia="zh-CN"/>
        </w:rPr>
      </w:pPr>
      <w:r>
        <w:rPr>
          <w:rFonts w:ascii="仿宋" w:eastAsia="仿宋" w:hAnsi="仿宋"/>
          <w:sz w:val="32"/>
          <w:lang w:eastAsia="zh-CN"/>
        </w:rPr>
        <w:t>你倒在雪地里都冻僵了，是我父亲把你救回来的。孩子。你父母呢？父母。哈哈</w:t>
      </w:r>
      <w:proofErr w:type="gramStart"/>
      <w:r>
        <w:rPr>
          <w:rFonts w:ascii="仿宋" w:eastAsia="仿宋" w:hAnsi="仿宋"/>
          <w:sz w:val="32"/>
          <w:lang w:eastAsia="zh-CN"/>
        </w:rPr>
        <w:t>哈</w:t>
      </w:r>
      <w:proofErr w:type="gramEnd"/>
      <w:r>
        <w:rPr>
          <w:rFonts w:ascii="仿宋" w:eastAsia="仿宋" w:hAnsi="仿宋"/>
          <w:sz w:val="32"/>
          <w:lang w:eastAsia="zh-CN"/>
        </w:rPr>
        <w:t>。我们家我们家里的粮食。都被当地</w:t>
      </w:r>
      <w:proofErr w:type="gramStart"/>
      <w:r>
        <w:rPr>
          <w:rFonts w:ascii="仿宋" w:eastAsia="仿宋" w:hAnsi="仿宋"/>
          <w:sz w:val="32"/>
          <w:lang w:eastAsia="zh-CN"/>
        </w:rPr>
        <w:t>的官黑抢走</w:t>
      </w:r>
      <w:proofErr w:type="gramEnd"/>
      <w:r>
        <w:rPr>
          <w:rFonts w:ascii="仿宋" w:eastAsia="仿宋" w:hAnsi="仿宋"/>
          <w:sz w:val="32"/>
          <w:lang w:eastAsia="zh-CN"/>
        </w:rPr>
        <w:t>了。我父母都饿了。哈哈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。所属</w:t>
      </w:r>
      <w:proofErr w:type="gramStart"/>
      <w:r>
        <w:rPr>
          <w:rFonts w:ascii="仿宋" w:eastAsia="仿宋" w:hAnsi="仿宋"/>
          <w:sz w:val="32"/>
          <w:lang w:eastAsia="zh-CN"/>
        </w:rPr>
        <w:t>所属</w:t>
      </w:r>
      <w:proofErr w:type="gramEnd"/>
      <w:r>
        <w:rPr>
          <w:rFonts w:ascii="仿宋" w:eastAsia="仿宋" w:hAnsi="仿宋"/>
          <w:sz w:val="32"/>
          <w:lang w:eastAsia="zh-CN"/>
        </w:rPr>
        <w:t>。不是我说。如此乱世。民不聊生。</w:t>
      </w:r>
    </w:p>
    <w:p w14:paraId="5A207E21" w14:textId="77777777" w:rsidR="00E87C95" w:rsidRDefault="00000000">
      <w:pPr>
        <w:spacing w:after="0" w:line="579" w:lineRule="exact"/>
        <w:ind w:firstLine="640"/>
        <w:rPr>
          <w:lang w:eastAsia="zh-CN"/>
        </w:rPr>
      </w:pPr>
      <w:r>
        <w:rPr>
          <w:rFonts w:ascii="仿宋" w:eastAsia="仿宋" w:hAnsi="仿宋"/>
          <w:sz w:val="32"/>
          <w:lang w:eastAsia="zh-CN"/>
        </w:rPr>
        <w:lastRenderedPageBreak/>
        <w:t>父亲以后就让他住我们家吧。以后就和我们一起生活好吗？夫子，我们为何要学诗？不学诗，无以言。孔子有云。《诗》三百，一言以蔽之，曰：思无邪父子何为思无邪。思乃心中所想。心中所愿，</w:t>
      </w:r>
      <w:proofErr w:type="gramStart"/>
      <w:r>
        <w:rPr>
          <w:rFonts w:ascii="仿宋" w:eastAsia="仿宋" w:hAnsi="仿宋"/>
          <w:sz w:val="32"/>
          <w:lang w:eastAsia="zh-CN"/>
        </w:rPr>
        <w:t>秉</w:t>
      </w:r>
      <w:proofErr w:type="gramEnd"/>
      <w:r>
        <w:rPr>
          <w:rFonts w:ascii="仿宋" w:eastAsia="仿宋" w:hAnsi="仿宋"/>
          <w:sz w:val="32"/>
          <w:lang w:eastAsia="zh-CN"/>
        </w:rPr>
        <w:t>心端正，志意无邪。</w:t>
      </w:r>
    </w:p>
    <w:p w14:paraId="2B939893" w14:textId="77777777" w:rsidR="00E87C95" w:rsidRDefault="00000000">
      <w:pPr>
        <w:spacing w:after="0" w:line="579" w:lineRule="exact"/>
        <w:ind w:firstLine="640"/>
        <w:rPr>
          <w:lang w:eastAsia="zh-CN"/>
        </w:rPr>
      </w:pPr>
      <w:r>
        <w:rPr>
          <w:rFonts w:ascii="仿宋" w:eastAsia="仿宋" w:hAnsi="仿宋"/>
          <w:sz w:val="32"/>
          <w:lang w:eastAsia="zh-CN"/>
        </w:rPr>
        <w:t>若敢世人，便是。思无邪在心为志，发言为师，将心中的情感与意志表达出来，就是诗好哇，学习诗，我们可以了解先民们</w:t>
      </w:r>
      <w:proofErr w:type="gramStart"/>
      <w:r>
        <w:rPr>
          <w:rFonts w:ascii="仿宋" w:eastAsia="仿宋" w:hAnsi="仿宋"/>
          <w:sz w:val="32"/>
          <w:lang w:eastAsia="zh-CN"/>
        </w:rPr>
        <w:t>最</w:t>
      </w:r>
      <w:proofErr w:type="gramEnd"/>
      <w:r>
        <w:rPr>
          <w:rFonts w:ascii="仿宋" w:eastAsia="仿宋" w:hAnsi="仿宋"/>
          <w:sz w:val="32"/>
          <w:lang w:eastAsia="zh-CN"/>
        </w:rPr>
        <w:t>至真。至纯的情感来让我们齐诵大仰声明，但后继之色，有相之道，茀</w:t>
      </w:r>
      <w:proofErr w:type="gramStart"/>
      <w:r>
        <w:rPr>
          <w:rFonts w:ascii="仿宋" w:eastAsia="仿宋" w:hAnsi="仿宋"/>
          <w:sz w:val="32"/>
          <w:lang w:eastAsia="zh-CN"/>
        </w:rPr>
        <w:t>厥</w:t>
      </w:r>
      <w:proofErr w:type="gramEnd"/>
      <w:r>
        <w:rPr>
          <w:rFonts w:ascii="仿宋" w:eastAsia="仿宋" w:hAnsi="仿宋"/>
          <w:sz w:val="32"/>
          <w:lang w:eastAsia="zh-CN"/>
        </w:rPr>
        <w:t>丰草。正之</w:t>
      </w:r>
      <w:proofErr w:type="gramStart"/>
      <w:r>
        <w:rPr>
          <w:rFonts w:ascii="仿宋" w:eastAsia="仿宋" w:hAnsi="仿宋"/>
          <w:sz w:val="32"/>
          <w:lang w:eastAsia="zh-CN"/>
        </w:rPr>
        <w:t>王茂这一段</w:t>
      </w:r>
      <w:proofErr w:type="gramEnd"/>
      <w:r>
        <w:rPr>
          <w:rFonts w:ascii="仿宋" w:eastAsia="仿宋" w:hAnsi="仿宋"/>
          <w:sz w:val="32"/>
          <w:lang w:eastAsia="zh-CN"/>
        </w:rPr>
        <w:t>的意思是什么？父子此诗讲的是周始祖后记，带领先民开垦土地，</w:t>
      </w:r>
    </w:p>
    <w:p w14:paraId="5850F80C" w14:textId="77777777" w:rsidR="00E87C95" w:rsidRDefault="00000000">
      <w:pPr>
        <w:spacing w:after="0" w:line="579" w:lineRule="exact"/>
        <w:ind w:firstLine="640"/>
        <w:rPr>
          <w:lang w:eastAsia="zh-CN"/>
        </w:rPr>
      </w:pPr>
      <w:r>
        <w:rPr>
          <w:rFonts w:ascii="仿宋" w:eastAsia="仿宋" w:hAnsi="仿宋"/>
          <w:sz w:val="32"/>
          <w:lang w:eastAsia="zh-CN"/>
        </w:rPr>
        <w:t>传播稼穑之法。父亲带我们开垦荒地耕种粮食，是为了学大雅，生明修后继之德。</w:t>
      </w:r>
      <w:proofErr w:type="gramStart"/>
      <w:r>
        <w:rPr>
          <w:rFonts w:ascii="仿宋" w:eastAsia="仿宋" w:hAnsi="仿宋"/>
          <w:sz w:val="32"/>
          <w:lang w:eastAsia="zh-CN"/>
        </w:rPr>
        <w:t>依儿啊</w:t>
      </w:r>
      <w:proofErr w:type="gramEnd"/>
      <w:r>
        <w:rPr>
          <w:rFonts w:ascii="仿宋" w:eastAsia="仿宋" w:hAnsi="仿宋"/>
          <w:sz w:val="32"/>
          <w:lang w:eastAsia="zh-CN"/>
        </w:rPr>
        <w:t>，你只说对了一半，还有一半是什么我知道。是因为我们吃的太多了，所以父子得多种粮食，你说的也对，你们啊，都把我给吃穷了。我觉得夫子说的另一半应该是无念，而祖玉修觉得永</w:t>
      </w:r>
      <w:proofErr w:type="gramStart"/>
      <w:r>
        <w:rPr>
          <w:rFonts w:ascii="仿宋" w:eastAsia="仿宋" w:hAnsi="仿宋"/>
          <w:sz w:val="32"/>
          <w:lang w:eastAsia="zh-CN"/>
        </w:rPr>
        <w:t>言配命</w:t>
      </w:r>
      <w:proofErr w:type="gramEnd"/>
      <w:r>
        <w:rPr>
          <w:rFonts w:ascii="仿宋" w:eastAsia="仿宋" w:hAnsi="仿宋"/>
          <w:sz w:val="32"/>
          <w:lang w:eastAsia="zh-CN"/>
        </w:rPr>
        <w:t>，自求多福，</w:t>
      </w:r>
    </w:p>
    <w:p w14:paraId="3548CA7D" w14:textId="77777777" w:rsidR="00E87C95" w:rsidRDefault="00000000">
      <w:pPr>
        <w:spacing w:after="0" w:line="579" w:lineRule="exact"/>
        <w:ind w:firstLine="640"/>
        <w:rPr>
          <w:lang w:eastAsia="zh-CN"/>
        </w:rPr>
      </w:pPr>
      <w:r>
        <w:rPr>
          <w:rFonts w:ascii="仿宋" w:eastAsia="仿宋" w:hAnsi="仿宋"/>
          <w:sz w:val="32"/>
          <w:lang w:eastAsia="zh-CN"/>
        </w:rPr>
        <w:t>我知道。这是</w:t>
      </w:r>
      <w:proofErr w:type="gramStart"/>
      <w:r>
        <w:rPr>
          <w:rFonts w:ascii="仿宋" w:eastAsia="仿宋" w:hAnsi="仿宋"/>
          <w:sz w:val="32"/>
          <w:lang w:eastAsia="zh-CN"/>
        </w:rPr>
        <w:t>《</w:t>
      </w:r>
      <w:proofErr w:type="gramEnd"/>
      <w:r>
        <w:rPr>
          <w:rFonts w:ascii="仿宋" w:eastAsia="仿宋" w:hAnsi="仿宋"/>
          <w:sz w:val="32"/>
          <w:lang w:eastAsia="zh-CN"/>
        </w:rPr>
        <w:t>《大雅·文王》》里的话，我们既要牢记先祖的美德，也要靠自己努力获得幸福生活。你们解得好啊，无念儿子。</w:t>
      </w:r>
      <w:proofErr w:type="gramStart"/>
      <w:r>
        <w:rPr>
          <w:rFonts w:ascii="仿宋" w:eastAsia="仿宋" w:hAnsi="仿宋"/>
          <w:sz w:val="32"/>
          <w:lang w:eastAsia="zh-CN"/>
        </w:rPr>
        <w:t>聿</w:t>
      </w:r>
      <w:proofErr w:type="gramEnd"/>
      <w:r>
        <w:rPr>
          <w:rFonts w:ascii="仿宋" w:eastAsia="仿宋" w:hAnsi="仿宋"/>
          <w:sz w:val="32"/>
          <w:lang w:eastAsia="zh-CN"/>
        </w:rPr>
        <w:t>修厥德有缘，</w:t>
      </w:r>
      <w:proofErr w:type="gramStart"/>
      <w:r>
        <w:rPr>
          <w:rFonts w:ascii="仿宋" w:eastAsia="仿宋" w:hAnsi="仿宋"/>
          <w:sz w:val="32"/>
          <w:lang w:eastAsia="zh-CN"/>
        </w:rPr>
        <w:t>配命自</w:t>
      </w:r>
      <w:proofErr w:type="gramEnd"/>
      <w:r>
        <w:rPr>
          <w:rFonts w:ascii="仿宋" w:eastAsia="仿宋" w:hAnsi="仿宋"/>
          <w:sz w:val="32"/>
          <w:lang w:eastAsia="zh-CN"/>
        </w:rPr>
        <w:t>求多福。关关雎鸠，在河之洲。窈窕淑女。君子好</w:t>
      </w:r>
      <w:proofErr w:type="gramStart"/>
      <w:r>
        <w:rPr>
          <w:rFonts w:ascii="仿宋" w:eastAsia="仿宋" w:hAnsi="仿宋"/>
          <w:sz w:val="32"/>
          <w:lang w:eastAsia="zh-CN"/>
        </w:rPr>
        <w:t>逑</w:t>
      </w:r>
      <w:proofErr w:type="gramEnd"/>
      <w:r>
        <w:rPr>
          <w:rFonts w:ascii="仿宋" w:eastAsia="仿宋" w:hAnsi="仿宋"/>
          <w:sz w:val="32"/>
          <w:lang w:eastAsia="zh-CN"/>
        </w:rPr>
        <w:t>，参差荇菜。左右流之。窈窕淑女，</w:t>
      </w:r>
    </w:p>
    <w:p w14:paraId="448CE6FD" w14:textId="77777777" w:rsidR="00E87C95" w:rsidRDefault="00000000">
      <w:pPr>
        <w:spacing w:after="0" w:line="579" w:lineRule="exact"/>
        <w:ind w:firstLine="640"/>
        <w:rPr>
          <w:lang w:eastAsia="zh-CN"/>
        </w:rPr>
      </w:pPr>
      <w:r>
        <w:rPr>
          <w:rFonts w:ascii="仿宋" w:eastAsia="仿宋" w:hAnsi="仿宋"/>
          <w:sz w:val="32"/>
          <w:lang w:eastAsia="zh-CN"/>
        </w:rPr>
        <w:t>寤寐求之。依儿，你是我见过。最善失的女子。师兄善解诗，自是最能懂我的人。那是因为你是这个世上。对我最</w:t>
      </w:r>
      <w:r>
        <w:rPr>
          <w:rFonts w:ascii="仿宋" w:eastAsia="仿宋" w:hAnsi="仿宋"/>
          <w:sz w:val="32"/>
          <w:lang w:eastAsia="zh-CN"/>
        </w:rPr>
        <w:lastRenderedPageBreak/>
        <w:t>好的人。你学诗悟性极高。恐慌稼穑又是最勤快。父亲</w:t>
      </w:r>
      <w:proofErr w:type="gramStart"/>
      <w:r>
        <w:rPr>
          <w:rFonts w:ascii="仿宋" w:eastAsia="仿宋" w:hAnsi="仿宋"/>
          <w:sz w:val="32"/>
          <w:lang w:eastAsia="zh-CN"/>
        </w:rPr>
        <w:t>自是打</w:t>
      </w:r>
      <w:proofErr w:type="gramEnd"/>
      <w:r>
        <w:rPr>
          <w:rFonts w:ascii="仿宋" w:eastAsia="仿宋" w:hAnsi="仿宋"/>
          <w:sz w:val="32"/>
          <w:lang w:eastAsia="zh-CN"/>
        </w:rPr>
        <w:t>心眼里喜欢你。我也敬爱父子。这些年。我一直把父子</w:t>
      </w:r>
      <w:proofErr w:type="gramStart"/>
      <w:r>
        <w:rPr>
          <w:rFonts w:ascii="仿宋" w:eastAsia="仿宋" w:hAnsi="仿宋"/>
          <w:sz w:val="32"/>
          <w:lang w:eastAsia="zh-CN"/>
        </w:rPr>
        <w:t>当做</w:t>
      </w:r>
      <w:proofErr w:type="gramEnd"/>
      <w:r>
        <w:rPr>
          <w:rFonts w:ascii="仿宋" w:eastAsia="仿宋" w:hAnsi="仿宋"/>
          <w:sz w:val="32"/>
          <w:lang w:eastAsia="zh-CN"/>
        </w:rPr>
        <w:t>我的父亲，但现在该改改了，</w:t>
      </w:r>
    </w:p>
    <w:p w14:paraId="6C865FFC" w14:textId="77777777" w:rsidR="00E87C95" w:rsidRDefault="00000000">
      <w:pPr>
        <w:spacing w:after="0" w:line="579" w:lineRule="exact"/>
        <w:ind w:firstLine="640"/>
        <w:rPr>
          <w:lang w:eastAsia="zh-CN"/>
        </w:rPr>
      </w:pPr>
      <w:r>
        <w:rPr>
          <w:rFonts w:ascii="仿宋" w:eastAsia="仿宋" w:hAnsi="仿宋"/>
          <w:sz w:val="32"/>
          <w:lang w:eastAsia="zh-CN"/>
        </w:rPr>
        <w:t>改一改。怎么改哎？</w:t>
      </w:r>
      <w:proofErr w:type="gramStart"/>
      <w:r>
        <w:rPr>
          <w:rFonts w:ascii="仿宋" w:eastAsia="仿宋" w:hAnsi="仿宋"/>
          <w:sz w:val="32"/>
          <w:lang w:eastAsia="zh-CN"/>
        </w:rPr>
        <w:t>依儿怎么</w:t>
      </w:r>
      <w:proofErr w:type="gramEnd"/>
      <w:r>
        <w:rPr>
          <w:rFonts w:ascii="仿宋" w:eastAsia="仿宋" w:hAnsi="仿宋"/>
          <w:sz w:val="32"/>
          <w:lang w:eastAsia="zh-CN"/>
        </w:rPr>
        <w:t>改哎？</w:t>
      </w:r>
      <w:proofErr w:type="gramStart"/>
      <w:r>
        <w:rPr>
          <w:rFonts w:ascii="仿宋" w:eastAsia="仿宋" w:hAnsi="仿宋"/>
          <w:sz w:val="32"/>
          <w:lang w:eastAsia="zh-CN"/>
        </w:rPr>
        <w:t>依儿你</w:t>
      </w:r>
      <w:proofErr w:type="gramEnd"/>
      <w:r>
        <w:rPr>
          <w:rFonts w:ascii="仿宋" w:eastAsia="仿宋" w:hAnsi="仿宋"/>
          <w:sz w:val="32"/>
          <w:lang w:eastAsia="zh-CN"/>
        </w:rPr>
        <w:t>快告诉我。我该改什么？依儿，你快告诉我，我该改什么？</w:t>
      </w:r>
      <w:proofErr w:type="gramStart"/>
      <w:r>
        <w:rPr>
          <w:rFonts w:ascii="仿宋" w:eastAsia="仿宋" w:hAnsi="仿宋"/>
          <w:sz w:val="32"/>
          <w:lang w:eastAsia="zh-CN"/>
        </w:rPr>
        <w:t>桃之夭夭</w:t>
      </w:r>
      <w:proofErr w:type="gramEnd"/>
      <w:r>
        <w:rPr>
          <w:rFonts w:ascii="仿宋" w:eastAsia="仿宋" w:hAnsi="仿宋"/>
          <w:sz w:val="32"/>
          <w:lang w:eastAsia="zh-CN"/>
        </w:rPr>
        <w:t>，灼灼其华。之子于归，宜其室家叫。叫丈人。我称夫子为丈人依儿。呀。</w:t>
      </w:r>
    </w:p>
    <w:p w14:paraId="7A1D2BD9" w14:textId="77777777" w:rsidR="00E87C95" w:rsidRDefault="00000000">
      <w:pPr>
        <w:spacing w:after="0" w:line="579" w:lineRule="exact"/>
        <w:ind w:firstLine="640"/>
        <w:rPr>
          <w:lang w:eastAsia="zh-CN"/>
        </w:rPr>
      </w:pPr>
      <w:r>
        <w:rPr>
          <w:rFonts w:ascii="仿宋" w:eastAsia="仿宋" w:hAnsi="仿宋"/>
          <w:sz w:val="32"/>
          <w:lang w:eastAsia="zh-CN"/>
        </w:rPr>
        <w:t>听夫子讲诗。和大家一起躬耕读书。那是我一生当中最美的时光。可是。天下战乱不断，民亦</w:t>
      </w:r>
      <w:proofErr w:type="gramStart"/>
      <w:r>
        <w:rPr>
          <w:rFonts w:ascii="仿宋" w:eastAsia="仿宋" w:hAnsi="仿宋"/>
          <w:sz w:val="32"/>
          <w:lang w:eastAsia="zh-CN"/>
        </w:rPr>
        <w:t>劳</w:t>
      </w:r>
      <w:proofErr w:type="gramEnd"/>
      <w:r>
        <w:rPr>
          <w:rFonts w:ascii="仿宋" w:eastAsia="仿宋" w:hAnsi="仿宋"/>
          <w:sz w:val="32"/>
          <w:lang w:eastAsia="zh-CN"/>
        </w:rPr>
        <w:t>止。</w:t>
      </w:r>
      <w:proofErr w:type="gramStart"/>
      <w:r>
        <w:rPr>
          <w:rFonts w:ascii="仿宋" w:eastAsia="仿宋" w:hAnsi="仿宋"/>
          <w:sz w:val="32"/>
          <w:lang w:eastAsia="zh-CN"/>
        </w:rPr>
        <w:t>汔</w:t>
      </w:r>
      <w:proofErr w:type="gramEnd"/>
      <w:r>
        <w:rPr>
          <w:rFonts w:ascii="仿宋" w:eastAsia="仿宋" w:hAnsi="仿宋"/>
          <w:sz w:val="32"/>
          <w:lang w:eastAsia="zh-CN"/>
        </w:rPr>
        <w:t>可小康。百姓贫苦。难求康宁。父子说的小康在后世成为了一种社会理想，说的就是人民安居乐业。丰衣足食。丰衣足食，安居乐业，那是人人向往的生活啊，</w:t>
      </w:r>
    </w:p>
    <w:p w14:paraId="4C2813D9" w14:textId="77777777" w:rsidR="00E87C95" w:rsidRDefault="00000000">
      <w:pPr>
        <w:spacing w:after="0" w:line="579" w:lineRule="exact"/>
        <w:ind w:firstLine="640"/>
        <w:rPr>
          <w:lang w:eastAsia="zh-CN"/>
        </w:rPr>
      </w:pPr>
      <w:r>
        <w:rPr>
          <w:rFonts w:ascii="仿宋" w:eastAsia="仿宋" w:hAnsi="仿宋"/>
          <w:sz w:val="32"/>
          <w:lang w:eastAsia="zh-CN"/>
        </w:rPr>
        <w:t>可是。那样的日子对当时的我来说。太短暂了。小师弟，小师弟，小师弟，军中要检测了来了。这是我打造的长矛，这个是你的。好猫。拿它上战场。定能以一敌百，哈哈</w:t>
      </w:r>
      <w:proofErr w:type="gramStart"/>
      <w:r>
        <w:rPr>
          <w:rFonts w:ascii="仿宋" w:eastAsia="仿宋" w:hAnsi="仿宋"/>
          <w:sz w:val="32"/>
          <w:lang w:eastAsia="zh-CN"/>
        </w:rPr>
        <w:t>哈</w:t>
      </w:r>
      <w:proofErr w:type="gramEnd"/>
      <w:r>
        <w:rPr>
          <w:rFonts w:ascii="仿宋" w:eastAsia="仿宋" w:hAnsi="仿宋"/>
          <w:sz w:val="32"/>
          <w:lang w:eastAsia="zh-CN"/>
        </w:rPr>
        <w:t>。我老了，不然一定和你们一起出征。</w:t>
      </w:r>
    </w:p>
    <w:p w14:paraId="388E5AF4" w14:textId="77777777" w:rsidR="00E87C95" w:rsidRDefault="00000000">
      <w:pPr>
        <w:spacing w:after="0" w:line="579" w:lineRule="exact"/>
        <w:ind w:firstLine="640"/>
        <w:rPr>
          <w:lang w:eastAsia="zh-CN"/>
        </w:rPr>
      </w:pPr>
      <w:r>
        <w:rPr>
          <w:rFonts w:ascii="仿宋" w:eastAsia="仿宋" w:hAnsi="仿宋"/>
          <w:sz w:val="32"/>
          <w:lang w:eastAsia="zh-CN"/>
        </w:rPr>
        <w:t>夫子，我们的行装已经全部备好。战争会使家国破碎。百姓流落强楚，侵略鲁国。没有抗争。才能保卫家园。如遇侵略，我等热血男儿自当挺身而出，保卫家园。挺身而出，保卫家园。挺身而出保卫家园。兄长。各位师兄！</w:t>
      </w:r>
    </w:p>
    <w:p w14:paraId="4844046D" w14:textId="77777777" w:rsidR="00E87C95" w:rsidRDefault="00000000">
      <w:pPr>
        <w:spacing w:after="0" w:line="579" w:lineRule="exact"/>
        <w:ind w:firstLine="640"/>
        <w:rPr>
          <w:lang w:eastAsia="zh-CN"/>
        </w:rPr>
      </w:pPr>
      <w:r>
        <w:rPr>
          <w:rFonts w:ascii="仿宋" w:eastAsia="仿宋" w:hAnsi="仿宋"/>
          <w:sz w:val="32"/>
          <w:lang w:eastAsia="zh-CN"/>
        </w:rPr>
        <w:t>敖亨。是你们当中年纪最小的妹妹，你就放心吧，我们一定把小师弟保护好，等回来我们那还要喝你们的喜酒呢，</w:t>
      </w:r>
      <w:r>
        <w:rPr>
          <w:rFonts w:ascii="仿宋" w:eastAsia="仿宋" w:hAnsi="仿宋"/>
          <w:sz w:val="32"/>
          <w:lang w:eastAsia="zh-CN"/>
        </w:rPr>
        <w:lastRenderedPageBreak/>
        <w:t>喜酒要喝。庆功酒更要喝，你们都要安全的回来。父子放心。我们一定能打赢楚国。等我们回来。追随父子耕种。传师。吴国虽强大，秦国不也败了吗？</w:t>
      </w:r>
    </w:p>
    <w:p w14:paraId="746AB5DE" w14:textId="77777777" w:rsidR="00E87C95" w:rsidRDefault="00000000">
      <w:pPr>
        <w:spacing w:after="0" w:line="579" w:lineRule="exact"/>
        <w:ind w:firstLine="640"/>
        <w:rPr>
          <w:lang w:eastAsia="zh-CN"/>
        </w:rPr>
      </w:pPr>
      <w:r>
        <w:rPr>
          <w:rFonts w:ascii="仿宋" w:eastAsia="仿宋" w:hAnsi="仿宋"/>
          <w:sz w:val="32"/>
          <w:lang w:eastAsia="zh-CN"/>
        </w:rPr>
        <w:t>还记得。夫子教的无医嘛。是清风。秦先祖时期留下的诗篇。</w:t>
      </w:r>
      <w:proofErr w:type="gramStart"/>
      <w:r>
        <w:rPr>
          <w:rFonts w:ascii="仿宋" w:eastAsia="仿宋" w:hAnsi="仿宋"/>
          <w:sz w:val="32"/>
          <w:lang w:eastAsia="zh-CN"/>
        </w:rPr>
        <w:t>秦风无衣</w:t>
      </w:r>
      <w:proofErr w:type="gramEnd"/>
      <w:r>
        <w:rPr>
          <w:rFonts w:ascii="仿宋" w:eastAsia="仿宋" w:hAnsi="仿宋"/>
          <w:sz w:val="32"/>
          <w:lang w:eastAsia="zh-CN"/>
        </w:rPr>
        <w:t>。是刺史。赐的是孤星自用，</w:t>
      </w:r>
      <w:proofErr w:type="gramStart"/>
      <w:r>
        <w:rPr>
          <w:rFonts w:ascii="仿宋" w:eastAsia="仿宋" w:hAnsi="仿宋"/>
          <w:sz w:val="32"/>
          <w:lang w:eastAsia="zh-CN"/>
        </w:rPr>
        <w:t>连年称战之</w:t>
      </w:r>
      <w:proofErr w:type="gramEnd"/>
      <w:r>
        <w:rPr>
          <w:rFonts w:ascii="仿宋" w:eastAsia="仿宋" w:hAnsi="仿宋"/>
          <w:sz w:val="32"/>
          <w:lang w:eastAsia="zh-CN"/>
        </w:rPr>
        <w:t>君。今日大家为了保家卫国而出征。他就是美诗。妻曰，无衣与此同袍，王于兴师，修我戈矛。与子同仇其曰无衣，</w:t>
      </w:r>
    </w:p>
    <w:p w14:paraId="3CCFF18C" w14:textId="77777777" w:rsidR="00E87C95" w:rsidRDefault="00000000">
      <w:pPr>
        <w:spacing w:after="0" w:line="579" w:lineRule="exact"/>
        <w:ind w:firstLine="640"/>
        <w:rPr>
          <w:lang w:eastAsia="zh-CN"/>
        </w:rPr>
      </w:pPr>
      <w:r>
        <w:rPr>
          <w:rFonts w:ascii="仿宋" w:eastAsia="仿宋" w:hAnsi="仿宋"/>
          <w:sz w:val="32"/>
          <w:lang w:eastAsia="zh-CN"/>
        </w:rPr>
        <w:t>与子同泽亡于行师。</w:t>
      </w:r>
      <w:proofErr w:type="gramStart"/>
      <w:r>
        <w:rPr>
          <w:rFonts w:ascii="仿宋" w:eastAsia="仿宋" w:hAnsi="仿宋"/>
          <w:sz w:val="32"/>
          <w:lang w:eastAsia="zh-CN"/>
        </w:rPr>
        <w:t>修我矛戟与子偕作</w:t>
      </w:r>
      <w:proofErr w:type="gramEnd"/>
      <w:r>
        <w:rPr>
          <w:rFonts w:ascii="仿宋" w:eastAsia="仿宋" w:hAnsi="仿宋"/>
          <w:sz w:val="32"/>
          <w:lang w:eastAsia="zh-CN"/>
        </w:rPr>
        <w:t>，集约武艺与子同裳。王于</w:t>
      </w:r>
      <w:proofErr w:type="gramStart"/>
      <w:r>
        <w:rPr>
          <w:rFonts w:ascii="仿宋" w:eastAsia="仿宋" w:hAnsi="仿宋"/>
          <w:sz w:val="32"/>
          <w:lang w:eastAsia="zh-CN"/>
        </w:rPr>
        <w:t>行师修我矛</w:t>
      </w:r>
      <w:proofErr w:type="gramEnd"/>
      <w:r>
        <w:rPr>
          <w:rFonts w:ascii="仿宋" w:eastAsia="仿宋" w:hAnsi="仿宋"/>
          <w:sz w:val="32"/>
          <w:lang w:eastAsia="zh-CN"/>
        </w:rPr>
        <w:t>戟</w:t>
      </w:r>
      <w:proofErr w:type="gramStart"/>
      <w:r>
        <w:rPr>
          <w:rFonts w:ascii="仿宋" w:eastAsia="仿宋" w:hAnsi="仿宋"/>
          <w:sz w:val="32"/>
          <w:lang w:eastAsia="zh-CN"/>
        </w:rPr>
        <w:t>与子偕作</w:t>
      </w:r>
      <w:proofErr w:type="gramEnd"/>
      <w:r>
        <w:rPr>
          <w:rFonts w:ascii="仿宋" w:eastAsia="仿宋" w:hAnsi="仿宋"/>
          <w:sz w:val="32"/>
          <w:lang w:eastAsia="zh-CN"/>
        </w:rPr>
        <w:t>。弟子。拜别父子。第二。等我回来。我们抵达了边境，与楚军作战。楚君。所以数倍于我军。可我们凭毅力坚守，毫不退缩。相持数年。</w:t>
      </w:r>
    </w:p>
    <w:p w14:paraId="107250EB" w14:textId="77777777" w:rsidR="00E87C95" w:rsidRDefault="00000000">
      <w:pPr>
        <w:spacing w:after="0" w:line="579" w:lineRule="exact"/>
        <w:ind w:firstLine="640"/>
        <w:rPr>
          <w:lang w:eastAsia="zh-CN"/>
        </w:rPr>
      </w:pPr>
      <w:r>
        <w:rPr>
          <w:rFonts w:ascii="仿宋" w:eastAsia="仿宋" w:hAnsi="仿宋"/>
          <w:sz w:val="32"/>
          <w:lang w:eastAsia="zh-CN"/>
        </w:rPr>
        <w:t>如果国力疲惫。将士们。连饭都吃不上。行道迟迟。载客载机。那个冬天边境上大雪纷飞，鲁国</w:t>
      </w:r>
      <w:proofErr w:type="gramStart"/>
      <w:r>
        <w:rPr>
          <w:rFonts w:ascii="仿宋" w:eastAsia="仿宋" w:hAnsi="仿宋"/>
          <w:sz w:val="32"/>
          <w:lang w:eastAsia="zh-CN"/>
        </w:rPr>
        <w:t>势必草凉断绝</w:t>
      </w:r>
      <w:proofErr w:type="gramEnd"/>
      <w:r>
        <w:rPr>
          <w:rFonts w:ascii="仿宋" w:eastAsia="仿宋" w:hAnsi="仿宋"/>
          <w:sz w:val="32"/>
          <w:lang w:eastAsia="zh-CN"/>
        </w:rPr>
        <w:t>。数日没有食物。多少人身带伤病。冻饿而死，他们是父亲。是兄长。是丈夫。一场雪。好像他们从未来过这世上。</w:t>
      </w:r>
    </w:p>
    <w:p w14:paraId="0C96FEAC" w14:textId="77777777" w:rsidR="00E87C95" w:rsidRDefault="00000000">
      <w:pPr>
        <w:spacing w:after="0" w:line="579" w:lineRule="exact"/>
        <w:ind w:firstLine="640"/>
        <w:rPr>
          <w:lang w:eastAsia="zh-CN"/>
        </w:rPr>
      </w:pPr>
      <w:r>
        <w:rPr>
          <w:rFonts w:ascii="仿宋" w:eastAsia="仿宋" w:hAnsi="仿宋"/>
          <w:sz w:val="32"/>
          <w:lang w:eastAsia="zh-CN"/>
        </w:rPr>
        <w:t>师弟，师弟。师太师弟。世界。天太冷了。粮食也没有了，恐怕我们</w:t>
      </w:r>
      <w:proofErr w:type="gramStart"/>
      <w:r>
        <w:rPr>
          <w:rFonts w:ascii="仿宋" w:eastAsia="仿宋" w:hAnsi="仿宋"/>
          <w:sz w:val="32"/>
          <w:lang w:eastAsia="zh-CN"/>
        </w:rPr>
        <w:t>兔得</w:t>
      </w:r>
      <w:proofErr w:type="gramEnd"/>
      <w:r>
        <w:rPr>
          <w:rFonts w:ascii="仿宋" w:eastAsia="仿宋" w:hAnsi="仿宋"/>
          <w:sz w:val="32"/>
          <w:lang w:eastAsia="zh-CN"/>
        </w:rPr>
        <w:t>死在这儿。小师弟不能死。他还要回去迎娶依儿。我们。答应了小师妹。要好好保护她。我们是回不去家了。就让小师弟。替我们孝顺父子吧。</w:t>
      </w:r>
    </w:p>
    <w:p w14:paraId="17B4C1E9" w14:textId="77777777" w:rsidR="00E87C95" w:rsidRDefault="00000000">
      <w:pPr>
        <w:spacing w:after="0" w:line="579" w:lineRule="exact"/>
        <w:ind w:firstLine="640"/>
        <w:rPr>
          <w:lang w:eastAsia="zh-CN"/>
        </w:rPr>
      </w:pPr>
      <w:r>
        <w:rPr>
          <w:rFonts w:ascii="仿宋" w:eastAsia="仿宋" w:hAnsi="仿宋"/>
          <w:sz w:val="32"/>
          <w:lang w:eastAsia="zh-CN"/>
        </w:rPr>
        <w:t>这儿是最后一点粮食，放他怀里吧。来。喂。我们把衣服脱了。给他保暖。好。来呀来。哈哈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。围住他，给他挡风。我。所以我们得这个世界上最美的人。失去你。</w:t>
      </w:r>
    </w:p>
    <w:p w14:paraId="0C7FCEAE" w14:textId="77777777" w:rsidR="00E87C95" w:rsidRDefault="00000000">
      <w:pPr>
        <w:spacing w:after="0" w:line="579" w:lineRule="exact"/>
        <w:ind w:firstLine="640"/>
        <w:rPr>
          <w:lang w:eastAsia="zh-CN"/>
        </w:rPr>
      </w:pPr>
      <w:r>
        <w:rPr>
          <w:rFonts w:ascii="仿宋" w:eastAsia="仿宋" w:hAnsi="仿宋"/>
          <w:sz w:val="32"/>
          <w:lang w:eastAsia="zh-CN"/>
        </w:rPr>
        <w:lastRenderedPageBreak/>
        <w:t>嗯。师兄。师兄。是的是的。刀锋师兄。</w:t>
      </w:r>
      <w:proofErr w:type="gramStart"/>
      <w:r>
        <w:rPr>
          <w:rFonts w:ascii="仿宋" w:eastAsia="仿宋" w:hAnsi="仿宋"/>
          <w:sz w:val="32"/>
          <w:lang w:eastAsia="zh-CN"/>
        </w:rPr>
        <w:t>几曰无已</w:t>
      </w:r>
      <w:proofErr w:type="gramEnd"/>
      <w:r>
        <w:rPr>
          <w:rFonts w:ascii="仿宋" w:eastAsia="仿宋" w:hAnsi="仿宋"/>
          <w:sz w:val="32"/>
          <w:lang w:eastAsia="zh-CN"/>
        </w:rPr>
        <w:t>。与子同。我是我们的。我们得。我们得。七月五一。与子同袍。王于兴师修我哥，毛与子同仇其义曰，无义与子同泽。</w:t>
      </w:r>
    </w:p>
    <w:p w14:paraId="1E28A42F" w14:textId="77777777" w:rsidR="00E87C95" w:rsidRDefault="00000000">
      <w:pPr>
        <w:spacing w:after="0" w:line="579" w:lineRule="exact"/>
        <w:ind w:firstLine="640"/>
        <w:rPr>
          <w:lang w:eastAsia="zh-CN"/>
        </w:rPr>
      </w:pPr>
      <w:r>
        <w:rPr>
          <w:rFonts w:ascii="仿宋" w:eastAsia="仿宋" w:hAnsi="仿宋"/>
          <w:sz w:val="32"/>
          <w:lang w:eastAsia="zh-CN"/>
        </w:rPr>
        <w:t>王于兴师</w:t>
      </w:r>
      <w:proofErr w:type="gramStart"/>
      <w:r>
        <w:rPr>
          <w:rFonts w:ascii="仿宋" w:eastAsia="仿宋" w:hAnsi="仿宋"/>
          <w:sz w:val="32"/>
          <w:lang w:eastAsia="zh-CN"/>
        </w:rPr>
        <w:t>修我毛齐与子偕作</w:t>
      </w:r>
      <w:proofErr w:type="gramEnd"/>
      <w:r>
        <w:rPr>
          <w:rFonts w:ascii="仿宋" w:eastAsia="仿宋" w:hAnsi="仿宋"/>
          <w:sz w:val="32"/>
          <w:lang w:eastAsia="zh-CN"/>
        </w:rPr>
        <w:t>。契约无依。与子同袍。王于兴师。休我可满。与子同。哈哈</w:t>
      </w:r>
      <w:proofErr w:type="gramStart"/>
      <w:r>
        <w:rPr>
          <w:rFonts w:ascii="仿宋" w:eastAsia="仿宋" w:hAnsi="仿宋"/>
          <w:sz w:val="32"/>
          <w:lang w:eastAsia="zh-CN"/>
        </w:rPr>
        <w:t>哈</w:t>
      </w:r>
      <w:proofErr w:type="gramEnd"/>
      <w:r>
        <w:rPr>
          <w:rFonts w:ascii="仿宋" w:eastAsia="仿宋" w:hAnsi="仿宋"/>
          <w:sz w:val="32"/>
          <w:lang w:eastAsia="zh-CN"/>
        </w:rPr>
        <w:t>。我经历了磨难。回到了家中。却发现。昔日家园早已断垣残壁。父子和医院。居死于乱兵劫</w:t>
      </w:r>
      <w:proofErr w:type="gramStart"/>
      <w:r>
        <w:rPr>
          <w:rFonts w:ascii="仿宋" w:eastAsia="仿宋" w:hAnsi="仿宋"/>
          <w:sz w:val="32"/>
          <w:lang w:eastAsia="zh-CN"/>
        </w:rPr>
        <w:t>虐</w:t>
      </w:r>
      <w:proofErr w:type="gramEnd"/>
      <w:r>
        <w:rPr>
          <w:rFonts w:ascii="仿宋" w:eastAsia="仿宋" w:hAnsi="仿宋"/>
          <w:sz w:val="32"/>
          <w:lang w:eastAsia="zh-CN"/>
        </w:rPr>
        <w:t>。我又变成一个孤儿。乡亲们。</w:t>
      </w:r>
    </w:p>
    <w:p w14:paraId="182F50AE" w14:textId="77777777" w:rsidR="00E87C95" w:rsidRDefault="00000000">
      <w:pPr>
        <w:spacing w:after="0" w:line="579" w:lineRule="exact"/>
        <w:ind w:firstLine="640"/>
        <w:rPr>
          <w:lang w:eastAsia="zh-CN"/>
        </w:rPr>
      </w:pPr>
      <w:r>
        <w:rPr>
          <w:rFonts w:ascii="仿宋" w:eastAsia="仿宋" w:hAnsi="仿宋"/>
          <w:sz w:val="32"/>
          <w:lang w:eastAsia="zh-CN"/>
        </w:rPr>
        <w:t>他们转交给我们一封。早已写就的家属。父子</w:t>
      </w:r>
      <w:proofErr w:type="gramStart"/>
      <w:r>
        <w:rPr>
          <w:rFonts w:ascii="仿宋" w:eastAsia="仿宋" w:hAnsi="仿宋"/>
          <w:sz w:val="32"/>
          <w:lang w:eastAsia="zh-CN"/>
        </w:rPr>
        <w:t>和依儿告诉</w:t>
      </w:r>
      <w:proofErr w:type="gramEnd"/>
      <w:r>
        <w:rPr>
          <w:rFonts w:ascii="仿宋" w:eastAsia="仿宋" w:hAnsi="仿宋"/>
          <w:sz w:val="32"/>
          <w:lang w:eastAsia="zh-CN"/>
        </w:rPr>
        <w:t>我。让我和师兄。和师兄他们好好活下去。把十。传下去。可是他们又怎么知道？师兄们。所有的信念。都寄托在我一个人的身上。先生。节哀，我每次听到。夫子讲这些过往。</w:t>
      </w:r>
    </w:p>
    <w:p w14:paraId="6A36E020" w14:textId="77777777" w:rsidR="00E87C95" w:rsidRDefault="00000000">
      <w:pPr>
        <w:spacing w:after="0" w:line="579" w:lineRule="exact"/>
        <w:ind w:firstLine="640"/>
        <w:rPr>
          <w:lang w:eastAsia="zh-CN"/>
        </w:rPr>
      </w:pPr>
      <w:r>
        <w:rPr>
          <w:rFonts w:ascii="仿宋" w:eastAsia="仿宋" w:hAnsi="仿宋"/>
          <w:sz w:val="32"/>
          <w:lang w:eastAsia="zh-CN"/>
        </w:rPr>
        <w:t>我就会感受到那种孤苦无依。那段日子我到处躲避兵祸。也得以四方游学。遍寻善始之人。我向他们学习。我还曾在浔子门下就学。后来是一个人。它改变了我漂泊不定的人生。父子所说的。应该就是毛苌先生。是啊，毛苌。是上天赐给我的又一个情人。遇见他之后呢？我们就决定。</w:t>
      </w:r>
    </w:p>
    <w:p w14:paraId="56411F50" w14:textId="77777777" w:rsidR="00E87C95" w:rsidRDefault="00000000">
      <w:pPr>
        <w:spacing w:after="0" w:line="579" w:lineRule="exact"/>
        <w:ind w:firstLine="640"/>
        <w:rPr>
          <w:lang w:eastAsia="zh-CN"/>
        </w:rPr>
      </w:pPr>
      <w:r>
        <w:rPr>
          <w:rFonts w:ascii="仿宋" w:eastAsia="仿宋" w:hAnsi="仿宋"/>
          <w:sz w:val="32"/>
          <w:lang w:eastAsia="zh-CN"/>
        </w:rPr>
        <w:t>要找一个一片安定的家园。所以我们来到了此地。我们在这儿，皆如休书。开花用地。包场。本是孤儿。如果不是遇到了夫子。宝场就会动。我儿死。父子不仅给我安居饱食。更教我学诗。夫子对毛苌。恩，同再造。</w:t>
      </w:r>
    </w:p>
    <w:p w14:paraId="1B5B2B4A" w14:textId="77777777" w:rsidR="00E87C95" w:rsidRDefault="00000000">
      <w:pPr>
        <w:spacing w:after="0" w:line="579" w:lineRule="exact"/>
        <w:ind w:firstLine="640"/>
        <w:rPr>
          <w:lang w:eastAsia="zh-CN"/>
        </w:rPr>
      </w:pPr>
      <w:r>
        <w:rPr>
          <w:rFonts w:ascii="仿宋" w:eastAsia="仿宋" w:hAnsi="仿宋"/>
          <w:sz w:val="32"/>
          <w:lang w:eastAsia="zh-CN"/>
        </w:rPr>
        <w:t>刚才在戏剧当中，我们看到毛亨因战乱而国破家亡，只有传师的这一个信念在支撑着他。不过好在他遇到了和自己</w:t>
      </w:r>
      <w:r>
        <w:rPr>
          <w:rFonts w:ascii="仿宋" w:eastAsia="仿宋" w:hAnsi="仿宋"/>
          <w:sz w:val="32"/>
          <w:lang w:eastAsia="zh-CN"/>
        </w:rPr>
        <w:lastRenderedPageBreak/>
        <w:t>身世经历命运都相同的毛苌，对呀，我觉得真是让人感慨啊。毛亨少年的时候啊，以诗明德，然后青年的时候呢，以诗传情，然后战争的</w:t>
      </w:r>
      <w:proofErr w:type="gramStart"/>
      <w:r>
        <w:rPr>
          <w:rFonts w:ascii="仿宋" w:eastAsia="仿宋" w:hAnsi="仿宋"/>
          <w:sz w:val="32"/>
          <w:lang w:eastAsia="zh-CN"/>
        </w:rPr>
        <w:t>时候拿诗来</w:t>
      </w:r>
      <w:proofErr w:type="gramEnd"/>
      <w:r>
        <w:rPr>
          <w:rFonts w:ascii="仿宋" w:eastAsia="仿宋" w:hAnsi="仿宋"/>
          <w:sz w:val="32"/>
          <w:lang w:eastAsia="zh-CN"/>
        </w:rPr>
        <w:t>鼓劲儿。毛亨的这个世界里呀，有一个诗经的世界，那《诗经》这个世界里呢，又有一个毛亨的情感世界，</w:t>
      </w:r>
    </w:p>
    <w:p w14:paraId="13986697" w14:textId="77777777" w:rsidR="00E87C95" w:rsidRDefault="00000000">
      <w:pPr>
        <w:spacing w:after="0" w:line="579" w:lineRule="exact"/>
        <w:ind w:firstLine="640"/>
        <w:rPr>
          <w:lang w:eastAsia="zh-CN"/>
        </w:rPr>
      </w:pPr>
      <w:r>
        <w:rPr>
          <w:rFonts w:ascii="仿宋" w:eastAsia="仿宋" w:hAnsi="仿宋"/>
          <w:sz w:val="32"/>
          <w:lang w:eastAsia="zh-CN"/>
        </w:rPr>
        <w:t>我觉得这样编呐，太好了。毛亨，有的那些情感我们今天仍然拥有，我觉得这个是我们中国古代典籍和我们今天生活最相通的东西。我们分享了同一个烟火人间呐。在经历了秦</w:t>
      </w:r>
      <w:proofErr w:type="gramStart"/>
      <w:r>
        <w:rPr>
          <w:rFonts w:ascii="仿宋" w:eastAsia="仿宋" w:hAnsi="仿宋"/>
          <w:sz w:val="32"/>
          <w:lang w:eastAsia="zh-CN"/>
        </w:rPr>
        <w:t>火以及</w:t>
      </w:r>
      <w:proofErr w:type="gramEnd"/>
      <w:r>
        <w:rPr>
          <w:rFonts w:ascii="仿宋" w:eastAsia="仿宋" w:hAnsi="仿宋"/>
          <w:sz w:val="32"/>
          <w:lang w:eastAsia="zh-CN"/>
        </w:rPr>
        <w:t>楚汉战争这么一个漫长的纷乱之后呢，毛氏仍然能够得到完整的一个传承，毛亨毛苌传师的这样信念呢，也一定是非常坚定的毛氏旭。说先王以示今</w:t>
      </w:r>
      <w:proofErr w:type="gramStart"/>
      <w:r>
        <w:rPr>
          <w:rFonts w:ascii="仿宋" w:eastAsia="仿宋" w:hAnsi="仿宋"/>
          <w:sz w:val="32"/>
          <w:lang w:eastAsia="zh-CN"/>
        </w:rPr>
        <w:t>夫妇陈</w:t>
      </w:r>
      <w:proofErr w:type="gramEnd"/>
      <w:r>
        <w:rPr>
          <w:rFonts w:ascii="仿宋" w:eastAsia="仿宋" w:hAnsi="仿宋"/>
          <w:sz w:val="32"/>
          <w:lang w:eastAsia="zh-CN"/>
        </w:rPr>
        <w:t>孝敬后人，伦美教化宜风俗。我想呢，毛亨毛苌</w:t>
      </w:r>
      <w:proofErr w:type="gramStart"/>
      <w:r>
        <w:rPr>
          <w:rFonts w:ascii="仿宋" w:eastAsia="仿宋" w:hAnsi="仿宋"/>
          <w:sz w:val="32"/>
          <w:lang w:eastAsia="zh-CN"/>
        </w:rPr>
        <w:t>在传诗的</w:t>
      </w:r>
      <w:proofErr w:type="gramEnd"/>
      <w:r>
        <w:rPr>
          <w:rFonts w:ascii="仿宋" w:eastAsia="仿宋" w:hAnsi="仿宋"/>
          <w:sz w:val="32"/>
          <w:lang w:eastAsia="zh-CN"/>
        </w:rPr>
        <w:t>过程当中呢，也一定寄予了一个韵诗。</w:t>
      </w:r>
    </w:p>
    <w:p w14:paraId="58A464E1" w14:textId="77777777" w:rsidR="00E87C95" w:rsidRDefault="00000000">
      <w:pPr>
        <w:spacing w:after="0" w:line="579" w:lineRule="exact"/>
        <w:ind w:firstLine="640"/>
        <w:rPr>
          <w:lang w:eastAsia="zh-CN"/>
        </w:rPr>
      </w:pPr>
      <w:r>
        <w:rPr>
          <w:rFonts w:ascii="仿宋" w:eastAsia="仿宋" w:hAnsi="仿宋"/>
          <w:sz w:val="32"/>
          <w:lang w:eastAsia="zh-CN"/>
        </w:rPr>
        <w:t>来感化人心，来</w:t>
      </w:r>
      <w:proofErr w:type="gramStart"/>
      <w:r>
        <w:rPr>
          <w:rFonts w:ascii="仿宋" w:eastAsia="仿宋" w:hAnsi="仿宋"/>
          <w:sz w:val="32"/>
          <w:lang w:eastAsia="zh-CN"/>
        </w:rPr>
        <w:t>重逢画俗的</w:t>
      </w:r>
      <w:proofErr w:type="gramEnd"/>
      <w:r>
        <w:rPr>
          <w:rFonts w:ascii="仿宋" w:eastAsia="仿宋" w:hAnsi="仿宋"/>
          <w:sz w:val="32"/>
          <w:lang w:eastAsia="zh-CN"/>
        </w:rPr>
        <w:t>这样一种希冀在里面的。先贤们历经了坎坷磨难，仍然用诗歌来去寄托他们对生命的探索，对理想的追寻。这些坚定而富有诗意的词句，在千年之后依旧可以深深打动我们，让我们为之折服。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观看点击率的中国完整视频专享幕后精彩内容。刚才戏剧当中，毛亨回忆起国破家亡的凄凉，他说要与毛苌寻一处静僻之地，结庐修书，开荒种地。</w:t>
      </w:r>
    </w:p>
    <w:p w14:paraId="35BEE428" w14:textId="77777777" w:rsidR="00E87C95" w:rsidRDefault="00000000">
      <w:pPr>
        <w:spacing w:after="0" w:line="579" w:lineRule="exact"/>
        <w:ind w:firstLine="640"/>
        <w:rPr>
          <w:lang w:eastAsia="zh-CN"/>
        </w:rPr>
      </w:pPr>
      <w:r>
        <w:rPr>
          <w:rFonts w:ascii="仿宋" w:eastAsia="仿宋" w:hAnsi="仿宋"/>
          <w:sz w:val="32"/>
          <w:lang w:eastAsia="zh-CN"/>
        </w:rPr>
        <w:t>共同建设美好的家园，那么接下来的故事会怎么样？我们共同往下看。所谓。民意老，止战乱。是最大的民奥。与</w:t>
      </w:r>
      <w:r>
        <w:rPr>
          <w:rFonts w:ascii="仿宋" w:eastAsia="仿宋" w:hAnsi="仿宋"/>
          <w:sz w:val="32"/>
          <w:lang w:eastAsia="zh-CN"/>
        </w:rPr>
        <w:lastRenderedPageBreak/>
        <w:t>乱世当中寻到一块避世之所，大家就格外珍惜。虽然呢，筚路蓝缕创立家园多有劳苦。但安定。他就是最好的休养生息，安定下来填饱了肚子，父子开始为师。</w:t>
      </w:r>
    </w:p>
    <w:p w14:paraId="774392E4" w14:textId="77777777" w:rsidR="00E87C95" w:rsidRDefault="00000000">
      <w:pPr>
        <w:spacing w:after="0" w:line="579" w:lineRule="exact"/>
        <w:ind w:firstLine="640"/>
        <w:rPr>
          <w:lang w:eastAsia="zh-CN"/>
        </w:rPr>
      </w:pPr>
      <w:proofErr w:type="gramStart"/>
      <w:r>
        <w:rPr>
          <w:rFonts w:ascii="仿宋" w:eastAsia="仿宋" w:hAnsi="仿宋"/>
          <w:sz w:val="32"/>
          <w:lang w:eastAsia="zh-CN"/>
        </w:rPr>
        <w:t>做故训</w:t>
      </w:r>
      <w:proofErr w:type="gramEnd"/>
      <w:r>
        <w:rPr>
          <w:rFonts w:ascii="仿宋" w:eastAsia="仿宋" w:hAnsi="仿宋"/>
          <w:sz w:val="32"/>
          <w:lang w:eastAsia="zh-CN"/>
        </w:rPr>
        <w:t>传。再来点竹子来嘞，压压惊啊好嘞，来搭把手</w:t>
      </w:r>
      <w:proofErr w:type="gramStart"/>
      <w:r>
        <w:rPr>
          <w:rFonts w:ascii="仿宋" w:eastAsia="仿宋" w:hAnsi="仿宋"/>
          <w:sz w:val="32"/>
          <w:lang w:eastAsia="zh-CN"/>
        </w:rPr>
        <w:t>好嘞哇塞</w:t>
      </w:r>
      <w:proofErr w:type="gramEnd"/>
      <w:r>
        <w:rPr>
          <w:rFonts w:ascii="仿宋" w:eastAsia="仿宋" w:hAnsi="仿宋"/>
          <w:sz w:val="32"/>
          <w:lang w:eastAsia="zh-CN"/>
        </w:rPr>
        <w:t>。</w:t>
      </w:r>
      <w:proofErr w:type="gramStart"/>
      <w:r>
        <w:rPr>
          <w:rFonts w:ascii="仿宋" w:eastAsia="仿宋" w:hAnsi="仿宋"/>
          <w:sz w:val="32"/>
          <w:lang w:eastAsia="zh-CN"/>
        </w:rPr>
        <w:t>慢点慢点慢点</w:t>
      </w:r>
      <w:proofErr w:type="gramEnd"/>
      <w:r>
        <w:rPr>
          <w:rFonts w:ascii="仿宋" w:eastAsia="仿宋" w:hAnsi="仿宋"/>
          <w:sz w:val="32"/>
          <w:lang w:eastAsia="zh-CN"/>
        </w:rPr>
        <w:t>，来了来了。哎，走走了，哎，累了吧</w:t>
      </w:r>
      <w:proofErr w:type="gramStart"/>
      <w:r>
        <w:rPr>
          <w:rFonts w:ascii="仿宋" w:eastAsia="仿宋" w:hAnsi="仿宋"/>
          <w:sz w:val="32"/>
          <w:lang w:eastAsia="zh-CN"/>
        </w:rPr>
        <w:t>呦</w:t>
      </w:r>
      <w:proofErr w:type="gramEnd"/>
      <w:r>
        <w:rPr>
          <w:rFonts w:ascii="仿宋" w:eastAsia="仿宋" w:hAnsi="仿宋"/>
          <w:sz w:val="32"/>
          <w:lang w:eastAsia="zh-CN"/>
        </w:rPr>
        <w:t>，夫子对坐坐坐哎呀。哎，毛苌哥哥，我们</w:t>
      </w:r>
      <w:proofErr w:type="gramStart"/>
      <w:r>
        <w:rPr>
          <w:rFonts w:ascii="仿宋" w:eastAsia="仿宋" w:hAnsi="仿宋"/>
          <w:sz w:val="32"/>
          <w:lang w:eastAsia="zh-CN"/>
        </w:rPr>
        <w:t>砍那么</w:t>
      </w:r>
      <w:proofErr w:type="gramEnd"/>
      <w:r>
        <w:rPr>
          <w:rFonts w:ascii="仿宋" w:eastAsia="仿宋" w:hAnsi="仿宋"/>
          <w:sz w:val="32"/>
          <w:lang w:eastAsia="zh-CN"/>
        </w:rPr>
        <w:t>多竹子干什么？</w:t>
      </w:r>
      <w:proofErr w:type="gramStart"/>
      <w:r>
        <w:rPr>
          <w:rFonts w:ascii="仿宋" w:eastAsia="仿宋" w:hAnsi="仿宋"/>
          <w:sz w:val="32"/>
          <w:lang w:eastAsia="zh-CN"/>
        </w:rPr>
        <w:t>抚子说</w:t>
      </w:r>
      <w:proofErr w:type="gramEnd"/>
      <w:r>
        <w:rPr>
          <w:rFonts w:ascii="仿宋" w:eastAsia="仿宋" w:hAnsi="仿宋"/>
          <w:sz w:val="32"/>
          <w:lang w:eastAsia="zh-CN"/>
        </w:rPr>
        <w:t>过此地甚好。</w:t>
      </w:r>
    </w:p>
    <w:p w14:paraId="76673627" w14:textId="77777777" w:rsidR="00E87C95" w:rsidRDefault="00000000">
      <w:pPr>
        <w:spacing w:after="0" w:line="579" w:lineRule="exact"/>
        <w:ind w:firstLine="640"/>
        <w:rPr>
          <w:lang w:eastAsia="zh-CN"/>
        </w:rPr>
      </w:pPr>
      <w:r>
        <w:rPr>
          <w:rFonts w:ascii="仿宋" w:eastAsia="仿宋" w:hAnsi="仿宋"/>
          <w:sz w:val="32"/>
          <w:lang w:eastAsia="zh-CN"/>
        </w:rPr>
        <w:t>适合在这儿安家水来喽哎，来喝水喝，大家喝点水，</w:t>
      </w:r>
      <w:proofErr w:type="gramStart"/>
      <w:r>
        <w:rPr>
          <w:rFonts w:ascii="仿宋" w:eastAsia="仿宋" w:hAnsi="仿宋"/>
          <w:sz w:val="32"/>
          <w:lang w:eastAsia="zh-CN"/>
        </w:rPr>
        <w:t>喝水喝水喝水</w:t>
      </w:r>
      <w:proofErr w:type="gramEnd"/>
      <w:r>
        <w:rPr>
          <w:rFonts w:ascii="仿宋" w:eastAsia="仿宋" w:hAnsi="仿宋"/>
          <w:sz w:val="32"/>
          <w:lang w:eastAsia="zh-CN"/>
        </w:rPr>
        <w:t>喝点水。哎！毛夫子和竹子有关的诗有没有啊？教大伙一手呗！是啊，来一个有讲个。</w:t>
      </w:r>
      <w:proofErr w:type="gramStart"/>
      <w:r>
        <w:rPr>
          <w:rFonts w:ascii="仿宋" w:eastAsia="仿宋" w:hAnsi="仿宋"/>
          <w:sz w:val="32"/>
          <w:lang w:eastAsia="zh-CN"/>
        </w:rPr>
        <w:t>齐豫给你们</w:t>
      </w:r>
      <w:proofErr w:type="gramEnd"/>
      <w:r>
        <w:rPr>
          <w:rFonts w:ascii="仿宋" w:eastAsia="仿宋" w:hAnsi="仿宋"/>
          <w:sz w:val="32"/>
          <w:lang w:eastAsia="zh-CN"/>
        </w:rPr>
        <w:t>听，好好好，常儿哎，你送一个好。卫风·</w:t>
      </w:r>
      <w:proofErr w:type="gramStart"/>
      <w:r>
        <w:rPr>
          <w:rFonts w:ascii="仿宋" w:eastAsia="仿宋" w:hAnsi="仿宋"/>
          <w:sz w:val="32"/>
          <w:lang w:eastAsia="zh-CN"/>
        </w:rPr>
        <w:t>淇</w:t>
      </w:r>
      <w:proofErr w:type="gramEnd"/>
      <w:r>
        <w:rPr>
          <w:rFonts w:ascii="仿宋" w:eastAsia="仿宋" w:hAnsi="仿宋"/>
          <w:sz w:val="32"/>
          <w:lang w:eastAsia="zh-CN"/>
        </w:rPr>
        <w:t>奥，瞻彼淇奥，</w:t>
      </w:r>
    </w:p>
    <w:p w14:paraId="709563C9" w14:textId="77777777" w:rsidR="00E87C95" w:rsidRDefault="00000000">
      <w:pPr>
        <w:spacing w:after="0" w:line="579" w:lineRule="exact"/>
        <w:ind w:firstLine="640"/>
        <w:rPr>
          <w:lang w:eastAsia="zh-CN"/>
        </w:rPr>
      </w:pPr>
      <w:r>
        <w:rPr>
          <w:rFonts w:ascii="仿宋" w:eastAsia="仿宋" w:hAnsi="仿宋"/>
          <w:sz w:val="32"/>
          <w:lang w:eastAsia="zh-CN"/>
        </w:rPr>
        <w:t>绿竹</w:t>
      </w:r>
      <w:proofErr w:type="gramStart"/>
      <w:r>
        <w:rPr>
          <w:rFonts w:ascii="仿宋" w:eastAsia="仿宋" w:hAnsi="仿宋"/>
          <w:sz w:val="32"/>
          <w:lang w:eastAsia="zh-CN"/>
        </w:rPr>
        <w:t>猗</w:t>
      </w:r>
      <w:proofErr w:type="gramEnd"/>
      <w:r>
        <w:rPr>
          <w:rFonts w:ascii="仿宋" w:eastAsia="仿宋" w:hAnsi="仿宋"/>
          <w:sz w:val="32"/>
          <w:lang w:eastAsia="zh-CN"/>
        </w:rPr>
        <w:t>猗。有匪君子，如切如磋，如琢如磨。切磋啊，就琢磨的啥意思呀？哈哈</w:t>
      </w:r>
      <w:proofErr w:type="gramStart"/>
      <w:r>
        <w:rPr>
          <w:rFonts w:ascii="仿宋" w:eastAsia="仿宋" w:hAnsi="仿宋"/>
          <w:sz w:val="32"/>
          <w:lang w:eastAsia="zh-CN"/>
        </w:rPr>
        <w:t>哈</w:t>
      </w:r>
      <w:proofErr w:type="gramEnd"/>
      <w:r>
        <w:rPr>
          <w:rFonts w:ascii="仿宋" w:eastAsia="仿宋" w:hAnsi="仿宋"/>
          <w:sz w:val="32"/>
          <w:lang w:eastAsia="zh-CN"/>
        </w:rPr>
        <w:t>，</w:t>
      </w:r>
      <w:proofErr w:type="gramStart"/>
      <w:r>
        <w:rPr>
          <w:rFonts w:ascii="仿宋" w:eastAsia="仿宋" w:hAnsi="仿宋"/>
          <w:sz w:val="32"/>
          <w:lang w:eastAsia="zh-CN"/>
        </w:rPr>
        <w:t>未风齐遇啊</w:t>
      </w:r>
      <w:proofErr w:type="gramEnd"/>
      <w:r>
        <w:rPr>
          <w:rFonts w:ascii="仿宋" w:eastAsia="仿宋" w:hAnsi="仿宋"/>
          <w:sz w:val="32"/>
          <w:lang w:eastAsia="zh-CN"/>
        </w:rPr>
        <w:t>。借</w:t>
      </w:r>
      <w:proofErr w:type="gramStart"/>
      <w:r>
        <w:rPr>
          <w:rFonts w:ascii="仿宋" w:eastAsia="仿宋" w:hAnsi="仿宋"/>
          <w:sz w:val="32"/>
          <w:lang w:eastAsia="zh-CN"/>
        </w:rPr>
        <w:t>淇</w:t>
      </w:r>
      <w:proofErr w:type="gramEnd"/>
      <w:r>
        <w:rPr>
          <w:rFonts w:ascii="仿宋" w:eastAsia="仿宋" w:hAnsi="仿宋"/>
          <w:sz w:val="32"/>
          <w:lang w:eastAsia="zh-CN"/>
        </w:rPr>
        <w:t>水边的，依依绿竹起。兴切磋琢磨，都是陈旧美誉的方法。它是用来比喻君子要自我磨练，哎，我明白了，</w:t>
      </w:r>
    </w:p>
    <w:p w14:paraId="2E220C55" w14:textId="77777777" w:rsidR="00E87C95" w:rsidRDefault="00000000">
      <w:pPr>
        <w:spacing w:after="0" w:line="579" w:lineRule="exact"/>
        <w:ind w:firstLine="640"/>
        <w:rPr>
          <w:lang w:eastAsia="zh-CN"/>
        </w:rPr>
      </w:pPr>
      <w:r>
        <w:rPr>
          <w:rFonts w:ascii="仿宋" w:eastAsia="仿宋" w:hAnsi="仿宋"/>
          <w:sz w:val="32"/>
          <w:lang w:eastAsia="zh-CN"/>
        </w:rPr>
        <w:t>竹子就是君子，将来呀，咱们住在竹屋里。那就是一屋子的君子啊，瞻彼</w:t>
      </w:r>
      <w:proofErr w:type="gramStart"/>
      <w:r>
        <w:rPr>
          <w:rFonts w:ascii="仿宋" w:eastAsia="仿宋" w:hAnsi="仿宋"/>
          <w:sz w:val="32"/>
          <w:lang w:eastAsia="zh-CN"/>
        </w:rPr>
        <w:t>淇</w:t>
      </w:r>
      <w:proofErr w:type="gramEnd"/>
      <w:r>
        <w:rPr>
          <w:rFonts w:ascii="仿宋" w:eastAsia="仿宋" w:hAnsi="仿宋"/>
          <w:sz w:val="32"/>
          <w:lang w:eastAsia="zh-CN"/>
        </w:rPr>
        <w:t>奥。绿竹</w:t>
      </w:r>
      <w:proofErr w:type="gramStart"/>
      <w:r>
        <w:rPr>
          <w:rFonts w:ascii="仿宋" w:eastAsia="仿宋" w:hAnsi="仿宋"/>
          <w:sz w:val="32"/>
          <w:lang w:eastAsia="zh-CN"/>
        </w:rPr>
        <w:t>猗</w:t>
      </w:r>
      <w:proofErr w:type="gramEnd"/>
      <w:r>
        <w:rPr>
          <w:rFonts w:ascii="仿宋" w:eastAsia="仿宋" w:hAnsi="仿宋"/>
          <w:sz w:val="32"/>
          <w:lang w:eastAsia="zh-CN"/>
        </w:rPr>
        <w:t>猗有匪，君子如切如磋，如琢如琢如磨。干活了，干活了，干活了。哦。父子，我们歇会儿吧，哎，</w:t>
      </w:r>
    </w:p>
    <w:p w14:paraId="6B3FEB86" w14:textId="77777777" w:rsidR="00E87C95" w:rsidRDefault="00000000">
      <w:pPr>
        <w:spacing w:after="0" w:line="579" w:lineRule="exact"/>
        <w:ind w:firstLine="640"/>
        <w:rPr>
          <w:lang w:eastAsia="zh-CN"/>
        </w:rPr>
      </w:pPr>
      <w:r>
        <w:rPr>
          <w:rFonts w:ascii="仿宋" w:eastAsia="仿宋" w:hAnsi="仿宋"/>
          <w:sz w:val="32"/>
          <w:lang w:eastAsia="zh-CN"/>
        </w:rPr>
        <w:t>大家都歇会儿吧啊，会儿啊，歇会儿这石头太重了。咱们</w:t>
      </w:r>
      <w:proofErr w:type="gramStart"/>
      <w:r>
        <w:rPr>
          <w:rFonts w:ascii="仿宋" w:eastAsia="仿宋" w:hAnsi="仿宋"/>
          <w:sz w:val="32"/>
          <w:lang w:eastAsia="zh-CN"/>
        </w:rPr>
        <w:t>搬这个</w:t>
      </w:r>
      <w:proofErr w:type="gramEnd"/>
      <w:r>
        <w:rPr>
          <w:rFonts w:ascii="仿宋" w:eastAsia="仿宋" w:hAnsi="仿宋"/>
          <w:sz w:val="32"/>
          <w:lang w:eastAsia="zh-CN"/>
        </w:rPr>
        <w:t>石头会深处累，</w:t>
      </w:r>
      <w:proofErr w:type="gramStart"/>
      <w:r>
        <w:rPr>
          <w:rFonts w:ascii="仿宋" w:eastAsia="仿宋" w:hAnsi="仿宋"/>
          <w:sz w:val="32"/>
          <w:lang w:eastAsia="zh-CN"/>
        </w:rPr>
        <w:t>倦人是</w:t>
      </w:r>
      <w:proofErr w:type="gramEnd"/>
      <w:r>
        <w:rPr>
          <w:rFonts w:ascii="仿宋" w:eastAsia="仿宋" w:hAnsi="仿宋"/>
          <w:sz w:val="32"/>
          <w:lang w:eastAsia="zh-CN"/>
        </w:rPr>
        <w:t>累了的，可是这深处筑起来啊。那就安稳踏实了。哈哈</w:t>
      </w:r>
      <w:proofErr w:type="gramStart"/>
      <w:r>
        <w:rPr>
          <w:rFonts w:ascii="仿宋" w:eastAsia="仿宋" w:hAnsi="仿宋"/>
          <w:sz w:val="32"/>
          <w:lang w:eastAsia="zh-CN"/>
        </w:rPr>
        <w:t>哈</w:t>
      </w:r>
      <w:proofErr w:type="gramEnd"/>
      <w:r>
        <w:rPr>
          <w:rFonts w:ascii="仿宋" w:eastAsia="仿宋" w:hAnsi="仿宋"/>
          <w:sz w:val="32"/>
          <w:lang w:eastAsia="zh-CN"/>
        </w:rPr>
        <w:t>。给大伙儿看。那红雁飞来飞</w:t>
      </w:r>
      <w:r>
        <w:rPr>
          <w:rFonts w:ascii="仿宋" w:eastAsia="仿宋" w:hAnsi="仿宋"/>
          <w:sz w:val="32"/>
          <w:lang w:eastAsia="zh-CN"/>
        </w:rPr>
        <w:lastRenderedPageBreak/>
        <w:t>去，</w:t>
      </w:r>
      <w:proofErr w:type="gramStart"/>
      <w:r>
        <w:rPr>
          <w:rFonts w:ascii="仿宋" w:eastAsia="仿宋" w:hAnsi="仿宋"/>
          <w:sz w:val="32"/>
          <w:lang w:eastAsia="zh-CN"/>
        </w:rPr>
        <w:t>不</w:t>
      </w:r>
      <w:proofErr w:type="gramEnd"/>
      <w:r>
        <w:rPr>
          <w:rFonts w:ascii="仿宋" w:eastAsia="仿宋" w:hAnsi="仿宋"/>
          <w:sz w:val="32"/>
          <w:lang w:eastAsia="zh-CN"/>
        </w:rPr>
        <w:t>也就是为了要给自个儿找个家吗？父子，我想起来。您教过我的一首诗。《小雅·鸿雁》。</w:t>
      </w:r>
    </w:p>
    <w:p w14:paraId="0E3B5AEF" w14:textId="77777777" w:rsidR="00E87C95" w:rsidRDefault="00000000">
      <w:pPr>
        <w:spacing w:after="0" w:line="579" w:lineRule="exact"/>
        <w:ind w:firstLine="640"/>
        <w:rPr>
          <w:lang w:eastAsia="zh-CN"/>
        </w:rPr>
      </w:pPr>
      <w:r>
        <w:rPr>
          <w:rFonts w:ascii="仿宋" w:eastAsia="仿宋" w:hAnsi="仿宋"/>
          <w:sz w:val="32"/>
          <w:lang w:eastAsia="zh-CN"/>
        </w:rPr>
        <w:t>鸿雁于飞急于终，则之</w:t>
      </w:r>
      <w:proofErr w:type="gramStart"/>
      <w:r>
        <w:rPr>
          <w:rFonts w:ascii="仿宋" w:eastAsia="仿宋" w:hAnsi="仿宋"/>
          <w:sz w:val="32"/>
          <w:lang w:eastAsia="zh-CN"/>
        </w:rPr>
        <w:t>子于垣百堵</w:t>
      </w:r>
      <w:proofErr w:type="gramEnd"/>
      <w:r>
        <w:rPr>
          <w:rFonts w:ascii="仿宋" w:eastAsia="仿宋" w:hAnsi="仿宋"/>
          <w:sz w:val="32"/>
          <w:lang w:eastAsia="zh-CN"/>
        </w:rPr>
        <w:t>皆作，这咋听着？像大雁盖房子啊，哈哈</w:t>
      </w:r>
      <w:proofErr w:type="gramStart"/>
      <w:r>
        <w:rPr>
          <w:rFonts w:ascii="仿宋" w:eastAsia="仿宋" w:hAnsi="仿宋"/>
          <w:sz w:val="32"/>
          <w:lang w:eastAsia="zh-CN"/>
        </w:rPr>
        <w:t>哈</w:t>
      </w:r>
      <w:proofErr w:type="gramEnd"/>
      <w:r>
        <w:rPr>
          <w:rFonts w:ascii="仿宋" w:eastAsia="仿宋" w:hAnsi="仿宋"/>
          <w:sz w:val="32"/>
          <w:lang w:eastAsia="zh-CN"/>
        </w:rPr>
        <w:t>，你们家大雁会盖房子呀，听毛苌讲夫子</w:t>
      </w:r>
      <w:proofErr w:type="gramStart"/>
      <w:r>
        <w:rPr>
          <w:rFonts w:ascii="仿宋" w:eastAsia="仿宋" w:hAnsi="仿宋"/>
          <w:sz w:val="32"/>
          <w:lang w:eastAsia="zh-CN"/>
        </w:rPr>
        <w:t>坐故训</w:t>
      </w:r>
      <w:proofErr w:type="gramEnd"/>
      <w:r>
        <w:rPr>
          <w:rFonts w:ascii="仿宋" w:eastAsia="仿宋" w:hAnsi="仿宋"/>
          <w:sz w:val="32"/>
          <w:lang w:eastAsia="zh-CN"/>
        </w:rPr>
        <w:t>传时。我看到鸿雁美宣王也万民离散，不安其居，而能</w:t>
      </w:r>
      <w:proofErr w:type="gramStart"/>
      <w:r>
        <w:rPr>
          <w:rFonts w:ascii="仿宋" w:eastAsia="仿宋" w:hAnsi="仿宋"/>
          <w:sz w:val="32"/>
          <w:lang w:eastAsia="zh-CN"/>
        </w:rPr>
        <w:t>劳</w:t>
      </w:r>
      <w:proofErr w:type="gramEnd"/>
      <w:r>
        <w:rPr>
          <w:rFonts w:ascii="仿宋" w:eastAsia="仿宋" w:hAnsi="仿宋"/>
          <w:sz w:val="32"/>
          <w:lang w:eastAsia="zh-CN"/>
        </w:rPr>
        <w:t>来还定。安及之至于官，</w:t>
      </w:r>
      <w:proofErr w:type="gramStart"/>
      <w:r>
        <w:rPr>
          <w:rFonts w:ascii="仿宋" w:eastAsia="仿宋" w:hAnsi="仿宋"/>
          <w:sz w:val="32"/>
          <w:lang w:eastAsia="zh-CN"/>
        </w:rPr>
        <w:t>寡</w:t>
      </w:r>
      <w:proofErr w:type="gramEnd"/>
      <w:r>
        <w:rPr>
          <w:rFonts w:ascii="仿宋" w:eastAsia="仿宋" w:hAnsi="仿宋"/>
          <w:sz w:val="32"/>
          <w:lang w:eastAsia="zh-CN"/>
        </w:rPr>
        <w:t>无不得其</w:t>
      </w:r>
      <w:proofErr w:type="gramStart"/>
      <w:r>
        <w:rPr>
          <w:rFonts w:ascii="仿宋" w:eastAsia="仿宋" w:hAnsi="仿宋"/>
          <w:sz w:val="32"/>
          <w:lang w:eastAsia="zh-CN"/>
        </w:rPr>
        <w:t>所焉的意思</w:t>
      </w:r>
      <w:proofErr w:type="gramEnd"/>
      <w:r>
        <w:rPr>
          <w:rFonts w:ascii="仿宋" w:eastAsia="仿宋" w:hAnsi="仿宋"/>
          <w:sz w:val="32"/>
          <w:lang w:eastAsia="zh-CN"/>
        </w:rPr>
        <w:t>就是说。周厉王暴政以至于。万民离散，不安其居，</w:t>
      </w:r>
    </w:p>
    <w:p w14:paraId="161C41FE" w14:textId="77777777" w:rsidR="00E87C95" w:rsidRDefault="00000000">
      <w:pPr>
        <w:spacing w:after="0" w:line="579" w:lineRule="exact"/>
        <w:ind w:firstLine="640"/>
        <w:rPr>
          <w:lang w:eastAsia="zh-CN"/>
        </w:rPr>
      </w:pPr>
      <w:r>
        <w:rPr>
          <w:rFonts w:ascii="仿宋" w:eastAsia="仿宋" w:hAnsi="仿宋"/>
          <w:sz w:val="32"/>
          <w:lang w:eastAsia="zh-CN"/>
        </w:rPr>
        <w:t>就好像这个鸿雁一样，连个筑巢的地方都找不到。但周宣王励精图治。他还派使臣去安抚难民，把他们叫回共处。就连官</w:t>
      </w:r>
      <w:proofErr w:type="gramStart"/>
      <w:r>
        <w:rPr>
          <w:rFonts w:ascii="仿宋" w:eastAsia="仿宋" w:hAnsi="仿宋"/>
          <w:sz w:val="32"/>
          <w:lang w:eastAsia="zh-CN"/>
        </w:rPr>
        <w:t>寡</w:t>
      </w:r>
      <w:proofErr w:type="gramEnd"/>
      <w:r>
        <w:rPr>
          <w:rFonts w:ascii="仿宋" w:eastAsia="仿宋" w:hAnsi="仿宋"/>
          <w:sz w:val="32"/>
          <w:lang w:eastAsia="zh-CN"/>
        </w:rPr>
        <w:t>都得其所居，就是每个大雁都有窝。鸿雁于飞急于终，则之</w:t>
      </w:r>
      <w:proofErr w:type="gramStart"/>
      <w:r>
        <w:rPr>
          <w:rFonts w:ascii="仿宋" w:eastAsia="仿宋" w:hAnsi="仿宋"/>
          <w:sz w:val="32"/>
          <w:lang w:eastAsia="zh-CN"/>
        </w:rPr>
        <w:t>子于垣白度</w:t>
      </w:r>
      <w:proofErr w:type="gramEnd"/>
      <w:r>
        <w:rPr>
          <w:rFonts w:ascii="仿宋" w:eastAsia="仿宋" w:hAnsi="仿宋"/>
          <w:sz w:val="32"/>
          <w:lang w:eastAsia="zh-CN"/>
        </w:rPr>
        <w:t>。皆作干活吧。对。王护士，我干不下去了，</w:t>
      </w:r>
      <w:proofErr w:type="gramStart"/>
      <w:r>
        <w:rPr>
          <w:rFonts w:ascii="仿宋" w:eastAsia="仿宋" w:hAnsi="仿宋"/>
          <w:sz w:val="32"/>
          <w:lang w:eastAsia="zh-CN"/>
        </w:rPr>
        <w:t>起来起来起来</w:t>
      </w:r>
      <w:proofErr w:type="gramEnd"/>
      <w:r>
        <w:rPr>
          <w:rFonts w:ascii="仿宋" w:eastAsia="仿宋" w:hAnsi="仿宋"/>
          <w:sz w:val="32"/>
          <w:lang w:eastAsia="zh-CN"/>
        </w:rPr>
        <w:t>再加把劲儿吧啊。等这个沟渠挖通之后啊，</w:t>
      </w:r>
    </w:p>
    <w:p w14:paraId="551C6578" w14:textId="77777777" w:rsidR="00E87C95" w:rsidRDefault="00000000">
      <w:pPr>
        <w:spacing w:after="0" w:line="579" w:lineRule="exact"/>
        <w:ind w:firstLine="640"/>
        <w:rPr>
          <w:lang w:eastAsia="zh-CN"/>
        </w:rPr>
      </w:pPr>
      <w:r>
        <w:rPr>
          <w:rFonts w:ascii="仿宋" w:eastAsia="仿宋" w:hAnsi="仿宋"/>
          <w:sz w:val="32"/>
          <w:lang w:eastAsia="zh-CN"/>
        </w:rPr>
        <w:t>咱就有好日子过了，父子为什么偏要开垦这块儿荒地呢？此处呢，虽然土地贫竭，但距河滩较近啊，以便挖掘沟渠，引水灌溉，河滩淤泥多，可以用来追肥。此处啊，一定可以变成个良田，可这片荒地。何年何月才能肥沃起来啊，这夫子大家看不到头，越干越心急。</w:t>
      </w:r>
    </w:p>
    <w:p w14:paraId="3D6D8F46" w14:textId="77777777" w:rsidR="00E87C95" w:rsidRDefault="00000000">
      <w:pPr>
        <w:spacing w:after="0" w:line="579" w:lineRule="exact"/>
        <w:ind w:firstLine="640"/>
        <w:rPr>
          <w:lang w:eastAsia="zh-CN"/>
        </w:rPr>
      </w:pPr>
      <w:r>
        <w:rPr>
          <w:rFonts w:ascii="仿宋" w:eastAsia="仿宋" w:hAnsi="仿宋"/>
          <w:sz w:val="32"/>
          <w:lang w:eastAsia="zh-CN"/>
        </w:rPr>
        <w:t>改造家园和土地，只要一年一年的持续下去，就能见到成效，要不我再给大家讲讲？诗中的大雅深明白，好好</w:t>
      </w:r>
      <w:proofErr w:type="gramStart"/>
      <w:r>
        <w:rPr>
          <w:rFonts w:ascii="仿宋" w:eastAsia="仿宋" w:hAnsi="仿宋"/>
          <w:sz w:val="32"/>
          <w:lang w:eastAsia="zh-CN"/>
        </w:rPr>
        <w:t>好</w:t>
      </w:r>
      <w:proofErr w:type="gramEnd"/>
      <w:r>
        <w:rPr>
          <w:rFonts w:ascii="仿宋" w:eastAsia="仿宋" w:hAnsi="仿宋"/>
          <w:sz w:val="32"/>
          <w:lang w:eastAsia="zh-CN"/>
        </w:rPr>
        <w:t>。天快亮了。这时候口气他们睡得最香。咱们行动走。快走，</w:t>
      </w:r>
      <w:r>
        <w:rPr>
          <w:rFonts w:ascii="仿宋" w:eastAsia="仿宋" w:hAnsi="仿宋"/>
          <w:sz w:val="32"/>
          <w:lang w:eastAsia="zh-CN"/>
        </w:rPr>
        <w:lastRenderedPageBreak/>
        <w:t>抓谁啊？抓谁啊？抓谁站住？你们这帮匪徒先前破坏我们的土地，如今又来抢我们的粮食，</w:t>
      </w:r>
    </w:p>
    <w:p w14:paraId="2F1E52BD" w14:textId="77777777" w:rsidR="00E87C95" w:rsidRDefault="00000000">
      <w:pPr>
        <w:spacing w:after="0" w:line="579" w:lineRule="exact"/>
        <w:ind w:firstLine="640"/>
        <w:rPr>
          <w:lang w:eastAsia="zh-CN"/>
        </w:rPr>
      </w:pPr>
      <w:r>
        <w:rPr>
          <w:rFonts w:ascii="仿宋" w:eastAsia="仿宋" w:hAnsi="仿宋"/>
          <w:sz w:val="32"/>
          <w:lang w:eastAsia="zh-CN"/>
        </w:rPr>
        <w:t>还不放下武器，束手就擒，大水冲毁了部落。我们总要吃饭的粮食是老天给的，谁都可以吃。这里的每一粒粮食都是我们辛苦耕种得来的，不是</w:t>
      </w:r>
      <w:proofErr w:type="gramStart"/>
      <w:r>
        <w:rPr>
          <w:rFonts w:ascii="仿宋" w:eastAsia="仿宋" w:hAnsi="仿宋"/>
          <w:sz w:val="32"/>
          <w:lang w:eastAsia="zh-CN"/>
        </w:rPr>
        <w:t>什么野粮啊</w:t>
      </w:r>
      <w:proofErr w:type="gramEnd"/>
      <w:r>
        <w:rPr>
          <w:rFonts w:ascii="仿宋" w:eastAsia="仿宋" w:hAnsi="仿宋"/>
          <w:sz w:val="32"/>
          <w:lang w:eastAsia="zh-CN"/>
        </w:rPr>
        <w:t>，偷我们粮食该杀杀了他。这几年。天灾是越来越多，兽群是越来越少。你们这以后就想靠抢夺为生。可我妻子被洪水冲走了，家里的孩子都快饿死了，我实在没办法了。</w:t>
      </w:r>
    </w:p>
    <w:p w14:paraId="3958DC20" w14:textId="77777777" w:rsidR="00E87C95" w:rsidRDefault="00000000">
      <w:pPr>
        <w:spacing w:after="0" w:line="579" w:lineRule="exact"/>
        <w:ind w:firstLine="640"/>
        <w:rPr>
          <w:lang w:eastAsia="zh-CN"/>
        </w:rPr>
      </w:pPr>
      <w:r>
        <w:rPr>
          <w:rFonts w:ascii="仿宋" w:eastAsia="仿宋" w:hAnsi="仿宋"/>
          <w:sz w:val="32"/>
          <w:lang w:eastAsia="zh-CN"/>
        </w:rPr>
        <w:t>我兄长为了寻找食物，去更远的地方狩猎，反遭恶狼袭击，半条腿都没了。不必多说。要杀要刮，随你们便。哎呀，我不杀你们。开垦荒地。改造家园，这人越多，力量才越大了。我们要相伴为邻。聚居而生。</w:t>
      </w:r>
    </w:p>
    <w:p w14:paraId="21018BB2" w14:textId="77777777" w:rsidR="00E87C95" w:rsidRDefault="00000000">
      <w:pPr>
        <w:spacing w:after="0" w:line="579" w:lineRule="exact"/>
        <w:ind w:firstLine="640"/>
        <w:rPr>
          <w:lang w:eastAsia="zh-CN"/>
        </w:rPr>
      </w:pPr>
      <w:r>
        <w:rPr>
          <w:rFonts w:ascii="仿宋" w:eastAsia="仿宋" w:hAnsi="仿宋"/>
          <w:sz w:val="32"/>
          <w:lang w:eastAsia="zh-CN"/>
        </w:rPr>
        <w:t>如果你们愿意留下来。我可以教你们一起耕种。你们看</w:t>
      </w:r>
      <w:proofErr w:type="gramStart"/>
      <w:r>
        <w:rPr>
          <w:rFonts w:ascii="仿宋" w:eastAsia="仿宋" w:hAnsi="仿宋"/>
          <w:sz w:val="32"/>
          <w:lang w:eastAsia="zh-CN"/>
        </w:rPr>
        <w:t>这些豆啊</w:t>
      </w:r>
      <w:proofErr w:type="gramEnd"/>
      <w:r>
        <w:rPr>
          <w:rFonts w:ascii="仿宋" w:eastAsia="仿宋" w:hAnsi="仿宋"/>
          <w:sz w:val="32"/>
          <w:lang w:eastAsia="zh-CN"/>
        </w:rPr>
        <w:t>。足足够我们这些人吃上数十天。我手里这一把</w:t>
      </w:r>
      <w:proofErr w:type="gramStart"/>
      <w:r>
        <w:rPr>
          <w:rFonts w:ascii="仿宋" w:eastAsia="仿宋" w:hAnsi="仿宋"/>
          <w:sz w:val="32"/>
          <w:lang w:eastAsia="zh-CN"/>
        </w:rPr>
        <w:t>豆</w:t>
      </w:r>
      <w:proofErr w:type="gramEnd"/>
      <w:r>
        <w:rPr>
          <w:rFonts w:ascii="仿宋" w:eastAsia="仿宋" w:hAnsi="仿宋"/>
          <w:sz w:val="32"/>
          <w:lang w:eastAsia="zh-CN"/>
        </w:rPr>
        <w:t>作为种子，春天种下去，</w:t>
      </w:r>
      <w:proofErr w:type="gramStart"/>
      <w:r>
        <w:rPr>
          <w:rFonts w:ascii="仿宋" w:eastAsia="仿宋" w:hAnsi="仿宋"/>
          <w:sz w:val="32"/>
          <w:lang w:eastAsia="zh-CN"/>
        </w:rPr>
        <w:t>秋天便</w:t>
      </w:r>
      <w:proofErr w:type="gramEnd"/>
      <w:r>
        <w:rPr>
          <w:rFonts w:ascii="仿宋" w:eastAsia="仿宋" w:hAnsi="仿宋"/>
          <w:sz w:val="32"/>
          <w:lang w:eastAsia="zh-CN"/>
        </w:rPr>
        <w:t>能收获这满满一筐，能收这么多，那当然。我们还有鸽子。</w:t>
      </w:r>
      <w:proofErr w:type="gramStart"/>
      <w:r>
        <w:rPr>
          <w:rFonts w:ascii="仿宋" w:eastAsia="仿宋" w:hAnsi="仿宋"/>
          <w:sz w:val="32"/>
          <w:lang w:eastAsia="zh-CN"/>
        </w:rPr>
        <w:t>实方实苞</w:t>
      </w:r>
      <w:proofErr w:type="gramEnd"/>
      <w:r>
        <w:rPr>
          <w:rFonts w:ascii="仿宋" w:eastAsia="仿宋" w:hAnsi="仿宋"/>
          <w:sz w:val="32"/>
          <w:lang w:eastAsia="zh-CN"/>
        </w:rPr>
        <w:t>，实种实褎，实发实秀，实</w:t>
      </w:r>
      <w:proofErr w:type="gramStart"/>
      <w:r>
        <w:rPr>
          <w:rFonts w:ascii="仿宋" w:eastAsia="仿宋" w:hAnsi="仿宋"/>
          <w:sz w:val="32"/>
          <w:lang w:eastAsia="zh-CN"/>
        </w:rPr>
        <w:t>坚实好</w:t>
      </w:r>
      <w:proofErr w:type="gramEnd"/>
      <w:r>
        <w:rPr>
          <w:rFonts w:ascii="仿宋" w:eastAsia="仿宋" w:hAnsi="仿宋"/>
          <w:sz w:val="32"/>
          <w:lang w:eastAsia="zh-CN"/>
        </w:rPr>
        <w:t>对。</w:t>
      </w:r>
      <w:proofErr w:type="gramStart"/>
      <w:r>
        <w:rPr>
          <w:rFonts w:ascii="仿宋" w:eastAsia="仿宋" w:hAnsi="仿宋"/>
          <w:sz w:val="32"/>
          <w:lang w:eastAsia="zh-CN"/>
        </w:rPr>
        <w:t>实方实苞</w:t>
      </w:r>
      <w:proofErr w:type="gramEnd"/>
      <w:r>
        <w:rPr>
          <w:rFonts w:ascii="仿宋" w:eastAsia="仿宋" w:hAnsi="仿宋"/>
          <w:sz w:val="32"/>
          <w:lang w:eastAsia="zh-CN"/>
        </w:rPr>
        <w:t>十种，</w:t>
      </w:r>
    </w:p>
    <w:p w14:paraId="5358FDDC" w14:textId="77777777" w:rsidR="00E87C95" w:rsidRDefault="00000000">
      <w:pPr>
        <w:spacing w:after="0" w:line="579" w:lineRule="exact"/>
        <w:ind w:firstLine="640"/>
        <w:rPr>
          <w:lang w:eastAsia="zh-CN"/>
        </w:rPr>
      </w:pPr>
      <w:proofErr w:type="gramStart"/>
      <w:r>
        <w:rPr>
          <w:rFonts w:ascii="仿宋" w:eastAsia="仿宋" w:hAnsi="仿宋"/>
          <w:sz w:val="32"/>
          <w:lang w:eastAsia="zh-CN"/>
        </w:rPr>
        <w:t>十用十发</w:t>
      </w:r>
      <w:proofErr w:type="gramEnd"/>
      <w:r>
        <w:rPr>
          <w:rFonts w:ascii="仿宋" w:eastAsia="仿宋" w:hAnsi="仿宋"/>
          <w:sz w:val="32"/>
          <w:lang w:eastAsia="zh-CN"/>
        </w:rPr>
        <w:t>，</w:t>
      </w:r>
      <w:proofErr w:type="gramStart"/>
      <w:r>
        <w:rPr>
          <w:rFonts w:ascii="仿宋" w:eastAsia="仿宋" w:hAnsi="仿宋"/>
          <w:sz w:val="32"/>
          <w:lang w:eastAsia="zh-CN"/>
        </w:rPr>
        <w:t>十秀实</w:t>
      </w:r>
      <w:proofErr w:type="gramEnd"/>
      <w:r>
        <w:rPr>
          <w:rFonts w:ascii="仿宋" w:eastAsia="仿宋" w:hAnsi="仿宋"/>
          <w:sz w:val="32"/>
          <w:lang w:eastAsia="zh-CN"/>
        </w:rPr>
        <w:t>坚实好，只要顺应天时。挑选良种善家耕作，人人都能种出这么好的粮食，来后记最善于辨别土壤。则天时耕种，但后继之色，有相之道，但后继之色，有相之道。你们这鸽子还真不少。我等愿定居于此，请后继传教耕种之法。范青琪来给大家发放鼓种。</w:t>
      </w:r>
    </w:p>
    <w:p w14:paraId="180FC4BB" w14:textId="77777777" w:rsidR="00E87C95" w:rsidRDefault="00000000">
      <w:pPr>
        <w:spacing w:after="0" w:line="579" w:lineRule="exact"/>
        <w:ind w:firstLine="640"/>
        <w:rPr>
          <w:lang w:eastAsia="zh-CN"/>
        </w:rPr>
      </w:pPr>
      <w:r>
        <w:rPr>
          <w:rFonts w:ascii="仿宋" w:eastAsia="仿宋" w:hAnsi="仿宋"/>
          <w:sz w:val="32"/>
          <w:lang w:eastAsia="zh-CN"/>
        </w:rPr>
        <w:lastRenderedPageBreak/>
        <w:t>今后咱们一起垦荒播种。</w:t>
      </w:r>
      <w:proofErr w:type="gramStart"/>
      <w:r>
        <w:rPr>
          <w:rFonts w:ascii="仿宋" w:eastAsia="仿宋" w:hAnsi="仿宋"/>
          <w:sz w:val="32"/>
          <w:lang w:eastAsia="zh-CN"/>
        </w:rPr>
        <w:t>细略后进</w:t>
      </w:r>
      <w:proofErr w:type="gramEnd"/>
      <w:r>
        <w:rPr>
          <w:rFonts w:ascii="仿宋" w:eastAsia="仿宋" w:hAnsi="仿宋"/>
          <w:sz w:val="32"/>
          <w:lang w:eastAsia="zh-CN"/>
        </w:rPr>
        <w:t>。淡后气之色，有相之道，茀</w:t>
      </w:r>
      <w:proofErr w:type="gramStart"/>
      <w:r>
        <w:rPr>
          <w:rFonts w:ascii="仿宋" w:eastAsia="仿宋" w:hAnsi="仿宋"/>
          <w:sz w:val="32"/>
          <w:lang w:eastAsia="zh-CN"/>
        </w:rPr>
        <w:t>厥</w:t>
      </w:r>
      <w:proofErr w:type="gramEnd"/>
      <w:r>
        <w:rPr>
          <w:rFonts w:ascii="仿宋" w:eastAsia="仿宋" w:hAnsi="仿宋"/>
          <w:sz w:val="32"/>
          <w:lang w:eastAsia="zh-CN"/>
        </w:rPr>
        <w:t>丰草。种之黄茂，</w:t>
      </w:r>
      <w:proofErr w:type="gramStart"/>
      <w:r>
        <w:rPr>
          <w:rFonts w:ascii="仿宋" w:eastAsia="仿宋" w:hAnsi="仿宋"/>
          <w:sz w:val="32"/>
          <w:lang w:eastAsia="zh-CN"/>
        </w:rPr>
        <w:t>实方实苞实方实苞</w:t>
      </w:r>
      <w:proofErr w:type="gramEnd"/>
      <w:r>
        <w:rPr>
          <w:rFonts w:ascii="仿宋" w:eastAsia="仿宋" w:hAnsi="仿宋"/>
          <w:sz w:val="32"/>
          <w:lang w:eastAsia="zh-CN"/>
        </w:rPr>
        <w:t>。时左时右18时</w:t>
      </w:r>
      <w:proofErr w:type="gramStart"/>
      <w:r>
        <w:rPr>
          <w:rFonts w:ascii="仿宋" w:eastAsia="仿宋" w:hAnsi="仿宋"/>
          <w:sz w:val="32"/>
          <w:lang w:eastAsia="zh-CN"/>
        </w:rPr>
        <w:t>秀时间</w:t>
      </w:r>
      <w:proofErr w:type="gramEnd"/>
      <w:r>
        <w:rPr>
          <w:rFonts w:ascii="仿宋" w:eastAsia="仿宋" w:hAnsi="仿宋"/>
          <w:sz w:val="32"/>
          <w:lang w:eastAsia="zh-CN"/>
        </w:rPr>
        <w:t>是好，诞后稷之穑，有相之道，不绝如草。众之广道。</w:t>
      </w:r>
      <w:proofErr w:type="gramStart"/>
      <w:r>
        <w:rPr>
          <w:rFonts w:ascii="仿宋" w:eastAsia="仿宋" w:hAnsi="仿宋"/>
          <w:sz w:val="32"/>
          <w:lang w:eastAsia="zh-CN"/>
        </w:rPr>
        <w:t>十防时保</w:t>
      </w:r>
      <w:proofErr w:type="gramEnd"/>
      <w:r>
        <w:rPr>
          <w:rFonts w:ascii="仿宋" w:eastAsia="仿宋" w:hAnsi="仿宋"/>
          <w:sz w:val="32"/>
          <w:lang w:eastAsia="zh-CN"/>
        </w:rPr>
        <w:t>实种实褎时发时效时间是好。负责</w:t>
      </w:r>
      <w:proofErr w:type="gramStart"/>
      <w:r>
        <w:rPr>
          <w:rFonts w:ascii="仿宋" w:eastAsia="仿宋" w:hAnsi="仿宋"/>
          <w:sz w:val="32"/>
          <w:lang w:eastAsia="zh-CN"/>
        </w:rPr>
        <w:t>负责</w:t>
      </w:r>
      <w:proofErr w:type="gramEnd"/>
      <w:r>
        <w:rPr>
          <w:rFonts w:ascii="仿宋" w:eastAsia="仿宋" w:hAnsi="仿宋"/>
          <w:sz w:val="32"/>
          <w:lang w:eastAsia="zh-CN"/>
        </w:rPr>
        <w:t>。您看这些秧苗有些</w:t>
      </w:r>
      <w:proofErr w:type="gramStart"/>
      <w:r>
        <w:rPr>
          <w:rFonts w:ascii="仿宋" w:eastAsia="仿宋" w:hAnsi="仿宋"/>
          <w:sz w:val="32"/>
          <w:lang w:eastAsia="zh-CN"/>
        </w:rPr>
        <w:t>倒秧哦</w:t>
      </w:r>
      <w:proofErr w:type="gramEnd"/>
      <w:r>
        <w:rPr>
          <w:rFonts w:ascii="仿宋" w:eastAsia="仿宋" w:hAnsi="仿宋"/>
          <w:sz w:val="32"/>
          <w:lang w:eastAsia="zh-CN"/>
        </w:rPr>
        <w:t>。</w:t>
      </w:r>
    </w:p>
    <w:p w14:paraId="2FFAEB50" w14:textId="77777777" w:rsidR="00E87C95" w:rsidRDefault="00000000">
      <w:pPr>
        <w:spacing w:after="0" w:line="579" w:lineRule="exact"/>
        <w:ind w:firstLine="640"/>
        <w:rPr>
          <w:lang w:eastAsia="zh-CN"/>
        </w:rPr>
      </w:pPr>
      <w:r>
        <w:rPr>
          <w:rFonts w:ascii="仿宋" w:eastAsia="仿宋" w:hAnsi="仿宋"/>
          <w:sz w:val="32"/>
          <w:lang w:eastAsia="zh-CN"/>
        </w:rPr>
        <w:t>大军来来。我一生都不会忘记。父子把我带到这里垦荒，开辟家园。年复一年，改良田地。他不仅教我读诗，更用汗水和劳作，把先贤种农耕善稼穑。则天时应地利的农耕之道，臣</w:t>
      </w:r>
      <w:proofErr w:type="gramStart"/>
      <w:r>
        <w:rPr>
          <w:rFonts w:ascii="仿宋" w:eastAsia="仿宋" w:hAnsi="仿宋"/>
          <w:sz w:val="32"/>
          <w:lang w:eastAsia="zh-CN"/>
        </w:rPr>
        <w:t>授于</w:t>
      </w:r>
      <w:proofErr w:type="gramEnd"/>
      <w:r>
        <w:rPr>
          <w:rFonts w:ascii="仿宋" w:eastAsia="仿宋" w:hAnsi="仿宋"/>
          <w:sz w:val="32"/>
          <w:lang w:eastAsia="zh-CN"/>
        </w:rPr>
        <w:t>我。父子也希望我</w:t>
      </w:r>
      <w:proofErr w:type="gramStart"/>
      <w:r>
        <w:rPr>
          <w:rFonts w:ascii="仿宋" w:eastAsia="仿宋" w:hAnsi="仿宋"/>
          <w:sz w:val="32"/>
          <w:lang w:eastAsia="zh-CN"/>
        </w:rPr>
        <w:t>能带着</w:t>
      </w:r>
      <w:proofErr w:type="gramEnd"/>
      <w:r>
        <w:rPr>
          <w:rFonts w:ascii="仿宋" w:eastAsia="仿宋" w:hAnsi="仿宋"/>
          <w:sz w:val="32"/>
          <w:lang w:eastAsia="zh-CN"/>
        </w:rPr>
        <w:t>乡亲们。过上好日子，晚辈今天随同毛苌先生拜见毛亨夫子，受益匪浅。</w:t>
      </w:r>
    </w:p>
    <w:p w14:paraId="48222A70" w14:textId="77777777" w:rsidR="00E87C95" w:rsidRDefault="00000000">
      <w:pPr>
        <w:spacing w:after="0" w:line="579" w:lineRule="exact"/>
        <w:ind w:firstLine="640"/>
        <w:rPr>
          <w:lang w:eastAsia="zh-CN"/>
        </w:rPr>
      </w:pPr>
      <w:r>
        <w:rPr>
          <w:rFonts w:ascii="仿宋" w:eastAsia="仿宋" w:hAnsi="仿宋"/>
          <w:sz w:val="32"/>
          <w:lang w:eastAsia="zh-CN"/>
        </w:rPr>
        <w:t>唉，我们也该回去了，村庄晚上还有丰收宴，您不跟夫子告个别吗？不了。我不想让父子看见我再流眼泪。</w:t>
      </w:r>
      <w:proofErr w:type="gramStart"/>
      <w:r>
        <w:rPr>
          <w:rFonts w:ascii="仿宋" w:eastAsia="仿宋" w:hAnsi="仿宋"/>
          <w:sz w:val="32"/>
          <w:lang w:eastAsia="zh-CN"/>
        </w:rPr>
        <w:t>父子父子</w:t>
      </w:r>
      <w:proofErr w:type="gramEnd"/>
      <w:r>
        <w:rPr>
          <w:rFonts w:ascii="仿宋" w:eastAsia="仿宋" w:hAnsi="仿宋"/>
          <w:sz w:val="32"/>
          <w:lang w:eastAsia="zh-CN"/>
        </w:rPr>
        <w:t>什么？干活啊，别偷懒。好，我这就去。我去</w:t>
      </w:r>
      <w:proofErr w:type="gramStart"/>
      <w:r>
        <w:rPr>
          <w:rFonts w:ascii="仿宋" w:eastAsia="仿宋" w:hAnsi="仿宋"/>
          <w:sz w:val="32"/>
          <w:lang w:eastAsia="zh-CN"/>
        </w:rPr>
        <w:t>挑汤泥</w:t>
      </w:r>
      <w:proofErr w:type="gramEnd"/>
      <w:r>
        <w:rPr>
          <w:rFonts w:ascii="仿宋" w:eastAsia="仿宋" w:hAnsi="仿宋"/>
          <w:sz w:val="32"/>
          <w:lang w:eastAsia="zh-CN"/>
        </w:rPr>
        <w:t>了，快去吧好。晚上我给你做饭，早点回来吃啊。</w:t>
      </w:r>
    </w:p>
    <w:p w14:paraId="61C2E460" w14:textId="77777777" w:rsidR="00E87C95" w:rsidRDefault="00000000">
      <w:pPr>
        <w:spacing w:after="0" w:line="579" w:lineRule="exact"/>
        <w:ind w:firstLine="640"/>
        <w:rPr>
          <w:lang w:eastAsia="zh-CN"/>
        </w:rPr>
      </w:pPr>
      <w:r>
        <w:rPr>
          <w:rFonts w:ascii="仿宋" w:eastAsia="仿宋" w:hAnsi="仿宋"/>
          <w:sz w:val="32"/>
          <w:lang w:eastAsia="zh-CN"/>
        </w:rPr>
        <w:t>操</w:t>
      </w:r>
      <w:proofErr w:type="gramStart"/>
      <w:r>
        <w:rPr>
          <w:rFonts w:ascii="仿宋" w:eastAsia="仿宋" w:hAnsi="仿宋"/>
          <w:sz w:val="32"/>
          <w:lang w:eastAsia="zh-CN"/>
        </w:rPr>
        <w:t>操</w:t>
      </w:r>
      <w:proofErr w:type="gramEnd"/>
      <w:r>
        <w:rPr>
          <w:rFonts w:ascii="仿宋" w:eastAsia="仿宋" w:hAnsi="仿宋"/>
          <w:sz w:val="32"/>
          <w:lang w:eastAsia="zh-CN"/>
        </w:rPr>
        <w:t>。哎。夫子。把家园留给了我们，把丰收留给了我们。把诗。留给了我们毛公的诗在后世。传下去。哦，您想去看一看吗？小先生请。我是你。《毛诗》沿袭天琴师说秉承孔夫子诗教本王聘毛苌恭为博士。入朝贤馆将经授徒传师，以天下教主化民。</w:t>
      </w:r>
    </w:p>
    <w:p w14:paraId="0CC020FA" w14:textId="77777777" w:rsidR="00E87C95" w:rsidRDefault="00000000">
      <w:pPr>
        <w:spacing w:after="0" w:line="579" w:lineRule="exact"/>
        <w:ind w:firstLine="640"/>
        <w:rPr>
          <w:lang w:eastAsia="zh-CN"/>
        </w:rPr>
      </w:pPr>
      <w:r>
        <w:rPr>
          <w:rFonts w:ascii="仿宋" w:eastAsia="仿宋" w:hAnsi="仿宋"/>
          <w:sz w:val="32"/>
          <w:lang w:eastAsia="zh-CN"/>
        </w:rPr>
        <w:t>此人是谁？他是后来的河间王刘德。此人修学好，古实事求是，将其毕生精力投入到古籍的收集整理之中。使得《毛诗》得以传承和发扬。谢河间王毛苌定竭尽全力。传师</w:t>
      </w:r>
      <w:r>
        <w:rPr>
          <w:rFonts w:ascii="仿宋" w:eastAsia="仿宋" w:hAnsi="仿宋"/>
          <w:sz w:val="32"/>
          <w:lang w:eastAsia="zh-CN"/>
        </w:rPr>
        <w:lastRenderedPageBreak/>
        <w:t>于</w:t>
      </w:r>
      <w:proofErr w:type="gramStart"/>
      <w:r>
        <w:rPr>
          <w:rFonts w:ascii="仿宋" w:eastAsia="仿宋" w:hAnsi="仿宋"/>
          <w:sz w:val="32"/>
          <w:lang w:eastAsia="zh-CN"/>
        </w:rPr>
        <w:t>世</w:t>
      </w:r>
      <w:proofErr w:type="gramEnd"/>
      <w:r>
        <w:rPr>
          <w:rFonts w:ascii="仿宋" w:eastAsia="仿宋" w:hAnsi="仿宋"/>
          <w:sz w:val="32"/>
          <w:lang w:eastAsia="zh-CN"/>
        </w:rPr>
        <w:t>，毛诗故训。传文辞简骨，当奉为</w:t>
      </w:r>
      <w:proofErr w:type="gramStart"/>
      <w:r>
        <w:rPr>
          <w:rFonts w:ascii="仿宋" w:eastAsia="仿宋" w:hAnsi="仿宋"/>
          <w:sz w:val="32"/>
          <w:lang w:eastAsia="zh-CN"/>
        </w:rPr>
        <w:t>圭</w:t>
      </w:r>
      <w:proofErr w:type="gramEnd"/>
      <w:r>
        <w:rPr>
          <w:rFonts w:ascii="仿宋" w:eastAsia="仿宋" w:hAnsi="仿宋"/>
          <w:sz w:val="32"/>
          <w:lang w:eastAsia="zh-CN"/>
        </w:rPr>
        <w:t>念。</w:t>
      </w:r>
      <w:proofErr w:type="gramStart"/>
      <w:r>
        <w:rPr>
          <w:rFonts w:ascii="仿宋" w:eastAsia="仿宋" w:hAnsi="仿宋"/>
          <w:sz w:val="32"/>
          <w:lang w:eastAsia="zh-CN"/>
        </w:rPr>
        <w:t>我宗毛</w:t>
      </w:r>
      <w:proofErr w:type="gramEnd"/>
      <w:r>
        <w:rPr>
          <w:rFonts w:ascii="仿宋" w:eastAsia="仿宋" w:hAnsi="仿宋"/>
          <w:sz w:val="32"/>
          <w:lang w:eastAsia="zh-CN"/>
        </w:rPr>
        <w:t>为主，兼采三家，</w:t>
      </w:r>
      <w:proofErr w:type="gramStart"/>
      <w:r>
        <w:rPr>
          <w:rFonts w:ascii="仿宋" w:eastAsia="仿宋" w:hAnsi="仿宋"/>
          <w:sz w:val="32"/>
          <w:lang w:eastAsia="zh-CN"/>
        </w:rPr>
        <w:t>兼助毛诗</w:t>
      </w:r>
      <w:proofErr w:type="gramEnd"/>
      <w:r>
        <w:rPr>
          <w:rFonts w:ascii="仿宋" w:eastAsia="仿宋" w:hAnsi="仿宋"/>
          <w:sz w:val="32"/>
          <w:lang w:eastAsia="zh-CN"/>
        </w:rPr>
        <w:t>四人，又是谁？</w:t>
      </w:r>
    </w:p>
    <w:p w14:paraId="41BDD217" w14:textId="77777777" w:rsidR="00E87C95" w:rsidRDefault="00000000">
      <w:pPr>
        <w:spacing w:after="0" w:line="579" w:lineRule="exact"/>
        <w:ind w:firstLine="640"/>
        <w:rPr>
          <w:lang w:eastAsia="zh-CN"/>
        </w:rPr>
      </w:pPr>
      <w:r>
        <w:rPr>
          <w:rFonts w:ascii="仿宋" w:eastAsia="仿宋" w:hAnsi="仿宋"/>
          <w:sz w:val="32"/>
          <w:lang w:eastAsia="zh-CN"/>
        </w:rPr>
        <w:t>这是300多年后，东汉大儒郑玄他所做的毛诗传间。使毛诗大行于</w:t>
      </w:r>
      <w:proofErr w:type="gramStart"/>
      <w:r>
        <w:rPr>
          <w:rFonts w:ascii="仿宋" w:eastAsia="仿宋" w:hAnsi="仿宋"/>
          <w:sz w:val="32"/>
          <w:lang w:eastAsia="zh-CN"/>
        </w:rPr>
        <w:t>世</w:t>
      </w:r>
      <w:proofErr w:type="gramEnd"/>
      <w:r>
        <w:rPr>
          <w:rFonts w:ascii="仿宋" w:eastAsia="仿宋" w:hAnsi="仿宋"/>
          <w:sz w:val="32"/>
          <w:lang w:eastAsia="zh-CN"/>
        </w:rPr>
        <w:t>。我应当感谢此人啊。师者当以前贤为师学，诗中风雅传堂。哥君子之德。输百姓之苦。此人又是谁？这是在政权之后500多年，唐朝诗圣杜甫，他继承了风雅的现实主义精神。善臣实事，</w:t>
      </w:r>
      <w:proofErr w:type="gramStart"/>
      <w:r>
        <w:rPr>
          <w:rFonts w:ascii="仿宋" w:eastAsia="仿宋" w:hAnsi="仿宋"/>
          <w:sz w:val="32"/>
          <w:lang w:eastAsia="zh-CN"/>
        </w:rPr>
        <w:t>律切精深</w:t>
      </w:r>
      <w:proofErr w:type="gramEnd"/>
      <w:r>
        <w:rPr>
          <w:rFonts w:ascii="仿宋" w:eastAsia="仿宋" w:hAnsi="仿宋"/>
          <w:sz w:val="32"/>
          <w:lang w:eastAsia="zh-CN"/>
        </w:rPr>
        <w:t>。他的诗篇有诗史的美称。</w:t>
      </w:r>
    </w:p>
    <w:p w14:paraId="2A3189D5" w14:textId="77777777" w:rsidR="00E87C95" w:rsidRDefault="00000000">
      <w:pPr>
        <w:spacing w:after="0" w:line="579" w:lineRule="exact"/>
        <w:ind w:firstLine="640"/>
        <w:rPr>
          <w:lang w:eastAsia="zh-CN"/>
        </w:rPr>
      </w:pPr>
      <w:r>
        <w:rPr>
          <w:rFonts w:ascii="仿宋" w:eastAsia="仿宋" w:hAnsi="仿宋"/>
          <w:sz w:val="32"/>
          <w:lang w:eastAsia="zh-CN"/>
        </w:rPr>
        <w:t>此人能够。</w:t>
      </w:r>
      <w:proofErr w:type="gramStart"/>
      <w:r>
        <w:rPr>
          <w:rFonts w:ascii="仿宋" w:eastAsia="仿宋" w:hAnsi="仿宋"/>
          <w:sz w:val="32"/>
          <w:lang w:eastAsia="zh-CN"/>
        </w:rPr>
        <w:t>不</w:t>
      </w:r>
      <w:proofErr w:type="gramEnd"/>
      <w:r>
        <w:rPr>
          <w:rFonts w:ascii="仿宋" w:eastAsia="仿宋" w:hAnsi="仿宋"/>
          <w:sz w:val="32"/>
          <w:lang w:eastAsia="zh-CN"/>
        </w:rPr>
        <w:t>臣十世言，百姓心声。不愧于诗圣二字啊。在我生活的这个时代。《诗经》流传广泛，学子甚多，民亦</w:t>
      </w:r>
      <w:proofErr w:type="gramStart"/>
      <w:r>
        <w:rPr>
          <w:rFonts w:ascii="仿宋" w:eastAsia="仿宋" w:hAnsi="仿宋"/>
          <w:sz w:val="32"/>
          <w:lang w:eastAsia="zh-CN"/>
        </w:rPr>
        <w:t>劳</w:t>
      </w:r>
      <w:proofErr w:type="gramEnd"/>
      <w:r>
        <w:rPr>
          <w:rFonts w:ascii="仿宋" w:eastAsia="仿宋" w:hAnsi="仿宋"/>
          <w:sz w:val="32"/>
          <w:lang w:eastAsia="zh-CN"/>
        </w:rPr>
        <w:t>止，汔可小康先贤们朴素的理想，也变成了更为美好的现实。先生想随我去看看吧。小小先生。请请。来来来，橘子放这儿哎，</w:t>
      </w:r>
    </w:p>
    <w:p w14:paraId="4981832D" w14:textId="77777777" w:rsidR="00E87C95" w:rsidRDefault="00000000">
      <w:pPr>
        <w:spacing w:after="0" w:line="579" w:lineRule="exact"/>
        <w:ind w:firstLine="640"/>
        <w:rPr>
          <w:lang w:eastAsia="zh-CN"/>
        </w:rPr>
      </w:pPr>
      <w:r>
        <w:rPr>
          <w:rFonts w:ascii="仿宋" w:eastAsia="仿宋" w:hAnsi="仿宋"/>
          <w:sz w:val="32"/>
          <w:lang w:eastAsia="zh-CN"/>
        </w:rPr>
        <w:t>把那个瓜子拿过来，往那儿放那儿空着，大家落座</w:t>
      </w:r>
      <w:proofErr w:type="gramStart"/>
      <w:r>
        <w:rPr>
          <w:rFonts w:ascii="仿宋" w:eastAsia="仿宋" w:hAnsi="仿宋"/>
          <w:sz w:val="32"/>
          <w:lang w:eastAsia="zh-CN"/>
        </w:rPr>
        <w:t>落座</w:t>
      </w:r>
      <w:proofErr w:type="gramEnd"/>
      <w:r>
        <w:rPr>
          <w:rFonts w:ascii="仿宋" w:eastAsia="仿宋" w:hAnsi="仿宋"/>
          <w:sz w:val="32"/>
          <w:lang w:eastAsia="zh-CN"/>
        </w:rPr>
        <w:t>，乡亲们，我宣布咱们诗经村风。丰收结村</w:t>
      </w:r>
      <w:proofErr w:type="gramStart"/>
      <w:r>
        <w:rPr>
          <w:rFonts w:ascii="仿宋" w:eastAsia="仿宋" w:hAnsi="仿宋"/>
          <w:sz w:val="32"/>
          <w:lang w:eastAsia="zh-CN"/>
        </w:rPr>
        <w:t>宴现在</w:t>
      </w:r>
      <w:proofErr w:type="gramEnd"/>
      <w:r>
        <w:rPr>
          <w:rFonts w:ascii="仿宋" w:eastAsia="仿宋" w:hAnsi="仿宋"/>
          <w:sz w:val="32"/>
          <w:lang w:eastAsia="zh-CN"/>
        </w:rPr>
        <w:t>开始好。诗经村对啊，这是2000多年之后的河间诗经村。这个村啊，人皆善食，那</w:t>
      </w:r>
      <w:proofErr w:type="gramStart"/>
      <w:r>
        <w:rPr>
          <w:rFonts w:ascii="仿宋" w:eastAsia="仿宋" w:hAnsi="仿宋"/>
          <w:sz w:val="32"/>
          <w:lang w:eastAsia="zh-CN"/>
        </w:rPr>
        <w:t>那</w:t>
      </w:r>
      <w:proofErr w:type="gramEnd"/>
      <w:r>
        <w:rPr>
          <w:rFonts w:ascii="仿宋" w:eastAsia="仿宋" w:hAnsi="仿宋"/>
          <w:sz w:val="32"/>
          <w:lang w:eastAsia="zh-CN"/>
        </w:rPr>
        <w:t>丰收节呢，国家把秋分这个日子啊，定为中国农民丰收节，为的是重视农业，尊重农民。</w:t>
      </w:r>
    </w:p>
    <w:p w14:paraId="0892242D" w14:textId="77777777" w:rsidR="00E87C95" w:rsidRDefault="00000000">
      <w:pPr>
        <w:spacing w:after="0" w:line="579" w:lineRule="exact"/>
        <w:ind w:firstLine="640"/>
        <w:rPr>
          <w:lang w:eastAsia="zh-CN"/>
        </w:rPr>
      </w:pPr>
      <w:r>
        <w:rPr>
          <w:rFonts w:ascii="仿宋" w:eastAsia="仿宋" w:hAnsi="仿宋"/>
          <w:sz w:val="32"/>
          <w:lang w:eastAsia="zh-CN"/>
        </w:rPr>
        <w:t>要知道啊，咱老祖宗的诗经里面就是重视农业，今天啊，咱们是双喜临门，这第一喜。是庆祝咱们村全面丰收，还有这第二血。是咱们村的驻村干部毛磊跟他的未婚妻赵倩刚刚领了结婚证，咱们鼓励一下，庆祝一下好。新郎新娘</w:t>
      </w:r>
      <w:proofErr w:type="gramStart"/>
      <w:r>
        <w:rPr>
          <w:rFonts w:ascii="仿宋" w:eastAsia="仿宋" w:hAnsi="仿宋"/>
          <w:sz w:val="32"/>
          <w:lang w:eastAsia="zh-CN"/>
        </w:rPr>
        <w:t>不得讲</w:t>
      </w:r>
      <w:proofErr w:type="gramEnd"/>
      <w:r>
        <w:rPr>
          <w:rFonts w:ascii="仿宋" w:eastAsia="仿宋" w:hAnsi="仿宋"/>
          <w:sz w:val="32"/>
          <w:lang w:eastAsia="zh-CN"/>
        </w:rPr>
        <w:lastRenderedPageBreak/>
        <w:t>两句。说啥呀，在</w:t>
      </w:r>
      <w:proofErr w:type="gramStart"/>
      <w:r>
        <w:rPr>
          <w:rFonts w:ascii="仿宋" w:eastAsia="仿宋" w:hAnsi="仿宋"/>
          <w:sz w:val="32"/>
          <w:lang w:eastAsia="zh-CN"/>
        </w:rPr>
        <w:t>咱们诗青村</w:t>
      </w:r>
      <w:proofErr w:type="gramEnd"/>
      <w:r>
        <w:rPr>
          <w:rFonts w:ascii="仿宋" w:eastAsia="仿宋" w:hAnsi="仿宋"/>
          <w:sz w:val="32"/>
          <w:lang w:eastAsia="zh-CN"/>
        </w:rPr>
        <w:t>说话得念诗。我问你啊。</w:t>
      </w:r>
      <w:proofErr w:type="gramStart"/>
      <w:r>
        <w:rPr>
          <w:rFonts w:ascii="仿宋" w:eastAsia="仿宋" w:hAnsi="仿宋"/>
          <w:sz w:val="32"/>
          <w:lang w:eastAsia="zh-CN"/>
        </w:rPr>
        <w:t>谁追的</w:t>
      </w:r>
      <w:proofErr w:type="gramEnd"/>
      <w:r>
        <w:rPr>
          <w:rFonts w:ascii="仿宋" w:eastAsia="仿宋" w:hAnsi="仿宋"/>
          <w:sz w:val="32"/>
          <w:lang w:eastAsia="zh-CN"/>
        </w:rPr>
        <w:t>谁？</w:t>
      </w:r>
    </w:p>
    <w:p w14:paraId="6982891E" w14:textId="77777777" w:rsidR="00E87C95" w:rsidRDefault="00000000">
      <w:pPr>
        <w:spacing w:after="0" w:line="579" w:lineRule="exact"/>
        <w:ind w:firstLine="640"/>
        <w:rPr>
          <w:lang w:eastAsia="zh-CN"/>
        </w:rPr>
      </w:pPr>
      <w:r>
        <w:rPr>
          <w:rFonts w:ascii="仿宋" w:eastAsia="仿宋" w:hAnsi="仿宋"/>
          <w:sz w:val="32"/>
          <w:lang w:eastAsia="zh-CN"/>
        </w:rPr>
        <w:t>关关雎鸠。在河之洲。窈窕淑女。君子好</w:t>
      </w:r>
      <w:proofErr w:type="gramStart"/>
      <w:r>
        <w:rPr>
          <w:rFonts w:ascii="仿宋" w:eastAsia="仿宋" w:hAnsi="仿宋"/>
          <w:sz w:val="32"/>
          <w:lang w:eastAsia="zh-CN"/>
        </w:rPr>
        <w:t>逑</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，老夫子啊夫子开饭喽，来啦来啦。哈哈</w:t>
      </w:r>
      <w:proofErr w:type="gramStart"/>
      <w:r>
        <w:rPr>
          <w:rFonts w:ascii="仿宋" w:eastAsia="仿宋" w:hAnsi="仿宋"/>
          <w:sz w:val="32"/>
          <w:lang w:eastAsia="zh-CN"/>
        </w:rPr>
        <w:t>哈</w:t>
      </w:r>
      <w:proofErr w:type="gramEnd"/>
      <w:r>
        <w:rPr>
          <w:rFonts w:ascii="仿宋" w:eastAsia="仿宋" w:hAnsi="仿宋"/>
          <w:sz w:val="32"/>
          <w:lang w:eastAsia="zh-CN"/>
        </w:rPr>
        <w:t>。撒君，感谢你啊。带我来到后世。看到如此的小康场面。我也该回村了，过我们的丰收节。先生，</w:t>
      </w:r>
    </w:p>
    <w:p w14:paraId="4FD33BA2" w14:textId="77777777" w:rsidR="00E87C95" w:rsidRDefault="00000000">
      <w:pPr>
        <w:spacing w:after="0" w:line="579" w:lineRule="exact"/>
        <w:ind w:firstLine="640"/>
        <w:rPr>
          <w:lang w:eastAsia="zh-CN"/>
        </w:rPr>
      </w:pPr>
      <w:r>
        <w:rPr>
          <w:rFonts w:ascii="仿宋" w:eastAsia="仿宋" w:hAnsi="仿宋"/>
          <w:sz w:val="32"/>
          <w:lang w:eastAsia="zh-CN"/>
        </w:rPr>
        <w:t>保重</w:t>
      </w:r>
      <w:proofErr w:type="gramStart"/>
      <w:r>
        <w:rPr>
          <w:rFonts w:ascii="仿宋" w:eastAsia="仿宋" w:hAnsi="仿宋"/>
          <w:sz w:val="32"/>
          <w:lang w:eastAsia="zh-CN"/>
        </w:rPr>
        <w:t>保重</w:t>
      </w:r>
      <w:proofErr w:type="gramEnd"/>
      <w:r>
        <w:rPr>
          <w:rFonts w:ascii="仿宋" w:eastAsia="仿宋" w:hAnsi="仿宋"/>
          <w:sz w:val="32"/>
          <w:lang w:eastAsia="zh-CN"/>
        </w:rPr>
        <w:t>。丰收姐好啊啊。丰收节好。哦，哈哈</w:t>
      </w:r>
      <w:proofErr w:type="gramStart"/>
      <w:r>
        <w:rPr>
          <w:rFonts w:ascii="仿宋" w:eastAsia="仿宋" w:hAnsi="仿宋"/>
          <w:sz w:val="32"/>
          <w:lang w:eastAsia="zh-CN"/>
        </w:rPr>
        <w:t>哈</w:t>
      </w:r>
      <w:proofErr w:type="gramEnd"/>
      <w:r>
        <w:rPr>
          <w:rFonts w:ascii="仿宋" w:eastAsia="仿宋" w:hAnsi="仿宋"/>
          <w:sz w:val="32"/>
          <w:lang w:eastAsia="zh-CN"/>
        </w:rPr>
        <w:t>。哎，撒老师。您好，您怎么来我这儿？您怎么来我这儿？大家好，大家好，刚好在这儿做节目，赶上和大家一块儿庆祝丰收节。来喽来喽，</w:t>
      </w:r>
    </w:p>
    <w:p w14:paraId="75A399BA" w14:textId="77777777" w:rsidR="00E87C95" w:rsidRDefault="00000000">
      <w:pPr>
        <w:spacing w:after="0" w:line="579" w:lineRule="exact"/>
        <w:ind w:firstLine="640"/>
        <w:rPr>
          <w:lang w:eastAsia="zh-CN"/>
        </w:rPr>
      </w:pPr>
      <w:r>
        <w:rPr>
          <w:rFonts w:ascii="仿宋" w:eastAsia="仿宋" w:hAnsi="仿宋"/>
          <w:sz w:val="32"/>
          <w:lang w:eastAsia="zh-CN"/>
        </w:rPr>
        <w:t>哎</w:t>
      </w:r>
      <w:proofErr w:type="gramStart"/>
      <w:r>
        <w:rPr>
          <w:rFonts w:ascii="仿宋" w:eastAsia="仿宋" w:hAnsi="仿宋"/>
          <w:sz w:val="32"/>
          <w:lang w:eastAsia="zh-CN"/>
        </w:rPr>
        <w:t>呦</w:t>
      </w:r>
      <w:proofErr w:type="gramEnd"/>
      <w:r>
        <w:rPr>
          <w:rFonts w:ascii="仿宋" w:eastAsia="仿宋" w:hAnsi="仿宋"/>
          <w:sz w:val="32"/>
          <w:lang w:eastAsia="zh-CN"/>
        </w:rPr>
        <w:t>，夫子，大伙就等着你开饭呢，是不是啊？来来来，我们丰收节。干一个好好</w:t>
      </w:r>
      <w:proofErr w:type="gramStart"/>
      <w:r>
        <w:rPr>
          <w:rFonts w:ascii="仿宋" w:eastAsia="仿宋" w:hAnsi="仿宋"/>
          <w:sz w:val="32"/>
          <w:lang w:eastAsia="zh-CN"/>
        </w:rPr>
        <w:t>好</w:t>
      </w:r>
      <w:proofErr w:type="gramEnd"/>
      <w:r>
        <w:rPr>
          <w:rFonts w:ascii="仿宋" w:eastAsia="仿宋" w:hAnsi="仿宋"/>
          <w:sz w:val="32"/>
          <w:lang w:eastAsia="zh-CN"/>
        </w:rPr>
        <w:t>干。来给我也倒上点好好</w:t>
      </w:r>
      <w:proofErr w:type="gramStart"/>
      <w:r>
        <w:rPr>
          <w:rFonts w:ascii="仿宋" w:eastAsia="仿宋" w:hAnsi="仿宋"/>
          <w:sz w:val="32"/>
          <w:lang w:eastAsia="zh-CN"/>
        </w:rPr>
        <w:t>嘞</w:t>
      </w:r>
      <w:proofErr w:type="gramEnd"/>
      <w:r>
        <w:rPr>
          <w:rFonts w:ascii="仿宋" w:eastAsia="仿宋" w:hAnsi="仿宋"/>
          <w:sz w:val="32"/>
          <w:lang w:eastAsia="zh-CN"/>
        </w:rPr>
        <w:t>好好好了好了好了够了够了，咱们</w:t>
      </w:r>
      <w:proofErr w:type="gramStart"/>
      <w:r>
        <w:rPr>
          <w:rFonts w:ascii="仿宋" w:eastAsia="仿宋" w:hAnsi="仿宋"/>
          <w:sz w:val="32"/>
          <w:lang w:eastAsia="zh-CN"/>
        </w:rPr>
        <w:t>一块儿啊喝一杯</w:t>
      </w:r>
      <w:proofErr w:type="gramEnd"/>
      <w:r>
        <w:rPr>
          <w:rFonts w:ascii="仿宋" w:eastAsia="仿宋" w:hAnsi="仿宋"/>
          <w:sz w:val="32"/>
          <w:lang w:eastAsia="zh-CN"/>
        </w:rPr>
        <w:t>丰收酒吧来好。夫子在世的时候，我们没有那么多的余粮，也不舍得拿来酿酒啊。如果他今日能看到我们如此的丰收景象。该有多好啊。我说啊。</w:t>
      </w:r>
    </w:p>
    <w:p w14:paraId="204D79A5" w14:textId="77777777" w:rsidR="00E87C95" w:rsidRDefault="00000000">
      <w:pPr>
        <w:spacing w:after="0" w:line="579" w:lineRule="exact"/>
        <w:ind w:firstLine="640"/>
        <w:rPr>
          <w:lang w:eastAsia="zh-CN"/>
        </w:rPr>
      </w:pPr>
      <w:r>
        <w:rPr>
          <w:rFonts w:ascii="仿宋" w:eastAsia="仿宋" w:hAnsi="仿宋"/>
          <w:sz w:val="32"/>
          <w:lang w:eastAsia="zh-CN"/>
        </w:rPr>
        <w:t>我说。我说过啊。改造家园和土地，只要一年一年不断的持续做下去，就能见到功效。好香的酒啊。为此春酒已</w:t>
      </w:r>
      <w:proofErr w:type="gramStart"/>
      <w:r>
        <w:rPr>
          <w:rFonts w:ascii="仿宋" w:eastAsia="仿宋" w:hAnsi="仿宋"/>
          <w:sz w:val="32"/>
          <w:lang w:eastAsia="zh-CN"/>
        </w:rPr>
        <w:t>戒没售</w:t>
      </w:r>
      <w:proofErr w:type="gramEnd"/>
      <w:r>
        <w:rPr>
          <w:rFonts w:ascii="仿宋" w:eastAsia="仿宋" w:hAnsi="仿宋"/>
          <w:sz w:val="32"/>
          <w:lang w:eastAsia="zh-CN"/>
        </w:rPr>
        <w:t>。来，乡亲们。我们。端起这碗丰收酒。八月初早。十月，或</w:t>
      </w:r>
      <w:proofErr w:type="gramStart"/>
      <w:r>
        <w:rPr>
          <w:rFonts w:ascii="仿宋" w:eastAsia="仿宋" w:hAnsi="仿宋"/>
          <w:sz w:val="32"/>
          <w:lang w:eastAsia="zh-CN"/>
        </w:rPr>
        <w:t>道为此</w:t>
      </w:r>
      <w:proofErr w:type="gramEnd"/>
      <w:r>
        <w:rPr>
          <w:rFonts w:ascii="仿宋" w:eastAsia="仿宋" w:hAnsi="仿宋"/>
          <w:sz w:val="32"/>
          <w:lang w:eastAsia="zh-CN"/>
        </w:rPr>
        <w:t>重九，以介眉寿。</w:t>
      </w:r>
    </w:p>
    <w:p w14:paraId="57407932" w14:textId="77777777" w:rsidR="00E87C95" w:rsidRDefault="00000000">
      <w:pPr>
        <w:spacing w:after="0" w:line="579" w:lineRule="exact"/>
        <w:ind w:firstLine="640"/>
        <w:rPr>
          <w:lang w:eastAsia="zh-CN"/>
        </w:rPr>
      </w:pPr>
      <w:r>
        <w:rPr>
          <w:rFonts w:ascii="仿宋" w:eastAsia="仿宋" w:hAnsi="仿宋"/>
          <w:sz w:val="32"/>
          <w:lang w:eastAsia="zh-CN"/>
        </w:rPr>
        <w:t>八月，不倒。十月活到为子春酒，以</w:t>
      </w:r>
      <w:proofErr w:type="gramStart"/>
      <w:r>
        <w:rPr>
          <w:rFonts w:ascii="仿宋" w:eastAsia="仿宋" w:hAnsi="仿宋"/>
          <w:sz w:val="32"/>
          <w:lang w:eastAsia="zh-CN"/>
        </w:rPr>
        <w:t>介</w:t>
      </w:r>
      <w:proofErr w:type="gramEnd"/>
      <w:r>
        <w:rPr>
          <w:rFonts w:ascii="仿宋" w:eastAsia="仿宋" w:hAnsi="仿宋"/>
          <w:sz w:val="32"/>
          <w:lang w:eastAsia="zh-CN"/>
        </w:rPr>
        <w:t>眉寿八月枯草。执业过道为此。春酒以</w:t>
      </w:r>
      <w:proofErr w:type="gramStart"/>
      <w:r>
        <w:rPr>
          <w:rFonts w:ascii="仿宋" w:eastAsia="仿宋" w:hAnsi="仿宋"/>
          <w:sz w:val="32"/>
          <w:lang w:eastAsia="zh-CN"/>
        </w:rPr>
        <w:t>介</w:t>
      </w:r>
      <w:proofErr w:type="gramEnd"/>
      <w:r>
        <w:rPr>
          <w:rFonts w:ascii="仿宋" w:eastAsia="仿宋" w:hAnsi="仿宋"/>
          <w:sz w:val="32"/>
          <w:lang w:eastAsia="zh-CN"/>
        </w:rPr>
        <w:t>眉寿。刚才戏剧里，古今丰收节上</w:t>
      </w:r>
      <w:r>
        <w:rPr>
          <w:rFonts w:ascii="仿宋" w:eastAsia="仿宋" w:hAnsi="仿宋"/>
          <w:sz w:val="32"/>
          <w:lang w:eastAsia="zh-CN"/>
        </w:rPr>
        <w:lastRenderedPageBreak/>
        <w:t>硕果累累，当古今之人共同举起这杯丰收酒，即送八月剥枣。十月获稻，惟此春酒以</w:t>
      </w:r>
      <w:proofErr w:type="gramStart"/>
      <w:r>
        <w:rPr>
          <w:rFonts w:ascii="仿宋" w:eastAsia="仿宋" w:hAnsi="仿宋"/>
          <w:sz w:val="32"/>
          <w:lang w:eastAsia="zh-CN"/>
        </w:rPr>
        <w:t>介</w:t>
      </w:r>
      <w:proofErr w:type="gramEnd"/>
      <w:r>
        <w:rPr>
          <w:rFonts w:ascii="仿宋" w:eastAsia="仿宋" w:hAnsi="仿宋"/>
          <w:sz w:val="32"/>
          <w:lang w:eastAsia="zh-CN"/>
        </w:rPr>
        <w:t>眉寿。我注意到老师们其实也在低声一起齐诵，有一种跨越千年情感同频共振之感。确实感受良多，</w:t>
      </w:r>
    </w:p>
    <w:p w14:paraId="5F764D3A" w14:textId="77777777" w:rsidR="00E87C95" w:rsidRDefault="00000000">
      <w:pPr>
        <w:spacing w:after="0" w:line="579" w:lineRule="exact"/>
        <w:ind w:firstLine="640"/>
        <w:rPr>
          <w:lang w:eastAsia="zh-CN"/>
        </w:rPr>
      </w:pPr>
      <w:r>
        <w:rPr>
          <w:rFonts w:ascii="仿宋" w:eastAsia="仿宋" w:hAnsi="仿宋"/>
          <w:sz w:val="32"/>
          <w:lang w:eastAsia="zh-CN"/>
        </w:rPr>
        <w:t>戏剧当中最后一个场景呢，实际上就是诗回归于生活的最好的一个表现。诗歌是鲜明情感的自然表达。可以说，《诗经》既是礼乐之王，是得意之福，也是心灵之歌。民族回首，必见《诗经》。我一看到《诗经》啊，我就想到温柔敦厚诗教也，那我们教学生如切如磋，如琢如磨，教他好好念书啊，教他做君子啊，</w:t>
      </w:r>
    </w:p>
    <w:p w14:paraId="587D90A5" w14:textId="77777777" w:rsidR="00E87C95" w:rsidRDefault="00000000">
      <w:pPr>
        <w:spacing w:after="0" w:line="579" w:lineRule="exact"/>
        <w:ind w:firstLine="640"/>
        <w:rPr>
          <w:lang w:eastAsia="zh-CN"/>
        </w:rPr>
      </w:pPr>
      <w:r>
        <w:rPr>
          <w:rFonts w:ascii="仿宋" w:eastAsia="仿宋" w:hAnsi="仿宋"/>
          <w:sz w:val="32"/>
          <w:lang w:eastAsia="zh-CN"/>
        </w:rPr>
        <w:t>教他急心</w:t>
      </w:r>
      <w:proofErr w:type="gramStart"/>
      <w:r>
        <w:rPr>
          <w:rFonts w:ascii="仿宋" w:eastAsia="仿宋" w:hAnsi="仿宋"/>
          <w:sz w:val="32"/>
          <w:lang w:eastAsia="zh-CN"/>
        </w:rPr>
        <w:t>夭</w:t>
      </w:r>
      <w:proofErr w:type="gramEnd"/>
      <w:r>
        <w:rPr>
          <w:rFonts w:ascii="仿宋" w:eastAsia="仿宋" w:hAnsi="仿宋"/>
          <w:sz w:val="32"/>
          <w:lang w:eastAsia="zh-CN"/>
        </w:rPr>
        <w:t>夭。母是勤劳啊，你要孝敬父母啊，我们会</w:t>
      </w:r>
      <w:proofErr w:type="gramStart"/>
      <w:r>
        <w:rPr>
          <w:rFonts w:ascii="仿宋" w:eastAsia="仿宋" w:hAnsi="仿宋"/>
          <w:sz w:val="32"/>
          <w:lang w:eastAsia="zh-CN"/>
        </w:rPr>
        <w:t>拿这里</w:t>
      </w:r>
      <w:proofErr w:type="gramEnd"/>
      <w:r>
        <w:rPr>
          <w:rFonts w:ascii="仿宋" w:eastAsia="仿宋" w:hAnsi="仿宋"/>
          <w:sz w:val="32"/>
          <w:lang w:eastAsia="zh-CN"/>
        </w:rPr>
        <w:t>的很多很多东西在传授给我们的学生，就像2000多年之前孔子拿这些东西传授给他们。他的学生一样，我们就这么把中国人温柔敦厚的精神一代</w:t>
      </w:r>
      <w:proofErr w:type="gramStart"/>
      <w:r>
        <w:rPr>
          <w:rFonts w:ascii="仿宋" w:eastAsia="仿宋" w:hAnsi="仿宋"/>
          <w:sz w:val="32"/>
          <w:lang w:eastAsia="zh-CN"/>
        </w:rPr>
        <w:t>代</w:t>
      </w:r>
      <w:proofErr w:type="gramEnd"/>
      <w:r>
        <w:rPr>
          <w:rFonts w:ascii="仿宋" w:eastAsia="仿宋" w:hAnsi="仿宋"/>
          <w:sz w:val="32"/>
          <w:lang w:eastAsia="zh-CN"/>
        </w:rPr>
        <w:t>传下去。我们是历史的见证者，也是历史的书写者。诗歌不仅可以树文明之悠远。传文化之美善。更可以</w:t>
      </w:r>
      <w:proofErr w:type="gramStart"/>
      <w:r>
        <w:rPr>
          <w:rFonts w:ascii="仿宋" w:eastAsia="仿宋" w:hAnsi="仿宋"/>
          <w:sz w:val="32"/>
          <w:lang w:eastAsia="zh-CN"/>
        </w:rPr>
        <w:t>立青年</w:t>
      </w:r>
      <w:proofErr w:type="gramEnd"/>
      <w:r>
        <w:rPr>
          <w:rFonts w:ascii="仿宋" w:eastAsia="仿宋" w:hAnsi="仿宋"/>
          <w:sz w:val="32"/>
          <w:lang w:eastAsia="zh-CN"/>
        </w:rPr>
        <w:t>之志，</w:t>
      </w:r>
      <w:proofErr w:type="gramStart"/>
      <w:r>
        <w:rPr>
          <w:rFonts w:ascii="仿宋" w:eastAsia="仿宋" w:hAnsi="仿宋"/>
          <w:sz w:val="32"/>
          <w:lang w:eastAsia="zh-CN"/>
        </w:rPr>
        <w:t>向养民族</w:t>
      </w:r>
      <w:proofErr w:type="gramEnd"/>
      <w:r>
        <w:rPr>
          <w:rFonts w:ascii="仿宋" w:eastAsia="仿宋" w:hAnsi="仿宋"/>
          <w:sz w:val="32"/>
          <w:lang w:eastAsia="zh-CN"/>
        </w:rPr>
        <w:t>之精神。在中华大地上，我们正朝着第二个百年奋斗目标不断前行，</w:t>
      </w:r>
    </w:p>
    <w:p w14:paraId="6422FD54" w14:textId="77777777" w:rsidR="00E87C95" w:rsidRDefault="00000000">
      <w:pPr>
        <w:spacing w:after="0" w:line="579" w:lineRule="exact"/>
        <w:ind w:firstLine="640"/>
        <w:rPr>
          <w:lang w:eastAsia="zh-CN"/>
        </w:rPr>
      </w:pPr>
      <w:r>
        <w:rPr>
          <w:rFonts w:ascii="仿宋" w:eastAsia="仿宋" w:hAnsi="仿宋"/>
          <w:sz w:val="32"/>
          <w:lang w:eastAsia="zh-CN"/>
        </w:rPr>
        <w:t>书写新时代的人民诗篇。每当我们读起诗经中的诗句，总能感受到先民们扎根土地，</w:t>
      </w:r>
      <w:proofErr w:type="gramStart"/>
      <w:r>
        <w:rPr>
          <w:rFonts w:ascii="仿宋" w:eastAsia="仿宋" w:hAnsi="仿宋"/>
          <w:sz w:val="32"/>
          <w:lang w:eastAsia="zh-CN"/>
        </w:rPr>
        <w:t>嘱</w:t>
      </w:r>
      <w:proofErr w:type="gramEnd"/>
      <w:r>
        <w:rPr>
          <w:rFonts w:ascii="仿宋" w:eastAsia="仿宋" w:hAnsi="仿宋"/>
          <w:sz w:val="32"/>
          <w:lang w:eastAsia="zh-CN"/>
        </w:rPr>
        <w:t>砺前行的这种生命力，也能深刻体会到。中国人自古以来求真向善，达美的这种共同心愿也正是这样传承千年的中国精神，才成为了我们。携手并进创造美好生活的力量之源。再次感谢三位老师与我们一同</w:t>
      </w:r>
      <w:r>
        <w:rPr>
          <w:rFonts w:ascii="仿宋" w:eastAsia="仿宋" w:hAnsi="仿宋"/>
          <w:sz w:val="32"/>
          <w:lang w:eastAsia="zh-CN"/>
        </w:rPr>
        <w:lastRenderedPageBreak/>
        <w:t>品读《诗经》，谢谢。扫描屏幕上方二维码，下载央视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APP，观看典籍里的中国完整视频，专享幕后精彩内容。</w:t>
      </w:r>
    </w:p>
    <w:p w14:paraId="2D5D753B" w14:textId="77777777" w:rsidR="00E87C95" w:rsidRDefault="00000000">
      <w:pPr>
        <w:spacing w:after="0" w:line="579" w:lineRule="exact"/>
        <w:ind w:firstLine="640"/>
        <w:rPr>
          <w:lang w:eastAsia="zh-CN"/>
        </w:rPr>
      </w:pPr>
      <w:r>
        <w:rPr>
          <w:rFonts w:ascii="仿宋" w:eastAsia="仿宋" w:hAnsi="仿宋"/>
          <w:sz w:val="32"/>
          <w:lang w:eastAsia="zh-CN"/>
        </w:rPr>
        <w:t>一部《诗经》是先贤的吟唱，也是今人寄放心灵的净土。诗意不在远方，它深植于我们的心底，让我们从诗经中吸取跨越千年而依旧鲜活的力量。人生自有诗意，时代呼唤新天。我是王嘉宁，下一步点击我们再会。</w:t>
      </w:r>
    </w:p>
    <w:p w14:paraId="7567199E" w14:textId="77777777" w:rsidR="00E87C95" w:rsidRDefault="00000000">
      <w:pPr>
        <w:rPr>
          <w:lang w:eastAsia="zh-CN"/>
        </w:rPr>
      </w:pPr>
      <w:r>
        <w:rPr>
          <w:lang w:eastAsia="zh-CN"/>
        </w:rPr>
        <w:br w:type="page"/>
      </w:r>
    </w:p>
    <w:p w14:paraId="0F4EC3A7" w14:textId="77777777" w:rsidR="00E87C95" w:rsidRDefault="00000000">
      <w:pPr>
        <w:spacing w:after="0" w:line="579" w:lineRule="exact"/>
        <w:jc w:val="center"/>
        <w:rPr>
          <w:lang w:eastAsia="zh-CN"/>
        </w:rPr>
      </w:pPr>
      <w:r>
        <w:rPr>
          <w:rFonts w:ascii="方正小标宋简体" w:eastAsia="方正小标宋简体" w:hAnsi="方正小标宋简体"/>
          <w:sz w:val="44"/>
          <w:lang w:eastAsia="zh-CN"/>
        </w:rPr>
        <w:lastRenderedPageBreak/>
        <w:t>第16集 《越绝书》</w:t>
      </w:r>
    </w:p>
    <w:p w14:paraId="5BB49DE1" w14:textId="77777777" w:rsidR="00E87C95" w:rsidRDefault="00000000">
      <w:pPr>
        <w:spacing w:after="0" w:line="579" w:lineRule="exact"/>
        <w:ind w:firstLine="640"/>
        <w:rPr>
          <w:lang w:eastAsia="zh-CN"/>
        </w:rPr>
      </w:pPr>
      <w:r>
        <w:rPr>
          <w:rFonts w:ascii="仿宋" w:eastAsia="仿宋" w:hAnsi="仿宋"/>
          <w:sz w:val="32"/>
          <w:lang w:eastAsia="zh-CN"/>
        </w:rPr>
        <w:t>一方之志，始于越绝。今天在典籍里的中国，就让我们一起领略中华方治的魅力。识读《越绝书》，《越绝书》以一个绝字讲述的绝。也讲述着不绝越国还有5000甲士，每个人都是一种利剑，不惜一切代价攻下会</w:t>
      </w:r>
      <w:proofErr w:type="gramStart"/>
      <w:r>
        <w:rPr>
          <w:rFonts w:ascii="仿宋" w:eastAsia="仿宋" w:hAnsi="仿宋"/>
          <w:sz w:val="32"/>
          <w:lang w:eastAsia="zh-CN"/>
        </w:rPr>
        <w:t>稽</w:t>
      </w:r>
      <w:proofErr w:type="gramEnd"/>
      <w:r>
        <w:rPr>
          <w:rFonts w:ascii="仿宋" w:eastAsia="仿宋" w:hAnsi="仿宋"/>
          <w:sz w:val="32"/>
          <w:lang w:eastAsia="zh-CN"/>
        </w:rPr>
        <w:t>，斩杀后剑越国上下。必当同心协力，绝地求生，再度复强。二零零八年七月，清华大学入藏了近2500枚战国主角。这是迄今为止发现的战国竹简数量最大的一批。</w:t>
      </w:r>
    </w:p>
    <w:p w14:paraId="3B19B421" w14:textId="77777777" w:rsidR="00E87C95" w:rsidRDefault="00000000">
      <w:pPr>
        <w:spacing w:after="0" w:line="579" w:lineRule="exact"/>
        <w:ind w:firstLine="640"/>
        <w:rPr>
          <w:lang w:eastAsia="zh-CN"/>
        </w:rPr>
      </w:pPr>
      <w:r>
        <w:rPr>
          <w:rFonts w:ascii="仿宋" w:eastAsia="仿宋" w:hAnsi="仿宋"/>
          <w:sz w:val="32"/>
          <w:lang w:eastAsia="zh-CN"/>
        </w:rPr>
        <w:t>内容异常丰富，每一美都弥足珍贵。快来看，快来看，快来看。这几枚主讲的内容记录的是吴国和越国的历史，这是研究地方史质的重要史料啊，这几枚。记录的是尚书的内容，《尚书》可是记录国家历史的重要典籍啊。描写吴越历史的典籍，竟然能与记录尚书的这个竹简埋在一起。《尚书》是中华史书的源头之一。越国是最早的</w:t>
      </w:r>
      <w:proofErr w:type="gramStart"/>
      <w:r>
        <w:rPr>
          <w:rFonts w:ascii="仿宋" w:eastAsia="仿宋" w:hAnsi="仿宋"/>
          <w:sz w:val="32"/>
          <w:lang w:eastAsia="zh-CN"/>
        </w:rPr>
        <w:t>分封国</w:t>
      </w:r>
      <w:proofErr w:type="gramEnd"/>
      <w:r>
        <w:rPr>
          <w:rFonts w:ascii="仿宋" w:eastAsia="仿宋" w:hAnsi="仿宋"/>
          <w:sz w:val="32"/>
          <w:lang w:eastAsia="zh-CN"/>
        </w:rPr>
        <w:t>之一，对中央史料跟地方史</w:t>
      </w:r>
      <w:proofErr w:type="gramStart"/>
      <w:r>
        <w:rPr>
          <w:rFonts w:ascii="仿宋" w:eastAsia="仿宋" w:hAnsi="仿宋"/>
          <w:sz w:val="32"/>
          <w:lang w:eastAsia="zh-CN"/>
        </w:rPr>
        <w:t>质共同</w:t>
      </w:r>
      <w:proofErr w:type="gramEnd"/>
      <w:r>
        <w:rPr>
          <w:rFonts w:ascii="仿宋" w:eastAsia="仿宋" w:hAnsi="仿宋"/>
          <w:sz w:val="32"/>
          <w:lang w:eastAsia="zh-CN"/>
        </w:rPr>
        <w:t>埋葬，</w:t>
      </w:r>
    </w:p>
    <w:p w14:paraId="64202556" w14:textId="77777777" w:rsidR="00E87C95" w:rsidRDefault="00000000">
      <w:pPr>
        <w:spacing w:after="0" w:line="579" w:lineRule="exact"/>
        <w:ind w:firstLine="640"/>
        <w:rPr>
          <w:lang w:eastAsia="zh-CN"/>
        </w:rPr>
      </w:pPr>
      <w:r>
        <w:rPr>
          <w:rFonts w:ascii="仿宋" w:eastAsia="仿宋" w:hAnsi="仿宋"/>
          <w:sz w:val="32"/>
          <w:lang w:eastAsia="zh-CN"/>
        </w:rPr>
        <w:t>这证明了地方史质的重要性啊。地方史质典籍历来是中华典籍的重要组成部分。这几枚竹简记录了吴越争霸的历史，足以和《越绝书》生印证，这里面可以看到越王勾践的名字。快快记录下来，快去快去。我。我夫差乃吴国国君，吴国开国之君，乃周文王之国父。周朝建立后。周武王</w:t>
      </w:r>
      <w:proofErr w:type="gramStart"/>
      <w:r>
        <w:rPr>
          <w:rFonts w:ascii="仿宋" w:eastAsia="仿宋" w:hAnsi="仿宋"/>
          <w:sz w:val="32"/>
          <w:lang w:eastAsia="zh-CN"/>
        </w:rPr>
        <w:t>将吴帝封</w:t>
      </w:r>
      <w:proofErr w:type="gramEnd"/>
      <w:r>
        <w:rPr>
          <w:rFonts w:ascii="仿宋" w:eastAsia="仿宋" w:hAnsi="仿宋"/>
          <w:sz w:val="32"/>
          <w:lang w:eastAsia="zh-CN"/>
        </w:rPr>
        <w:t>给先祖，吴王周章到我历经20余世传承。数百年。</w:t>
      </w:r>
    </w:p>
    <w:p w14:paraId="40453BCB" w14:textId="77777777" w:rsidR="00E87C95" w:rsidRDefault="00000000">
      <w:pPr>
        <w:spacing w:after="0" w:line="579" w:lineRule="exact"/>
        <w:ind w:firstLine="640"/>
        <w:rPr>
          <w:lang w:eastAsia="zh-CN"/>
        </w:rPr>
      </w:pPr>
      <w:r>
        <w:rPr>
          <w:rFonts w:ascii="仿宋" w:eastAsia="仿宋" w:hAnsi="仿宋"/>
          <w:sz w:val="32"/>
          <w:lang w:eastAsia="zh-CN"/>
        </w:rPr>
        <w:lastRenderedPageBreak/>
        <w:t>我勾践越国，国君越国，开国之君，乃大禹后人。夏</w:t>
      </w:r>
      <w:proofErr w:type="gramStart"/>
      <w:r>
        <w:rPr>
          <w:rFonts w:ascii="仿宋" w:eastAsia="仿宋" w:hAnsi="仿宋"/>
          <w:sz w:val="32"/>
          <w:lang w:eastAsia="zh-CN"/>
        </w:rPr>
        <w:t>少康帝庶子</w:t>
      </w:r>
      <w:proofErr w:type="gramEnd"/>
      <w:r>
        <w:rPr>
          <w:rFonts w:ascii="仿宋" w:eastAsia="仿宋" w:hAnsi="仿宋"/>
          <w:sz w:val="32"/>
          <w:lang w:eastAsia="zh-CN"/>
        </w:rPr>
        <w:t>，无余。自夏朝分封在此，我族世代守护大禹陵墓，历经夏商周传承起。千余年。五帝湖泊众多通，三江连五湖水道皆可行舟越地。河流纵横东滨海，西面山山河无不富饶。吴国黎民支渠引水灌溉农田。</w:t>
      </w:r>
    </w:p>
    <w:p w14:paraId="3B13B5A2" w14:textId="77777777" w:rsidR="00E87C95" w:rsidRDefault="00000000">
      <w:pPr>
        <w:spacing w:after="0" w:line="579" w:lineRule="exact"/>
        <w:ind w:firstLine="640"/>
        <w:rPr>
          <w:lang w:eastAsia="zh-CN"/>
        </w:rPr>
      </w:pPr>
      <w:r>
        <w:rPr>
          <w:rFonts w:ascii="仿宋" w:eastAsia="仿宋" w:hAnsi="仿宋"/>
          <w:sz w:val="32"/>
          <w:lang w:eastAsia="zh-CN"/>
        </w:rPr>
        <w:t>山芋农耕。经济繁荣，越国利民，呼啸山林，以舟为车，</w:t>
      </w:r>
      <w:proofErr w:type="gramStart"/>
      <w:r>
        <w:rPr>
          <w:rFonts w:ascii="仿宋" w:eastAsia="仿宋" w:hAnsi="仿宋"/>
          <w:sz w:val="32"/>
          <w:lang w:eastAsia="zh-CN"/>
        </w:rPr>
        <w:t>打渔</w:t>
      </w:r>
      <w:proofErr w:type="gramEnd"/>
      <w:r>
        <w:rPr>
          <w:rFonts w:ascii="仿宋" w:eastAsia="仿宋" w:hAnsi="仿宋"/>
          <w:sz w:val="32"/>
          <w:lang w:eastAsia="zh-CN"/>
        </w:rPr>
        <w:t>捕猎，兼种农桑，王氏衰微，诸侯并起。若要称霸于乱世，须开疆拓土。吴，越两国山水相连，民俗相继。欲成霸业，</w:t>
      </w:r>
    </w:p>
    <w:p w14:paraId="7E2BEE5A" w14:textId="77777777" w:rsidR="00E87C95" w:rsidRDefault="00000000">
      <w:pPr>
        <w:spacing w:after="0" w:line="579" w:lineRule="exact"/>
        <w:ind w:firstLine="640"/>
        <w:rPr>
          <w:lang w:eastAsia="zh-CN"/>
        </w:rPr>
      </w:pPr>
      <w:r>
        <w:rPr>
          <w:rFonts w:ascii="仿宋" w:eastAsia="仿宋" w:hAnsi="仿宋"/>
          <w:sz w:val="32"/>
          <w:lang w:eastAsia="zh-CN"/>
        </w:rPr>
        <w:t>必将越国。吞而并之，夫差之父。吴国先王</w:t>
      </w:r>
      <w:proofErr w:type="gramStart"/>
      <w:r>
        <w:rPr>
          <w:rFonts w:ascii="仿宋" w:eastAsia="仿宋" w:hAnsi="仿宋"/>
          <w:sz w:val="32"/>
          <w:lang w:eastAsia="zh-CN"/>
        </w:rPr>
        <w:t>阖</w:t>
      </w:r>
      <w:proofErr w:type="gramEnd"/>
      <w:r>
        <w:rPr>
          <w:rFonts w:ascii="仿宋" w:eastAsia="仿宋" w:hAnsi="仿宋"/>
          <w:sz w:val="32"/>
          <w:lang w:eastAsia="zh-CN"/>
        </w:rPr>
        <w:t>闾有称霸之心。对越国大兴征伐，越国将士奋勇反击。吴王河吕负伤而亡，夫差必将为父报仇，不灭越国。誓不罢休，我必将征服越国，壮大吴国，成就霸业。我定要保全越国，</w:t>
      </w:r>
      <w:proofErr w:type="gramStart"/>
      <w:r>
        <w:rPr>
          <w:rFonts w:ascii="仿宋" w:eastAsia="仿宋" w:hAnsi="仿宋"/>
          <w:sz w:val="32"/>
          <w:lang w:eastAsia="zh-CN"/>
        </w:rPr>
        <w:t>不</w:t>
      </w:r>
      <w:proofErr w:type="gramEnd"/>
      <w:r>
        <w:rPr>
          <w:rFonts w:ascii="仿宋" w:eastAsia="仿宋" w:hAnsi="仿宋"/>
          <w:sz w:val="32"/>
          <w:lang w:eastAsia="zh-CN"/>
        </w:rPr>
        <w:t>辱先祖。</w:t>
      </w:r>
    </w:p>
    <w:p w14:paraId="7663DF1D" w14:textId="77777777" w:rsidR="00E87C95" w:rsidRDefault="00000000">
      <w:pPr>
        <w:spacing w:after="0" w:line="579" w:lineRule="exact"/>
        <w:ind w:firstLine="640"/>
        <w:rPr>
          <w:lang w:eastAsia="zh-CN"/>
        </w:rPr>
      </w:pPr>
      <w:r>
        <w:rPr>
          <w:rFonts w:ascii="仿宋" w:eastAsia="仿宋" w:hAnsi="仿宋"/>
          <w:sz w:val="32"/>
          <w:lang w:eastAsia="zh-CN"/>
        </w:rPr>
        <w:t>挫败强无。绝者，绝也。谓勾践时也。《越绝书》记载了越国的历史。是最早的地方，史志之一。明朝人称其为地志祖。清朝人说，一方之志，始于越绝。无四方，何以中国。今天就让我们一起领略中华方志的魅力，共同识读《越绝书》。</w:t>
      </w:r>
    </w:p>
    <w:p w14:paraId="70735571" w14:textId="77777777" w:rsidR="00E87C95" w:rsidRDefault="00000000">
      <w:pPr>
        <w:spacing w:after="0" w:line="579" w:lineRule="exact"/>
        <w:ind w:firstLine="640"/>
        <w:rPr>
          <w:lang w:eastAsia="zh-CN"/>
        </w:rPr>
      </w:pPr>
      <w:r>
        <w:rPr>
          <w:rFonts w:ascii="仿宋" w:eastAsia="仿宋" w:hAnsi="仿宋"/>
          <w:sz w:val="32"/>
          <w:lang w:eastAsia="zh-CN"/>
        </w:rPr>
        <w:t>打开典籍品读中国，欢迎走进典籍里的中国。我是王嘉宁。历史承载千年文明，志书绵延一方，文化源远流长的地方志，堪称中华民族独特的文化瑰宝。这其中记载，古代越国地方历史文化的《越绝书》是最耀眼的明珠之一。今天让</w:t>
      </w:r>
      <w:r>
        <w:rPr>
          <w:rFonts w:ascii="仿宋" w:eastAsia="仿宋" w:hAnsi="仿宋"/>
          <w:sz w:val="32"/>
          <w:lang w:eastAsia="zh-CN"/>
        </w:rPr>
        <w:lastRenderedPageBreak/>
        <w:t>我们与三位读书人一同品读《越绝书》。老师好，欢迎来到典籍里的中国。今天参加戏剧演出的演员们已经就座于官坊间，欢迎他们。在刚才的开场戏剧当中啊，</w:t>
      </w:r>
    </w:p>
    <w:p w14:paraId="13A1BE46" w14:textId="77777777" w:rsidR="00E87C95" w:rsidRDefault="00000000">
      <w:pPr>
        <w:spacing w:after="0" w:line="579" w:lineRule="exact"/>
        <w:ind w:firstLine="640"/>
        <w:rPr>
          <w:lang w:eastAsia="zh-CN"/>
        </w:rPr>
      </w:pPr>
      <w:r>
        <w:rPr>
          <w:rFonts w:ascii="仿宋" w:eastAsia="仿宋" w:hAnsi="仿宋"/>
          <w:sz w:val="32"/>
          <w:lang w:eastAsia="zh-CN"/>
        </w:rPr>
        <w:t>我们看到很多学者在探讨清华简，因为这里面有能够印证《越绝书》记载的越国这段历史的竹简对吗？没错。青花简是二零零八年收藏到清华大学的战国中后期的竹简，那里头有《尚书》啊，作为证书之祖，史书之源。它的一些内容。但其中还有一篇呢，被后世</w:t>
      </w:r>
      <w:proofErr w:type="gramStart"/>
      <w:r>
        <w:rPr>
          <w:rFonts w:ascii="仿宋" w:eastAsia="仿宋" w:hAnsi="仿宋"/>
          <w:sz w:val="32"/>
          <w:lang w:eastAsia="zh-CN"/>
        </w:rPr>
        <w:t>称为越宫骑士</w:t>
      </w:r>
      <w:proofErr w:type="gramEnd"/>
      <w:r>
        <w:rPr>
          <w:rFonts w:ascii="仿宋" w:eastAsia="仿宋" w:hAnsi="仿宋"/>
          <w:sz w:val="32"/>
          <w:lang w:eastAsia="zh-CN"/>
        </w:rPr>
        <w:t>，</w:t>
      </w:r>
      <w:proofErr w:type="gramStart"/>
      <w:r>
        <w:rPr>
          <w:rFonts w:ascii="仿宋" w:eastAsia="仿宋" w:hAnsi="仿宋"/>
          <w:sz w:val="32"/>
          <w:lang w:eastAsia="zh-CN"/>
        </w:rPr>
        <w:t>越宫骑士</w:t>
      </w:r>
      <w:proofErr w:type="gramEnd"/>
      <w:r>
        <w:rPr>
          <w:rFonts w:ascii="仿宋" w:eastAsia="仿宋" w:hAnsi="仿宋"/>
          <w:sz w:val="32"/>
          <w:lang w:eastAsia="zh-CN"/>
        </w:rPr>
        <w:t>呢，有75枚竹简，那里就讲越王勾践的故事。它意味着我们出土的文献和我们传世的典籍《越绝书》，相互印证了呀，</w:t>
      </w:r>
    </w:p>
    <w:p w14:paraId="3F0D3E66" w14:textId="77777777" w:rsidR="00E87C95" w:rsidRDefault="00000000">
      <w:pPr>
        <w:spacing w:after="0" w:line="579" w:lineRule="exact"/>
        <w:ind w:firstLine="640"/>
        <w:rPr>
          <w:lang w:eastAsia="zh-CN"/>
        </w:rPr>
      </w:pPr>
      <w:r>
        <w:rPr>
          <w:rFonts w:ascii="仿宋" w:eastAsia="仿宋" w:hAnsi="仿宋"/>
          <w:sz w:val="32"/>
          <w:lang w:eastAsia="zh-CN"/>
        </w:rPr>
        <w:t>说明在那个时候，地方史志就是中华典籍的重要组成部分。《越绝书》他被认为是地方志的先河，那么究竟什么是地方志呢？我们经常说国有史。地有质，家有朴。地方志啊，简称方志。也可以说它是一方的古今种</w:t>
      </w:r>
      <w:proofErr w:type="gramStart"/>
      <w:r>
        <w:rPr>
          <w:rFonts w:ascii="仿宋" w:eastAsia="仿宋" w:hAnsi="仿宋"/>
          <w:sz w:val="32"/>
          <w:lang w:eastAsia="zh-CN"/>
        </w:rPr>
        <w:t>览</w:t>
      </w:r>
      <w:proofErr w:type="gramEnd"/>
      <w:r>
        <w:rPr>
          <w:rFonts w:ascii="仿宋" w:eastAsia="仿宋" w:hAnsi="仿宋"/>
          <w:sz w:val="32"/>
          <w:lang w:eastAsia="zh-CN"/>
        </w:rPr>
        <w:t>，是我们中华民族啊特有的文化传统。《越绝书》呢，是最早的。地方史</w:t>
      </w:r>
      <w:proofErr w:type="gramStart"/>
      <w:r>
        <w:rPr>
          <w:rFonts w:ascii="仿宋" w:eastAsia="仿宋" w:hAnsi="仿宋"/>
          <w:sz w:val="32"/>
          <w:lang w:eastAsia="zh-CN"/>
        </w:rPr>
        <w:t>志之一</w:t>
      </w:r>
      <w:proofErr w:type="gramEnd"/>
      <w:r>
        <w:rPr>
          <w:rFonts w:ascii="仿宋" w:eastAsia="仿宋" w:hAnsi="仿宋"/>
          <w:sz w:val="32"/>
          <w:lang w:eastAsia="zh-CN"/>
        </w:rPr>
        <w:t>被后人称为一方之志，始于月绝。</w:t>
      </w:r>
    </w:p>
    <w:p w14:paraId="7A1FA704" w14:textId="77777777" w:rsidR="00E87C95" w:rsidRDefault="00000000">
      <w:pPr>
        <w:spacing w:after="0" w:line="579" w:lineRule="exact"/>
        <w:ind w:firstLine="640"/>
        <w:rPr>
          <w:lang w:eastAsia="zh-CN"/>
        </w:rPr>
      </w:pPr>
      <w:r>
        <w:rPr>
          <w:rFonts w:ascii="仿宋" w:eastAsia="仿宋" w:hAnsi="仿宋"/>
          <w:sz w:val="32"/>
          <w:lang w:eastAsia="zh-CN"/>
        </w:rPr>
        <w:t>尽管我们中国古代的方子啊，要到</w:t>
      </w:r>
      <w:proofErr w:type="gramStart"/>
      <w:r>
        <w:rPr>
          <w:rFonts w:ascii="仿宋" w:eastAsia="仿宋" w:hAnsi="仿宋"/>
          <w:sz w:val="32"/>
          <w:lang w:eastAsia="zh-CN"/>
        </w:rPr>
        <w:t>南宋才</w:t>
      </w:r>
      <w:proofErr w:type="gramEnd"/>
      <w:r>
        <w:rPr>
          <w:rFonts w:ascii="仿宋" w:eastAsia="仿宋" w:hAnsi="仿宋"/>
          <w:sz w:val="32"/>
          <w:lang w:eastAsia="zh-CN"/>
        </w:rPr>
        <w:t>定型，但是《越绝书》啊，为后世的地方子编撰开创了先河。地方的史志啊，是我们特有的文化瑰宝，那么《越绝书》里面主要有哪些内容呢？杨老师《越绝书》啊，</w:t>
      </w:r>
      <w:proofErr w:type="gramStart"/>
      <w:r>
        <w:rPr>
          <w:rFonts w:ascii="仿宋" w:eastAsia="仿宋" w:hAnsi="仿宋"/>
          <w:sz w:val="32"/>
          <w:lang w:eastAsia="zh-CN"/>
        </w:rPr>
        <w:t>一</w:t>
      </w:r>
      <w:proofErr w:type="gramEnd"/>
      <w:r>
        <w:rPr>
          <w:rFonts w:ascii="仿宋" w:eastAsia="仿宋" w:hAnsi="仿宋"/>
          <w:sz w:val="32"/>
          <w:lang w:eastAsia="zh-CN"/>
        </w:rPr>
        <w:t>开篇他就讲。乐者，国之事也，绝者，绝也，谓勾践时也。我们通俗的讲啊，</w:t>
      </w:r>
    </w:p>
    <w:p w14:paraId="2B574E19" w14:textId="77777777" w:rsidR="00E87C95" w:rsidRDefault="00000000">
      <w:pPr>
        <w:spacing w:after="0" w:line="579" w:lineRule="exact"/>
        <w:ind w:firstLine="640"/>
        <w:rPr>
          <w:lang w:eastAsia="zh-CN"/>
        </w:rPr>
      </w:pPr>
      <w:r>
        <w:rPr>
          <w:rFonts w:ascii="仿宋" w:eastAsia="仿宋" w:hAnsi="仿宋"/>
          <w:sz w:val="32"/>
          <w:lang w:eastAsia="zh-CN"/>
        </w:rPr>
        <w:lastRenderedPageBreak/>
        <w:t>乐器书啊，它主要围绕。吴越两个地区构建这个时期所进行的一起历《史记》载，夫差和勾践交战时期。吴越两国的地域主要为现在浙江，上海和江苏的淮河以南地区。现存的阅子书呢，一共有15卷，19篇，上至大禹时代，下到东汉初年，庞吉诸侯列国，它的内容呢？非常丰富，主要的内容是五岳争霸，</w:t>
      </w:r>
    </w:p>
    <w:p w14:paraId="4F5BE27B" w14:textId="77777777" w:rsidR="00E87C95" w:rsidRDefault="00000000">
      <w:pPr>
        <w:spacing w:after="0" w:line="579" w:lineRule="exact"/>
        <w:ind w:firstLine="640"/>
        <w:rPr>
          <w:lang w:eastAsia="zh-CN"/>
        </w:rPr>
      </w:pPr>
      <w:r>
        <w:rPr>
          <w:rFonts w:ascii="仿宋" w:eastAsia="仿宋" w:hAnsi="仿宋"/>
          <w:sz w:val="32"/>
          <w:lang w:eastAsia="zh-CN"/>
        </w:rPr>
        <w:t>同时呢，它记载的时候呢，还注意突出</w:t>
      </w:r>
      <w:proofErr w:type="gramStart"/>
      <w:r>
        <w:rPr>
          <w:rFonts w:ascii="仿宋" w:eastAsia="仿宋" w:hAnsi="仿宋"/>
          <w:sz w:val="32"/>
          <w:lang w:eastAsia="zh-CN"/>
        </w:rPr>
        <w:t>五岳两国</w:t>
      </w:r>
      <w:proofErr w:type="gramEnd"/>
      <w:r>
        <w:rPr>
          <w:rFonts w:ascii="仿宋" w:eastAsia="仿宋" w:hAnsi="仿宋"/>
          <w:sz w:val="32"/>
          <w:lang w:eastAsia="zh-CN"/>
        </w:rPr>
        <w:t>不同的地域特征。比如说它当中的卷二无地转和卷八地转。主要的记载了五岳两个地区的它的山川河流，城池，道路，陵墓，宫殿以及农田水利方方面面的。这个内容可以</w:t>
      </w:r>
      <w:proofErr w:type="gramStart"/>
      <w:r>
        <w:rPr>
          <w:rFonts w:ascii="仿宋" w:eastAsia="仿宋" w:hAnsi="仿宋"/>
          <w:sz w:val="32"/>
          <w:lang w:eastAsia="zh-CN"/>
        </w:rPr>
        <w:t>说意义</w:t>
      </w:r>
      <w:proofErr w:type="gramEnd"/>
      <w:r>
        <w:rPr>
          <w:rFonts w:ascii="仿宋" w:eastAsia="仿宋" w:hAnsi="仿宋"/>
          <w:sz w:val="32"/>
          <w:lang w:eastAsia="zh-CN"/>
        </w:rPr>
        <w:t>非常重要。《越绝书》可好看了，好多耳熟能详的故事都在《越绝书》里记载呀，你比方说西施美人计的故事，还有勾践励精图治。复仇的故事，</w:t>
      </w:r>
    </w:p>
    <w:p w14:paraId="130C7AE1" w14:textId="77777777" w:rsidR="00E87C95" w:rsidRDefault="00000000">
      <w:pPr>
        <w:spacing w:after="0" w:line="579" w:lineRule="exact"/>
        <w:ind w:firstLine="640"/>
        <w:rPr>
          <w:lang w:eastAsia="zh-CN"/>
        </w:rPr>
      </w:pPr>
      <w:r>
        <w:rPr>
          <w:rFonts w:ascii="仿宋" w:eastAsia="仿宋" w:hAnsi="仿宋"/>
          <w:sz w:val="32"/>
          <w:lang w:eastAsia="zh-CN"/>
        </w:rPr>
        <w:t>当时吴越争霸嘛，越王勾践被为会</w:t>
      </w:r>
      <w:proofErr w:type="gramStart"/>
      <w:r>
        <w:rPr>
          <w:rFonts w:ascii="仿宋" w:eastAsia="仿宋" w:hAnsi="仿宋"/>
          <w:sz w:val="32"/>
          <w:lang w:eastAsia="zh-CN"/>
        </w:rPr>
        <w:t>稽</w:t>
      </w:r>
      <w:proofErr w:type="gramEnd"/>
      <w:r>
        <w:rPr>
          <w:rFonts w:ascii="仿宋" w:eastAsia="仿宋" w:hAnsi="仿宋"/>
          <w:sz w:val="32"/>
          <w:lang w:eastAsia="zh-CN"/>
        </w:rPr>
        <w:t>山，然后勾践也是为了百姓，为了越国，就说我到吴国为奴，为奴之后。回到越国勾践，食不加肉，衣</w:t>
      </w:r>
      <w:proofErr w:type="gramStart"/>
      <w:r>
        <w:rPr>
          <w:rFonts w:ascii="仿宋" w:eastAsia="仿宋" w:hAnsi="仿宋"/>
          <w:sz w:val="32"/>
          <w:lang w:eastAsia="zh-CN"/>
        </w:rPr>
        <w:t>不重采</w:t>
      </w:r>
      <w:proofErr w:type="gramEnd"/>
      <w:r>
        <w:rPr>
          <w:rFonts w:ascii="仿宋" w:eastAsia="仿宋" w:hAnsi="仿宋"/>
          <w:sz w:val="32"/>
          <w:lang w:eastAsia="zh-CN"/>
        </w:rPr>
        <w:t>，十年生计，十年教训是的。《越绝书》中记载说，勾践为了</w:t>
      </w:r>
      <w:proofErr w:type="gramStart"/>
      <w:r>
        <w:rPr>
          <w:rFonts w:ascii="仿宋" w:eastAsia="仿宋" w:hAnsi="仿宋"/>
          <w:sz w:val="32"/>
          <w:lang w:eastAsia="zh-CN"/>
        </w:rPr>
        <w:t>一</w:t>
      </w:r>
      <w:proofErr w:type="gramEnd"/>
      <w:r>
        <w:rPr>
          <w:rFonts w:ascii="仿宋" w:eastAsia="仿宋" w:hAnsi="仿宋"/>
          <w:sz w:val="32"/>
          <w:lang w:eastAsia="zh-CN"/>
        </w:rPr>
        <w:t>雪前耻啊，发展农业，发展经济，</w:t>
      </w:r>
    </w:p>
    <w:p w14:paraId="60D2B652" w14:textId="77777777" w:rsidR="00E87C95" w:rsidRDefault="00000000">
      <w:pPr>
        <w:spacing w:after="0" w:line="579" w:lineRule="exact"/>
        <w:ind w:firstLine="640"/>
        <w:rPr>
          <w:lang w:eastAsia="zh-CN"/>
        </w:rPr>
      </w:pPr>
      <w:r>
        <w:rPr>
          <w:rFonts w:ascii="仿宋" w:eastAsia="仿宋" w:hAnsi="仿宋"/>
          <w:sz w:val="32"/>
          <w:lang w:eastAsia="zh-CN"/>
        </w:rPr>
        <w:t>因为只有人民富了，国家才能安定。只有国家安定了，才能抵御外辱，这也是民本思想的体现。这种克己自利呀，以民为本。公行仁义的精神为</w:t>
      </w:r>
      <w:proofErr w:type="gramStart"/>
      <w:r>
        <w:rPr>
          <w:rFonts w:ascii="仿宋" w:eastAsia="仿宋" w:hAnsi="仿宋"/>
          <w:sz w:val="32"/>
          <w:lang w:eastAsia="zh-CN"/>
        </w:rPr>
        <w:t>月结书作者</w:t>
      </w:r>
      <w:proofErr w:type="gramEnd"/>
      <w:r>
        <w:rPr>
          <w:rFonts w:ascii="仿宋" w:eastAsia="仿宋" w:hAnsi="仿宋"/>
          <w:sz w:val="32"/>
          <w:lang w:eastAsia="zh-CN"/>
        </w:rPr>
        <w:t>所颂扬，千年之后依然蜴蜴生辉。这吴越争霸的故事，我们从小都听。好多人</w:t>
      </w:r>
      <w:r>
        <w:rPr>
          <w:rFonts w:ascii="仿宋" w:eastAsia="仿宋" w:hAnsi="仿宋"/>
          <w:sz w:val="32"/>
          <w:lang w:eastAsia="zh-CN"/>
        </w:rPr>
        <w:lastRenderedPageBreak/>
        <w:t>都说哈《越绝书》，它是一本奇书，里面记载了各种奇人奇事，内容扣人心弦，</w:t>
      </w:r>
    </w:p>
    <w:p w14:paraId="0EA9448E" w14:textId="77777777" w:rsidR="00E87C95" w:rsidRDefault="00000000">
      <w:pPr>
        <w:spacing w:after="0" w:line="579" w:lineRule="exact"/>
        <w:ind w:firstLine="640"/>
        <w:rPr>
          <w:lang w:eastAsia="zh-CN"/>
        </w:rPr>
      </w:pPr>
      <w:r>
        <w:rPr>
          <w:rFonts w:ascii="仿宋" w:eastAsia="仿宋" w:hAnsi="仿宋"/>
          <w:sz w:val="32"/>
          <w:lang w:eastAsia="zh-CN"/>
        </w:rPr>
        <w:t>勾起了大家十足的兴趣。但是这本书有很多谜团。作者不详成书的年份也不确定。是的，在越绝书的众多谜团中，最为大家关注的是。是它的作者问题，可以说是众说</w:t>
      </w:r>
      <w:proofErr w:type="gramStart"/>
      <w:r>
        <w:rPr>
          <w:rFonts w:ascii="仿宋" w:eastAsia="仿宋" w:hAnsi="仿宋"/>
          <w:sz w:val="32"/>
          <w:lang w:eastAsia="zh-CN"/>
        </w:rPr>
        <w:t>纷</w:t>
      </w:r>
      <w:proofErr w:type="gramEnd"/>
      <w:r>
        <w:rPr>
          <w:rFonts w:ascii="仿宋" w:eastAsia="仿宋" w:hAnsi="仿宋"/>
          <w:sz w:val="32"/>
          <w:lang w:eastAsia="zh-CN"/>
        </w:rPr>
        <w:t>芸，其中影响最大的说法是明代学者杨慎提出的。他用分析书中隐语追溯古籍文献的方法。而猜测作者是袁康，吴平二人。是的，杨慎这个说法呢，得到了许多学者的赞同。</w:t>
      </w:r>
    </w:p>
    <w:p w14:paraId="0EB7AA1F" w14:textId="77777777" w:rsidR="00E87C95" w:rsidRDefault="00000000">
      <w:pPr>
        <w:spacing w:after="0" w:line="579" w:lineRule="exact"/>
        <w:ind w:firstLine="640"/>
        <w:rPr>
          <w:lang w:eastAsia="zh-CN"/>
        </w:rPr>
      </w:pPr>
      <w:r>
        <w:rPr>
          <w:rFonts w:ascii="仿宋" w:eastAsia="仿宋" w:hAnsi="仿宋"/>
          <w:sz w:val="32"/>
          <w:lang w:eastAsia="zh-CN"/>
        </w:rPr>
        <w:t>在清代乾隆年间编撰《四库全书》的时候，就采纳了杨慎的这个说法。当然，现在更多的学者认为啊，</w:t>
      </w:r>
      <w:proofErr w:type="gramStart"/>
      <w:r>
        <w:rPr>
          <w:rFonts w:ascii="仿宋" w:eastAsia="仿宋" w:hAnsi="仿宋"/>
          <w:sz w:val="32"/>
          <w:lang w:eastAsia="zh-CN"/>
        </w:rPr>
        <w:t>御姐书它</w:t>
      </w:r>
      <w:proofErr w:type="gramEnd"/>
      <w:r>
        <w:rPr>
          <w:rFonts w:ascii="仿宋" w:eastAsia="仿宋" w:hAnsi="仿宋"/>
          <w:sz w:val="32"/>
          <w:lang w:eastAsia="zh-CN"/>
        </w:rPr>
        <w:t>不是一时一地编成的，从春秋末期或者战国时期开始。不断的有人在增添它的内容，一直到东汉的袁康吴平，他们呢？最终呢？把它增。三，改定的。说到杨慎，其实大家最熟悉的应该就是他的《临江仙》</w:t>
      </w:r>
      <w:proofErr w:type="gramStart"/>
      <w:r>
        <w:rPr>
          <w:rFonts w:ascii="仿宋" w:eastAsia="仿宋" w:hAnsi="仿宋"/>
          <w:sz w:val="32"/>
          <w:lang w:eastAsia="zh-CN"/>
        </w:rPr>
        <w:t>滚滚长江</w:t>
      </w:r>
      <w:proofErr w:type="gramEnd"/>
      <w:r>
        <w:rPr>
          <w:rFonts w:ascii="仿宋" w:eastAsia="仿宋" w:hAnsi="仿宋"/>
          <w:sz w:val="32"/>
          <w:lang w:eastAsia="zh-CN"/>
        </w:rPr>
        <w:t>东逝水，浪花淘尽英雄，</w:t>
      </w:r>
    </w:p>
    <w:p w14:paraId="37061305" w14:textId="77777777" w:rsidR="00E87C95" w:rsidRDefault="00000000">
      <w:pPr>
        <w:spacing w:after="0" w:line="579" w:lineRule="exact"/>
        <w:ind w:firstLine="640"/>
        <w:rPr>
          <w:lang w:eastAsia="zh-CN"/>
        </w:rPr>
      </w:pPr>
      <w:r>
        <w:rPr>
          <w:rFonts w:ascii="仿宋" w:eastAsia="仿宋" w:hAnsi="仿宋"/>
          <w:sz w:val="32"/>
          <w:lang w:eastAsia="zh-CN"/>
        </w:rPr>
        <w:t>其实这一首词说的仿佛就是吴越争霸。这些英雄的豪迈故事。没错儿，杨慎是明朝三大才子之一啊，是个大文学家，也是一个史学家，他是四川人，后来贬官到云南去，在四川和云南之间反复行走。然后他就开始修书，你比方说</w:t>
      </w:r>
      <w:proofErr w:type="gramStart"/>
      <w:r>
        <w:rPr>
          <w:rFonts w:ascii="仿宋" w:eastAsia="仿宋" w:hAnsi="仿宋"/>
          <w:sz w:val="32"/>
          <w:lang w:eastAsia="zh-CN"/>
        </w:rPr>
        <w:t>滇城记，滇仔记</w:t>
      </w:r>
      <w:proofErr w:type="gramEnd"/>
      <w:r>
        <w:rPr>
          <w:rFonts w:ascii="仿宋" w:eastAsia="仿宋" w:hAnsi="仿宋"/>
          <w:sz w:val="32"/>
          <w:lang w:eastAsia="zh-CN"/>
        </w:rPr>
        <w:t>。全属译文之道，极大的丰富了我们的方志文献资源。杨慎啊，</w:t>
      </w:r>
    </w:p>
    <w:p w14:paraId="7F1483A6" w14:textId="77777777" w:rsidR="00E87C95" w:rsidRDefault="00000000">
      <w:pPr>
        <w:spacing w:after="0" w:line="579" w:lineRule="exact"/>
        <w:ind w:firstLine="640"/>
        <w:rPr>
          <w:lang w:eastAsia="zh-CN"/>
        </w:rPr>
      </w:pPr>
      <w:r>
        <w:rPr>
          <w:rFonts w:ascii="仿宋" w:eastAsia="仿宋" w:hAnsi="仿宋"/>
          <w:sz w:val="32"/>
          <w:lang w:eastAsia="zh-CN"/>
        </w:rPr>
        <w:t>对吴越地区的历史文化有很深的研究理解啊，非常得到深刻。所以啊，我们在编撰浙江通知的时候啊，采纳了杨慎</w:t>
      </w:r>
      <w:r>
        <w:rPr>
          <w:rFonts w:ascii="仿宋" w:eastAsia="仿宋" w:hAnsi="仿宋"/>
          <w:sz w:val="32"/>
          <w:lang w:eastAsia="zh-CN"/>
        </w:rPr>
        <w:lastRenderedPageBreak/>
        <w:t>的许多研究成果。为《越绝书》的作者之谜，留下</w:t>
      </w:r>
      <w:proofErr w:type="gramStart"/>
      <w:r>
        <w:rPr>
          <w:rFonts w:ascii="仿宋" w:eastAsia="仿宋" w:hAnsi="仿宋"/>
          <w:sz w:val="32"/>
          <w:lang w:eastAsia="zh-CN"/>
        </w:rPr>
        <w:t>一</w:t>
      </w:r>
      <w:proofErr w:type="gramEnd"/>
      <w:r>
        <w:rPr>
          <w:rFonts w:ascii="仿宋" w:eastAsia="仿宋" w:hAnsi="仿宋"/>
          <w:sz w:val="32"/>
          <w:lang w:eastAsia="zh-CN"/>
        </w:rPr>
        <w:t>姐的杨慎，她一生都致力于历史研究，文学创作和地方志的编撰。那么，本期的戏剧就是以它为主角，那么通过杨慎的视角，我们应该如何打开《越绝书》呢？我们一块儿去</w:t>
      </w:r>
      <w:proofErr w:type="gramStart"/>
      <w:r>
        <w:rPr>
          <w:rFonts w:ascii="仿宋" w:eastAsia="仿宋" w:hAnsi="仿宋"/>
          <w:sz w:val="32"/>
          <w:lang w:eastAsia="zh-CN"/>
        </w:rPr>
        <w:t>典读会</w:t>
      </w:r>
      <w:proofErr w:type="gramEnd"/>
      <w:r>
        <w:rPr>
          <w:rFonts w:ascii="仿宋" w:eastAsia="仿宋" w:hAnsi="仿宋"/>
          <w:sz w:val="32"/>
          <w:lang w:eastAsia="zh-CN"/>
        </w:rPr>
        <w:t>看看。大家好，</w:t>
      </w:r>
    </w:p>
    <w:p w14:paraId="510B7988" w14:textId="77777777" w:rsidR="00E87C95" w:rsidRDefault="00000000">
      <w:pPr>
        <w:spacing w:after="0" w:line="579" w:lineRule="exact"/>
        <w:ind w:firstLine="640"/>
        <w:rPr>
          <w:lang w:eastAsia="zh-CN"/>
        </w:rPr>
      </w:pPr>
      <w:r>
        <w:rPr>
          <w:rFonts w:ascii="仿宋" w:eastAsia="仿宋" w:hAnsi="仿宋"/>
          <w:sz w:val="32"/>
          <w:lang w:eastAsia="zh-CN"/>
        </w:rPr>
        <w:t>欢迎来到典籍里的中</w:t>
      </w:r>
      <w:proofErr w:type="gramStart"/>
      <w:r>
        <w:rPr>
          <w:rFonts w:ascii="仿宋" w:eastAsia="仿宋" w:hAnsi="仿宋"/>
          <w:sz w:val="32"/>
          <w:lang w:eastAsia="zh-CN"/>
        </w:rPr>
        <w:t>国典读会</w:t>
      </w:r>
      <w:proofErr w:type="gramEnd"/>
      <w:r>
        <w:rPr>
          <w:rFonts w:ascii="仿宋" w:eastAsia="仿宋" w:hAnsi="仿宋"/>
          <w:sz w:val="32"/>
          <w:lang w:eastAsia="zh-CN"/>
        </w:rPr>
        <w:t>，我是撒贝宁。今天我们要一块儿去识读的，是中国最早的地方史</w:t>
      </w:r>
      <w:proofErr w:type="gramStart"/>
      <w:r>
        <w:rPr>
          <w:rFonts w:ascii="仿宋" w:eastAsia="仿宋" w:hAnsi="仿宋"/>
          <w:sz w:val="32"/>
          <w:lang w:eastAsia="zh-CN"/>
        </w:rPr>
        <w:t>志之一</w:t>
      </w:r>
      <w:proofErr w:type="gramEnd"/>
      <w:r>
        <w:rPr>
          <w:rFonts w:ascii="仿宋" w:eastAsia="仿宋" w:hAnsi="仿宋"/>
          <w:sz w:val="32"/>
          <w:lang w:eastAsia="zh-CN"/>
        </w:rPr>
        <w:t>《越绝书》。请各位嘉宾自我介绍一下。大家好，我是演员刘佩琦，在戏剧中饰演杨慎。我是</w:t>
      </w:r>
      <w:proofErr w:type="gramStart"/>
      <w:r>
        <w:rPr>
          <w:rFonts w:ascii="仿宋" w:eastAsia="仿宋" w:hAnsi="仿宋"/>
          <w:sz w:val="32"/>
          <w:lang w:eastAsia="zh-CN"/>
        </w:rPr>
        <w:t>演员海</w:t>
      </w:r>
      <w:proofErr w:type="gramEnd"/>
      <w:r>
        <w:rPr>
          <w:rFonts w:ascii="仿宋" w:eastAsia="仿宋" w:hAnsi="仿宋"/>
          <w:sz w:val="32"/>
          <w:lang w:eastAsia="zh-CN"/>
        </w:rPr>
        <w:t>一天在戏剧中饰演勾践，我是修庆在戏剧中饰演傅差。我是典籍里的中国总编剧张昆鹏。欢迎各位三国演义的开篇词，大家都非常熟悉，一壶浊酒喜相逢，古今多少事都付笑谈中。</w:t>
      </w:r>
    </w:p>
    <w:p w14:paraId="4042248F" w14:textId="77777777" w:rsidR="00E87C95" w:rsidRDefault="00000000">
      <w:pPr>
        <w:spacing w:after="0" w:line="579" w:lineRule="exact"/>
        <w:ind w:firstLine="640"/>
        <w:rPr>
          <w:lang w:eastAsia="zh-CN"/>
        </w:rPr>
      </w:pPr>
      <w:r>
        <w:rPr>
          <w:rFonts w:ascii="仿宋" w:eastAsia="仿宋" w:hAnsi="仿宋"/>
          <w:sz w:val="32"/>
          <w:lang w:eastAsia="zh-CN"/>
        </w:rPr>
        <w:t>各位。这首词就是杨慎的作品，杨慎到底跟《越绝书》有什么样的关系？为什么今天我们的戏剧会以杨慎的视角来解读这样一部典籍？因为《越绝书》作者不详。所以，节目组多次请教专家，我们了解到明朝的著名学者杨慎对《越绝书》有着深入的研究。《越绝书》在方志当中名气太大了。而且杨慎它是一位方志大家，所以说我们就选择了杨慎的视角去讲述《越绝书》里的故事。佩奇老师在接触到这样一个角色之后，您对杨慎做了怎样的研究和了解？杨慎呐，出生于书香门第。</w:t>
      </w:r>
    </w:p>
    <w:p w14:paraId="448146BC" w14:textId="77777777" w:rsidR="00E87C95" w:rsidRDefault="00000000">
      <w:pPr>
        <w:spacing w:after="0" w:line="579" w:lineRule="exact"/>
        <w:ind w:firstLine="640"/>
        <w:rPr>
          <w:lang w:eastAsia="zh-CN"/>
        </w:rPr>
      </w:pPr>
      <w:r>
        <w:rPr>
          <w:rFonts w:ascii="仿宋" w:eastAsia="仿宋" w:hAnsi="仿宋"/>
          <w:sz w:val="32"/>
          <w:lang w:eastAsia="zh-CN"/>
        </w:rPr>
        <w:lastRenderedPageBreak/>
        <w:t>他的父亲是著名的内阁侯府阳平和杨慎考中状元，后曾担任。史官所以格外注重地方历史，在后半生</w:t>
      </w:r>
      <w:proofErr w:type="gramStart"/>
      <w:r>
        <w:rPr>
          <w:rFonts w:ascii="仿宋" w:eastAsia="仿宋" w:hAnsi="仿宋"/>
          <w:sz w:val="32"/>
          <w:lang w:eastAsia="zh-CN"/>
        </w:rPr>
        <w:t>参与贬转了</w:t>
      </w:r>
      <w:proofErr w:type="gramEnd"/>
      <w:r>
        <w:rPr>
          <w:rFonts w:ascii="仿宋" w:eastAsia="仿宋" w:hAnsi="仿宋"/>
          <w:sz w:val="32"/>
          <w:lang w:eastAsia="zh-CN"/>
        </w:rPr>
        <w:t>多部的方志。这次扮演杨慎看越，王勾践绝地反击。对我自己来说也是十分震撼。越王勾践，从小我们都知道海老师，您在看到勾践这个角色会建立起一个怎样的人物的联系，提到勾践就得提到一个人就是大禹。大禹呢，是勾践的先祖。也在他人生</w:t>
      </w:r>
      <w:proofErr w:type="gramStart"/>
      <w:r>
        <w:rPr>
          <w:rFonts w:ascii="仿宋" w:eastAsia="仿宋" w:hAnsi="仿宋"/>
          <w:sz w:val="32"/>
          <w:lang w:eastAsia="zh-CN"/>
        </w:rPr>
        <w:t>最</w:t>
      </w:r>
      <w:proofErr w:type="gramEnd"/>
      <w:r>
        <w:rPr>
          <w:rFonts w:ascii="仿宋" w:eastAsia="仿宋" w:hAnsi="仿宋"/>
          <w:sz w:val="32"/>
          <w:lang w:eastAsia="zh-CN"/>
        </w:rPr>
        <w:t>低谷的时候，大禹治水治国，</w:t>
      </w:r>
    </w:p>
    <w:p w14:paraId="2E836A66" w14:textId="77777777" w:rsidR="00E87C95" w:rsidRDefault="00000000">
      <w:pPr>
        <w:spacing w:after="0" w:line="579" w:lineRule="exact"/>
        <w:ind w:firstLine="640"/>
        <w:rPr>
          <w:lang w:eastAsia="zh-CN"/>
        </w:rPr>
      </w:pPr>
      <w:r>
        <w:rPr>
          <w:rFonts w:ascii="仿宋" w:eastAsia="仿宋" w:hAnsi="仿宋"/>
          <w:sz w:val="32"/>
          <w:lang w:eastAsia="zh-CN"/>
        </w:rPr>
        <w:t>安家安天下的这种精神呢，也一直是他的精神支柱。所以他一直与民同在，为民做事，这后来才有了卧薪尝胆。三千越甲可吞吴。精神上，越王勾践受到了先祖大禹的鼓励，但是现实当中，永远少不了一个存在。那就是他的对手吴王夫差修庆老师怎么看待您要饰演的这个角色？夫差和勾践啊，是一对宿敌。夫差大败越国，让勾践俯首称臣，</w:t>
      </w:r>
    </w:p>
    <w:p w14:paraId="02958534" w14:textId="77777777" w:rsidR="00E87C95" w:rsidRDefault="00000000">
      <w:pPr>
        <w:spacing w:after="0" w:line="579" w:lineRule="exact"/>
        <w:ind w:firstLine="640"/>
        <w:rPr>
          <w:lang w:eastAsia="zh-CN"/>
        </w:rPr>
      </w:pPr>
      <w:r>
        <w:rPr>
          <w:rFonts w:ascii="仿宋" w:eastAsia="仿宋" w:hAnsi="仿宋"/>
          <w:sz w:val="32"/>
          <w:lang w:eastAsia="zh-CN"/>
        </w:rPr>
        <w:t>成为一方霸主。《越绝书》里有句话，夫人，亦者智之门。</w:t>
      </w:r>
      <w:proofErr w:type="gramStart"/>
      <w:r>
        <w:rPr>
          <w:rFonts w:ascii="仿宋" w:eastAsia="仿宋" w:hAnsi="仿宋"/>
          <w:sz w:val="32"/>
          <w:lang w:eastAsia="zh-CN"/>
        </w:rPr>
        <w:t>世</w:t>
      </w:r>
      <w:proofErr w:type="gramEnd"/>
      <w:r>
        <w:rPr>
          <w:rFonts w:ascii="仿宋" w:eastAsia="仿宋" w:hAnsi="仿宋"/>
          <w:sz w:val="32"/>
          <w:lang w:eastAsia="zh-CN"/>
        </w:rPr>
        <w:t>民者，均之根本也。但是夫差不行，仁义之道最终造成了被勾践打败而亡国的悲剧。对。看到历史风云变幻，让我们感受到这一部典籍的分量，请刘佩琦老师带领着大家一块儿送去一下这一部典籍当中</w:t>
      </w:r>
      <w:proofErr w:type="gramStart"/>
      <w:r>
        <w:rPr>
          <w:rFonts w:ascii="仿宋" w:eastAsia="仿宋" w:hAnsi="仿宋"/>
          <w:sz w:val="32"/>
          <w:lang w:eastAsia="zh-CN"/>
        </w:rPr>
        <w:t>最提纲切领的</w:t>
      </w:r>
      <w:proofErr w:type="gramEnd"/>
      <w:r>
        <w:rPr>
          <w:rFonts w:ascii="仿宋" w:eastAsia="仿宋" w:hAnsi="仿宋"/>
          <w:sz w:val="32"/>
          <w:lang w:eastAsia="zh-CN"/>
        </w:rPr>
        <w:t>那一句。好绝者，绝也为。勾，</w:t>
      </w:r>
      <w:proofErr w:type="gramStart"/>
      <w:r>
        <w:rPr>
          <w:rFonts w:ascii="仿宋" w:eastAsia="仿宋" w:hAnsi="仿宋"/>
          <w:sz w:val="32"/>
          <w:lang w:eastAsia="zh-CN"/>
        </w:rPr>
        <w:t>践</w:t>
      </w:r>
      <w:proofErr w:type="gramEnd"/>
      <w:r>
        <w:rPr>
          <w:rFonts w:ascii="仿宋" w:eastAsia="仿宋" w:hAnsi="仿宋"/>
          <w:sz w:val="32"/>
          <w:lang w:eastAsia="zh-CN"/>
        </w:rPr>
        <w:t>使也。</w:t>
      </w:r>
    </w:p>
    <w:p w14:paraId="3D23CD92" w14:textId="77777777" w:rsidR="00E87C95" w:rsidRDefault="00000000">
      <w:pPr>
        <w:spacing w:after="0" w:line="579" w:lineRule="exact"/>
        <w:ind w:firstLine="640"/>
        <w:rPr>
          <w:lang w:eastAsia="zh-CN"/>
        </w:rPr>
      </w:pPr>
      <w:r>
        <w:rPr>
          <w:rFonts w:ascii="仿宋" w:eastAsia="仿宋" w:hAnsi="仿宋"/>
          <w:sz w:val="32"/>
          <w:lang w:eastAsia="zh-CN"/>
        </w:rPr>
        <w:t>绝者，绝也。谓勾践使也。《越绝书》记载了多个关于吴越地区的故事，悠久的历史，灿烂的文化。让人流连忘返。通过解读不同的历史人物的故事，在是非成败当中去寻求更</w:t>
      </w:r>
      <w:r>
        <w:rPr>
          <w:rFonts w:ascii="仿宋" w:eastAsia="仿宋" w:hAnsi="仿宋"/>
          <w:sz w:val="32"/>
          <w:lang w:eastAsia="zh-CN"/>
        </w:rPr>
        <w:lastRenderedPageBreak/>
        <w:t>为深刻的人生价值和人生意义。最后，我也特别希望能够和各位老师一块儿诵读一下杨慎《临江仙》，</w:t>
      </w:r>
      <w:proofErr w:type="gramStart"/>
      <w:r>
        <w:rPr>
          <w:rFonts w:ascii="仿宋" w:eastAsia="仿宋" w:hAnsi="仿宋"/>
          <w:sz w:val="32"/>
          <w:lang w:eastAsia="zh-CN"/>
        </w:rPr>
        <w:t>滚滚长江</w:t>
      </w:r>
      <w:proofErr w:type="gramEnd"/>
      <w:r>
        <w:rPr>
          <w:rFonts w:ascii="仿宋" w:eastAsia="仿宋" w:hAnsi="仿宋"/>
          <w:sz w:val="32"/>
          <w:lang w:eastAsia="zh-CN"/>
        </w:rPr>
        <w:t>东逝水。</w:t>
      </w:r>
      <w:proofErr w:type="gramStart"/>
      <w:r>
        <w:rPr>
          <w:rFonts w:ascii="仿宋" w:eastAsia="仿宋" w:hAnsi="仿宋"/>
          <w:sz w:val="32"/>
          <w:lang w:eastAsia="zh-CN"/>
        </w:rPr>
        <w:t>滚滚长江</w:t>
      </w:r>
      <w:proofErr w:type="gramEnd"/>
      <w:r>
        <w:rPr>
          <w:rFonts w:ascii="仿宋" w:eastAsia="仿宋" w:hAnsi="仿宋"/>
          <w:sz w:val="32"/>
          <w:lang w:eastAsia="zh-CN"/>
        </w:rPr>
        <w:t>东逝水。浪花淘尽英雄。是非成败。</w:t>
      </w:r>
    </w:p>
    <w:p w14:paraId="21921DEE" w14:textId="77777777" w:rsidR="00E87C95" w:rsidRDefault="00000000">
      <w:pPr>
        <w:spacing w:after="0" w:line="579" w:lineRule="exact"/>
        <w:ind w:firstLine="640"/>
        <w:rPr>
          <w:lang w:eastAsia="zh-CN"/>
        </w:rPr>
      </w:pPr>
      <w:r>
        <w:rPr>
          <w:rFonts w:ascii="仿宋" w:eastAsia="仿宋" w:hAnsi="仿宋"/>
          <w:sz w:val="32"/>
          <w:lang w:eastAsia="zh-CN"/>
        </w:rPr>
        <w:t>转头空。青山依旧在。几度？夕阳红。白发渔</w:t>
      </w:r>
      <w:proofErr w:type="gramStart"/>
      <w:r>
        <w:rPr>
          <w:rFonts w:ascii="仿宋" w:eastAsia="仿宋" w:hAnsi="仿宋"/>
          <w:sz w:val="32"/>
          <w:lang w:eastAsia="zh-CN"/>
        </w:rPr>
        <w:t>樵</w:t>
      </w:r>
      <w:proofErr w:type="gramEnd"/>
      <w:r>
        <w:rPr>
          <w:rFonts w:ascii="仿宋" w:eastAsia="仿宋" w:hAnsi="仿宋"/>
          <w:sz w:val="32"/>
          <w:lang w:eastAsia="zh-CN"/>
        </w:rPr>
        <w:t>江渚上，惯看秋月春风。一壶浊酒喜相逢。古今多少事，都付笑谈中。一壶浊酒喜相逢，古今多少事。都付笑谈中。勾践身上卧薪尝胆，发奋图强，这种精神呢，</w:t>
      </w:r>
    </w:p>
    <w:p w14:paraId="7D92ED4D" w14:textId="77777777" w:rsidR="00E87C95" w:rsidRDefault="00000000">
      <w:pPr>
        <w:spacing w:after="0" w:line="579" w:lineRule="exact"/>
        <w:ind w:firstLine="640"/>
        <w:rPr>
          <w:lang w:eastAsia="zh-CN"/>
        </w:rPr>
      </w:pPr>
      <w:r>
        <w:rPr>
          <w:rFonts w:ascii="仿宋" w:eastAsia="仿宋" w:hAnsi="仿宋"/>
          <w:sz w:val="32"/>
          <w:lang w:eastAsia="zh-CN"/>
        </w:rPr>
        <w:t>始终激励我们后人开拓进取，知难而上。这种精神历久弥新，中华有始有制，中华文明也便有了根基。探寻中华文化的发展。传承</w:t>
      </w:r>
      <w:proofErr w:type="gramStart"/>
      <w:r>
        <w:rPr>
          <w:rFonts w:ascii="仿宋" w:eastAsia="仿宋" w:hAnsi="仿宋"/>
          <w:sz w:val="32"/>
          <w:lang w:eastAsia="zh-CN"/>
        </w:rPr>
        <w:t>坚韧不拔</w:t>
      </w:r>
      <w:proofErr w:type="gramEnd"/>
      <w:r>
        <w:rPr>
          <w:rFonts w:ascii="仿宋" w:eastAsia="仿宋" w:hAnsi="仿宋"/>
          <w:sz w:val="32"/>
          <w:lang w:eastAsia="zh-CN"/>
        </w:rPr>
        <w:t>的华夏精神，这是义不容辞而又任重道远的。闻长江东逝，水浪花淘尽英雄。是非成败转头空，青山依旧在。几度夕阳红。请问您是何人？晚辈撒贝宁是来自400多年后的一个读书人。</w:t>
      </w:r>
    </w:p>
    <w:p w14:paraId="08A6ABDF" w14:textId="77777777" w:rsidR="00E87C95" w:rsidRDefault="00000000">
      <w:pPr>
        <w:spacing w:after="0" w:line="579" w:lineRule="exact"/>
        <w:ind w:firstLine="640"/>
        <w:rPr>
          <w:lang w:eastAsia="zh-CN"/>
        </w:rPr>
      </w:pPr>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。古今多少事，都付笑谈中撒君。和我说笑吧，先生晚辈。有物为证。您请看。这是何物啊？嘿嘿，这叫手机在我生活的那个时代啊，几乎人手一部，它相当于是后世之人的。千里眼，顺风耳。天下之事，</w:t>
      </w:r>
    </w:p>
    <w:p w14:paraId="7D1C3817" w14:textId="77777777" w:rsidR="00E87C95" w:rsidRDefault="00000000">
      <w:pPr>
        <w:spacing w:after="0" w:line="579" w:lineRule="exact"/>
        <w:ind w:firstLine="640"/>
        <w:rPr>
          <w:lang w:eastAsia="zh-CN"/>
        </w:rPr>
      </w:pPr>
      <w:r>
        <w:rPr>
          <w:rFonts w:ascii="仿宋" w:eastAsia="仿宋" w:hAnsi="仿宋"/>
          <w:sz w:val="32"/>
          <w:lang w:eastAsia="zh-CN"/>
        </w:rPr>
        <w:t>尽在掌握。他是唱我写的词没错，您的那首《临江仙》在后世。被谱成了歌曲，老少都会唱尽人皆知。先生淡泊洒脱。一首词道尽了历史，兴替人生，</w:t>
      </w:r>
      <w:proofErr w:type="gramStart"/>
      <w:r>
        <w:rPr>
          <w:rFonts w:ascii="仿宋" w:eastAsia="仿宋" w:hAnsi="仿宋"/>
          <w:sz w:val="32"/>
          <w:lang w:eastAsia="zh-CN"/>
        </w:rPr>
        <w:t>旷</w:t>
      </w:r>
      <w:proofErr w:type="gramEnd"/>
      <w:r>
        <w:rPr>
          <w:rFonts w:ascii="仿宋" w:eastAsia="仿宋" w:hAnsi="仿宋"/>
          <w:sz w:val="32"/>
          <w:lang w:eastAsia="zh-CN"/>
        </w:rPr>
        <w:t>位多少历史英雄。如浪花般的消失不变的。惟有秋月春风，青山落日。</w:t>
      </w:r>
      <w:proofErr w:type="gramStart"/>
      <w:r>
        <w:rPr>
          <w:rFonts w:ascii="仿宋" w:eastAsia="仿宋" w:hAnsi="仿宋"/>
          <w:sz w:val="32"/>
          <w:lang w:eastAsia="zh-CN"/>
        </w:rPr>
        <w:t>撒君寻</w:t>
      </w:r>
      <w:proofErr w:type="gramEnd"/>
      <w:r>
        <w:rPr>
          <w:rFonts w:ascii="仿宋" w:eastAsia="仿宋" w:hAnsi="仿宋"/>
          <w:sz w:val="32"/>
          <w:lang w:eastAsia="zh-CN"/>
        </w:rPr>
        <w:t>我</w:t>
      </w:r>
      <w:r>
        <w:rPr>
          <w:rFonts w:ascii="仿宋" w:eastAsia="仿宋" w:hAnsi="仿宋"/>
          <w:sz w:val="32"/>
          <w:lang w:eastAsia="zh-CN"/>
        </w:rPr>
        <w:lastRenderedPageBreak/>
        <w:t>所谓</w:t>
      </w:r>
      <w:proofErr w:type="gramStart"/>
      <w:r>
        <w:rPr>
          <w:rFonts w:ascii="仿宋" w:eastAsia="仿宋" w:hAnsi="仿宋"/>
          <w:sz w:val="32"/>
          <w:lang w:eastAsia="zh-CN"/>
        </w:rPr>
        <w:t>何事啊哦</w:t>
      </w:r>
      <w:proofErr w:type="gramEnd"/>
      <w:r>
        <w:rPr>
          <w:rFonts w:ascii="仿宋" w:eastAsia="仿宋" w:hAnsi="仿宋"/>
          <w:sz w:val="32"/>
          <w:lang w:eastAsia="zh-CN"/>
        </w:rPr>
        <w:t>。晚辈是想向先生请教《越绝书》。晚辈知道《越绝书》的作者原本不详，</w:t>
      </w:r>
    </w:p>
    <w:p w14:paraId="3EA0BF65" w14:textId="77777777" w:rsidR="00E87C95" w:rsidRDefault="00000000">
      <w:pPr>
        <w:spacing w:after="0" w:line="579" w:lineRule="exact"/>
        <w:ind w:firstLine="640"/>
        <w:rPr>
          <w:lang w:eastAsia="zh-CN"/>
        </w:rPr>
      </w:pPr>
      <w:r>
        <w:rPr>
          <w:rFonts w:ascii="仿宋" w:eastAsia="仿宋" w:hAnsi="仿宋"/>
          <w:sz w:val="32"/>
          <w:lang w:eastAsia="zh-CN"/>
        </w:rPr>
        <w:t>但是先生曾经根据书中</w:t>
      </w:r>
      <w:proofErr w:type="gramStart"/>
      <w:r>
        <w:rPr>
          <w:rFonts w:ascii="仿宋" w:eastAsia="仿宋" w:hAnsi="仿宋"/>
          <w:sz w:val="32"/>
          <w:lang w:eastAsia="zh-CN"/>
        </w:rPr>
        <w:t>的吟语推断</w:t>
      </w:r>
      <w:proofErr w:type="gramEnd"/>
      <w:r>
        <w:rPr>
          <w:rFonts w:ascii="仿宋" w:eastAsia="仿宋" w:hAnsi="仿宋"/>
          <w:sz w:val="32"/>
          <w:lang w:eastAsia="zh-CN"/>
        </w:rPr>
        <w:t>出作者是谁。而且先生是一位方知大将，想必对于这部典籍沿袭精神，沿袭精神不敢当。单《越绝书》中描绘着我最神往的历史，有我最倾慕的英雄。</w:t>
      </w:r>
      <w:proofErr w:type="gramStart"/>
      <w:r>
        <w:rPr>
          <w:rFonts w:ascii="仿宋" w:eastAsia="仿宋" w:hAnsi="仿宋"/>
          <w:sz w:val="32"/>
          <w:lang w:eastAsia="zh-CN"/>
        </w:rPr>
        <w:t>撒君与</w:t>
      </w:r>
      <w:proofErr w:type="gramEnd"/>
      <w:r>
        <w:rPr>
          <w:rFonts w:ascii="仿宋" w:eastAsia="仿宋" w:hAnsi="仿宋"/>
          <w:sz w:val="32"/>
          <w:lang w:eastAsia="zh-CN"/>
        </w:rPr>
        <w:t>我志趣相投，真可谓一壶浊酒喜相逢。谢谢先生。</w:t>
      </w:r>
      <w:proofErr w:type="gramStart"/>
      <w:r>
        <w:rPr>
          <w:rFonts w:ascii="仿宋" w:eastAsia="仿宋" w:hAnsi="仿宋"/>
          <w:sz w:val="32"/>
          <w:lang w:eastAsia="zh-CN"/>
        </w:rPr>
        <w:t>撒君先生</w:t>
      </w:r>
      <w:proofErr w:type="gramEnd"/>
      <w:r>
        <w:rPr>
          <w:rFonts w:ascii="仿宋" w:eastAsia="仿宋" w:hAnsi="仿宋"/>
          <w:sz w:val="32"/>
          <w:lang w:eastAsia="zh-CN"/>
        </w:rPr>
        <w:t>起来。来来来。喝上一杯，有人所赠山西杏花村酿。哦，那这应该是一壶好酒，</w:t>
      </w:r>
    </w:p>
    <w:p w14:paraId="37DB550B" w14:textId="77777777" w:rsidR="00E87C95" w:rsidRDefault="00000000">
      <w:pPr>
        <w:spacing w:after="0" w:line="579" w:lineRule="exact"/>
        <w:ind w:firstLine="640"/>
        <w:rPr>
          <w:lang w:eastAsia="zh-CN"/>
        </w:rPr>
      </w:pPr>
      <w:r>
        <w:rPr>
          <w:rFonts w:ascii="仿宋" w:eastAsia="仿宋" w:hAnsi="仿宋"/>
          <w:sz w:val="32"/>
          <w:lang w:eastAsia="zh-CN"/>
        </w:rPr>
        <w:t>喜相逢。古今多少事，都付笑谈中。好酒，今日我就给你讲一讲《越绝书》。越地。山灵水秀。历经千年。涌现出多少英雄豪杰。乐者，国之士也。学者。绝也为勾践使也。勾践之时，天子微弱。</w:t>
      </w:r>
    </w:p>
    <w:p w14:paraId="745A482E" w14:textId="77777777" w:rsidR="00E87C95" w:rsidRDefault="00000000">
      <w:pPr>
        <w:spacing w:after="0" w:line="579" w:lineRule="exact"/>
        <w:ind w:firstLine="640"/>
        <w:rPr>
          <w:lang w:eastAsia="zh-CN"/>
        </w:rPr>
      </w:pPr>
      <w:r>
        <w:rPr>
          <w:rFonts w:ascii="仿宋" w:eastAsia="仿宋" w:hAnsi="仿宋"/>
          <w:sz w:val="32"/>
          <w:lang w:eastAsia="zh-CN"/>
        </w:rPr>
        <w:t>诸侯纷争。杀勾践，灭越王。弓箭灭越王，刷弓箭灭越王。我在夫</w:t>
      </w:r>
      <w:proofErr w:type="gramStart"/>
      <w:r>
        <w:rPr>
          <w:rFonts w:ascii="仿宋" w:eastAsia="仿宋" w:hAnsi="仿宋"/>
          <w:sz w:val="32"/>
          <w:lang w:eastAsia="zh-CN"/>
        </w:rPr>
        <w:t>椒</w:t>
      </w:r>
      <w:proofErr w:type="gramEnd"/>
      <w:r>
        <w:rPr>
          <w:rFonts w:ascii="仿宋" w:eastAsia="仿宋" w:hAnsi="仿宋"/>
          <w:sz w:val="32"/>
          <w:lang w:eastAsia="zh-CN"/>
        </w:rPr>
        <w:t>大败</w:t>
      </w:r>
      <w:proofErr w:type="gramStart"/>
      <w:r>
        <w:rPr>
          <w:rFonts w:ascii="仿宋" w:eastAsia="仿宋" w:hAnsi="仿宋"/>
          <w:sz w:val="32"/>
          <w:lang w:eastAsia="zh-CN"/>
        </w:rPr>
        <w:t>勾践勾践</w:t>
      </w:r>
      <w:proofErr w:type="gramEnd"/>
      <w:r>
        <w:rPr>
          <w:rFonts w:ascii="仿宋" w:eastAsia="仿宋" w:hAnsi="仿宋"/>
          <w:sz w:val="32"/>
          <w:lang w:eastAsia="zh-CN"/>
        </w:rPr>
        <w:t>小儿，带着残兵败将。</w:t>
      </w:r>
      <w:proofErr w:type="gramStart"/>
      <w:r>
        <w:rPr>
          <w:rFonts w:ascii="仿宋" w:eastAsia="仿宋" w:hAnsi="仿宋"/>
          <w:sz w:val="32"/>
          <w:lang w:eastAsia="zh-CN"/>
        </w:rPr>
        <w:t>活进这会稽</w:t>
      </w:r>
      <w:proofErr w:type="gramEnd"/>
      <w:r>
        <w:rPr>
          <w:rFonts w:ascii="仿宋" w:eastAsia="仿宋" w:hAnsi="仿宋"/>
          <w:sz w:val="32"/>
          <w:lang w:eastAsia="zh-CN"/>
        </w:rPr>
        <w:t>山。今日我们要一战，拿下为我父王报仇。大王越军虽然粮草不足，但勾践负隅，顽抗越国，也向其他诸国求援。我们必须要速战速决。</w:t>
      </w:r>
    </w:p>
    <w:p w14:paraId="46900DF6" w14:textId="77777777" w:rsidR="00E87C95" w:rsidRDefault="00000000">
      <w:pPr>
        <w:spacing w:after="0" w:line="579" w:lineRule="exact"/>
        <w:ind w:firstLine="640"/>
        <w:rPr>
          <w:lang w:eastAsia="zh-CN"/>
        </w:rPr>
      </w:pPr>
      <w:r>
        <w:rPr>
          <w:rFonts w:ascii="仿宋" w:eastAsia="仿宋" w:hAnsi="仿宋"/>
          <w:sz w:val="32"/>
          <w:lang w:eastAsia="zh-CN"/>
        </w:rPr>
        <w:t>快进山山是险要，我军伤亡惨重。马上就斩了大王，饶命啊大王。伍子胥在，你亲率精兵。不惜一切代价，攻下会</w:t>
      </w:r>
      <w:proofErr w:type="gramStart"/>
      <w:r>
        <w:rPr>
          <w:rFonts w:ascii="仿宋" w:eastAsia="仿宋" w:hAnsi="仿宋"/>
          <w:sz w:val="32"/>
          <w:lang w:eastAsia="zh-CN"/>
        </w:rPr>
        <w:t>稽</w:t>
      </w:r>
      <w:proofErr w:type="gramEnd"/>
      <w:r>
        <w:rPr>
          <w:rFonts w:ascii="仿宋" w:eastAsia="仿宋" w:hAnsi="仿宋"/>
          <w:sz w:val="32"/>
          <w:lang w:eastAsia="zh-CN"/>
        </w:rPr>
        <w:t>，斩杀勾践屠军，负隅顽抗之越人。得力最后杀。大王吴大夫已经带人攻破第一套关爱。</w:t>
      </w:r>
      <w:proofErr w:type="gramStart"/>
      <w:r>
        <w:rPr>
          <w:rFonts w:ascii="仿宋" w:eastAsia="仿宋" w:hAnsi="仿宋"/>
          <w:sz w:val="32"/>
          <w:lang w:eastAsia="zh-CN"/>
        </w:rPr>
        <w:t>蛋什么</w:t>
      </w:r>
      <w:proofErr w:type="gramEnd"/>
      <w:r>
        <w:rPr>
          <w:rFonts w:ascii="仿宋" w:eastAsia="仿宋" w:hAnsi="仿宋"/>
          <w:sz w:val="32"/>
          <w:lang w:eastAsia="zh-CN"/>
        </w:rPr>
        <w:t>蛋，说我军损失无数精兵。来人。</w:t>
      </w:r>
    </w:p>
    <w:p w14:paraId="1F747CF2" w14:textId="77777777" w:rsidR="00E87C95" w:rsidRDefault="00000000">
      <w:pPr>
        <w:spacing w:after="0" w:line="579" w:lineRule="exact"/>
        <w:ind w:firstLine="640"/>
        <w:rPr>
          <w:lang w:eastAsia="zh-CN"/>
        </w:rPr>
      </w:pPr>
      <w:r>
        <w:rPr>
          <w:rFonts w:ascii="仿宋" w:eastAsia="仿宋" w:hAnsi="仿宋"/>
          <w:sz w:val="32"/>
          <w:lang w:eastAsia="zh-CN"/>
        </w:rPr>
        <w:lastRenderedPageBreak/>
        <w:t>救命太公将人们跟我走。大王越军奋死，抵抗我军伤亡惨重。哇。吴大夫受伤了，吴大夫受伤了。看我王恋，伤亡过大。速</w:t>
      </w:r>
      <w:proofErr w:type="gramStart"/>
      <w:r>
        <w:rPr>
          <w:rFonts w:ascii="仿宋" w:eastAsia="仿宋" w:hAnsi="仿宋"/>
          <w:sz w:val="32"/>
          <w:lang w:eastAsia="zh-CN"/>
        </w:rPr>
        <w:t>速</w:t>
      </w:r>
      <w:proofErr w:type="gramEnd"/>
      <w:r>
        <w:rPr>
          <w:rFonts w:ascii="仿宋" w:eastAsia="仿宋" w:hAnsi="仿宋"/>
          <w:sz w:val="32"/>
          <w:lang w:eastAsia="zh-CN"/>
        </w:rPr>
        <w:t>撤回山下等你。原来大王我军攻势这么猛，为何让我后撤，再给我三千精兵，我定取勾践小儿精命。鲁大夫强攻险外兵是伤亡惨重。你也负伤了，</w:t>
      </w:r>
    </w:p>
    <w:p w14:paraId="52EA1CF1" w14:textId="77777777" w:rsidR="00E87C95" w:rsidRDefault="00000000">
      <w:pPr>
        <w:spacing w:after="0" w:line="579" w:lineRule="exact"/>
        <w:ind w:firstLine="640"/>
        <w:rPr>
          <w:lang w:eastAsia="zh-CN"/>
        </w:rPr>
      </w:pPr>
      <w:r>
        <w:rPr>
          <w:rFonts w:ascii="仿宋" w:eastAsia="仿宋" w:hAnsi="仿宋"/>
          <w:sz w:val="32"/>
          <w:lang w:eastAsia="zh-CN"/>
        </w:rPr>
        <w:t>走胡子去要抗病吗？臣治罪来人，臣在给勾</w:t>
      </w:r>
      <w:proofErr w:type="gramStart"/>
      <w:r>
        <w:rPr>
          <w:rFonts w:ascii="仿宋" w:eastAsia="仿宋" w:hAnsi="仿宋"/>
          <w:sz w:val="32"/>
          <w:lang w:eastAsia="zh-CN"/>
        </w:rPr>
        <w:t>肩</w:t>
      </w:r>
      <w:proofErr w:type="gramEnd"/>
      <w:r>
        <w:rPr>
          <w:rFonts w:ascii="仿宋" w:eastAsia="仿宋" w:hAnsi="仿宋"/>
          <w:sz w:val="32"/>
          <w:lang w:eastAsia="zh-CN"/>
        </w:rPr>
        <w:t>挑花莫。我国将军求见。万里大夫。整备军容。所有军事。列队船。吴国将军进谏大王。你就是勾践见我大王，为何不拜你？是让我拜一个死人。还是拜一个战火，拿下</w:t>
      </w:r>
      <w:proofErr w:type="gramStart"/>
      <w:r>
        <w:rPr>
          <w:rFonts w:ascii="仿宋" w:eastAsia="仿宋" w:hAnsi="仿宋"/>
          <w:sz w:val="32"/>
          <w:lang w:eastAsia="zh-CN"/>
        </w:rPr>
        <w:t>诛</w:t>
      </w:r>
      <w:proofErr w:type="gramEnd"/>
      <w:r>
        <w:rPr>
          <w:rFonts w:ascii="仿宋" w:eastAsia="仿宋" w:hAnsi="仿宋"/>
          <w:sz w:val="32"/>
          <w:lang w:eastAsia="zh-CN"/>
        </w:rPr>
        <w:t>仙，杀了你大我不可，</w:t>
      </w:r>
    </w:p>
    <w:p w14:paraId="7A6518E6" w14:textId="77777777" w:rsidR="00E87C95" w:rsidRDefault="00000000">
      <w:pPr>
        <w:spacing w:after="0" w:line="579" w:lineRule="exact"/>
        <w:ind w:firstLine="640"/>
        <w:rPr>
          <w:lang w:eastAsia="zh-CN"/>
        </w:rPr>
      </w:pPr>
      <w:r>
        <w:rPr>
          <w:rFonts w:ascii="仿宋" w:eastAsia="仿宋" w:hAnsi="仿宋"/>
          <w:sz w:val="32"/>
          <w:lang w:eastAsia="zh-CN"/>
        </w:rPr>
        <w:t>大我不可。</w:t>
      </w:r>
      <w:proofErr w:type="gramStart"/>
      <w:r>
        <w:rPr>
          <w:rFonts w:ascii="仿宋" w:eastAsia="仿宋" w:hAnsi="仿宋"/>
          <w:sz w:val="32"/>
          <w:lang w:eastAsia="zh-CN"/>
        </w:rPr>
        <w:t>大王两国</w:t>
      </w:r>
      <w:proofErr w:type="gramEnd"/>
      <w:r>
        <w:rPr>
          <w:rFonts w:ascii="仿宋" w:eastAsia="仿宋" w:hAnsi="仿宋"/>
          <w:sz w:val="32"/>
          <w:lang w:eastAsia="zh-CN"/>
        </w:rPr>
        <w:t>交兵不掌来时。吴王有令勾践，要么投降，要么自尽，否则我吴国的军队必然灭亡越国。否则必将，屠尽越人。是死</w:t>
      </w:r>
      <w:proofErr w:type="gramStart"/>
      <w:r>
        <w:rPr>
          <w:rFonts w:ascii="仿宋" w:eastAsia="仿宋" w:hAnsi="仿宋"/>
          <w:sz w:val="32"/>
          <w:lang w:eastAsia="zh-CN"/>
        </w:rPr>
        <w:t>是小选一个</w:t>
      </w:r>
      <w:proofErr w:type="gramEnd"/>
      <w:r>
        <w:rPr>
          <w:rFonts w:ascii="仿宋" w:eastAsia="仿宋" w:hAnsi="仿宋"/>
          <w:sz w:val="32"/>
          <w:lang w:eastAsia="zh-CN"/>
        </w:rPr>
        <w:t>回去告诉吴斋。我越国还有5000甲士，每个人都是一顶利剑，我会烧毁越国所有宝器。会</w:t>
      </w:r>
      <w:proofErr w:type="gramStart"/>
      <w:r>
        <w:rPr>
          <w:rFonts w:ascii="仿宋" w:eastAsia="仿宋" w:hAnsi="仿宋"/>
          <w:sz w:val="32"/>
          <w:lang w:eastAsia="zh-CN"/>
        </w:rPr>
        <w:t>稽</w:t>
      </w:r>
      <w:proofErr w:type="gramEnd"/>
      <w:r>
        <w:rPr>
          <w:rFonts w:ascii="仿宋" w:eastAsia="仿宋" w:hAnsi="仿宋"/>
          <w:sz w:val="32"/>
          <w:lang w:eastAsia="zh-CN"/>
        </w:rPr>
        <w:t>山与夫差死。四四三四四三四四三四四三。春秋时期，</w:t>
      </w:r>
    </w:p>
    <w:p w14:paraId="1379171C" w14:textId="77777777" w:rsidR="00E87C95" w:rsidRDefault="00000000">
      <w:pPr>
        <w:spacing w:after="0" w:line="579" w:lineRule="exact"/>
        <w:ind w:firstLine="640"/>
        <w:rPr>
          <w:lang w:eastAsia="zh-CN"/>
        </w:rPr>
      </w:pPr>
      <w:r>
        <w:rPr>
          <w:rFonts w:ascii="仿宋" w:eastAsia="仿宋" w:hAnsi="仿宋"/>
          <w:sz w:val="32"/>
          <w:lang w:eastAsia="zh-CN"/>
        </w:rPr>
        <w:t>吴越争霸，实为</w:t>
      </w:r>
      <w:proofErr w:type="gramStart"/>
      <w:r>
        <w:rPr>
          <w:rFonts w:ascii="仿宋" w:eastAsia="仿宋" w:hAnsi="仿宋"/>
          <w:sz w:val="32"/>
          <w:lang w:eastAsia="zh-CN"/>
        </w:rPr>
        <w:t>世</w:t>
      </w:r>
      <w:proofErr w:type="gramEnd"/>
      <w:r>
        <w:rPr>
          <w:rFonts w:ascii="仿宋" w:eastAsia="仿宋" w:hAnsi="仿宋"/>
          <w:sz w:val="32"/>
          <w:lang w:eastAsia="zh-CN"/>
        </w:rPr>
        <w:t>丑啊！吴王喝</w:t>
      </w:r>
      <w:proofErr w:type="gramStart"/>
      <w:r>
        <w:rPr>
          <w:rFonts w:ascii="仿宋" w:eastAsia="仿宋" w:hAnsi="仿宋"/>
          <w:sz w:val="32"/>
          <w:lang w:eastAsia="zh-CN"/>
        </w:rPr>
        <w:t>吕</w:t>
      </w:r>
      <w:proofErr w:type="gramEnd"/>
      <w:r>
        <w:rPr>
          <w:rFonts w:ascii="仿宋" w:eastAsia="仿宋" w:hAnsi="仿宋"/>
          <w:sz w:val="32"/>
          <w:lang w:eastAsia="zh-CN"/>
        </w:rPr>
        <w:t>破楚后。骄傲自满趁勾践之父心丧。攻打越国。醉里一战，勾践率军，重创</w:t>
      </w:r>
      <w:proofErr w:type="gramStart"/>
      <w:r>
        <w:rPr>
          <w:rFonts w:ascii="仿宋" w:eastAsia="仿宋" w:hAnsi="仿宋"/>
          <w:sz w:val="32"/>
          <w:lang w:eastAsia="zh-CN"/>
        </w:rPr>
        <w:t>阖</w:t>
      </w:r>
      <w:proofErr w:type="gramEnd"/>
      <w:r>
        <w:rPr>
          <w:rFonts w:ascii="仿宋" w:eastAsia="仿宋" w:hAnsi="仿宋"/>
          <w:sz w:val="32"/>
          <w:lang w:eastAsia="zh-CN"/>
        </w:rPr>
        <w:t>闾。</w:t>
      </w:r>
      <w:proofErr w:type="gramStart"/>
      <w:r>
        <w:rPr>
          <w:rFonts w:ascii="仿宋" w:eastAsia="仿宋" w:hAnsi="仿宋"/>
          <w:sz w:val="32"/>
          <w:lang w:eastAsia="zh-CN"/>
        </w:rPr>
        <w:t>阖</w:t>
      </w:r>
      <w:proofErr w:type="gramEnd"/>
      <w:r>
        <w:rPr>
          <w:rFonts w:ascii="仿宋" w:eastAsia="仿宋" w:hAnsi="仿宋"/>
          <w:sz w:val="32"/>
          <w:lang w:eastAsia="zh-CN"/>
        </w:rPr>
        <w:t>闾因伤。不治身亡。其子夫差。登吴王之位，后日夜乐宾。且以抱怨。勾践轻</w:t>
      </w:r>
      <w:proofErr w:type="gramStart"/>
      <w:r>
        <w:rPr>
          <w:rFonts w:ascii="仿宋" w:eastAsia="仿宋" w:hAnsi="仿宋"/>
          <w:sz w:val="32"/>
          <w:lang w:eastAsia="zh-CN"/>
        </w:rPr>
        <w:t>世</w:t>
      </w:r>
      <w:proofErr w:type="gramEnd"/>
      <w:r>
        <w:rPr>
          <w:rFonts w:ascii="仿宋" w:eastAsia="仿宋" w:hAnsi="仿宋"/>
          <w:sz w:val="32"/>
          <w:lang w:eastAsia="zh-CN"/>
        </w:rPr>
        <w:t>夫差。</w:t>
      </w:r>
    </w:p>
    <w:p w14:paraId="277841D9" w14:textId="77777777" w:rsidR="00E87C95" w:rsidRDefault="00000000">
      <w:pPr>
        <w:spacing w:after="0" w:line="579" w:lineRule="exact"/>
        <w:ind w:firstLine="640"/>
        <w:rPr>
          <w:lang w:eastAsia="zh-CN"/>
        </w:rPr>
      </w:pPr>
      <w:r>
        <w:rPr>
          <w:rFonts w:ascii="仿宋" w:eastAsia="仿宋" w:hAnsi="仿宋"/>
          <w:sz w:val="32"/>
          <w:lang w:eastAsia="zh-CN"/>
        </w:rPr>
        <w:t>终成快</w:t>
      </w:r>
      <w:proofErr w:type="gramStart"/>
      <w:r>
        <w:rPr>
          <w:rFonts w:ascii="仿宋" w:eastAsia="仿宋" w:hAnsi="仿宋"/>
          <w:sz w:val="32"/>
          <w:lang w:eastAsia="zh-CN"/>
        </w:rPr>
        <w:t>稽</w:t>
      </w:r>
      <w:proofErr w:type="gramEnd"/>
      <w:r>
        <w:rPr>
          <w:rFonts w:ascii="仿宋" w:eastAsia="仿宋" w:hAnsi="仿宋"/>
          <w:sz w:val="32"/>
          <w:lang w:eastAsia="zh-CN"/>
        </w:rPr>
        <w:t>之困。勾践小贼。我定要将你碎尸万段。大王，我们应该杀死勾践，灭绝越国，以报先王之仇！大</w:t>
      </w:r>
      <w:proofErr w:type="gramStart"/>
      <w:r>
        <w:rPr>
          <w:rFonts w:ascii="仿宋" w:eastAsia="仿宋" w:hAnsi="仿宋"/>
          <w:sz w:val="32"/>
          <w:lang w:eastAsia="zh-CN"/>
        </w:rPr>
        <w:t>亡不可</w:t>
      </w:r>
      <w:proofErr w:type="gramEnd"/>
      <w:r>
        <w:rPr>
          <w:rFonts w:ascii="仿宋" w:eastAsia="仿宋" w:hAnsi="仿宋"/>
          <w:sz w:val="32"/>
          <w:lang w:eastAsia="zh-CN"/>
        </w:rPr>
        <w:t>越，</w:t>
      </w:r>
      <w:r>
        <w:rPr>
          <w:rFonts w:ascii="仿宋" w:eastAsia="仿宋" w:hAnsi="仿宋"/>
          <w:sz w:val="32"/>
          <w:lang w:eastAsia="zh-CN"/>
        </w:rPr>
        <w:lastRenderedPageBreak/>
        <w:t>族人纵横山野，历来骁勇苟且，有5000此事，又有会稽险地，易守难攻。我军要想速身，必定伤亡惨重。</w:t>
      </w:r>
    </w:p>
    <w:p w14:paraId="4B82EFE8" w14:textId="77777777" w:rsidR="00E87C95" w:rsidRDefault="00000000">
      <w:pPr>
        <w:spacing w:after="0" w:line="579" w:lineRule="exact"/>
        <w:ind w:firstLine="640"/>
        <w:rPr>
          <w:lang w:eastAsia="zh-CN"/>
        </w:rPr>
      </w:pPr>
      <w:r>
        <w:rPr>
          <w:rFonts w:ascii="仿宋" w:eastAsia="仿宋" w:hAnsi="仿宋"/>
          <w:sz w:val="32"/>
          <w:lang w:eastAsia="zh-CN"/>
        </w:rPr>
        <w:t>到那时，楚国肯定趁火打劫吴越之地，艰难保全。越国已经被我们灭了。就剩这点人在苟延残喘，你还等他人置气。你怕不是收了越国的贿赂吗？伍子胥，你血口喷人，我大夫严重了。我皮大夫说的对，我吴国曾攻破楚国都城影都，我大夫你还掘了楚</w:t>
      </w:r>
      <w:proofErr w:type="gramStart"/>
      <w:r>
        <w:rPr>
          <w:rFonts w:ascii="仿宋" w:eastAsia="仿宋" w:hAnsi="仿宋"/>
          <w:sz w:val="32"/>
          <w:lang w:eastAsia="zh-CN"/>
        </w:rPr>
        <w:t>王熊居的</w:t>
      </w:r>
      <w:proofErr w:type="gramEnd"/>
      <w:r>
        <w:rPr>
          <w:rFonts w:ascii="仿宋" w:eastAsia="仿宋" w:hAnsi="仿宋"/>
          <w:sz w:val="32"/>
          <w:lang w:eastAsia="zh-CN"/>
        </w:rPr>
        <w:t>墓。楚国与我吴国，已是死敌，</w:t>
      </w:r>
    </w:p>
    <w:p w14:paraId="793A7B75" w14:textId="77777777" w:rsidR="00E87C95" w:rsidRDefault="00000000">
      <w:pPr>
        <w:spacing w:after="0" w:line="579" w:lineRule="exact"/>
        <w:ind w:firstLine="640"/>
        <w:rPr>
          <w:lang w:eastAsia="zh-CN"/>
        </w:rPr>
      </w:pPr>
      <w:r>
        <w:rPr>
          <w:rFonts w:ascii="仿宋" w:eastAsia="仿宋" w:hAnsi="仿宋"/>
          <w:sz w:val="32"/>
          <w:lang w:eastAsia="zh-CN"/>
        </w:rPr>
        <w:t>不可不防。大王</w:t>
      </w:r>
      <w:proofErr w:type="gramStart"/>
      <w:r>
        <w:rPr>
          <w:rFonts w:ascii="仿宋" w:eastAsia="仿宋" w:hAnsi="仿宋"/>
          <w:sz w:val="32"/>
          <w:lang w:eastAsia="zh-CN"/>
        </w:rPr>
        <w:t>一</w:t>
      </w:r>
      <w:proofErr w:type="gramEnd"/>
      <w:r>
        <w:rPr>
          <w:rFonts w:ascii="仿宋" w:eastAsia="仿宋" w:hAnsi="仿宋"/>
          <w:sz w:val="32"/>
          <w:lang w:eastAsia="zh-CN"/>
        </w:rPr>
        <w:t>臣之见。我们逼勾践投降。若他不想。我们便在此地斩杀俘虏的越国士兵，士兵杀完了就杀百姓，我看他勾践。能撑到何时。就依伍大夫所言。哇，大王夫差在山下屠戮，我军被俘，士兵扬言再不投降，</w:t>
      </w:r>
      <w:proofErr w:type="gramStart"/>
      <w:r>
        <w:rPr>
          <w:rFonts w:ascii="仿宋" w:eastAsia="仿宋" w:hAnsi="仿宋"/>
          <w:sz w:val="32"/>
          <w:lang w:eastAsia="zh-CN"/>
        </w:rPr>
        <w:t>就杀军被俘</w:t>
      </w:r>
      <w:proofErr w:type="gramEnd"/>
      <w:r>
        <w:rPr>
          <w:rFonts w:ascii="仿宋" w:eastAsia="仿宋" w:hAnsi="仿宋"/>
          <w:sz w:val="32"/>
          <w:lang w:eastAsia="zh-CN"/>
        </w:rPr>
        <w:t>，士兵屠击我越国百姓。</w:t>
      </w:r>
    </w:p>
    <w:p w14:paraId="539F3216" w14:textId="77777777" w:rsidR="00E87C95" w:rsidRDefault="00000000">
      <w:pPr>
        <w:spacing w:after="0" w:line="579" w:lineRule="exact"/>
        <w:ind w:firstLine="640"/>
        <w:rPr>
          <w:lang w:eastAsia="zh-CN"/>
        </w:rPr>
      </w:pPr>
      <w:r>
        <w:rPr>
          <w:rFonts w:ascii="仿宋" w:eastAsia="仿宋" w:hAnsi="仿宋"/>
          <w:sz w:val="32"/>
          <w:lang w:eastAsia="zh-CN"/>
        </w:rPr>
        <w:t>大王吴国士兵杀了一批百姓。他们问。说问大王想不想。这个世上。只有奋战而死的勾践，没有狙击投降的勾践，随我冲下山去，大王不可冲击呀，难道我就在山上眼睁睁的看着他们扑上我的士兵和百姓吗？掘墓鞭尸的事情都能干得出来啊。罢了。不悔恨当初。没有听范蠡大夫党人的建议，贸然进攻吴国，以至兵败夫</w:t>
      </w:r>
      <w:proofErr w:type="gramStart"/>
      <w:r>
        <w:rPr>
          <w:rFonts w:ascii="仿宋" w:eastAsia="仿宋" w:hAnsi="仿宋"/>
          <w:sz w:val="32"/>
          <w:lang w:eastAsia="zh-CN"/>
        </w:rPr>
        <w:t>椒</w:t>
      </w:r>
      <w:proofErr w:type="gramEnd"/>
      <w:r>
        <w:rPr>
          <w:rFonts w:ascii="仿宋" w:eastAsia="仿宋" w:hAnsi="仿宋"/>
          <w:sz w:val="32"/>
          <w:lang w:eastAsia="zh-CN"/>
        </w:rPr>
        <w:t>。</w:t>
      </w:r>
    </w:p>
    <w:p w14:paraId="1D515621" w14:textId="77777777" w:rsidR="00E87C95" w:rsidRDefault="00000000">
      <w:pPr>
        <w:spacing w:after="0" w:line="579" w:lineRule="exact"/>
        <w:ind w:firstLine="640"/>
        <w:rPr>
          <w:lang w:eastAsia="zh-CN"/>
        </w:rPr>
      </w:pPr>
      <w:r>
        <w:rPr>
          <w:rFonts w:ascii="仿宋" w:eastAsia="仿宋" w:hAnsi="仿宋"/>
          <w:sz w:val="32"/>
          <w:lang w:eastAsia="zh-CN"/>
        </w:rPr>
        <w:t>令我越国精锐，损失</w:t>
      </w:r>
      <w:proofErr w:type="gramStart"/>
      <w:r>
        <w:rPr>
          <w:rFonts w:ascii="仿宋" w:eastAsia="仿宋" w:hAnsi="仿宋"/>
          <w:sz w:val="32"/>
          <w:lang w:eastAsia="zh-CN"/>
        </w:rPr>
        <w:t>怠尽</w:t>
      </w:r>
      <w:proofErr w:type="gramEnd"/>
      <w:r>
        <w:rPr>
          <w:rFonts w:ascii="仿宋" w:eastAsia="仿宋" w:hAnsi="仿宋"/>
          <w:sz w:val="32"/>
          <w:lang w:eastAsia="zh-CN"/>
        </w:rPr>
        <w:t>。现在国土沦丧，百姓惨遭屠戮。大王，大王，大王。大王</w:t>
      </w:r>
      <w:proofErr w:type="gramStart"/>
      <w:r>
        <w:rPr>
          <w:rFonts w:ascii="仿宋" w:eastAsia="仿宋" w:hAnsi="仿宋"/>
          <w:sz w:val="32"/>
          <w:lang w:eastAsia="zh-CN"/>
        </w:rPr>
        <w:t>大王</w:t>
      </w:r>
      <w:proofErr w:type="gramEnd"/>
      <w:r>
        <w:rPr>
          <w:rFonts w:ascii="仿宋" w:eastAsia="仿宋" w:hAnsi="仿宋"/>
          <w:sz w:val="32"/>
          <w:lang w:eastAsia="zh-CN"/>
        </w:rPr>
        <w:t>，此刻自尽，无余一杀万千的越国子民啊！大王自尽生死，我恨意难消。比屠杀越军。葫芦百姓。众将士点亮。</w:t>
      </w:r>
    </w:p>
    <w:p w14:paraId="5461E530" w14:textId="77777777" w:rsidR="00E87C95" w:rsidRDefault="00000000">
      <w:pPr>
        <w:spacing w:after="0" w:line="579" w:lineRule="exact"/>
        <w:ind w:firstLine="640"/>
        <w:rPr>
          <w:lang w:eastAsia="zh-CN"/>
        </w:rPr>
      </w:pPr>
      <w:r>
        <w:rPr>
          <w:rFonts w:ascii="仿宋" w:eastAsia="仿宋" w:hAnsi="仿宋"/>
          <w:sz w:val="32"/>
          <w:lang w:eastAsia="zh-CN"/>
        </w:rPr>
        <w:lastRenderedPageBreak/>
        <w:t>故一人下山，会见夫差。为保存越国。忽悠百姓。姑。原向吴王投降。人</w:t>
      </w:r>
      <w:proofErr w:type="gramStart"/>
      <w:r>
        <w:rPr>
          <w:rFonts w:ascii="仿宋" w:eastAsia="仿宋" w:hAnsi="仿宋"/>
          <w:sz w:val="32"/>
          <w:lang w:eastAsia="zh-CN"/>
        </w:rPr>
        <w:t>若行</w:t>
      </w:r>
      <w:proofErr w:type="gramEnd"/>
      <w:r>
        <w:rPr>
          <w:rFonts w:ascii="仿宋" w:eastAsia="仿宋" w:hAnsi="仿宋"/>
          <w:sz w:val="32"/>
          <w:lang w:eastAsia="zh-CN"/>
        </w:rPr>
        <w:t>高。为奴为</w:t>
      </w:r>
      <w:proofErr w:type="gramStart"/>
      <w:r>
        <w:rPr>
          <w:rFonts w:ascii="仿宋" w:eastAsia="仿宋" w:hAnsi="仿宋"/>
          <w:sz w:val="32"/>
          <w:lang w:eastAsia="zh-CN"/>
        </w:rPr>
        <w:t>仆</w:t>
      </w:r>
      <w:proofErr w:type="gramEnd"/>
      <w:r>
        <w:rPr>
          <w:rFonts w:ascii="仿宋" w:eastAsia="仿宋" w:hAnsi="仿宋"/>
          <w:sz w:val="32"/>
          <w:lang w:eastAsia="zh-CN"/>
        </w:rPr>
        <w:t>。一棵深受千刀万刮之酷刑。若无过言而无信，尔等人人都要死战未果。为越国绝地求生，此战为国绝地求生，此战为国绝地求生。此战未果，</w:t>
      </w:r>
    </w:p>
    <w:p w14:paraId="4AA23AED" w14:textId="77777777" w:rsidR="00E87C95" w:rsidRDefault="00000000">
      <w:pPr>
        <w:spacing w:after="0" w:line="579" w:lineRule="exact"/>
        <w:ind w:firstLine="640"/>
        <w:rPr>
          <w:lang w:eastAsia="zh-CN"/>
        </w:rPr>
      </w:pPr>
      <w:r>
        <w:rPr>
          <w:rFonts w:ascii="仿宋" w:eastAsia="仿宋" w:hAnsi="仿宋"/>
          <w:sz w:val="32"/>
          <w:lang w:eastAsia="zh-CN"/>
        </w:rPr>
        <w:t>绝地求生。范蠡大夫，文种大夫。臣</w:t>
      </w:r>
      <w:proofErr w:type="gramStart"/>
      <w:r>
        <w:rPr>
          <w:rFonts w:ascii="仿宋" w:eastAsia="仿宋" w:hAnsi="仿宋"/>
          <w:sz w:val="32"/>
          <w:lang w:eastAsia="zh-CN"/>
        </w:rPr>
        <w:t>臣</w:t>
      </w:r>
      <w:proofErr w:type="gramEnd"/>
      <w:r>
        <w:rPr>
          <w:rFonts w:ascii="仿宋" w:eastAsia="仿宋" w:hAnsi="仿宋"/>
          <w:sz w:val="32"/>
          <w:lang w:eastAsia="zh-CN"/>
        </w:rPr>
        <w:t>在。哈哈</w:t>
      </w:r>
      <w:proofErr w:type="gramStart"/>
      <w:r>
        <w:rPr>
          <w:rFonts w:ascii="仿宋" w:eastAsia="仿宋" w:hAnsi="仿宋"/>
          <w:sz w:val="32"/>
          <w:lang w:eastAsia="zh-CN"/>
        </w:rPr>
        <w:t>哈</w:t>
      </w:r>
      <w:proofErr w:type="gramEnd"/>
      <w:r>
        <w:rPr>
          <w:rFonts w:ascii="仿宋" w:eastAsia="仿宋" w:hAnsi="仿宋"/>
          <w:sz w:val="32"/>
          <w:lang w:eastAsia="zh-CN"/>
        </w:rPr>
        <w:t>。越国。拜托你们了。大王，大王。越国罪臣勾践拜见吴王。对城勾践。冒犯大王威严，对该万子献勾践，向大王请降。愿成为大王的奴仆。</w:t>
      </w:r>
    </w:p>
    <w:p w14:paraId="4CBB83CB" w14:textId="77777777" w:rsidR="00E87C95" w:rsidRDefault="00000000">
      <w:pPr>
        <w:spacing w:after="0" w:line="579" w:lineRule="exact"/>
        <w:ind w:firstLine="640"/>
        <w:rPr>
          <w:lang w:eastAsia="zh-CN"/>
        </w:rPr>
      </w:pPr>
      <w:r>
        <w:rPr>
          <w:rFonts w:ascii="仿宋" w:eastAsia="仿宋" w:hAnsi="仿宋"/>
          <w:sz w:val="32"/>
          <w:lang w:eastAsia="zh-CN"/>
        </w:rPr>
        <w:t>若大王觉得勾践罪无可恕，可将勾践千刀万</w:t>
      </w:r>
      <w:proofErr w:type="gramStart"/>
      <w:r>
        <w:rPr>
          <w:rFonts w:ascii="仿宋" w:eastAsia="仿宋" w:hAnsi="仿宋"/>
          <w:sz w:val="32"/>
          <w:lang w:eastAsia="zh-CN"/>
        </w:rPr>
        <w:t>寡</w:t>
      </w:r>
      <w:proofErr w:type="gramEnd"/>
      <w:r>
        <w:rPr>
          <w:rFonts w:ascii="仿宋" w:eastAsia="仿宋" w:hAnsi="仿宋"/>
          <w:sz w:val="32"/>
          <w:lang w:eastAsia="zh-CN"/>
        </w:rPr>
        <w:t>。越国子民。已是大王子民。请大王。饶恕他们。越王。哦婆。王者自愿为奴。春秋战国勾践之外，绝无仅有。从后世记载来看。吴王夫差留下勾践，其实也注定了他的灭亡，注定他灭亡的不是留下了勾践。</w:t>
      </w:r>
    </w:p>
    <w:p w14:paraId="50BBD996" w14:textId="77777777" w:rsidR="00E87C95" w:rsidRDefault="00000000">
      <w:pPr>
        <w:spacing w:after="0" w:line="579" w:lineRule="exact"/>
        <w:ind w:firstLine="640"/>
        <w:rPr>
          <w:lang w:eastAsia="zh-CN"/>
        </w:rPr>
      </w:pPr>
      <w:r>
        <w:rPr>
          <w:rFonts w:ascii="仿宋" w:eastAsia="仿宋" w:hAnsi="仿宋"/>
          <w:sz w:val="32"/>
          <w:lang w:eastAsia="zh-CN"/>
        </w:rPr>
        <w:t>而是放走了勾践，使其绝处逢生。</w:t>
      </w:r>
      <w:proofErr w:type="gramStart"/>
      <w:r>
        <w:rPr>
          <w:rFonts w:ascii="仿宋" w:eastAsia="仿宋" w:hAnsi="仿宋"/>
          <w:sz w:val="32"/>
          <w:lang w:eastAsia="zh-CN"/>
        </w:rPr>
        <w:t>而大岳之</w:t>
      </w:r>
      <w:proofErr w:type="gramEnd"/>
      <w:r>
        <w:rPr>
          <w:rFonts w:ascii="仿宋" w:eastAsia="仿宋" w:hAnsi="仿宋"/>
          <w:sz w:val="32"/>
          <w:lang w:eastAsia="zh-CN"/>
        </w:rPr>
        <w:t>地，绝处逢生之事，又何止勾践一桩啊！大雨来了，大雨来了，大雨来了，大雨来了，大雨来了。拜见大禹。拜见大鱼。快快请起。大家都起来吧。听说大禹要来扬州会盟，</w:t>
      </w:r>
    </w:p>
    <w:p w14:paraId="51973D56" w14:textId="77777777" w:rsidR="00E87C95" w:rsidRDefault="00000000">
      <w:pPr>
        <w:spacing w:after="0" w:line="579" w:lineRule="exact"/>
        <w:ind w:firstLine="640"/>
        <w:rPr>
          <w:lang w:eastAsia="zh-CN"/>
        </w:rPr>
      </w:pPr>
      <w:r>
        <w:rPr>
          <w:rFonts w:ascii="仿宋" w:eastAsia="仿宋" w:hAnsi="仿宋"/>
          <w:sz w:val="32"/>
          <w:lang w:eastAsia="zh-CN"/>
        </w:rPr>
        <w:t>诸侯共商大计，不想您到了这样快。扬州是九州东南边境。我一直惦念着扬州的安宁。我知道。当年扬州受洪水之灾很重，洪水褪去，留下遍地土泥。扬州是第九张土地最不宜耕种，缺少粮食，但来的这一路上。我看见扬州水土潮湿，温热，植被丰茂，树木高达。</w:t>
      </w:r>
    </w:p>
    <w:p w14:paraId="3218F106" w14:textId="77777777" w:rsidR="00E87C95" w:rsidRDefault="00000000">
      <w:pPr>
        <w:spacing w:after="0" w:line="579" w:lineRule="exact"/>
        <w:ind w:firstLine="640"/>
        <w:rPr>
          <w:lang w:eastAsia="zh-CN"/>
        </w:rPr>
      </w:pPr>
      <w:r>
        <w:rPr>
          <w:rFonts w:ascii="仿宋" w:eastAsia="仿宋" w:hAnsi="仿宋"/>
          <w:sz w:val="32"/>
          <w:lang w:eastAsia="zh-CN"/>
        </w:rPr>
        <w:lastRenderedPageBreak/>
        <w:t>立于中道。所以我要带领大家改进正道的方法。让扬州的土地再次产出丰盛的粮食。好啊好，跟着大鱼，我们一起学习。你要让这块绝地长出粮食来说的对。咱们要绝地求粮。哦，这样你带领大家培育秧苗。道总，我带来了。我会和大家一起齐心协力。共度难关。绝地求粮。</w:t>
      </w:r>
    </w:p>
    <w:p w14:paraId="01E3326C" w14:textId="77777777" w:rsidR="00E87C95" w:rsidRDefault="00000000">
      <w:pPr>
        <w:spacing w:after="0" w:line="579" w:lineRule="exact"/>
        <w:ind w:firstLine="640"/>
        <w:rPr>
          <w:lang w:eastAsia="zh-CN"/>
        </w:rPr>
      </w:pPr>
      <w:r>
        <w:rPr>
          <w:rFonts w:ascii="仿宋" w:eastAsia="仿宋" w:hAnsi="仿宋"/>
          <w:sz w:val="32"/>
          <w:lang w:eastAsia="zh-CN"/>
        </w:rPr>
        <w:t>齐心协力。共渡难关。绝地。</w:t>
      </w:r>
      <w:proofErr w:type="gramStart"/>
      <w:r>
        <w:rPr>
          <w:rFonts w:ascii="仿宋" w:eastAsia="仿宋" w:hAnsi="仿宋"/>
          <w:sz w:val="32"/>
          <w:lang w:eastAsia="zh-CN"/>
        </w:rPr>
        <w:t>求良齐心协力</w:t>
      </w:r>
      <w:proofErr w:type="gramEnd"/>
      <w:r>
        <w:rPr>
          <w:rFonts w:ascii="仿宋" w:eastAsia="仿宋" w:hAnsi="仿宋"/>
          <w:sz w:val="32"/>
          <w:lang w:eastAsia="zh-CN"/>
        </w:rPr>
        <w:t>，共渡难关，</w:t>
      </w:r>
      <w:proofErr w:type="gramStart"/>
      <w:r>
        <w:rPr>
          <w:rFonts w:ascii="仿宋" w:eastAsia="仿宋" w:hAnsi="仿宋"/>
          <w:sz w:val="32"/>
          <w:lang w:eastAsia="zh-CN"/>
        </w:rPr>
        <w:t>决定求良齐心协力</w:t>
      </w:r>
      <w:proofErr w:type="gramEnd"/>
      <w:r>
        <w:rPr>
          <w:rFonts w:ascii="仿宋" w:eastAsia="仿宋" w:hAnsi="仿宋"/>
          <w:sz w:val="32"/>
          <w:lang w:eastAsia="zh-CN"/>
        </w:rPr>
        <w:t>。共度难关，绝地求粮。整个中华大地数千年来，那是一次又一次的绝地求生，才使得生命得以存续。文明得以传承。《越绝书》以一个绝字。讲述着绝，也讲述着不绝。</w:t>
      </w:r>
    </w:p>
    <w:p w14:paraId="04121867" w14:textId="77777777" w:rsidR="00E87C95" w:rsidRDefault="00000000">
      <w:pPr>
        <w:spacing w:after="0" w:line="579" w:lineRule="exact"/>
        <w:ind w:firstLine="640"/>
        <w:rPr>
          <w:lang w:eastAsia="zh-CN"/>
        </w:rPr>
      </w:pPr>
      <w:r>
        <w:rPr>
          <w:rFonts w:ascii="仿宋" w:eastAsia="仿宋" w:hAnsi="仿宋"/>
          <w:sz w:val="32"/>
          <w:lang w:eastAsia="zh-CN"/>
        </w:rPr>
        <w:t>相传大禹病逝后就葬在会</w:t>
      </w:r>
      <w:proofErr w:type="gramStart"/>
      <w:r>
        <w:rPr>
          <w:rFonts w:ascii="仿宋" w:eastAsia="仿宋" w:hAnsi="仿宋"/>
          <w:sz w:val="32"/>
          <w:lang w:eastAsia="zh-CN"/>
        </w:rPr>
        <w:t>稽</w:t>
      </w:r>
      <w:proofErr w:type="gramEnd"/>
      <w:r>
        <w:rPr>
          <w:rFonts w:ascii="仿宋" w:eastAsia="仿宋" w:hAnsi="仿宋"/>
          <w:sz w:val="32"/>
          <w:lang w:eastAsia="zh-CN"/>
        </w:rPr>
        <w:t>山。《史记》《越绝书》中均有记载。大禹后人夏。</w:t>
      </w:r>
      <w:proofErr w:type="gramStart"/>
      <w:r>
        <w:rPr>
          <w:rFonts w:ascii="仿宋" w:eastAsia="仿宋" w:hAnsi="仿宋"/>
          <w:sz w:val="32"/>
          <w:lang w:eastAsia="zh-CN"/>
        </w:rPr>
        <w:t>少康帝庶子</w:t>
      </w:r>
      <w:proofErr w:type="gramEnd"/>
      <w:r>
        <w:rPr>
          <w:rFonts w:ascii="仿宋" w:eastAsia="仿宋" w:hAnsi="仿宋"/>
          <w:sz w:val="32"/>
          <w:lang w:eastAsia="zh-CN"/>
        </w:rPr>
        <w:t>无余分封在此。祭祀大禹成为越国的开国之君，从此会</w:t>
      </w:r>
      <w:proofErr w:type="gramStart"/>
      <w:r>
        <w:rPr>
          <w:rFonts w:ascii="仿宋" w:eastAsia="仿宋" w:hAnsi="仿宋"/>
          <w:sz w:val="32"/>
          <w:lang w:eastAsia="zh-CN"/>
        </w:rPr>
        <w:t>稽</w:t>
      </w:r>
      <w:proofErr w:type="gramEnd"/>
      <w:r>
        <w:rPr>
          <w:rFonts w:ascii="仿宋" w:eastAsia="仿宋" w:hAnsi="仿宋"/>
          <w:sz w:val="32"/>
          <w:lang w:eastAsia="zh-CN"/>
        </w:rPr>
        <w:t>山。被越国后人奉为神山，祭祀不绝。后世子孙勾践，不孝为奴，三年不得击败宗庙。先祖在上少我等一半。勾践今日。要当着先祖之灵。和越国子民的面。</w:t>
      </w:r>
    </w:p>
    <w:p w14:paraId="453EDF9E" w14:textId="77777777" w:rsidR="00E87C95" w:rsidRDefault="00000000">
      <w:pPr>
        <w:spacing w:after="0" w:line="579" w:lineRule="exact"/>
        <w:ind w:firstLine="640"/>
        <w:rPr>
          <w:lang w:eastAsia="zh-CN"/>
        </w:rPr>
      </w:pPr>
      <w:r>
        <w:rPr>
          <w:rFonts w:ascii="仿宋" w:eastAsia="仿宋" w:hAnsi="仿宋"/>
          <w:sz w:val="32"/>
          <w:lang w:eastAsia="zh-CN"/>
        </w:rPr>
        <w:t>宣告自己的罪行，我不听犯李大夫。文种大夫等人的劝诫贸然进攻吴国，致使越国险些灭国。将百姓和宗庙置于毁灭边缘，辱没先祖，此其罪</w:t>
      </w:r>
      <w:proofErr w:type="gramStart"/>
      <w:r>
        <w:rPr>
          <w:rFonts w:ascii="仿宋" w:eastAsia="仿宋" w:hAnsi="仿宋"/>
          <w:sz w:val="32"/>
          <w:lang w:eastAsia="zh-CN"/>
        </w:rPr>
        <w:t>一</w:t>
      </w:r>
      <w:proofErr w:type="gramEnd"/>
      <w:r>
        <w:rPr>
          <w:rFonts w:ascii="仿宋" w:eastAsia="仿宋" w:hAnsi="仿宋"/>
          <w:sz w:val="32"/>
          <w:lang w:eastAsia="zh-CN"/>
        </w:rPr>
        <w:t>。在吴国为奴三年，使越国百姓无主护佑，备受欺凌，勾践受辱是小，越国受辱是大。此其罪二。为存续越国。</w:t>
      </w:r>
    </w:p>
    <w:p w14:paraId="181583B6" w14:textId="77777777" w:rsidR="00E87C95" w:rsidRDefault="00000000">
      <w:pPr>
        <w:spacing w:after="0" w:line="579" w:lineRule="exact"/>
        <w:ind w:firstLine="640"/>
        <w:rPr>
          <w:lang w:eastAsia="zh-CN"/>
        </w:rPr>
      </w:pPr>
      <w:proofErr w:type="gramStart"/>
      <w:r>
        <w:rPr>
          <w:rFonts w:ascii="仿宋" w:eastAsia="仿宋" w:hAnsi="仿宋"/>
          <w:sz w:val="32"/>
          <w:lang w:eastAsia="zh-CN"/>
        </w:rPr>
        <w:lastRenderedPageBreak/>
        <w:t>务</w:t>
      </w:r>
      <w:proofErr w:type="gramEnd"/>
      <w:r>
        <w:rPr>
          <w:rFonts w:ascii="仿宋" w:eastAsia="仿宋" w:hAnsi="仿宋"/>
          <w:sz w:val="32"/>
          <w:lang w:eastAsia="zh-CN"/>
        </w:rPr>
        <w:t>民安宁。不得已。向吴国纳贡所纳财物，皆是我越国百姓辛苦所得。致使百姓困苦，此其罪三。勾践。向大家谢罪了。大王敢于罪己越国，上下同心协力，绝地求生，必将再度富强，请大王率领我们当着先祖大禹的面。立下誓言，我们越国一定会绝地求生，</w:t>
      </w:r>
    </w:p>
    <w:p w14:paraId="0C6AA713" w14:textId="77777777" w:rsidR="00E87C95" w:rsidRDefault="00000000">
      <w:pPr>
        <w:spacing w:after="0" w:line="579" w:lineRule="exact"/>
        <w:ind w:firstLine="640"/>
        <w:rPr>
          <w:lang w:eastAsia="zh-CN"/>
        </w:rPr>
      </w:pPr>
      <w:r>
        <w:rPr>
          <w:rFonts w:ascii="仿宋" w:eastAsia="仿宋" w:hAnsi="仿宋"/>
          <w:sz w:val="32"/>
          <w:lang w:eastAsia="zh-CN"/>
        </w:rPr>
        <w:t>再度复强。请大王率领我们立誓。好。我们面对大雨。立下誓言。先祖大禹在上，请庇佑后世子孙，见证我们的誓言。越国上下，必当同心协力。绝地求生，再度富强。绝地求生，再度富强。在刚才的这段戏剧当中，</w:t>
      </w:r>
    </w:p>
    <w:p w14:paraId="72984217" w14:textId="77777777" w:rsidR="00E87C95" w:rsidRDefault="00000000">
      <w:pPr>
        <w:spacing w:after="0" w:line="579" w:lineRule="exact"/>
        <w:ind w:firstLine="640"/>
        <w:rPr>
          <w:lang w:eastAsia="zh-CN"/>
        </w:rPr>
      </w:pPr>
      <w:r>
        <w:rPr>
          <w:rFonts w:ascii="仿宋" w:eastAsia="仿宋" w:hAnsi="仿宋"/>
          <w:sz w:val="32"/>
          <w:lang w:eastAsia="zh-CN"/>
        </w:rPr>
        <w:t>勾践忍辱三年终</w:t>
      </w:r>
      <w:proofErr w:type="gramStart"/>
      <w:r>
        <w:rPr>
          <w:rFonts w:ascii="仿宋" w:eastAsia="仿宋" w:hAnsi="仿宋"/>
          <w:sz w:val="32"/>
          <w:lang w:eastAsia="zh-CN"/>
        </w:rPr>
        <w:t>于回到</w:t>
      </w:r>
      <w:proofErr w:type="gramEnd"/>
      <w:r>
        <w:rPr>
          <w:rFonts w:ascii="仿宋" w:eastAsia="仿宋" w:hAnsi="仿宋"/>
          <w:sz w:val="32"/>
          <w:lang w:eastAsia="zh-CN"/>
        </w:rPr>
        <w:t>了越地重归会稽勾践和当地百姓一起高喊着。绝地求生这个场面真是太让人振奋，让人感动了，确实啊，我觉得会</w:t>
      </w:r>
      <w:proofErr w:type="gramStart"/>
      <w:r>
        <w:rPr>
          <w:rFonts w:ascii="仿宋" w:eastAsia="仿宋" w:hAnsi="仿宋"/>
          <w:sz w:val="32"/>
          <w:lang w:eastAsia="zh-CN"/>
        </w:rPr>
        <w:t>稽</w:t>
      </w:r>
      <w:proofErr w:type="gramEnd"/>
      <w:r>
        <w:rPr>
          <w:rFonts w:ascii="仿宋" w:eastAsia="仿宋" w:hAnsi="仿宋"/>
          <w:sz w:val="32"/>
          <w:lang w:eastAsia="zh-CN"/>
        </w:rPr>
        <w:t>山啊，也是一个非常有象征意义的山，因为当年它是大禹会盟，也是大禹归藏的地方。他见证了大禹治水那种绝地求生的精神，然后就是</w:t>
      </w:r>
      <w:proofErr w:type="gramStart"/>
      <w:r>
        <w:rPr>
          <w:rFonts w:ascii="仿宋" w:eastAsia="仿宋" w:hAnsi="仿宋"/>
          <w:sz w:val="32"/>
          <w:lang w:eastAsia="zh-CN"/>
        </w:rPr>
        <w:t>勾践勾践</w:t>
      </w:r>
      <w:proofErr w:type="gramEnd"/>
      <w:r>
        <w:rPr>
          <w:rFonts w:ascii="仿宋" w:eastAsia="仿宋" w:hAnsi="仿宋"/>
          <w:sz w:val="32"/>
          <w:lang w:eastAsia="zh-CN"/>
        </w:rPr>
        <w:t>在这儿啊，跟百姓也在讲绝地求生仍然是这样的一种精神呐。知耻而后勇，</w:t>
      </w:r>
      <w:proofErr w:type="gramStart"/>
      <w:r>
        <w:rPr>
          <w:rFonts w:ascii="仿宋" w:eastAsia="仿宋" w:hAnsi="仿宋"/>
          <w:sz w:val="32"/>
          <w:lang w:eastAsia="zh-CN"/>
        </w:rPr>
        <w:t>知弱而</w:t>
      </w:r>
      <w:proofErr w:type="gramEnd"/>
      <w:r>
        <w:rPr>
          <w:rFonts w:ascii="仿宋" w:eastAsia="仿宋" w:hAnsi="仿宋"/>
          <w:sz w:val="32"/>
          <w:lang w:eastAsia="zh-CN"/>
        </w:rPr>
        <w:t>图强。苦心人天，不负卧薪尝胆。</w:t>
      </w:r>
    </w:p>
    <w:p w14:paraId="562C636A" w14:textId="77777777" w:rsidR="00E87C95" w:rsidRDefault="00000000">
      <w:pPr>
        <w:spacing w:after="0" w:line="579" w:lineRule="exact"/>
        <w:ind w:firstLine="640"/>
        <w:rPr>
          <w:lang w:eastAsia="zh-CN"/>
        </w:rPr>
      </w:pPr>
      <w:r>
        <w:rPr>
          <w:rFonts w:ascii="仿宋" w:eastAsia="仿宋" w:hAnsi="仿宋"/>
          <w:sz w:val="32"/>
          <w:lang w:eastAsia="zh-CN"/>
        </w:rPr>
        <w:t>三千越甲，可吞吴啊。当时的越国是国弱。民穷物质匮乏，</w:t>
      </w:r>
      <w:proofErr w:type="gramStart"/>
      <w:r>
        <w:rPr>
          <w:rFonts w:ascii="仿宋" w:eastAsia="仿宋" w:hAnsi="仿宋"/>
          <w:sz w:val="32"/>
          <w:lang w:eastAsia="zh-CN"/>
        </w:rPr>
        <w:t>面对强武构建</w:t>
      </w:r>
      <w:proofErr w:type="gramEnd"/>
      <w:r>
        <w:rPr>
          <w:rFonts w:ascii="仿宋" w:eastAsia="仿宋" w:hAnsi="仿宋"/>
          <w:sz w:val="32"/>
          <w:lang w:eastAsia="zh-CN"/>
        </w:rPr>
        <w:t>的要想富国</w:t>
      </w:r>
      <w:proofErr w:type="gramStart"/>
      <w:r>
        <w:rPr>
          <w:rFonts w:ascii="仿宋" w:eastAsia="仿宋" w:hAnsi="仿宋"/>
          <w:sz w:val="32"/>
          <w:lang w:eastAsia="zh-CN"/>
        </w:rPr>
        <w:t>血耻啊</w:t>
      </w:r>
      <w:proofErr w:type="gramEnd"/>
      <w:r>
        <w:rPr>
          <w:rFonts w:ascii="仿宋" w:eastAsia="仿宋" w:hAnsi="仿宋"/>
          <w:sz w:val="32"/>
          <w:lang w:eastAsia="zh-CN"/>
        </w:rPr>
        <w:t>，谈何容易？越剧书就记载啊，勾践很担心谋不成而息，恐为天下就勾践啊，害怕自己啊，没有复</w:t>
      </w:r>
      <w:proofErr w:type="gramStart"/>
      <w:r>
        <w:rPr>
          <w:rFonts w:ascii="仿宋" w:eastAsia="仿宋" w:hAnsi="仿宋"/>
          <w:sz w:val="32"/>
          <w:lang w:eastAsia="zh-CN"/>
        </w:rPr>
        <w:t>过些次的</w:t>
      </w:r>
      <w:proofErr w:type="gramEnd"/>
      <w:r>
        <w:rPr>
          <w:rFonts w:ascii="仿宋" w:eastAsia="仿宋" w:hAnsi="仿宋"/>
          <w:sz w:val="32"/>
          <w:lang w:eastAsia="zh-CN"/>
        </w:rPr>
        <w:t>能力。反而会连累百姓受苦。后来啊，构建采用了文种妓女范蠡，他们提出的计策对内贵国。</w:t>
      </w:r>
    </w:p>
    <w:p w14:paraId="7FEECB78" w14:textId="77777777" w:rsidR="00E87C95" w:rsidRDefault="00000000">
      <w:pPr>
        <w:spacing w:after="0" w:line="579" w:lineRule="exact"/>
        <w:ind w:firstLine="640"/>
        <w:rPr>
          <w:lang w:eastAsia="zh-CN"/>
        </w:rPr>
      </w:pPr>
      <w:r>
        <w:rPr>
          <w:rFonts w:ascii="仿宋" w:eastAsia="仿宋" w:hAnsi="仿宋"/>
          <w:sz w:val="32"/>
          <w:lang w:eastAsia="zh-CN"/>
        </w:rPr>
        <w:lastRenderedPageBreak/>
        <w:t>富民任用，贤能对外呢。采用各种计策，让</w:t>
      </w:r>
      <w:proofErr w:type="gramStart"/>
      <w:r>
        <w:rPr>
          <w:rFonts w:ascii="仿宋" w:eastAsia="仿宋" w:hAnsi="仿宋"/>
          <w:sz w:val="32"/>
          <w:lang w:eastAsia="zh-CN"/>
        </w:rPr>
        <w:t>福彩放松</w:t>
      </w:r>
      <w:proofErr w:type="gramEnd"/>
      <w:r>
        <w:rPr>
          <w:rFonts w:ascii="仿宋" w:eastAsia="仿宋" w:hAnsi="仿宋"/>
          <w:sz w:val="32"/>
          <w:lang w:eastAsia="zh-CN"/>
        </w:rPr>
        <w:t>，对越国的警惕韬光养晦，最终啊，扭转了乾坤。春秋时期，礼崩乐坏，各都侯国之间战事不断。再者，吴王夫差亲小人而远贤臣。争霸之心呀，日益增长，所以勾践卧薪尝胆，</w:t>
      </w:r>
    </w:p>
    <w:p w14:paraId="0700C55D" w14:textId="77777777" w:rsidR="00E87C95" w:rsidRDefault="00000000">
      <w:pPr>
        <w:spacing w:after="0" w:line="579" w:lineRule="exact"/>
        <w:ind w:firstLine="640"/>
        <w:rPr>
          <w:lang w:eastAsia="zh-CN"/>
        </w:rPr>
      </w:pPr>
      <w:r>
        <w:rPr>
          <w:rFonts w:ascii="仿宋" w:eastAsia="仿宋" w:hAnsi="仿宋"/>
          <w:sz w:val="32"/>
          <w:lang w:eastAsia="zh-CN"/>
        </w:rPr>
        <w:t>等待时机义举灭</w:t>
      </w:r>
      <w:proofErr w:type="gramStart"/>
      <w:r>
        <w:rPr>
          <w:rFonts w:ascii="仿宋" w:eastAsia="仿宋" w:hAnsi="仿宋"/>
          <w:sz w:val="32"/>
          <w:lang w:eastAsia="zh-CN"/>
        </w:rPr>
        <w:t>吴所谓</w:t>
      </w:r>
      <w:proofErr w:type="gramEnd"/>
      <w:r>
        <w:rPr>
          <w:rFonts w:ascii="仿宋" w:eastAsia="仿宋" w:hAnsi="仿宋"/>
          <w:sz w:val="32"/>
          <w:lang w:eastAsia="zh-CN"/>
        </w:rPr>
        <w:t>有道者进，无道者退勾践。尊其道而行其事啊，这才是越国啊，绝地反击的，真正的根本原因没错。从大禹到勾践，其实《越绝书》的绝字，真是把越地上的英雄们的故事讲的动人心弦。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观看典籍里的中国完整视频专享幕后精彩内容。刚才这段戏剧，我们看到勾践忍辱负重，回到越国，在会</w:t>
      </w:r>
      <w:proofErr w:type="gramStart"/>
      <w:r>
        <w:rPr>
          <w:rFonts w:ascii="仿宋" w:eastAsia="仿宋" w:hAnsi="仿宋"/>
          <w:sz w:val="32"/>
          <w:lang w:eastAsia="zh-CN"/>
        </w:rPr>
        <w:t>稽</w:t>
      </w:r>
      <w:proofErr w:type="gramEnd"/>
      <w:r>
        <w:rPr>
          <w:rFonts w:ascii="仿宋" w:eastAsia="仿宋" w:hAnsi="仿宋"/>
          <w:sz w:val="32"/>
          <w:lang w:eastAsia="zh-CN"/>
        </w:rPr>
        <w:t>山向自己的先祖大禹郑重宣誓。</w:t>
      </w:r>
    </w:p>
    <w:p w14:paraId="43A0438C" w14:textId="77777777" w:rsidR="00E87C95" w:rsidRDefault="00000000">
      <w:pPr>
        <w:spacing w:after="0" w:line="579" w:lineRule="exact"/>
        <w:ind w:firstLine="640"/>
        <w:rPr>
          <w:lang w:eastAsia="zh-CN"/>
        </w:rPr>
      </w:pPr>
      <w:r>
        <w:rPr>
          <w:rFonts w:ascii="仿宋" w:eastAsia="仿宋" w:hAnsi="仿宋"/>
          <w:sz w:val="32"/>
          <w:lang w:eastAsia="zh-CN"/>
        </w:rPr>
        <w:t>那么接下来他又该如何绝地反击呢？我们继续往下看戏剧。天地之道。万物之际，莫失其本。为人之本有什么比绝地求生的信念？更坚定。构建信念坚定。卧薪尝胆苦其心，磨其志。令人敬佩。勾践回国后，夫差并未放下这个心头，大患派人处处。监视他的举动。</w:t>
      </w:r>
    </w:p>
    <w:p w14:paraId="764C25A0" w14:textId="77777777" w:rsidR="00E87C95" w:rsidRDefault="00000000">
      <w:pPr>
        <w:spacing w:after="0" w:line="579" w:lineRule="exact"/>
        <w:ind w:firstLine="640"/>
        <w:rPr>
          <w:lang w:eastAsia="zh-CN"/>
        </w:rPr>
      </w:pPr>
      <w:r>
        <w:rPr>
          <w:rFonts w:ascii="仿宋" w:eastAsia="仿宋" w:hAnsi="仿宋"/>
          <w:sz w:val="32"/>
          <w:lang w:eastAsia="zh-CN"/>
        </w:rPr>
        <w:t>其实。勾践心里明白，终有一日，吴国会再次攻越灭越。所以勾践表面上尊奉夫差，实则努力发展生产。暗自</w:t>
      </w:r>
      <w:proofErr w:type="gramStart"/>
      <w:r>
        <w:rPr>
          <w:rFonts w:ascii="仿宋" w:eastAsia="仿宋" w:hAnsi="仿宋"/>
          <w:sz w:val="32"/>
          <w:lang w:eastAsia="zh-CN"/>
        </w:rPr>
        <w:t>厉兵卧马</w:t>
      </w:r>
      <w:proofErr w:type="gramEnd"/>
      <w:r>
        <w:rPr>
          <w:rFonts w:ascii="仿宋" w:eastAsia="仿宋" w:hAnsi="仿宋"/>
          <w:sz w:val="32"/>
          <w:lang w:eastAsia="zh-CN"/>
        </w:rPr>
        <w:t>，对于勾践而言，吴王夫差就像悬在他头上的一把剑。它必须静待时机。绝地反击不错。学者。</w:t>
      </w:r>
      <w:proofErr w:type="gramStart"/>
      <w:r>
        <w:rPr>
          <w:rFonts w:ascii="仿宋" w:eastAsia="仿宋" w:hAnsi="仿宋"/>
          <w:sz w:val="32"/>
          <w:lang w:eastAsia="zh-CN"/>
        </w:rPr>
        <w:t>爵</w:t>
      </w:r>
      <w:proofErr w:type="gramEnd"/>
      <w:r>
        <w:rPr>
          <w:rFonts w:ascii="仿宋" w:eastAsia="仿宋" w:hAnsi="仿宋"/>
          <w:sz w:val="32"/>
          <w:lang w:eastAsia="zh-CN"/>
        </w:rPr>
        <w:t>也为勾践使也。十。又何尝不是，</w:t>
      </w:r>
    </w:p>
    <w:p w14:paraId="624C6E2C" w14:textId="77777777" w:rsidR="00E87C95" w:rsidRDefault="00000000">
      <w:pPr>
        <w:spacing w:after="0" w:line="579" w:lineRule="exact"/>
        <w:ind w:firstLine="640"/>
        <w:rPr>
          <w:lang w:eastAsia="zh-CN"/>
        </w:rPr>
      </w:pPr>
      <w:r>
        <w:rPr>
          <w:rFonts w:ascii="仿宋" w:eastAsia="仿宋" w:hAnsi="仿宋"/>
          <w:sz w:val="32"/>
          <w:lang w:eastAsia="zh-CN"/>
        </w:rPr>
        <w:lastRenderedPageBreak/>
        <w:t>只勾践苦苦等待的时机呀。而子贡的到来，终于让他。等到了一个机会。警告大王孔子媒人端木</w:t>
      </w:r>
      <w:proofErr w:type="gramStart"/>
      <w:r>
        <w:rPr>
          <w:rFonts w:ascii="仿宋" w:eastAsia="仿宋" w:hAnsi="仿宋"/>
          <w:sz w:val="32"/>
          <w:lang w:eastAsia="zh-CN"/>
        </w:rPr>
        <w:t>赐</w:t>
      </w:r>
      <w:proofErr w:type="gramEnd"/>
      <w:r>
        <w:rPr>
          <w:rFonts w:ascii="仿宋" w:eastAsia="仿宋" w:hAnsi="仿宋"/>
          <w:sz w:val="32"/>
          <w:lang w:eastAsia="zh-CN"/>
        </w:rPr>
        <w:t>前来求见子贡先生来了。勾践恭迎子贡先生大王亲自相迎，赐不胜惶恐。子贡先生来我越国，定有所赐教。端木自此行墓地有三。</w:t>
      </w:r>
      <w:proofErr w:type="gramStart"/>
      <w:r>
        <w:rPr>
          <w:rFonts w:ascii="仿宋" w:eastAsia="仿宋" w:hAnsi="仿宋"/>
          <w:sz w:val="32"/>
          <w:lang w:eastAsia="zh-CN"/>
        </w:rPr>
        <w:t>一</w:t>
      </w:r>
      <w:proofErr w:type="gramEnd"/>
      <w:r>
        <w:rPr>
          <w:rFonts w:ascii="仿宋" w:eastAsia="仿宋" w:hAnsi="仿宋"/>
          <w:sz w:val="32"/>
          <w:lang w:eastAsia="zh-CN"/>
        </w:rPr>
        <w:t>拯救鲁国，为天下存一份公礼，其二为越国解除。无国灾祸，</w:t>
      </w:r>
      <w:proofErr w:type="gramStart"/>
      <w:r>
        <w:rPr>
          <w:rFonts w:ascii="仿宋" w:eastAsia="仿宋" w:hAnsi="仿宋"/>
          <w:sz w:val="32"/>
          <w:lang w:eastAsia="zh-CN"/>
        </w:rPr>
        <w:t>其三驻越国</w:t>
      </w:r>
      <w:proofErr w:type="gramEnd"/>
      <w:r>
        <w:rPr>
          <w:rFonts w:ascii="仿宋" w:eastAsia="仿宋" w:hAnsi="仿宋"/>
          <w:sz w:val="32"/>
          <w:lang w:eastAsia="zh-CN"/>
        </w:rPr>
        <w:t>绝地反击灭虎。</w:t>
      </w:r>
    </w:p>
    <w:p w14:paraId="292B825A" w14:textId="77777777" w:rsidR="00E87C95" w:rsidRDefault="00000000">
      <w:pPr>
        <w:spacing w:after="0" w:line="579" w:lineRule="exact"/>
        <w:ind w:firstLine="640"/>
        <w:rPr>
          <w:lang w:eastAsia="zh-CN"/>
        </w:rPr>
      </w:pPr>
      <w:r>
        <w:rPr>
          <w:rFonts w:ascii="仿宋" w:eastAsia="仿宋" w:hAnsi="仿宋"/>
          <w:sz w:val="32"/>
          <w:lang w:eastAsia="zh-CN"/>
        </w:rPr>
        <w:t>请先生赐教。大王听我响起。</w:t>
      </w:r>
      <w:proofErr w:type="gramStart"/>
      <w:r>
        <w:rPr>
          <w:rFonts w:ascii="仿宋" w:eastAsia="仿宋" w:hAnsi="仿宋"/>
          <w:sz w:val="32"/>
          <w:lang w:eastAsia="zh-CN"/>
        </w:rPr>
        <w:t>端木赐奉夫子</w:t>
      </w:r>
      <w:proofErr w:type="gramEnd"/>
      <w:r>
        <w:rPr>
          <w:rFonts w:ascii="仿宋" w:eastAsia="仿宋" w:hAnsi="仿宋"/>
          <w:sz w:val="32"/>
          <w:lang w:eastAsia="zh-CN"/>
        </w:rPr>
        <w:t>之命，面见国君，以解鲁国之难。谢孔夫子。子贡先生高义。齐国大夫田常，想要叛乱，但却害怕高氏，国氏等人的势力。所以想转移他们的军队来攻我鲁国呀。齐国大军已成兵边境。我鲁国威仪呀。子贡先生，</w:t>
      </w:r>
    </w:p>
    <w:p w14:paraId="05346D8C" w14:textId="77777777" w:rsidR="00E87C95" w:rsidRDefault="00000000">
      <w:pPr>
        <w:spacing w:after="0" w:line="579" w:lineRule="exact"/>
        <w:ind w:firstLine="640"/>
        <w:rPr>
          <w:lang w:eastAsia="zh-CN"/>
        </w:rPr>
      </w:pPr>
      <w:r>
        <w:rPr>
          <w:rFonts w:ascii="仿宋" w:eastAsia="仿宋" w:hAnsi="仿宋"/>
          <w:sz w:val="32"/>
          <w:lang w:eastAsia="zh-CN"/>
        </w:rPr>
        <w:t>只有您一人来拯救我。鲁国解鲁国危难，</w:t>
      </w:r>
      <w:proofErr w:type="gramStart"/>
      <w:r>
        <w:rPr>
          <w:rFonts w:ascii="仿宋" w:eastAsia="仿宋" w:hAnsi="仿宋"/>
          <w:sz w:val="32"/>
          <w:lang w:eastAsia="zh-CN"/>
        </w:rPr>
        <w:t>端木赐一人</w:t>
      </w:r>
      <w:proofErr w:type="gramEnd"/>
      <w:r>
        <w:rPr>
          <w:rFonts w:ascii="仿宋" w:eastAsia="仿宋" w:hAnsi="仿宋"/>
          <w:sz w:val="32"/>
          <w:lang w:eastAsia="zh-CN"/>
        </w:rPr>
        <w:t>足矣。和鲁国危在旦夕，先生为何说笑啊？鲁国乃夫子父母之邦，事关鲁国设计百姓命运，端木</w:t>
      </w:r>
      <w:proofErr w:type="gramStart"/>
      <w:r>
        <w:rPr>
          <w:rFonts w:ascii="仿宋" w:eastAsia="仿宋" w:hAnsi="仿宋"/>
          <w:sz w:val="32"/>
          <w:lang w:eastAsia="zh-CN"/>
        </w:rPr>
        <w:t>赐</w:t>
      </w:r>
      <w:proofErr w:type="gramEnd"/>
      <w:r>
        <w:rPr>
          <w:rFonts w:ascii="仿宋" w:eastAsia="仿宋" w:hAnsi="仿宋"/>
          <w:sz w:val="32"/>
          <w:lang w:eastAsia="zh-CN"/>
        </w:rPr>
        <w:t>岂敢而戏？我愿出使齐国解鲁国之威。田长大夫。齐国若攻下鲁国。您就有过失了。攻克鲁国。是我齐国称霸大爷。怎会是祸事啊？</w:t>
      </w:r>
    </w:p>
    <w:p w14:paraId="475B45D6" w14:textId="77777777" w:rsidR="00E87C95" w:rsidRDefault="00000000">
      <w:pPr>
        <w:spacing w:after="0" w:line="579" w:lineRule="exact"/>
        <w:ind w:firstLine="640"/>
        <w:rPr>
          <w:lang w:eastAsia="zh-CN"/>
        </w:rPr>
      </w:pPr>
      <w:r>
        <w:rPr>
          <w:rFonts w:ascii="仿宋" w:eastAsia="仿宋" w:hAnsi="仿宋"/>
          <w:sz w:val="32"/>
          <w:lang w:eastAsia="zh-CN"/>
        </w:rPr>
        <w:t>鲁国弱小，一攻即破。齐国的土地会有所增广，带兵大臣威望会空前提高，您在其中却显不出功劳。如此一来。齐国国君会</w:t>
      </w:r>
      <w:proofErr w:type="gramStart"/>
      <w:r>
        <w:rPr>
          <w:rFonts w:ascii="仿宋" w:eastAsia="仿宋" w:hAnsi="仿宋"/>
          <w:sz w:val="32"/>
          <w:lang w:eastAsia="zh-CN"/>
        </w:rPr>
        <w:t>更加骄自群臣</w:t>
      </w:r>
      <w:proofErr w:type="gramEnd"/>
      <w:r>
        <w:rPr>
          <w:rFonts w:ascii="仿宋" w:eastAsia="仿宋" w:hAnsi="仿宋"/>
          <w:sz w:val="32"/>
          <w:lang w:eastAsia="zh-CN"/>
        </w:rPr>
        <w:t>，更加放肆君主骄自便会暴力。群臣放肆，就会争权。您在齐国的处境危如雷龙。请子贡先生教我。齐军。应该去攻打吴国。齐军攻无必败，</w:t>
      </w:r>
    </w:p>
    <w:p w14:paraId="13930281" w14:textId="77777777" w:rsidR="00E87C95" w:rsidRDefault="00000000">
      <w:pPr>
        <w:spacing w:after="0" w:line="579" w:lineRule="exact"/>
        <w:ind w:firstLine="640"/>
        <w:rPr>
          <w:lang w:eastAsia="zh-CN"/>
        </w:rPr>
      </w:pPr>
      <w:r>
        <w:rPr>
          <w:rFonts w:ascii="仿宋" w:eastAsia="仿宋" w:hAnsi="仿宋"/>
          <w:sz w:val="32"/>
          <w:lang w:eastAsia="zh-CN"/>
        </w:rPr>
        <w:lastRenderedPageBreak/>
        <w:t>一旦战败，齐军心生畏惧，只能更加以重于您。赢在齐国的地位稳如泰山。但齐国已在鲁国边境，陈兵怎么可能撤兵攻打吴国呢？是吴国先出兵的。吴王夫差一直想称霸中原。齐国此次攻打鲁国，是吴国以</w:t>
      </w:r>
      <w:proofErr w:type="gramStart"/>
      <w:r>
        <w:rPr>
          <w:rFonts w:ascii="仿宋" w:eastAsia="仿宋" w:hAnsi="仿宋"/>
          <w:sz w:val="32"/>
          <w:lang w:eastAsia="zh-CN"/>
        </w:rPr>
        <w:t>原弱除强</w:t>
      </w:r>
      <w:proofErr w:type="gramEnd"/>
      <w:r>
        <w:rPr>
          <w:rFonts w:ascii="仿宋" w:eastAsia="仿宋" w:hAnsi="仿宋"/>
          <w:sz w:val="32"/>
          <w:lang w:eastAsia="zh-CN"/>
        </w:rPr>
        <w:t>之母，行称霸天下之时的最好借口。我去说服吴王，他一定会元鲁拔旗。谢谢子贡先生。哇，</w:t>
      </w:r>
    </w:p>
    <w:p w14:paraId="09D3C796" w14:textId="77777777" w:rsidR="00E87C95" w:rsidRDefault="00000000">
      <w:pPr>
        <w:spacing w:after="0" w:line="579" w:lineRule="exact"/>
        <w:ind w:firstLine="640"/>
        <w:rPr>
          <w:lang w:eastAsia="zh-CN"/>
        </w:rPr>
      </w:pPr>
      <w:r>
        <w:rPr>
          <w:rFonts w:ascii="仿宋" w:eastAsia="仿宋" w:hAnsi="仿宋"/>
          <w:sz w:val="32"/>
          <w:lang w:eastAsia="zh-CN"/>
        </w:rPr>
        <w:t>您成就霸业的时机到了。如何成就霸业。齐国臣兵鲁国边界，若任由齐国吞并鲁国。齐国会更加强大与吴国争霸。当下。齐国君臣不和，吴国国力强盛。大王袁鲁伐齐，可一战而胜。定当获得天下诸侯的响应，罚其成功之后，可顺势拿下靖国如此。霸业可成。子贡先生所说，</w:t>
      </w:r>
    </w:p>
    <w:p w14:paraId="1C9C8C3A" w14:textId="77777777" w:rsidR="00E87C95" w:rsidRDefault="00000000">
      <w:pPr>
        <w:spacing w:after="0" w:line="579" w:lineRule="exact"/>
        <w:ind w:firstLine="640"/>
        <w:rPr>
          <w:lang w:eastAsia="zh-CN"/>
        </w:rPr>
      </w:pPr>
      <w:r>
        <w:rPr>
          <w:rFonts w:ascii="仿宋" w:eastAsia="仿宋" w:hAnsi="仿宋"/>
          <w:sz w:val="32"/>
          <w:lang w:eastAsia="zh-CN"/>
        </w:rPr>
        <w:t>大河工的心意，但勾践卧薪尝胆。越国渐渐强盛，对外结交诸侯，建成隐患，</w:t>
      </w:r>
      <w:proofErr w:type="gramStart"/>
      <w:r>
        <w:rPr>
          <w:rFonts w:ascii="仿宋" w:eastAsia="仿宋" w:hAnsi="仿宋"/>
          <w:sz w:val="32"/>
          <w:lang w:eastAsia="zh-CN"/>
        </w:rPr>
        <w:t>姑我也</w:t>
      </w:r>
      <w:proofErr w:type="gramEnd"/>
      <w:r>
        <w:rPr>
          <w:rFonts w:ascii="仿宋" w:eastAsia="仿宋" w:hAnsi="仿宋"/>
          <w:sz w:val="32"/>
          <w:lang w:eastAsia="zh-CN"/>
        </w:rPr>
        <w:t>不该放勾践回国。若</w:t>
      </w:r>
      <w:proofErr w:type="gramStart"/>
      <w:r>
        <w:rPr>
          <w:rFonts w:ascii="仿宋" w:eastAsia="仿宋" w:hAnsi="仿宋"/>
          <w:sz w:val="32"/>
          <w:lang w:eastAsia="zh-CN"/>
        </w:rPr>
        <w:t>勾践劝孤北上</w:t>
      </w:r>
      <w:proofErr w:type="gramEnd"/>
      <w:r>
        <w:rPr>
          <w:rFonts w:ascii="仿宋" w:eastAsia="仿宋" w:hAnsi="仿宋"/>
          <w:sz w:val="32"/>
          <w:lang w:eastAsia="zh-CN"/>
        </w:rPr>
        <w:t>，攻打吴国，则吴国为夷。小小越国，何足为患。勾践乃大王的奴仆，大王伐齐，越国必当进贡，更可命越国派出精锐部队，</w:t>
      </w:r>
    </w:p>
    <w:p w14:paraId="3CBC5288" w14:textId="77777777" w:rsidR="00E87C95" w:rsidRDefault="00000000">
      <w:pPr>
        <w:spacing w:after="0" w:line="579" w:lineRule="exact"/>
        <w:ind w:firstLine="640"/>
        <w:rPr>
          <w:lang w:eastAsia="zh-CN"/>
        </w:rPr>
      </w:pPr>
      <w:r>
        <w:rPr>
          <w:rFonts w:ascii="仿宋" w:eastAsia="仿宋" w:hAnsi="仿宋"/>
          <w:sz w:val="32"/>
          <w:lang w:eastAsia="zh-CN"/>
        </w:rPr>
        <w:t>遂宁讨伐齐国让座先锋，既能助您一臂之力。更可掏空越国国力。此际。甚好。</w:t>
      </w:r>
      <w:proofErr w:type="gramStart"/>
      <w:r>
        <w:rPr>
          <w:rFonts w:ascii="仿宋" w:eastAsia="仿宋" w:hAnsi="仿宋"/>
          <w:sz w:val="32"/>
          <w:lang w:eastAsia="zh-CN"/>
        </w:rPr>
        <w:t>端木次愿</w:t>
      </w:r>
      <w:proofErr w:type="gramEnd"/>
      <w:r>
        <w:rPr>
          <w:rFonts w:ascii="仿宋" w:eastAsia="仿宋" w:hAnsi="仿宋"/>
          <w:sz w:val="32"/>
          <w:lang w:eastAsia="zh-CN"/>
        </w:rPr>
        <w:t>即刻前往越国，说不勾践，祝大王成就。大意。越王吴王袁鲁伐齐，越国应当如何自处？越国乃是吴国的奴仆之国，孤院筹集军资，亲率3000，精锐相助，</w:t>
      </w:r>
    </w:p>
    <w:p w14:paraId="1FB6ED7F" w14:textId="77777777" w:rsidR="00E87C95" w:rsidRDefault="00000000">
      <w:pPr>
        <w:spacing w:after="0" w:line="579" w:lineRule="exact"/>
        <w:ind w:firstLine="640"/>
        <w:rPr>
          <w:lang w:eastAsia="zh-CN"/>
        </w:rPr>
      </w:pPr>
      <w:r>
        <w:rPr>
          <w:rFonts w:ascii="仿宋" w:eastAsia="仿宋" w:hAnsi="仿宋"/>
          <w:sz w:val="32"/>
          <w:lang w:eastAsia="zh-CN"/>
        </w:rPr>
        <w:lastRenderedPageBreak/>
        <w:t>吴王成就霸业。大王越王勾践愿轻率三千精兵为您出征，并提供军资。好让勾践做</w:t>
      </w:r>
      <w:proofErr w:type="gramStart"/>
      <w:r>
        <w:rPr>
          <w:rFonts w:ascii="仿宋" w:eastAsia="仿宋" w:hAnsi="仿宋"/>
          <w:sz w:val="32"/>
          <w:lang w:eastAsia="zh-CN"/>
        </w:rPr>
        <w:t>我罚旗的</w:t>
      </w:r>
      <w:proofErr w:type="gramEnd"/>
      <w:r>
        <w:rPr>
          <w:rFonts w:ascii="仿宋" w:eastAsia="仿宋" w:hAnsi="仿宋"/>
          <w:sz w:val="32"/>
          <w:lang w:eastAsia="zh-CN"/>
        </w:rPr>
        <w:t>先锋姑，便可北上称霸，无后顾之忧。大王不可。为何不可让越国君王随军出行？既有被道义。更有危险。危险。越王勾践结交，诸侯如亲率越国军队，遂宁出征，途中生出二星。</w:t>
      </w:r>
    </w:p>
    <w:p w14:paraId="47C1DC8E" w14:textId="77777777" w:rsidR="00E87C95" w:rsidRDefault="00000000">
      <w:pPr>
        <w:spacing w:after="0" w:line="579" w:lineRule="exact"/>
        <w:ind w:firstLine="640"/>
        <w:rPr>
          <w:lang w:eastAsia="zh-CN"/>
        </w:rPr>
      </w:pPr>
      <w:r>
        <w:rPr>
          <w:rFonts w:ascii="仿宋" w:eastAsia="仿宋" w:hAnsi="仿宋"/>
          <w:sz w:val="32"/>
          <w:lang w:eastAsia="zh-CN"/>
        </w:rPr>
        <w:t>此战局微矣。那当如何？令其3000精锐，</w:t>
      </w:r>
      <w:proofErr w:type="gramStart"/>
      <w:r>
        <w:rPr>
          <w:rFonts w:ascii="仿宋" w:eastAsia="仿宋" w:hAnsi="仿宋"/>
          <w:sz w:val="32"/>
          <w:lang w:eastAsia="zh-CN"/>
        </w:rPr>
        <w:t>更宁伐</w:t>
      </w:r>
      <w:proofErr w:type="gramEnd"/>
      <w:r>
        <w:rPr>
          <w:rFonts w:ascii="仿宋" w:eastAsia="仿宋" w:hAnsi="仿宋"/>
          <w:sz w:val="32"/>
          <w:lang w:eastAsia="zh-CN"/>
        </w:rPr>
        <w:t>齐。越王不在越军，群龙无首，只能听</w:t>
      </w:r>
      <w:proofErr w:type="gramStart"/>
      <w:r>
        <w:rPr>
          <w:rFonts w:ascii="仿宋" w:eastAsia="仿宋" w:hAnsi="仿宋"/>
          <w:sz w:val="32"/>
          <w:lang w:eastAsia="zh-CN"/>
        </w:rPr>
        <w:t>悯</w:t>
      </w:r>
      <w:proofErr w:type="gramEnd"/>
      <w:r>
        <w:rPr>
          <w:rFonts w:ascii="仿宋" w:eastAsia="仿宋" w:hAnsi="仿宋"/>
          <w:sz w:val="32"/>
          <w:lang w:eastAsia="zh-CN"/>
        </w:rPr>
        <w:t>于大洋。万事俱备。而我军令。</w:t>
      </w:r>
      <w:proofErr w:type="gramStart"/>
      <w:r>
        <w:rPr>
          <w:rFonts w:ascii="仿宋" w:eastAsia="仿宋" w:hAnsi="仿宋"/>
          <w:sz w:val="32"/>
          <w:lang w:eastAsia="zh-CN"/>
        </w:rPr>
        <w:t>人奴罚齐</w:t>
      </w:r>
      <w:proofErr w:type="gramEnd"/>
      <w:r>
        <w:rPr>
          <w:rFonts w:ascii="仿宋" w:eastAsia="仿宋" w:hAnsi="仿宋"/>
          <w:sz w:val="32"/>
          <w:lang w:eastAsia="zh-CN"/>
        </w:rPr>
        <w:t>。恭喜越王。何喜之有啊，吴王夫差此番</w:t>
      </w:r>
      <w:proofErr w:type="gramStart"/>
      <w:r>
        <w:rPr>
          <w:rFonts w:ascii="仿宋" w:eastAsia="仿宋" w:hAnsi="仿宋"/>
          <w:sz w:val="32"/>
          <w:lang w:eastAsia="zh-CN"/>
        </w:rPr>
        <w:t>援鲁伐</w:t>
      </w:r>
      <w:proofErr w:type="gramEnd"/>
      <w:r>
        <w:rPr>
          <w:rFonts w:ascii="仿宋" w:eastAsia="仿宋" w:hAnsi="仿宋"/>
          <w:sz w:val="32"/>
          <w:lang w:eastAsia="zh-CN"/>
        </w:rPr>
        <w:t>齐，若败。得越国之危，</w:t>
      </w:r>
    </w:p>
    <w:p w14:paraId="73370EFF" w14:textId="77777777" w:rsidR="00E87C95" w:rsidRDefault="00000000">
      <w:pPr>
        <w:spacing w:after="0" w:line="579" w:lineRule="exact"/>
        <w:ind w:firstLine="640"/>
        <w:rPr>
          <w:lang w:eastAsia="zh-CN"/>
        </w:rPr>
      </w:pPr>
      <w:proofErr w:type="gramStart"/>
      <w:r>
        <w:rPr>
          <w:rFonts w:ascii="仿宋" w:eastAsia="仿宋" w:hAnsi="仿宋"/>
          <w:sz w:val="32"/>
          <w:lang w:eastAsia="zh-CN"/>
        </w:rPr>
        <w:t>且矣若</w:t>
      </w:r>
      <w:proofErr w:type="gramEnd"/>
      <w:r>
        <w:rPr>
          <w:rFonts w:ascii="仿宋" w:eastAsia="仿宋" w:hAnsi="仿宋"/>
          <w:sz w:val="32"/>
          <w:lang w:eastAsia="zh-CN"/>
        </w:rPr>
        <w:t>胜。夫差好大喜，功定会乘胜追击，攻伐靖。吴军疲弊，进军以逸待劳。吴军定当大败，</w:t>
      </w:r>
      <w:proofErr w:type="gramStart"/>
      <w:r>
        <w:rPr>
          <w:rFonts w:ascii="仿宋" w:eastAsia="仿宋" w:hAnsi="仿宋"/>
          <w:sz w:val="32"/>
          <w:lang w:eastAsia="zh-CN"/>
        </w:rPr>
        <w:t>约我灭吴</w:t>
      </w:r>
      <w:proofErr w:type="gramEnd"/>
      <w:r>
        <w:rPr>
          <w:rFonts w:ascii="仿宋" w:eastAsia="仿宋" w:hAnsi="仿宋"/>
          <w:sz w:val="32"/>
          <w:lang w:eastAsia="zh-CN"/>
        </w:rPr>
        <w:t>的机会。道谢先生。君上。吴国</w:t>
      </w:r>
      <w:proofErr w:type="gramStart"/>
      <w:r>
        <w:rPr>
          <w:rFonts w:ascii="仿宋" w:eastAsia="仿宋" w:hAnsi="仿宋"/>
          <w:sz w:val="32"/>
          <w:lang w:eastAsia="zh-CN"/>
        </w:rPr>
        <w:t>援鲁伐</w:t>
      </w:r>
      <w:proofErr w:type="gramEnd"/>
      <w:r>
        <w:rPr>
          <w:rFonts w:ascii="仿宋" w:eastAsia="仿宋" w:hAnsi="仿宋"/>
          <w:sz w:val="32"/>
          <w:lang w:eastAsia="zh-CN"/>
        </w:rPr>
        <w:t>齐，若吴军胜利，定会乘胜，追击讨伐晋国。晋国威也。</w:t>
      </w:r>
    </w:p>
    <w:p w14:paraId="22473D8E" w14:textId="77777777" w:rsidR="00E87C95" w:rsidRDefault="00000000">
      <w:pPr>
        <w:spacing w:after="0" w:line="579" w:lineRule="exact"/>
        <w:ind w:firstLine="640"/>
        <w:rPr>
          <w:lang w:eastAsia="zh-CN"/>
        </w:rPr>
      </w:pPr>
      <w:r>
        <w:rPr>
          <w:rFonts w:ascii="仿宋" w:eastAsia="仿宋" w:hAnsi="仿宋"/>
          <w:sz w:val="32"/>
          <w:lang w:eastAsia="zh-CN"/>
        </w:rPr>
        <w:t>依先生看晋国。应该如何应对？厉兵漠马，整兵备战，以待吴军。吴军若胜，历经连续作战，疲弊之师。在攻晋国君上，以逸待劳，定可一击。而是。先生纵横撰，</w:t>
      </w:r>
      <w:proofErr w:type="gramStart"/>
      <w:r>
        <w:rPr>
          <w:rFonts w:ascii="仿宋" w:eastAsia="仿宋" w:hAnsi="仿宋"/>
          <w:sz w:val="32"/>
          <w:lang w:eastAsia="zh-CN"/>
        </w:rPr>
        <w:t>阖</w:t>
      </w:r>
      <w:proofErr w:type="gramEnd"/>
      <w:r>
        <w:rPr>
          <w:rFonts w:ascii="仿宋" w:eastAsia="仿宋" w:hAnsi="仿宋"/>
          <w:sz w:val="32"/>
          <w:lang w:eastAsia="zh-CN"/>
        </w:rPr>
        <w:t>以一人之身，</w:t>
      </w:r>
      <w:proofErr w:type="gramStart"/>
      <w:r>
        <w:rPr>
          <w:rFonts w:ascii="仿宋" w:eastAsia="仿宋" w:hAnsi="仿宋"/>
          <w:sz w:val="32"/>
          <w:lang w:eastAsia="zh-CN"/>
        </w:rPr>
        <w:t>动五国</w:t>
      </w:r>
      <w:proofErr w:type="gramEnd"/>
      <w:r>
        <w:rPr>
          <w:rFonts w:ascii="仿宋" w:eastAsia="仿宋" w:hAnsi="仿宋"/>
          <w:sz w:val="32"/>
          <w:lang w:eastAsia="zh-CN"/>
        </w:rPr>
        <w:t>之心。</w:t>
      </w:r>
    </w:p>
    <w:p w14:paraId="2211403D" w14:textId="77777777" w:rsidR="00E87C95" w:rsidRDefault="00000000">
      <w:pPr>
        <w:spacing w:after="0" w:line="579" w:lineRule="exact"/>
        <w:ind w:firstLine="640"/>
        <w:rPr>
          <w:lang w:eastAsia="zh-CN"/>
        </w:rPr>
      </w:pPr>
      <w:r>
        <w:rPr>
          <w:rFonts w:ascii="仿宋" w:eastAsia="仿宋" w:hAnsi="仿宋"/>
          <w:sz w:val="32"/>
          <w:lang w:eastAsia="zh-CN"/>
        </w:rPr>
        <w:t>游说之能，冠绝天下。感谢先生助我鲁国转危为安。感谢先生祝我吴国成就霸业。感谢先生，祝我田长一举多得。感谢先生助我晋国以逸待劳。感谢先生助我越国绝地反击。子贡先生之能，万学天下感谢先生。《越绝书》所载。子贡</w:t>
      </w:r>
      <w:r>
        <w:rPr>
          <w:rFonts w:ascii="仿宋" w:eastAsia="仿宋" w:hAnsi="仿宋"/>
          <w:sz w:val="32"/>
          <w:lang w:eastAsia="zh-CN"/>
        </w:rPr>
        <w:lastRenderedPageBreak/>
        <w:t>游说诸国冠绝古今。他行仁义之道，亦强</w:t>
      </w:r>
      <w:proofErr w:type="gramStart"/>
      <w:r>
        <w:rPr>
          <w:rFonts w:ascii="仿宋" w:eastAsia="仿宋" w:hAnsi="仿宋"/>
          <w:sz w:val="32"/>
          <w:lang w:eastAsia="zh-CN"/>
        </w:rPr>
        <w:t>弗</w:t>
      </w:r>
      <w:proofErr w:type="gramEnd"/>
      <w:r>
        <w:rPr>
          <w:rFonts w:ascii="仿宋" w:eastAsia="仿宋" w:hAnsi="仿宋"/>
          <w:sz w:val="32"/>
          <w:lang w:eastAsia="zh-CN"/>
        </w:rPr>
        <w:t>弱。其人善于把握大势。</w:t>
      </w:r>
    </w:p>
    <w:p w14:paraId="0ADA1ADD" w14:textId="77777777" w:rsidR="00E87C95" w:rsidRDefault="00000000">
      <w:pPr>
        <w:spacing w:after="0" w:line="579" w:lineRule="exact"/>
        <w:ind w:firstLine="640"/>
        <w:rPr>
          <w:lang w:eastAsia="zh-CN"/>
        </w:rPr>
      </w:pPr>
      <w:r>
        <w:rPr>
          <w:rFonts w:ascii="仿宋" w:eastAsia="仿宋" w:hAnsi="仿宋"/>
          <w:sz w:val="32"/>
          <w:lang w:eastAsia="zh-CN"/>
        </w:rPr>
        <w:t>洞悉人心吹氧变化。步步相因，环环相扣，事情的发展。我不出其所料。啊。吴王果然起兵去伐齐国。齐国天堂居齐国之兵，迎战吴王，与齐军战于岸。齐军大败，齐国朝野震惊，举国大乱。齐王恩宠前，常倍加倚重。</w:t>
      </w:r>
    </w:p>
    <w:p w14:paraId="6C453453" w14:textId="77777777" w:rsidR="00E87C95" w:rsidRDefault="00000000">
      <w:pPr>
        <w:spacing w:after="0" w:line="579" w:lineRule="exact"/>
        <w:ind w:firstLine="640"/>
        <w:rPr>
          <w:lang w:eastAsia="zh-CN"/>
        </w:rPr>
      </w:pPr>
      <w:r>
        <w:rPr>
          <w:rFonts w:ascii="仿宋" w:eastAsia="仿宋" w:hAnsi="仿宋"/>
          <w:sz w:val="32"/>
          <w:lang w:eastAsia="zh-CN"/>
        </w:rPr>
        <w:t>此</w:t>
      </w:r>
      <w:proofErr w:type="gramStart"/>
      <w:r>
        <w:rPr>
          <w:rFonts w:ascii="仿宋" w:eastAsia="仿宋" w:hAnsi="仿宋"/>
          <w:sz w:val="32"/>
          <w:lang w:eastAsia="zh-CN"/>
        </w:rPr>
        <w:t>为乱齐吴王</w:t>
      </w:r>
      <w:proofErr w:type="gramEnd"/>
      <w:r>
        <w:rPr>
          <w:rFonts w:ascii="仿宋" w:eastAsia="仿宋" w:hAnsi="仿宋"/>
          <w:sz w:val="32"/>
          <w:lang w:eastAsia="zh-CN"/>
        </w:rPr>
        <w:t>战胜齐国后，果然逼近晋国。在黄池与晋国军队相遇，晋军大败吴军。令天下诸侯拜服晋国的强大，此为强晋，吴军胜齐。进军胜吴鲁，国在强敌环伺中得以保全。此为存</w:t>
      </w:r>
      <w:proofErr w:type="gramStart"/>
      <w:r>
        <w:rPr>
          <w:rFonts w:ascii="仿宋" w:eastAsia="仿宋" w:hAnsi="仿宋"/>
          <w:sz w:val="32"/>
          <w:lang w:eastAsia="zh-CN"/>
        </w:rPr>
        <w:t>鲁</w:t>
      </w:r>
      <w:proofErr w:type="gramEnd"/>
      <w:r>
        <w:rPr>
          <w:rFonts w:ascii="仿宋" w:eastAsia="仿宋" w:hAnsi="仿宋"/>
          <w:sz w:val="32"/>
          <w:lang w:eastAsia="zh-CN"/>
        </w:rPr>
        <w:t>。至此，五国命运。三家定。五岳之间，百年恩仇。</w:t>
      </w:r>
    </w:p>
    <w:p w14:paraId="35F53C27" w14:textId="77777777" w:rsidR="00E87C95" w:rsidRDefault="00000000">
      <w:pPr>
        <w:spacing w:after="0" w:line="579" w:lineRule="exact"/>
        <w:ind w:firstLine="640"/>
        <w:rPr>
          <w:lang w:eastAsia="zh-CN"/>
        </w:rPr>
      </w:pPr>
      <w:r>
        <w:rPr>
          <w:rFonts w:ascii="仿宋" w:eastAsia="仿宋" w:hAnsi="仿宋"/>
          <w:sz w:val="32"/>
          <w:lang w:eastAsia="zh-CN"/>
        </w:rPr>
        <w:t>两代争锋，即将以一场绝世之战。载入史册。如果现在都城空虚。金鱼太子有携老弱守成。此番就是我越国覆灭，吴国之持。摧毁我们的军队，屠杀我们的百姓，焚烧我们的家园，劫掠我们的亲人，摧毁我们的宗庙。羞辱我们的先祖，我越国已经沦为奴，沦为</w:t>
      </w:r>
      <w:proofErr w:type="gramStart"/>
      <w:r>
        <w:rPr>
          <w:rFonts w:ascii="仿宋" w:eastAsia="仿宋" w:hAnsi="仿宋"/>
          <w:sz w:val="32"/>
          <w:lang w:eastAsia="zh-CN"/>
        </w:rPr>
        <w:t>仆</w:t>
      </w:r>
      <w:proofErr w:type="gramEnd"/>
      <w:r>
        <w:rPr>
          <w:rFonts w:ascii="仿宋" w:eastAsia="仿宋" w:hAnsi="仿宋"/>
          <w:sz w:val="32"/>
          <w:lang w:eastAsia="zh-CN"/>
        </w:rPr>
        <w:t>夫，</w:t>
      </w:r>
    </w:p>
    <w:p w14:paraId="1C118281" w14:textId="77777777" w:rsidR="00E87C95" w:rsidRDefault="00000000">
      <w:pPr>
        <w:spacing w:after="0" w:line="579" w:lineRule="exact"/>
        <w:ind w:firstLine="640"/>
        <w:rPr>
          <w:lang w:eastAsia="zh-CN"/>
        </w:rPr>
      </w:pPr>
      <w:proofErr w:type="gramStart"/>
      <w:r>
        <w:rPr>
          <w:rFonts w:ascii="仿宋" w:eastAsia="仿宋" w:hAnsi="仿宋"/>
          <w:sz w:val="32"/>
          <w:lang w:eastAsia="zh-CN"/>
        </w:rPr>
        <w:t>差始终</w:t>
      </w:r>
      <w:proofErr w:type="gramEnd"/>
      <w:r>
        <w:rPr>
          <w:rFonts w:ascii="仿宋" w:eastAsia="仿宋" w:hAnsi="仿宋"/>
          <w:sz w:val="32"/>
          <w:lang w:eastAsia="zh-CN"/>
        </w:rPr>
        <w:t>视我们为心腹大患。每每欲灭我越国而后快。此仇不报，你们甘心吗？不甘心，不甘心，不甘心，绝地反击。</w:t>
      </w:r>
      <w:proofErr w:type="gramStart"/>
      <w:r>
        <w:rPr>
          <w:rFonts w:ascii="仿宋" w:eastAsia="仿宋" w:hAnsi="仿宋"/>
          <w:sz w:val="32"/>
          <w:lang w:eastAsia="zh-CN"/>
        </w:rPr>
        <w:t>一</w:t>
      </w:r>
      <w:proofErr w:type="gramEnd"/>
      <w:r>
        <w:rPr>
          <w:rFonts w:ascii="仿宋" w:eastAsia="仿宋" w:hAnsi="仿宋"/>
          <w:sz w:val="32"/>
          <w:lang w:eastAsia="zh-CN"/>
        </w:rPr>
        <w:t>雪前耻。苦心人，天不负。卧薪尝胆3000越，甲可吞吴。这句话送给勾践，再为恰当不过勾践带领精兵。</w:t>
      </w:r>
    </w:p>
    <w:p w14:paraId="66C85CA3" w14:textId="77777777" w:rsidR="00E87C95" w:rsidRDefault="00000000">
      <w:pPr>
        <w:spacing w:after="0" w:line="579" w:lineRule="exact"/>
        <w:ind w:firstLine="640"/>
        <w:rPr>
          <w:lang w:eastAsia="zh-CN"/>
        </w:rPr>
      </w:pPr>
      <w:r>
        <w:rPr>
          <w:rFonts w:ascii="仿宋" w:eastAsia="仿宋" w:hAnsi="仿宋"/>
          <w:sz w:val="32"/>
          <w:lang w:eastAsia="zh-CN"/>
        </w:rPr>
        <w:t>进攻无果，俘获太子有。夫差派使者，带上厚礼，求和越国，为保存实力，暂且同意修兵不久。越国再次发动丽泽</w:t>
      </w:r>
      <w:r>
        <w:rPr>
          <w:rFonts w:ascii="仿宋" w:eastAsia="仿宋" w:hAnsi="仿宋"/>
          <w:sz w:val="32"/>
          <w:lang w:eastAsia="zh-CN"/>
        </w:rPr>
        <w:lastRenderedPageBreak/>
        <w:t>之战，吴军三战三败，溃不成军。后来勾践第三次伐吴。将吴国都城围困起来，长达三年。大王越军，越战越猛，</w:t>
      </w:r>
    </w:p>
    <w:p w14:paraId="2F96C7E3" w14:textId="77777777" w:rsidR="00E87C95" w:rsidRDefault="00000000">
      <w:pPr>
        <w:spacing w:after="0" w:line="579" w:lineRule="exact"/>
        <w:ind w:firstLine="640"/>
        <w:rPr>
          <w:lang w:eastAsia="zh-CN"/>
        </w:rPr>
      </w:pPr>
      <w:r>
        <w:rPr>
          <w:rFonts w:ascii="仿宋" w:eastAsia="仿宋" w:hAnsi="仿宋"/>
          <w:sz w:val="32"/>
          <w:lang w:eastAsia="zh-CN"/>
        </w:rPr>
        <w:t>我军损失</w:t>
      </w:r>
      <w:proofErr w:type="gramStart"/>
      <w:r>
        <w:rPr>
          <w:rFonts w:ascii="仿宋" w:eastAsia="仿宋" w:hAnsi="仿宋"/>
          <w:sz w:val="32"/>
          <w:lang w:eastAsia="zh-CN"/>
        </w:rPr>
        <w:t>怠尽</w:t>
      </w:r>
      <w:proofErr w:type="gramEnd"/>
      <w:r>
        <w:rPr>
          <w:rFonts w:ascii="仿宋" w:eastAsia="仿宋" w:hAnsi="仿宋"/>
          <w:sz w:val="32"/>
          <w:lang w:eastAsia="zh-CN"/>
        </w:rPr>
        <w:t>，守不住了。越国将领求见。我王勾践有口心。问吴王夫差。行还是不行？我去见他。大王，大王。戒备。不必了。勾践。我打不动了，不打了。聊聊。</w:t>
      </w:r>
    </w:p>
    <w:p w14:paraId="467F0DCE" w14:textId="77777777" w:rsidR="00E87C95" w:rsidRDefault="00000000">
      <w:pPr>
        <w:spacing w:after="0" w:line="579" w:lineRule="exact"/>
        <w:ind w:firstLine="640"/>
        <w:rPr>
          <w:lang w:eastAsia="zh-CN"/>
        </w:rPr>
      </w:pPr>
      <w:r>
        <w:rPr>
          <w:rFonts w:ascii="仿宋" w:eastAsia="仿宋" w:hAnsi="仿宋"/>
          <w:sz w:val="32"/>
          <w:lang w:eastAsia="zh-CN"/>
        </w:rPr>
        <w:t>今日吴国的都城。像极了昔日的会</w:t>
      </w:r>
      <w:proofErr w:type="gramStart"/>
      <w:r>
        <w:rPr>
          <w:rFonts w:ascii="仿宋" w:eastAsia="仿宋" w:hAnsi="仿宋"/>
          <w:sz w:val="32"/>
          <w:lang w:eastAsia="zh-CN"/>
        </w:rPr>
        <w:t>稽</w:t>
      </w:r>
      <w:proofErr w:type="gramEnd"/>
      <w:r>
        <w:rPr>
          <w:rFonts w:ascii="仿宋" w:eastAsia="仿宋" w:hAnsi="仿宋"/>
          <w:sz w:val="32"/>
          <w:lang w:eastAsia="zh-CN"/>
        </w:rPr>
        <w:t>山。昔日。你为我。今日我为你。这些年你在我手下吃尽苦头。很恨我吧。现在不恨了。但我现在。恨你。你是我一生的噩梦。当年五岳之战。你让我父亲重伤而亡。我不敢忘了杀父之仇。我令臣子日日在我耳畔说。</w:t>
      </w:r>
    </w:p>
    <w:p w14:paraId="13417679" w14:textId="77777777" w:rsidR="00E87C95" w:rsidRDefault="00000000">
      <w:pPr>
        <w:spacing w:after="0" w:line="579" w:lineRule="exact"/>
        <w:ind w:firstLine="640"/>
        <w:rPr>
          <w:lang w:eastAsia="zh-CN"/>
        </w:rPr>
      </w:pPr>
      <w:r>
        <w:rPr>
          <w:rFonts w:ascii="仿宋" w:eastAsia="仿宋" w:hAnsi="仿宋"/>
          <w:sz w:val="32"/>
          <w:lang w:eastAsia="zh-CN"/>
        </w:rPr>
        <w:t>不吹。你忘了你父亲是被谁杀死的吗？我常常在梦中惊醒。那叫不拆不赶往，不拆不赶往。你就是我心头上的刺。一日不出我就会痛上一至。为了打败你。我</w:t>
      </w:r>
      <w:proofErr w:type="gramStart"/>
      <w:r>
        <w:rPr>
          <w:rFonts w:ascii="仿宋" w:eastAsia="仿宋" w:hAnsi="仿宋"/>
          <w:sz w:val="32"/>
          <w:lang w:eastAsia="zh-CN"/>
        </w:rPr>
        <w:t>素兴夜寐</w:t>
      </w:r>
      <w:proofErr w:type="gramEnd"/>
      <w:r>
        <w:rPr>
          <w:rFonts w:ascii="仿宋" w:eastAsia="仿宋" w:hAnsi="仿宋"/>
          <w:sz w:val="32"/>
          <w:lang w:eastAsia="zh-CN"/>
        </w:rPr>
        <w:t>，一刻都不敢懈怠，终于打败越国。让你跪在我的脚下。做奴仆的滋味不好受吧。谢吴王。当年不杀之恩。</w:t>
      </w:r>
    </w:p>
    <w:p w14:paraId="516AC33E" w14:textId="77777777" w:rsidR="00E87C95" w:rsidRDefault="00000000">
      <w:pPr>
        <w:spacing w:after="0" w:line="579" w:lineRule="exact"/>
        <w:ind w:firstLine="640"/>
        <w:rPr>
          <w:lang w:eastAsia="zh-CN"/>
        </w:rPr>
      </w:pPr>
      <w:r>
        <w:rPr>
          <w:rFonts w:ascii="仿宋" w:eastAsia="仿宋" w:hAnsi="仿宋"/>
          <w:sz w:val="32"/>
          <w:lang w:eastAsia="zh-CN"/>
        </w:rPr>
        <w:t>人这一生。只有什么都尝遍了。才能明白。该怎么做人？是啊。你我。其实很像。多年之后。人们谈论你我。是在谈论两个英雄。还是两个渔夫嗯。呵呵</w:t>
      </w:r>
      <w:proofErr w:type="gramStart"/>
      <w:r>
        <w:rPr>
          <w:rFonts w:ascii="仿宋" w:eastAsia="仿宋" w:hAnsi="仿宋"/>
          <w:sz w:val="32"/>
          <w:lang w:eastAsia="zh-CN"/>
        </w:rPr>
        <w:t>呵</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w:t>
      </w:r>
    </w:p>
    <w:p w14:paraId="07D0FFB6" w14:textId="77777777" w:rsidR="00E87C95" w:rsidRDefault="00000000">
      <w:pPr>
        <w:spacing w:after="0" w:line="579" w:lineRule="exact"/>
        <w:ind w:firstLine="640"/>
        <w:rPr>
          <w:lang w:eastAsia="zh-CN"/>
        </w:rPr>
      </w:pPr>
      <w:proofErr w:type="gramStart"/>
      <w:r>
        <w:rPr>
          <w:rFonts w:ascii="仿宋" w:eastAsia="仿宋" w:hAnsi="仿宋"/>
          <w:sz w:val="32"/>
          <w:lang w:eastAsia="zh-CN"/>
        </w:rPr>
        <w:t>姑不会</w:t>
      </w:r>
      <w:proofErr w:type="gramEnd"/>
      <w:r>
        <w:rPr>
          <w:rFonts w:ascii="仿宋" w:eastAsia="仿宋" w:hAnsi="仿宋"/>
          <w:sz w:val="32"/>
          <w:lang w:eastAsia="zh-CN"/>
        </w:rPr>
        <w:t>杀你。更不会羞辱你。但我要把你流放到永东。给你百户人家。一想千年。吴国的子民从此以后就是越国的子民，恳请大王。后代他们。哈哈</w:t>
      </w:r>
      <w:proofErr w:type="gramStart"/>
      <w:r>
        <w:rPr>
          <w:rFonts w:ascii="仿宋" w:eastAsia="仿宋" w:hAnsi="仿宋"/>
          <w:sz w:val="32"/>
          <w:lang w:eastAsia="zh-CN"/>
        </w:rPr>
        <w:t>哈</w:t>
      </w:r>
      <w:proofErr w:type="gramEnd"/>
      <w:r>
        <w:rPr>
          <w:rFonts w:ascii="仿宋" w:eastAsia="仿宋" w:hAnsi="仿宋"/>
          <w:sz w:val="32"/>
          <w:lang w:eastAsia="zh-CN"/>
        </w:rPr>
        <w:t>。吴王请起。千百年前。</w:t>
      </w:r>
      <w:proofErr w:type="gramStart"/>
      <w:r>
        <w:rPr>
          <w:rFonts w:ascii="仿宋" w:eastAsia="仿宋" w:hAnsi="仿宋"/>
          <w:sz w:val="32"/>
          <w:lang w:eastAsia="zh-CN"/>
        </w:rPr>
        <w:lastRenderedPageBreak/>
        <w:t>吾岳本</w:t>
      </w:r>
      <w:proofErr w:type="gramEnd"/>
      <w:r>
        <w:rPr>
          <w:rFonts w:ascii="仿宋" w:eastAsia="仿宋" w:hAnsi="仿宋"/>
          <w:sz w:val="32"/>
          <w:lang w:eastAsia="zh-CN"/>
        </w:rPr>
        <w:t>就是一家。千百年后你我都不在。月还是你家？无人听令。</w:t>
      </w:r>
    </w:p>
    <w:p w14:paraId="77EEA8F4" w14:textId="77777777" w:rsidR="00E87C95" w:rsidRDefault="00000000">
      <w:pPr>
        <w:spacing w:after="0" w:line="579" w:lineRule="exact"/>
        <w:ind w:firstLine="640"/>
        <w:rPr>
          <w:lang w:eastAsia="zh-CN"/>
        </w:rPr>
      </w:pPr>
      <w:r>
        <w:rPr>
          <w:rFonts w:ascii="仿宋" w:eastAsia="仿宋" w:hAnsi="仿宋"/>
          <w:sz w:val="32"/>
          <w:lang w:eastAsia="zh-CN"/>
        </w:rPr>
        <w:t>即刻起。停止对抗。归降越国。不打了。过太平日子吧。伍子胥。我错了。我没脸见你。《越绝书》中三绝。子贡游说吾国。</w:t>
      </w:r>
      <w:proofErr w:type="gramStart"/>
      <w:r>
        <w:rPr>
          <w:rFonts w:ascii="仿宋" w:eastAsia="仿宋" w:hAnsi="仿宋"/>
          <w:sz w:val="32"/>
          <w:lang w:eastAsia="zh-CN"/>
        </w:rPr>
        <w:t>存奴乱齐</w:t>
      </w:r>
      <w:proofErr w:type="gramEnd"/>
      <w:r>
        <w:rPr>
          <w:rFonts w:ascii="仿宋" w:eastAsia="仿宋" w:hAnsi="仿宋"/>
          <w:sz w:val="32"/>
          <w:lang w:eastAsia="zh-CN"/>
        </w:rPr>
        <w:t>，破吴强晋。</w:t>
      </w:r>
      <w:proofErr w:type="gramStart"/>
      <w:r>
        <w:rPr>
          <w:rFonts w:ascii="仿宋" w:eastAsia="仿宋" w:hAnsi="仿宋"/>
          <w:sz w:val="32"/>
          <w:lang w:eastAsia="zh-CN"/>
        </w:rPr>
        <w:t>把阅改写</w:t>
      </w:r>
      <w:proofErr w:type="gramEnd"/>
      <w:r>
        <w:rPr>
          <w:rFonts w:ascii="仿宋" w:eastAsia="仿宋" w:hAnsi="仿宋"/>
          <w:sz w:val="32"/>
          <w:lang w:eastAsia="zh-CN"/>
        </w:rPr>
        <w:t>了五国形式。此为乐绝第一绝。这一绝称赞的是子贡尊天道。</w:t>
      </w:r>
    </w:p>
    <w:p w14:paraId="19D48F8E" w14:textId="77777777" w:rsidR="00E87C95" w:rsidRDefault="00000000">
      <w:pPr>
        <w:spacing w:after="0" w:line="579" w:lineRule="exact"/>
        <w:ind w:firstLine="640"/>
        <w:rPr>
          <w:lang w:eastAsia="zh-CN"/>
        </w:rPr>
      </w:pPr>
      <w:r>
        <w:rPr>
          <w:rFonts w:ascii="仿宋" w:eastAsia="仿宋" w:hAnsi="仿宋"/>
          <w:sz w:val="32"/>
          <w:lang w:eastAsia="zh-CN"/>
        </w:rPr>
        <w:t>行仁义，察人性。观时事不费，一兵一卒，搅动五国风云的绝世智谋勾践，</w:t>
      </w:r>
      <w:proofErr w:type="gramStart"/>
      <w:r>
        <w:rPr>
          <w:rFonts w:ascii="仿宋" w:eastAsia="仿宋" w:hAnsi="仿宋"/>
          <w:sz w:val="32"/>
          <w:lang w:eastAsia="zh-CN"/>
        </w:rPr>
        <w:t>作为东垂海滨</w:t>
      </w:r>
      <w:proofErr w:type="gramEnd"/>
      <w:r>
        <w:rPr>
          <w:rFonts w:ascii="仿宋" w:eastAsia="仿宋" w:hAnsi="仿宋"/>
          <w:sz w:val="32"/>
          <w:lang w:eastAsia="zh-CN"/>
        </w:rPr>
        <w:t>之君。转死为生。以败为城贵，其</w:t>
      </w:r>
      <w:proofErr w:type="gramStart"/>
      <w:r>
        <w:rPr>
          <w:rFonts w:ascii="仿宋" w:eastAsia="仿宋" w:hAnsi="仿宋"/>
          <w:sz w:val="32"/>
          <w:lang w:eastAsia="zh-CN"/>
        </w:rPr>
        <w:t>始微终</w:t>
      </w:r>
      <w:proofErr w:type="gramEnd"/>
      <w:r>
        <w:rPr>
          <w:rFonts w:ascii="仿宋" w:eastAsia="仿宋" w:hAnsi="仿宋"/>
          <w:sz w:val="32"/>
          <w:lang w:eastAsia="zh-CN"/>
        </w:rPr>
        <w:t>能以败。此</w:t>
      </w:r>
      <w:proofErr w:type="gramStart"/>
      <w:r>
        <w:rPr>
          <w:rFonts w:ascii="仿宋" w:eastAsia="仿宋" w:hAnsi="仿宋"/>
          <w:sz w:val="32"/>
          <w:lang w:eastAsia="zh-CN"/>
        </w:rPr>
        <w:t>为月绝第二</w:t>
      </w:r>
      <w:proofErr w:type="gramEnd"/>
      <w:r>
        <w:rPr>
          <w:rFonts w:ascii="仿宋" w:eastAsia="仿宋" w:hAnsi="仿宋"/>
          <w:sz w:val="32"/>
          <w:lang w:eastAsia="zh-CN"/>
        </w:rPr>
        <w:t>绝。这一决赞扬的是勾践卧薪尝胆，以三千越甲绝地反击。成就一番霸业勾践灭吴后亦强扶弱。绝恶反之于善，使</w:t>
      </w:r>
      <w:proofErr w:type="gramStart"/>
      <w:r>
        <w:rPr>
          <w:rFonts w:ascii="仿宋" w:eastAsia="仿宋" w:hAnsi="仿宋"/>
          <w:sz w:val="32"/>
          <w:lang w:eastAsia="zh-CN"/>
        </w:rPr>
        <w:t>中国亲罚因私</w:t>
      </w:r>
      <w:proofErr w:type="gramEnd"/>
      <w:r>
        <w:rPr>
          <w:rFonts w:ascii="仿宋" w:eastAsia="仿宋" w:hAnsi="仿宋"/>
          <w:sz w:val="32"/>
          <w:lang w:eastAsia="zh-CN"/>
        </w:rPr>
        <w:t>衰止。</w:t>
      </w:r>
    </w:p>
    <w:p w14:paraId="0A93F841" w14:textId="77777777" w:rsidR="00E87C95" w:rsidRDefault="00000000">
      <w:pPr>
        <w:spacing w:after="0" w:line="579" w:lineRule="exact"/>
        <w:ind w:firstLine="640"/>
        <w:rPr>
          <w:lang w:eastAsia="zh-CN"/>
        </w:rPr>
      </w:pPr>
      <w:r>
        <w:rPr>
          <w:rFonts w:ascii="仿宋" w:eastAsia="仿宋" w:hAnsi="仿宋"/>
          <w:sz w:val="32"/>
          <w:lang w:eastAsia="zh-CN"/>
        </w:rPr>
        <w:t>此为乐绝第三绝。这一绝赞颂的是勾践尊师周氏。安定天下，断绝战乱不易。《越绝书》上宿下雨，下气东汉初年。庞籍诸侯列国。古今越地多少事，</w:t>
      </w:r>
      <w:proofErr w:type="gramStart"/>
      <w:r>
        <w:rPr>
          <w:rFonts w:ascii="仿宋" w:eastAsia="仿宋" w:hAnsi="仿宋"/>
          <w:sz w:val="32"/>
          <w:lang w:eastAsia="zh-CN"/>
        </w:rPr>
        <w:t>都赴今日我与撒君</w:t>
      </w:r>
      <w:proofErr w:type="gramEnd"/>
      <w:r>
        <w:rPr>
          <w:rFonts w:ascii="仿宋" w:eastAsia="仿宋" w:hAnsi="仿宋"/>
          <w:sz w:val="32"/>
          <w:lang w:eastAsia="zh-CN"/>
        </w:rPr>
        <w:t>的笑谈中。先生在我生活的时代。关于越帝先明的历史。又有了新的发现哦，先生可愿随我一官。请求。先生，</w:t>
      </w:r>
    </w:p>
    <w:p w14:paraId="69A79BE5" w14:textId="77777777" w:rsidR="00E87C95" w:rsidRDefault="00000000">
      <w:pPr>
        <w:spacing w:after="0" w:line="579" w:lineRule="exact"/>
        <w:ind w:firstLine="640"/>
        <w:rPr>
          <w:lang w:eastAsia="zh-CN"/>
        </w:rPr>
      </w:pPr>
      <w:r>
        <w:rPr>
          <w:rFonts w:ascii="仿宋" w:eastAsia="仿宋" w:hAnsi="仿宋"/>
          <w:sz w:val="32"/>
          <w:lang w:eastAsia="zh-CN"/>
        </w:rPr>
        <w:t>您看。这</w:t>
      </w:r>
      <w:proofErr w:type="gramStart"/>
      <w:r>
        <w:rPr>
          <w:rFonts w:ascii="仿宋" w:eastAsia="仿宋" w:hAnsi="仿宋"/>
          <w:sz w:val="32"/>
          <w:lang w:eastAsia="zh-CN"/>
        </w:rPr>
        <w:t>这</w:t>
      </w:r>
      <w:proofErr w:type="gramEnd"/>
      <w:r>
        <w:rPr>
          <w:rFonts w:ascii="仿宋" w:eastAsia="仿宋" w:hAnsi="仿宋"/>
          <w:sz w:val="32"/>
          <w:lang w:eastAsia="zh-CN"/>
        </w:rPr>
        <w:t>是何景象？这是后世在越地发现的良</w:t>
      </w:r>
      <w:proofErr w:type="gramStart"/>
      <w:r>
        <w:rPr>
          <w:rFonts w:ascii="仿宋" w:eastAsia="仿宋" w:hAnsi="仿宋"/>
          <w:sz w:val="32"/>
          <w:lang w:eastAsia="zh-CN"/>
        </w:rPr>
        <w:t>渚</w:t>
      </w:r>
      <w:proofErr w:type="gramEnd"/>
      <w:r>
        <w:rPr>
          <w:rFonts w:ascii="仿宋" w:eastAsia="仿宋" w:hAnsi="仿宋"/>
          <w:sz w:val="32"/>
          <w:lang w:eastAsia="zh-CN"/>
        </w:rPr>
        <w:t>古城遗址。我们用科学技术进行了极为精密的检测，发现良</w:t>
      </w:r>
      <w:proofErr w:type="gramStart"/>
      <w:r>
        <w:rPr>
          <w:rFonts w:ascii="仿宋" w:eastAsia="仿宋" w:hAnsi="仿宋"/>
          <w:sz w:val="32"/>
          <w:lang w:eastAsia="zh-CN"/>
        </w:rPr>
        <w:t>渚</w:t>
      </w:r>
      <w:proofErr w:type="gramEnd"/>
      <w:r>
        <w:rPr>
          <w:rFonts w:ascii="仿宋" w:eastAsia="仿宋" w:hAnsi="仿宋"/>
          <w:sz w:val="32"/>
          <w:lang w:eastAsia="zh-CN"/>
        </w:rPr>
        <w:t>文明的存在比《越绝书》中提到的大禹时代。还要早清晰的印证了中华文明是人类历史上唯一</w:t>
      </w:r>
      <w:proofErr w:type="gramStart"/>
      <w:r>
        <w:rPr>
          <w:rFonts w:ascii="仿宋" w:eastAsia="仿宋" w:hAnsi="仿宋"/>
          <w:sz w:val="32"/>
          <w:lang w:eastAsia="zh-CN"/>
        </w:rPr>
        <w:t>一</w:t>
      </w:r>
      <w:proofErr w:type="gramEnd"/>
      <w:r>
        <w:rPr>
          <w:rFonts w:ascii="仿宋" w:eastAsia="仿宋" w:hAnsi="仿宋"/>
          <w:sz w:val="32"/>
          <w:lang w:eastAsia="zh-CN"/>
        </w:rPr>
        <w:t>个绵延了5000多年的灿烂文明。中华文明延绵了5000多年。好啊。在我们生活的这个时代，越地又有了一部新的方志，我带先生去看看。这是何</w:t>
      </w:r>
      <w:r>
        <w:rPr>
          <w:rFonts w:ascii="仿宋" w:eastAsia="仿宋" w:hAnsi="仿宋"/>
          <w:sz w:val="32"/>
          <w:lang w:eastAsia="zh-CN"/>
        </w:rPr>
        <w:lastRenderedPageBreak/>
        <w:t>处啊？欢迎来自全国各地的方治专家们来到国家方治馆。国家方志馆典藏新编全国各地各级方志五万余册。历代旧制整理的成果有三万余册在这里啊，</w:t>
      </w:r>
    </w:p>
    <w:p w14:paraId="5E148891" w14:textId="77777777" w:rsidR="00E87C95" w:rsidRDefault="00000000">
      <w:pPr>
        <w:spacing w:after="0" w:line="579" w:lineRule="exact"/>
        <w:ind w:firstLine="640"/>
        <w:rPr>
          <w:lang w:eastAsia="zh-CN"/>
        </w:rPr>
      </w:pPr>
      <w:r>
        <w:rPr>
          <w:rFonts w:ascii="仿宋" w:eastAsia="仿宋" w:hAnsi="仿宋"/>
          <w:sz w:val="32"/>
          <w:lang w:eastAsia="zh-CN"/>
        </w:rPr>
        <w:t>大家可以看到中华方志的源远流长。和新时代修制的兴盛。正所谓国有史，地有志，家有谱。国家方志馆是的，在我这个时代，国家对于地方历史极为重视，不仅大力推广制书的编撰。而且还设立了国家方志馆，还有很多的地方方志馆。</w:t>
      </w:r>
      <w:proofErr w:type="gramStart"/>
      <w:r>
        <w:rPr>
          <w:rFonts w:ascii="仿宋" w:eastAsia="仿宋" w:hAnsi="仿宋"/>
          <w:sz w:val="32"/>
          <w:lang w:eastAsia="zh-CN"/>
        </w:rPr>
        <w:t>方志馆成为了</w:t>
      </w:r>
      <w:proofErr w:type="gramEnd"/>
      <w:r>
        <w:rPr>
          <w:rFonts w:ascii="仿宋" w:eastAsia="仿宋" w:hAnsi="仿宋"/>
          <w:sz w:val="32"/>
          <w:lang w:eastAsia="zh-CN"/>
        </w:rPr>
        <w:t>收藏，研究以及开发利用地方志资源，展示国情地情的所在。吴四方。何以中国？重视方志修撰后世人。</w:t>
      </w:r>
    </w:p>
    <w:p w14:paraId="54C7FD7D" w14:textId="77777777" w:rsidR="00E87C95" w:rsidRDefault="00000000">
      <w:pPr>
        <w:spacing w:after="0" w:line="579" w:lineRule="exact"/>
        <w:ind w:firstLine="640"/>
        <w:rPr>
          <w:lang w:eastAsia="zh-CN"/>
        </w:rPr>
      </w:pPr>
      <w:r>
        <w:rPr>
          <w:rFonts w:ascii="仿宋" w:eastAsia="仿宋" w:hAnsi="仿宋"/>
          <w:sz w:val="32"/>
          <w:lang w:eastAsia="zh-CN"/>
        </w:rPr>
        <w:t>远见卓识啊。今天要向大家展示的是今年刚刚纳入馆藏的浙江空置。全书共计131册，记一点一三亿字。是浙江省制编撰的最新成果，也是迄今为止最为齐备的浙江历史文化的百科全书。这是一部浙江历史的巨著。没想到后世方治能达到如此的规模。从最早的</w:t>
      </w:r>
      <w:proofErr w:type="gramStart"/>
      <w:r>
        <w:rPr>
          <w:rFonts w:ascii="仿宋" w:eastAsia="仿宋" w:hAnsi="仿宋"/>
          <w:sz w:val="32"/>
          <w:lang w:eastAsia="zh-CN"/>
        </w:rPr>
        <w:t>越地使制《越绝书》</w:t>
      </w:r>
      <w:proofErr w:type="gramEnd"/>
      <w:r>
        <w:rPr>
          <w:rFonts w:ascii="仿宋" w:eastAsia="仿宋" w:hAnsi="仿宋"/>
          <w:sz w:val="32"/>
          <w:lang w:eastAsia="zh-CN"/>
        </w:rPr>
        <w:t>，到今天的浙江通治。中华地方历史的研究</w:t>
      </w:r>
      <w:proofErr w:type="gramStart"/>
      <w:r>
        <w:rPr>
          <w:rFonts w:ascii="仿宋" w:eastAsia="仿宋" w:hAnsi="仿宋"/>
          <w:sz w:val="32"/>
          <w:lang w:eastAsia="zh-CN"/>
        </w:rPr>
        <w:t>编写更序不断</w:t>
      </w:r>
      <w:proofErr w:type="gramEnd"/>
      <w:r>
        <w:rPr>
          <w:rFonts w:ascii="仿宋" w:eastAsia="仿宋" w:hAnsi="仿宋"/>
          <w:sz w:val="32"/>
          <w:lang w:eastAsia="zh-CN"/>
        </w:rPr>
        <w:t>，愈加齐备详实。当年乐学书的研究，就连作者都扑朔迷离。明代方知大家杨慎先生</w:t>
      </w:r>
      <w:proofErr w:type="gramStart"/>
      <w:r>
        <w:rPr>
          <w:rFonts w:ascii="仿宋" w:eastAsia="仿宋" w:hAnsi="仿宋"/>
          <w:sz w:val="32"/>
          <w:lang w:eastAsia="zh-CN"/>
        </w:rPr>
        <w:t>破解书</w:t>
      </w:r>
      <w:proofErr w:type="gramEnd"/>
      <w:r>
        <w:rPr>
          <w:rFonts w:ascii="仿宋" w:eastAsia="仿宋" w:hAnsi="仿宋"/>
          <w:sz w:val="32"/>
          <w:lang w:eastAsia="zh-CN"/>
        </w:rPr>
        <w:t>中隐语。</w:t>
      </w:r>
    </w:p>
    <w:p w14:paraId="175483F2" w14:textId="77777777" w:rsidR="00E87C95" w:rsidRDefault="00000000">
      <w:pPr>
        <w:spacing w:after="0" w:line="579" w:lineRule="exact"/>
        <w:ind w:firstLine="640"/>
        <w:rPr>
          <w:lang w:eastAsia="zh-CN"/>
        </w:rPr>
      </w:pPr>
      <w:r>
        <w:rPr>
          <w:rFonts w:ascii="仿宋" w:eastAsia="仿宋" w:hAnsi="仿宋"/>
          <w:sz w:val="32"/>
          <w:lang w:eastAsia="zh-CN"/>
        </w:rPr>
        <w:t>推断《越绝书》的作者为东汉的袁康吴平，在我们编撰的浙江通治越文化专制里，还引用了他的《升庵集》里对范蠡西施的研究成果。当年他为贵州同志写</w:t>
      </w:r>
      <w:proofErr w:type="gramStart"/>
      <w:r>
        <w:rPr>
          <w:rFonts w:ascii="仿宋" w:eastAsia="仿宋" w:hAnsi="仿宋"/>
          <w:sz w:val="32"/>
          <w:lang w:eastAsia="zh-CN"/>
        </w:rPr>
        <w:t>的序写的</w:t>
      </w:r>
      <w:proofErr w:type="gramEnd"/>
      <w:r>
        <w:rPr>
          <w:rFonts w:ascii="仿宋" w:eastAsia="仿宋" w:hAnsi="仿宋"/>
          <w:sz w:val="32"/>
          <w:lang w:eastAsia="zh-CN"/>
        </w:rPr>
        <w:t>多好啊。衣</w:t>
      </w:r>
      <w:proofErr w:type="gramStart"/>
      <w:r>
        <w:rPr>
          <w:rFonts w:ascii="仿宋" w:eastAsia="仿宋" w:hAnsi="仿宋"/>
          <w:sz w:val="32"/>
          <w:lang w:eastAsia="zh-CN"/>
        </w:rPr>
        <w:t>之易曰编</w:t>
      </w:r>
      <w:proofErr w:type="gramEnd"/>
      <w:r>
        <w:rPr>
          <w:rFonts w:ascii="仿宋" w:eastAsia="仿宋" w:hAnsi="仿宋"/>
          <w:sz w:val="32"/>
          <w:lang w:eastAsia="zh-CN"/>
        </w:rPr>
        <w:t>，器</w:t>
      </w:r>
      <w:proofErr w:type="gramStart"/>
      <w:r>
        <w:rPr>
          <w:rFonts w:ascii="仿宋" w:eastAsia="仿宋" w:hAnsi="仿宋"/>
          <w:sz w:val="32"/>
          <w:lang w:eastAsia="zh-CN"/>
        </w:rPr>
        <w:t>之宪曰</w:t>
      </w:r>
      <w:proofErr w:type="gramEnd"/>
      <w:r>
        <w:rPr>
          <w:rFonts w:ascii="仿宋" w:eastAsia="仿宋" w:hAnsi="仿宋"/>
          <w:sz w:val="32"/>
          <w:lang w:eastAsia="zh-CN"/>
        </w:rPr>
        <w:t>编，而器魄必自现始。</w:t>
      </w:r>
      <w:proofErr w:type="gramStart"/>
      <w:r>
        <w:rPr>
          <w:rFonts w:ascii="仿宋" w:eastAsia="仿宋" w:hAnsi="仿宋"/>
          <w:sz w:val="32"/>
          <w:lang w:eastAsia="zh-CN"/>
        </w:rPr>
        <w:t>依迫必自意识</w:t>
      </w:r>
      <w:r>
        <w:rPr>
          <w:rFonts w:ascii="仿宋" w:eastAsia="仿宋" w:hAnsi="仿宋"/>
          <w:sz w:val="32"/>
          <w:lang w:eastAsia="zh-CN"/>
        </w:rPr>
        <w:lastRenderedPageBreak/>
        <w:t>边</w:t>
      </w:r>
      <w:proofErr w:type="gramEnd"/>
      <w:r>
        <w:rPr>
          <w:rFonts w:ascii="仿宋" w:eastAsia="仿宋" w:hAnsi="仿宋"/>
          <w:sz w:val="32"/>
          <w:lang w:eastAsia="zh-CN"/>
        </w:rPr>
        <w:t>，教之说何以</w:t>
      </w:r>
      <w:proofErr w:type="gramStart"/>
      <w:r>
        <w:rPr>
          <w:rFonts w:ascii="仿宋" w:eastAsia="仿宋" w:hAnsi="仿宋"/>
          <w:sz w:val="32"/>
          <w:lang w:eastAsia="zh-CN"/>
        </w:rPr>
        <w:t>一此</w:t>
      </w:r>
      <w:proofErr w:type="gramEnd"/>
      <w:r>
        <w:rPr>
          <w:rFonts w:ascii="仿宋" w:eastAsia="仿宋" w:hAnsi="仿宋"/>
          <w:sz w:val="32"/>
          <w:lang w:eastAsia="zh-CN"/>
        </w:rPr>
        <w:t>。</w:t>
      </w:r>
      <w:proofErr w:type="gramStart"/>
      <w:r>
        <w:rPr>
          <w:rFonts w:ascii="仿宋" w:eastAsia="仿宋" w:hAnsi="仿宋"/>
          <w:sz w:val="32"/>
          <w:lang w:eastAsia="zh-CN"/>
        </w:rPr>
        <w:t>鞭</w:t>
      </w:r>
      <w:proofErr w:type="gramEnd"/>
      <w:r>
        <w:rPr>
          <w:rFonts w:ascii="仿宋" w:eastAsia="仿宋" w:hAnsi="仿宋"/>
          <w:sz w:val="32"/>
          <w:lang w:eastAsia="zh-CN"/>
        </w:rPr>
        <w:t>可轻乎哉。衣服的边叫做衣。戏剧的边叫做线衣服，破是从边开始的，戏剧破也是从边开始的边疆地方。对一个国家的重要性，</w:t>
      </w:r>
    </w:p>
    <w:p w14:paraId="2056A518" w14:textId="77777777" w:rsidR="00E87C95" w:rsidRDefault="00000000">
      <w:pPr>
        <w:spacing w:after="0" w:line="579" w:lineRule="exact"/>
        <w:ind w:firstLine="640"/>
        <w:rPr>
          <w:lang w:eastAsia="zh-CN"/>
        </w:rPr>
      </w:pPr>
      <w:r>
        <w:rPr>
          <w:rFonts w:ascii="仿宋" w:eastAsia="仿宋" w:hAnsi="仿宋"/>
          <w:sz w:val="32"/>
          <w:lang w:eastAsia="zh-CN"/>
        </w:rPr>
        <w:t>就如这义和现杨慎先生的这个比喻</w:t>
      </w:r>
      <w:proofErr w:type="gramStart"/>
      <w:r>
        <w:rPr>
          <w:rFonts w:ascii="仿宋" w:eastAsia="仿宋" w:hAnsi="仿宋"/>
          <w:sz w:val="32"/>
          <w:lang w:eastAsia="zh-CN"/>
        </w:rPr>
        <w:t>太</w:t>
      </w:r>
      <w:proofErr w:type="gramEnd"/>
      <w:r>
        <w:rPr>
          <w:rFonts w:ascii="仿宋" w:eastAsia="仿宋" w:hAnsi="仿宋"/>
          <w:sz w:val="32"/>
          <w:lang w:eastAsia="zh-CN"/>
        </w:rPr>
        <w:t>形象了，说得好。现在各位可以自行参观了。不忘来路方能明知去处。一国一地。皆如此。</w:t>
      </w:r>
      <w:proofErr w:type="gramStart"/>
      <w:r>
        <w:rPr>
          <w:rFonts w:ascii="仿宋" w:eastAsia="仿宋" w:hAnsi="仿宋"/>
          <w:sz w:val="32"/>
          <w:lang w:eastAsia="zh-CN"/>
        </w:rPr>
        <w:t>感谢撒君让</w:t>
      </w:r>
      <w:proofErr w:type="gramEnd"/>
      <w:r>
        <w:rPr>
          <w:rFonts w:ascii="仿宋" w:eastAsia="仿宋" w:hAnsi="仿宋"/>
          <w:sz w:val="32"/>
          <w:lang w:eastAsia="zh-CN"/>
        </w:rPr>
        <w:t>我看到了中华历史。中华文明的延年更序。一方之志。始于越绝。感谢先生带我们识读。越绝束。中华历史。中华文明。延绵不绝。</w:t>
      </w:r>
    </w:p>
    <w:p w14:paraId="37085CD1" w14:textId="77777777" w:rsidR="00E87C95" w:rsidRDefault="00000000">
      <w:pPr>
        <w:spacing w:after="0" w:line="579" w:lineRule="exact"/>
        <w:ind w:firstLine="640"/>
        <w:rPr>
          <w:lang w:eastAsia="zh-CN"/>
        </w:rPr>
      </w:pPr>
      <w:r>
        <w:rPr>
          <w:rFonts w:ascii="仿宋" w:eastAsia="仿宋" w:hAnsi="仿宋"/>
          <w:sz w:val="32"/>
          <w:lang w:eastAsia="zh-CN"/>
        </w:rPr>
        <w:t>好好啊。所以。在戏剧的最后，</w:t>
      </w:r>
      <w:proofErr w:type="gramStart"/>
      <w:r>
        <w:rPr>
          <w:rFonts w:ascii="仿宋" w:eastAsia="仿宋" w:hAnsi="仿宋"/>
          <w:sz w:val="32"/>
          <w:lang w:eastAsia="zh-CN"/>
        </w:rPr>
        <w:t>撒老师</w:t>
      </w:r>
      <w:proofErr w:type="gramEnd"/>
      <w:r>
        <w:rPr>
          <w:rFonts w:ascii="仿宋" w:eastAsia="仿宋" w:hAnsi="仿宋"/>
          <w:sz w:val="32"/>
          <w:lang w:eastAsia="zh-CN"/>
        </w:rPr>
        <w:t>带着杨慎来到了国家风制馆。我们的戏剧又一次帮助主角圆梦了，</w:t>
      </w:r>
      <w:proofErr w:type="gramStart"/>
      <w:r>
        <w:rPr>
          <w:rFonts w:ascii="仿宋" w:eastAsia="仿宋" w:hAnsi="仿宋"/>
          <w:sz w:val="32"/>
          <w:lang w:eastAsia="zh-CN"/>
        </w:rPr>
        <w:t>那同时</w:t>
      </w:r>
      <w:proofErr w:type="gramEnd"/>
      <w:r>
        <w:rPr>
          <w:rFonts w:ascii="仿宋" w:eastAsia="仿宋" w:hAnsi="仿宋"/>
          <w:sz w:val="32"/>
          <w:lang w:eastAsia="zh-CN"/>
        </w:rPr>
        <w:t>看的我们内心也是非常的感动。</w:t>
      </w:r>
      <w:proofErr w:type="gramStart"/>
      <w:r>
        <w:rPr>
          <w:rFonts w:ascii="仿宋" w:eastAsia="仿宋" w:hAnsi="仿宋"/>
          <w:sz w:val="32"/>
          <w:lang w:eastAsia="zh-CN"/>
        </w:rPr>
        <w:t>小撒呀</w:t>
      </w:r>
      <w:proofErr w:type="gramEnd"/>
      <w:r>
        <w:rPr>
          <w:rFonts w:ascii="仿宋" w:eastAsia="仿宋" w:hAnsi="仿宋"/>
          <w:sz w:val="32"/>
          <w:lang w:eastAsia="zh-CN"/>
        </w:rPr>
        <w:t>，带着杨慎啊去看良渚古城的遗址，告诉杨慎，我们中国就是有这样5000年不断的。灿烂辉煌的文明，我觉得这个时候啊，我们的心潮和杨慎一起在起伏，其实我想这</w:t>
      </w:r>
      <w:proofErr w:type="gramStart"/>
      <w:r>
        <w:rPr>
          <w:rFonts w:ascii="仿宋" w:eastAsia="仿宋" w:hAnsi="仿宋"/>
          <w:sz w:val="32"/>
          <w:lang w:eastAsia="zh-CN"/>
        </w:rPr>
        <w:t>不</w:t>
      </w:r>
      <w:proofErr w:type="gramEnd"/>
      <w:r>
        <w:rPr>
          <w:rFonts w:ascii="仿宋" w:eastAsia="仿宋" w:hAnsi="仿宋"/>
          <w:sz w:val="32"/>
          <w:lang w:eastAsia="zh-CN"/>
        </w:rPr>
        <w:t>也就是我们今天来阅读这个《越绝书》的意义吗？这里就是家乡，</w:t>
      </w:r>
    </w:p>
    <w:p w14:paraId="56DD8242" w14:textId="77777777" w:rsidR="00E87C95" w:rsidRDefault="00000000">
      <w:pPr>
        <w:spacing w:after="0" w:line="579" w:lineRule="exact"/>
        <w:ind w:firstLine="640"/>
        <w:rPr>
          <w:lang w:eastAsia="zh-CN"/>
        </w:rPr>
      </w:pPr>
      <w:r>
        <w:rPr>
          <w:rFonts w:ascii="仿宋" w:eastAsia="仿宋" w:hAnsi="仿宋"/>
          <w:sz w:val="32"/>
          <w:lang w:eastAsia="zh-CN"/>
        </w:rPr>
        <w:t>这里就是中国。我们的家乡，我们的祖国就是这样历史悠久而又生生不息。要了解一个地方。最可靠方法就是读字。我国啊，历来重视啊方子编修工作，可以说方子文化薪火相传，绵延不绝。在新的历史条件下，我们应该利用好地方志这一重要载体，讲好中国故事。传承中国文化，去华夏文脉。刚才结尾的这场戏中啊，</w:t>
      </w:r>
    </w:p>
    <w:p w14:paraId="0ADB10FF" w14:textId="77777777" w:rsidR="00E87C95" w:rsidRDefault="00000000">
      <w:pPr>
        <w:spacing w:after="0" w:line="579" w:lineRule="exact"/>
        <w:ind w:firstLine="640"/>
        <w:rPr>
          <w:lang w:eastAsia="zh-CN"/>
        </w:rPr>
      </w:pPr>
      <w:r>
        <w:rPr>
          <w:rFonts w:ascii="仿宋" w:eastAsia="仿宋" w:hAnsi="仿宋"/>
          <w:sz w:val="32"/>
          <w:lang w:eastAsia="zh-CN"/>
        </w:rPr>
        <w:lastRenderedPageBreak/>
        <w:t>这将通知纳入馆藏，让我感触良多。因为啊，我参与了中央通知编撰的全过程，历经十余年，中央通知也被一些专家学者誉为新时代的《越绝书》。这些地方支书啊，凝结着。新时代奋斗者的心血与汗水，更离不开我们党和国家对地方志工作的。关心和重视作为当代地方志工作者，我想我们更应该全身心的投入到。我们地方志的编撰事业当中，只有这样才能不负前人，不负今人。</w:t>
      </w:r>
    </w:p>
    <w:p w14:paraId="1127B326" w14:textId="77777777" w:rsidR="00E87C95" w:rsidRDefault="00000000">
      <w:pPr>
        <w:spacing w:after="0" w:line="579" w:lineRule="exact"/>
        <w:ind w:firstLine="640"/>
        <w:rPr>
          <w:lang w:eastAsia="zh-CN"/>
        </w:rPr>
      </w:pPr>
      <w:r>
        <w:rPr>
          <w:rFonts w:ascii="仿宋" w:eastAsia="仿宋" w:hAnsi="仿宋"/>
          <w:sz w:val="32"/>
          <w:lang w:eastAsia="zh-CN"/>
        </w:rPr>
        <w:t>不负家乡也不负中国辉煌的历史。国有始，地有制，家有普。一亿只典章文物皆系于智。方志是传承中华文明，挖掘历史智慧的重要载体。参与</w:t>
      </w:r>
      <w:proofErr w:type="gramStart"/>
      <w:r>
        <w:rPr>
          <w:rFonts w:ascii="仿宋" w:eastAsia="仿宋" w:hAnsi="仿宋"/>
          <w:sz w:val="32"/>
          <w:lang w:eastAsia="zh-CN"/>
        </w:rPr>
        <w:t>建构着</w:t>
      </w:r>
      <w:proofErr w:type="gramEnd"/>
      <w:r>
        <w:rPr>
          <w:rFonts w:ascii="仿宋" w:eastAsia="仿宋" w:hAnsi="仿宋"/>
          <w:sz w:val="32"/>
          <w:lang w:eastAsia="zh-CN"/>
        </w:rPr>
        <w:t>独特悠远的中华文明，也连接着中华民族的历史当下。与未来再次感谢三位老师与我们一同品读《越绝书》，谢谢。扫描屏幕上方二维码，下载央视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观看典籍里的中国完整视频专享幕后精彩内容。智者智，一方之事也。</w:t>
      </w:r>
    </w:p>
    <w:p w14:paraId="3B10683C" w14:textId="77777777" w:rsidR="00E87C95" w:rsidRDefault="00000000">
      <w:pPr>
        <w:spacing w:after="0" w:line="579" w:lineRule="exact"/>
        <w:ind w:firstLine="640"/>
        <w:rPr>
          <w:lang w:eastAsia="zh-CN"/>
        </w:rPr>
      </w:pPr>
      <w:r>
        <w:rPr>
          <w:rFonts w:ascii="仿宋" w:eastAsia="仿宋" w:hAnsi="仿宋"/>
          <w:sz w:val="32"/>
          <w:lang w:eastAsia="zh-CN"/>
        </w:rPr>
        <w:t>方志，文化是中华民族特有的文化基因，是认识了解中华优秀传统文化的重要窗口。让我们在新时代秉承历史的智慧，更好的读智，用智，传智。修之问道，以启未来。我是王嘉宁，下一步典籍我们再会。</w:t>
      </w:r>
    </w:p>
    <w:p w14:paraId="7F7B9ECF" w14:textId="77777777" w:rsidR="00E87C95" w:rsidRDefault="00000000">
      <w:pPr>
        <w:rPr>
          <w:lang w:eastAsia="zh-CN"/>
        </w:rPr>
      </w:pPr>
      <w:r>
        <w:rPr>
          <w:lang w:eastAsia="zh-CN"/>
        </w:rPr>
        <w:br w:type="page"/>
      </w:r>
    </w:p>
    <w:p w14:paraId="4488634F" w14:textId="77777777" w:rsidR="00E87C95" w:rsidRDefault="00000000">
      <w:pPr>
        <w:spacing w:after="0" w:line="579" w:lineRule="exact"/>
        <w:jc w:val="center"/>
        <w:rPr>
          <w:lang w:eastAsia="zh-CN"/>
        </w:rPr>
      </w:pPr>
      <w:r>
        <w:rPr>
          <w:rFonts w:ascii="方正小标宋简体" w:eastAsia="方正小标宋简体" w:hAnsi="方正小标宋简体"/>
          <w:sz w:val="44"/>
          <w:lang w:eastAsia="zh-CN"/>
        </w:rPr>
        <w:lastRenderedPageBreak/>
        <w:t>第17集 《齐民要术》</w:t>
      </w:r>
    </w:p>
    <w:p w14:paraId="3F56AE22" w14:textId="77777777" w:rsidR="00E87C95" w:rsidRDefault="00000000">
      <w:pPr>
        <w:spacing w:after="0" w:line="579" w:lineRule="exact"/>
        <w:ind w:firstLine="640"/>
        <w:rPr>
          <w:lang w:eastAsia="zh-CN"/>
        </w:rPr>
      </w:pPr>
      <w:r>
        <w:rPr>
          <w:rFonts w:ascii="仿宋" w:eastAsia="仿宋" w:hAnsi="仿宋"/>
          <w:sz w:val="32"/>
          <w:lang w:eastAsia="zh-CN"/>
        </w:rPr>
        <w:t>顺天时，量地利，教天下之民以稼穑。今天就让我们一起识读最古老农业科学专著之一。齐民要术。我就读农书，让所有挨饿的人吃饱饭，我走遍周围的农户田间，向有经验的老农学习，要将齐民要术推广到普天之下。资生之业，必</w:t>
      </w:r>
      <w:proofErr w:type="gramStart"/>
      <w:r>
        <w:rPr>
          <w:rFonts w:ascii="仿宋" w:eastAsia="仿宋" w:hAnsi="仿宋"/>
          <w:sz w:val="32"/>
          <w:lang w:eastAsia="zh-CN"/>
        </w:rPr>
        <w:t>靡</w:t>
      </w:r>
      <w:proofErr w:type="gramEnd"/>
      <w:r>
        <w:rPr>
          <w:rFonts w:ascii="仿宋" w:eastAsia="仿宋" w:hAnsi="仿宋"/>
          <w:sz w:val="32"/>
          <w:lang w:eastAsia="zh-CN"/>
        </w:rPr>
        <w:t>不毕书。号曰，齐民要术。中华文明七字农耕。我国农耕文明源远流长，博大精深，</w:t>
      </w:r>
    </w:p>
    <w:p w14:paraId="7B631F6C" w14:textId="77777777" w:rsidR="00E87C95" w:rsidRDefault="00000000">
      <w:pPr>
        <w:spacing w:after="0" w:line="579" w:lineRule="exact"/>
        <w:ind w:firstLine="640"/>
        <w:rPr>
          <w:lang w:eastAsia="zh-CN"/>
        </w:rPr>
      </w:pPr>
      <w:r>
        <w:rPr>
          <w:rFonts w:ascii="仿宋" w:eastAsia="仿宋" w:hAnsi="仿宋"/>
          <w:sz w:val="32"/>
          <w:lang w:eastAsia="zh-CN"/>
        </w:rPr>
        <w:t>是中国优秀传统文化的根。用五谷养育生命的先祖，顺天时，量地利，教天下之民以稼穑。让中华血脉代代相承。也成就了中华文明的根。去年也。我顺着天之时分析了地之力，为众人制作出了耒耜。这便是耒耜对。</w:t>
      </w:r>
      <w:proofErr w:type="gramStart"/>
      <w:r>
        <w:rPr>
          <w:rFonts w:ascii="仿宋" w:eastAsia="仿宋" w:hAnsi="仿宋"/>
          <w:sz w:val="32"/>
          <w:lang w:eastAsia="zh-CN"/>
        </w:rPr>
        <w:t>斫</w:t>
      </w:r>
      <w:proofErr w:type="gramEnd"/>
      <w:r>
        <w:rPr>
          <w:rFonts w:ascii="仿宋" w:eastAsia="仿宋" w:hAnsi="仿宋"/>
          <w:sz w:val="32"/>
          <w:lang w:eastAsia="zh-CN"/>
        </w:rPr>
        <w:t>木为耜，</w:t>
      </w:r>
      <w:proofErr w:type="gramStart"/>
      <w:r>
        <w:rPr>
          <w:rFonts w:ascii="仿宋" w:eastAsia="仿宋" w:hAnsi="仿宋"/>
          <w:sz w:val="32"/>
          <w:lang w:eastAsia="zh-CN"/>
        </w:rPr>
        <w:t>揉木为耒</w:t>
      </w:r>
      <w:proofErr w:type="gramEnd"/>
      <w:r>
        <w:rPr>
          <w:rFonts w:ascii="仿宋" w:eastAsia="仿宋" w:hAnsi="仿宋"/>
          <w:sz w:val="32"/>
          <w:lang w:eastAsia="zh-CN"/>
        </w:rPr>
        <w:t>。耒耜用，它便可以这样深翻土地，</w:t>
      </w:r>
    </w:p>
    <w:p w14:paraId="24B9609B" w14:textId="77777777" w:rsidR="00E87C95" w:rsidRDefault="00000000">
      <w:pPr>
        <w:spacing w:after="0" w:line="579" w:lineRule="exact"/>
        <w:ind w:firstLine="640"/>
        <w:rPr>
          <w:lang w:eastAsia="zh-CN"/>
        </w:rPr>
      </w:pPr>
      <w:r>
        <w:rPr>
          <w:rFonts w:ascii="仿宋" w:eastAsia="仿宋" w:hAnsi="仿宋"/>
          <w:sz w:val="32"/>
          <w:lang w:eastAsia="zh-CN"/>
        </w:rPr>
        <w:t>以力耕种。此物甚好，这样就可以方便农事生产了。有了此物，收成也会随之增加。是啊是啊是啊。有了耒耜希望能产出更多的谷物，让天下人人都能吃饱饭。感谢神农。我</w:t>
      </w:r>
      <w:proofErr w:type="gramStart"/>
      <w:r>
        <w:rPr>
          <w:rFonts w:ascii="仿宋" w:eastAsia="仿宋" w:hAnsi="仿宋"/>
          <w:sz w:val="32"/>
          <w:lang w:eastAsia="zh-CN"/>
        </w:rPr>
        <w:t>羲仲被尧命为春官</w:t>
      </w:r>
      <w:proofErr w:type="gramEnd"/>
      <w:r>
        <w:rPr>
          <w:rFonts w:ascii="仿宋" w:eastAsia="仿宋" w:hAnsi="仿宋"/>
          <w:sz w:val="32"/>
          <w:lang w:eastAsia="zh-CN"/>
        </w:rPr>
        <w:t>掌管，春季瘦时。我</w:t>
      </w:r>
      <w:proofErr w:type="gramStart"/>
      <w:r>
        <w:rPr>
          <w:rFonts w:ascii="仿宋" w:eastAsia="仿宋" w:hAnsi="仿宋"/>
          <w:sz w:val="32"/>
          <w:lang w:eastAsia="zh-CN"/>
        </w:rPr>
        <w:t>羲</w:t>
      </w:r>
      <w:proofErr w:type="gramEnd"/>
      <w:r>
        <w:rPr>
          <w:rFonts w:ascii="仿宋" w:eastAsia="仿宋" w:hAnsi="仿宋"/>
          <w:sz w:val="32"/>
          <w:lang w:eastAsia="zh-CN"/>
        </w:rPr>
        <w:t>叔被尧，命为夏官掌管夏季守时。我和</w:t>
      </w:r>
      <w:proofErr w:type="gramStart"/>
      <w:r>
        <w:rPr>
          <w:rFonts w:ascii="仿宋" w:eastAsia="仿宋" w:hAnsi="仿宋"/>
          <w:sz w:val="32"/>
          <w:lang w:eastAsia="zh-CN"/>
        </w:rPr>
        <w:t>仲被尧命</w:t>
      </w:r>
      <w:proofErr w:type="gramEnd"/>
      <w:r>
        <w:rPr>
          <w:rFonts w:ascii="仿宋" w:eastAsia="仿宋" w:hAnsi="仿宋"/>
          <w:sz w:val="32"/>
          <w:lang w:eastAsia="zh-CN"/>
        </w:rPr>
        <w:t>为西官掌管，秋季授时。</w:t>
      </w:r>
    </w:p>
    <w:p w14:paraId="76BBE336" w14:textId="77777777" w:rsidR="00E87C95" w:rsidRDefault="00000000">
      <w:pPr>
        <w:spacing w:after="0" w:line="579" w:lineRule="exact"/>
        <w:ind w:firstLine="640"/>
        <w:rPr>
          <w:lang w:eastAsia="zh-CN"/>
        </w:rPr>
      </w:pPr>
      <w:r>
        <w:rPr>
          <w:rFonts w:ascii="仿宋" w:eastAsia="仿宋" w:hAnsi="仿宋"/>
          <w:sz w:val="32"/>
          <w:lang w:eastAsia="zh-CN"/>
        </w:rPr>
        <w:t>我和叔</w:t>
      </w:r>
      <w:proofErr w:type="gramStart"/>
      <w:r>
        <w:rPr>
          <w:rFonts w:ascii="仿宋" w:eastAsia="仿宋" w:hAnsi="仿宋"/>
          <w:sz w:val="32"/>
          <w:lang w:eastAsia="zh-CN"/>
        </w:rPr>
        <w:t>被尧命为</w:t>
      </w:r>
      <w:proofErr w:type="gramEnd"/>
      <w:r>
        <w:rPr>
          <w:rFonts w:ascii="仿宋" w:eastAsia="仿宋" w:hAnsi="仿宋"/>
          <w:sz w:val="32"/>
          <w:lang w:eastAsia="zh-CN"/>
        </w:rPr>
        <w:t>冬官，掌管冬季寿食。</w:t>
      </w:r>
      <w:proofErr w:type="gramStart"/>
      <w:r>
        <w:rPr>
          <w:rFonts w:ascii="仿宋" w:eastAsia="仿宋" w:hAnsi="仿宋"/>
          <w:sz w:val="32"/>
          <w:lang w:eastAsia="zh-CN"/>
        </w:rPr>
        <w:t>尧将天象</w:t>
      </w:r>
      <w:proofErr w:type="gramEnd"/>
      <w:r>
        <w:rPr>
          <w:rFonts w:ascii="仿宋" w:eastAsia="仿宋" w:hAnsi="仿宋"/>
          <w:sz w:val="32"/>
          <w:lang w:eastAsia="zh-CN"/>
        </w:rPr>
        <w:t>四时制定历法。命我等向黎明颁布天下，黎明皆应谨守天时，应时而作。方能移植不足。顺治理天下，实为众守，命我掌管天下粮食生产。天下耕作，五谷为先。如今我改良五谷耕作技艺，授予尔等。尔等与我一道将稼穑之术。</w:t>
      </w:r>
    </w:p>
    <w:p w14:paraId="210884B5" w14:textId="77777777" w:rsidR="00E87C95" w:rsidRDefault="00000000">
      <w:pPr>
        <w:spacing w:after="0" w:line="579" w:lineRule="exact"/>
        <w:ind w:firstLine="640"/>
        <w:rPr>
          <w:lang w:eastAsia="zh-CN"/>
        </w:rPr>
      </w:pPr>
      <w:r>
        <w:rPr>
          <w:rFonts w:ascii="仿宋" w:eastAsia="仿宋" w:hAnsi="仿宋"/>
          <w:sz w:val="32"/>
          <w:lang w:eastAsia="zh-CN"/>
        </w:rPr>
        <w:lastRenderedPageBreak/>
        <w:t>广布于天下。尊后稷命，将稼穑之处，广布于天下。天下田地交错，没有分界，百姓耕种收成分割不明。今天我为大家划分填土，让大家努力耕种，明晰收获。太好了，太好了，将土地划分为大方块儿，移民在自己的方块儿上耕作。田地的周围是浇灌的水渠和道路。</w:t>
      </w:r>
    </w:p>
    <w:p w14:paraId="5ED7D16B" w14:textId="77777777" w:rsidR="00E87C95" w:rsidRDefault="00000000">
      <w:pPr>
        <w:spacing w:after="0" w:line="579" w:lineRule="exact"/>
        <w:ind w:firstLine="640"/>
        <w:rPr>
          <w:lang w:eastAsia="zh-CN"/>
        </w:rPr>
      </w:pPr>
      <w:r>
        <w:rPr>
          <w:rFonts w:ascii="仿宋" w:eastAsia="仿宋" w:hAnsi="仿宋"/>
          <w:sz w:val="32"/>
          <w:lang w:eastAsia="zh-CN"/>
        </w:rPr>
        <w:t>有</w:t>
      </w:r>
      <w:proofErr w:type="gramStart"/>
      <w:r>
        <w:rPr>
          <w:rFonts w:ascii="仿宋" w:eastAsia="仿宋" w:hAnsi="仿宋"/>
          <w:sz w:val="32"/>
          <w:lang w:eastAsia="zh-CN"/>
        </w:rPr>
        <w:t>纵有横像画</w:t>
      </w:r>
      <w:proofErr w:type="gramEnd"/>
      <w:r>
        <w:rPr>
          <w:rFonts w:ascii="仿宋" w:eastAsia="仿宋" w:hAnsi="仿宋"/>
          <w:sz w:val="32"/>
          <w:lang w:eastAsia="zh-CN"/>
        </w:rPr>
        <w:t>格子，有纵有横以纵横为界。如此，我们的心里便踏实了，对我们各有各的土地互不侵扰，这日子也太平。黎民各守其土，安居乐业天下。多了安定。谢大宇让我等安居乐业。这些关于中国农耕要义和起源的故事都被记入了中国现存最早的农业百科全书。齐民要术之中。神农为耒耜，以利天下。</w:t>
      </w:r>
      <w:proofErr w:type="gramStart"/>
      <w:r>
        <w:rPr>
          <w:rFonts w:ascii="仿宋" w:eastAsia="仿宋" w:hAnsi="仿宋"/>
          <w:sz w:val="32"/>
          <w:lang w:eastAsia="zh-CN"/>
        </w:rPr>
        <w:t>尧命四</w:t>
      </w:r>
      <w:proofErr w:type="gramEnd"/>
      <w:r>
        <w:rPr>
          <w:rFonts w:ascii="仿宋" w:eastAsia="仿宋" w:hAnsi="仿宋"/>
          <w:sz w:val="32"/>
          <w:lang w:eastAsia="zh-CN"/>
        </w:rPr>
        <w:t>子，</w:t>
      </w:r>
    </w:p>
    <w:p w14:paraId="1889E285" w14:textId="77777777" w:rsidR="00E87C95" w:rsidRDefault="00000000">
      <w:pPr>
        <w:spacing w:after="0" w:line="579" w:lineRule="exact"/>
        <w:ind w:firstLine="640"/>
        <w:rPr>
          <w:lang w:eastAsia="zh-CN"/>
        </w:rPr>
      </w:pPr>
      <w:proofErr w:type="gramStart"/>
      <w:r>
        <w:rPr>
          <w:rFonts w:ascii="仿宋" w:eastAsia="仿宋" w:hAnsi="仿宋"/>
          <w:sz w:val="32"/>
          <w:lang w:eastAsia="zh-CN"/>
        </w:rPr>
        <w:t>敬授民时</w:t>
      </w:r>
      <w:proofErr w:type="gramEnd"/>
      <w:r>
        <w:rPr>
          <w:rFonts w:ascii="仿宋" w:eastAsia="仿宋" w:hAnsi="仿宋"/>
          <w:sz w:val="32"/>
          <w:lang w:eastAsia="zh-CN"/>
        </w:rPr>
        <w:t>。顺命后继，实为政首。</w:t>
      </w:r>
      <w:proofErr w:type="gramStart"/>
      <w:r>
        <w:rPr>
          <w:rFonts w:ascii="仿宋" w:eastAsia="仿宋" w:hAnsi="仿宋"/>
          <w:sz w:val="32"/>
          <w:lang w:eastAsia="zh-CN"/>
        </w:rPr>
        <w:t>禹致土</w:t>
      </w:r>
      <w:proofErr w:type="gramEnd"/>
      <w:r>
        <w:rPr>
          <w:rFonts w:ascii="仿宋" w:eastAsia="仿宋" w:hAnsi="仿宋"/>
          <w:sz w:val="32"/>
          <w:lang w:eastAsia="zh-CN"/>
        </w:rPr>
        <w:t>田，万国作乂。要在阿姨妇儿叫之。北魏时期，我国杰出农学家贾思</w:t>
      </w:r>
      <w:proofErr w:type="gramStart"/>
      <w:r>
        <w:rPr>
          <w:rFonts w:ascii="仿宋" w:eastAsia="仿宋" w:hAnsi="仿宋"/>
          <w:sz w:val="32"/>
          <w:lang w:eastAsia="zh-CN"/>
        </w:rPr>
        <w:t>勰</w:t>
      </w:r>
      <w:proofErr w:type="gramEnd"/>
      <w:r>
        <w:rPr>
          <w:rFonts w:ascii="仿宋" w:eastAsia="仿宋" w:hAnsi="仿宋"/>
          <w:sz w:val="32"/>
          <w:lang w:eastAsia="zh-CN"/>
        </w:rPr>
        <w:t>铸成的齐民要术，是世界上最古老的。农业科学专著之一，他第一次全面的记载了六世纪以及之前。我国黄河中下游生产生活状况和农业技术被后世奉为中国农书典范。今天就让我们一起识读中国现存最早，最完整的农业百科全书。齐民要术。</w:t>
      </w:r>
    </w:p>
    <w:p w14:paraId="7CC3CA53" w14:textId="77777777" w:rsidR="00E87C95" w:rsidRDefault="00000000">
      <w:pPr>
        <w:spacing w:after="0" w:line="579" w:lineRule="exact"/>
        <w:ind w:firstLine="640"/>
        <w:rPr>
          <w:lang w:eastAsia="zh-CN"/>
        </w:rPr>
      </w:pPr>
      <w:r>
        <w:rPr>
          <w:rFonts w:ascii="仿宋" w:eastAsia="仿宋" w:hAnsi="仿宋"/>
          <w:sz w:val="32"/>
          <w:lang w:eastAsia="zh-CN"/>
        </w:rPr>
        <w:t>打开典籍品读中国，欢迎走进典籍里的中国。我是王嘉宁。国以农为本，民以食为天，广阔的中华大地孕育了悠久而厚重的农耕文化。数千年积淀的农耕思想也传承至今。今天，就让我们一起走进世界农学史上现存最早的专著之一。齐民要术。老师好，欢迎各位。今天出演戏剧的演员们，此</w:t>
      </w:r>
      <w:r>
        <w:rPr>
          <w:rFonts w:ascii="仿宋" w:eastAsia="仿宋" w:hAnsi="仿宋"/>
          <w:sz w:val="32"/>
          <w:lang w:eastAsia="zh-CN"/>
        </w:rPr>
        <w:lastRenderedPageBreak/>
        <w:t>刻也就坐于官房间，他们将和我们一块来聆听老师们对于典籍的解读，</w:t>
      </w:r>
    </w:p>
    <w:p w14:paraId="7E35D353" w14:textId="77777777" w:rsidR="00E87C95" w:rsidRDefault="00000000">
      <w:pPr>
        <w:spacing w:after="0" w:line="579" w:lineRule="exact"/>
        <w:ind w:firstLine="640"/>
        <w:rPr>
          <w:lang w:eastAsia="zh-CN"/>
        </w:rPr>
      </w:pPr>
      <w:r>
        <w:rPr>
          <w:rFonts w:ascii="仿宋" w:eastAsia="仿宋" w:hAnsi="仿宋"/>
          <w:sz w:val="32"/>
          <w:lang w:eastAsia="zh-CN"/>
        </w:rPr>
        <w:t>欢迎他们。刚才的开场戏剧当中，讲述了齐民要术的序言里有非常多的农耕先贤及他们的思想。这样一部极具影响力的农学巨著，我们先从他的书名开始了解。齐民要术什么意思呢？齐民要术啊，是北魏杰出的农学家贾思</w:t>
      </w:r>
      <w:proofErr w:type="gramStart"/>
      <w:r>
        <w:rPr>
          <w:rFonts w:ascii="仿宋" w:eastAsia="仿宋" w:hAnsi="仿宋"/>
          <w:sz w:val="32"/>
          <w:lang w:eastAsia="zh-CN"/>
        </w:rPr>
        <w:t>勰</w:t>
      </w:r>
      <w:proofErr w:type="gramEnd"/>
      <w:r>
        <w:rPr>
          <w:rFonts w:ascii="仿宋" w:eastAsia="仿宋" w:hAnsi="仿宋"/>
          <w:sz w:val="32"/>
          <w:lang w:eastAsia="zh-CN"/>
        </w:rPr>
        <w:t>的一</w:t>
      </w:r>
      <w:proofErr w:type="gramStart"/>
      <w:r>
        <w:rPr>
          <w:rFonts w:ascii="仿宋" w:eastAsia="仿宋" w:hAnsi="仿宋"/>
          <w:sz w:val="32"/>
          <w:lang w:eastAsia="zh-CN"/>
        </w:rPr>
        <w:t>部著</w:t>
      </w:r>
      <w:proofErr w:type="gramEnd"/>
      <w:r>
        <w:rPr>
          <w:rFonts w:ascii="仿宋" w:eastAsia="仿宋" w:hAnsi="仿宋"/>
          <w:sz w:val="32"/>
          <w:lang w:eastAsia="zh-CN"/>
        </w:rPr>
        <w:t>作。那为什么叫齐民要术呢？贾思</w:t>
      </w:r>
      <w:proofErr w:type="gramStart"/>
      <w:r>
        <w:rPr>
          <w:rFonts w:ascii="仿宋" w:eastAsia="仿宋" w:hAnsi="仿宋"/>
          <w:sz w:val="32"/>
          <w:lang w:eastAsia="zh-CN"/>
        </w:rPr>
        <w:t>勰</w:t>
      </w:r>
      <w:proofErr w:type="gramEnd"/>
      <w:r>
        <w:rPr>
          <w:rFonts w:ascii="仿宋" w:eastAsia="仿宋" w:hAnsi="仿宋"/>
          <w:sz w:val="32"/>
          <w:lang w:eastAsia="zh-CN"/>
        </w:rPr>
        <w:t>其实自己在序里头说的清清楚楚。他说其无贵贱，故谓之其民者。若今言平民也，什么意思？其民就是我们现在说的老百姓。</w:t>
      </w:r>
    </w:p>
    <w:p w14:paraId="71F91D0C" w14:textId="77777777" w:rsidR="00E87C95" w:rsidRDefault="00000000">
      <w:pPr>
        <w:spacing w:after="0" w:line="579" w:lineRule="exact"/>
        <w:ind w:firstLine="640"/>
        <w:rPr>
          <w:lang w:eastAsia="zh-CN"/>
        </w:rPr>
      </w:pPr>
      <w:r>
        <w:rPr>
          <w:rFonts w:ascii="仿宋" w:eastAsia="仿宋" w:hAnsi="仿宋"/>
          <w:sz w:val="32"/>
          <w:lang w:eastAsia="zh-CN"/>
        </w:rPr>
        <w:t>要术呢，那就是谋生的重要方法嘛，齐民要术就是总结老百姓最重要的生产生活经验的书，希望老百姓都把日子过好。你看从这个书名啊，就能看出来这是一部写给咱老百姓的书。咱们中国一直以来都非常重视农业，而且有很多农业的典籍，我这里有一幅图，咱们一块来看一下农书系统图。中国农业文化源远流长。农书层出不穷，齐民要术是一本承前启后的最重要的农书。他援引收录了百位以前的相关古籍文献，近200种，</w:t>
      </w:r>
    </w:p>
    <w:p w14:paraId="7CDC45F9" w14:textId="77777777" w:rsidR="00E87C95" w:rsidRDefault="00000000">
      <w:pPr>
        <w:spacing w:after="0" w:line="579" w:lineRule="exact"/>
        <w:ind w:firstLine="640"/>
        <w:rPr>
          <w:lang w:eastAsia="zh-CN"/>
        </w:rPr>
      </w:pPr>
      <w:r>
        <w:rPr>
          <w:rFonts w:ascii="仿宋" w:eastAsia="仿宋" w:hAnsi="仿宋"/>
          <w:sz w:val="32"/>
          <w:lang w:eastAsia="zh-CN"/>
        </w:rPr>
        <w:t>也为后世农书的编写开辟了。遵循的途径具有非常重要的划时代的意义。那么，在历史上面，对于贾思</w:t>
      </w:r>
      <w:proofErr w:type="gramStart"/>
      <w:r>
        <w:rPr>
          <w:rFonts w:ascii="仿宋" w:eastAsia="仿宋" w:hAnsi="仿宋"/>
          <w:sz w:val="32"/>
          <w:lang w:eastAsia="zh-CN"/>
        </w:rPr>
        <w:t>勰</w:t>
      </w:r>
      <w:proofErr w:type="gramEnd"/>
      <w:r>
        <w:rPr>
          <w:rFonts w:ascii="仿宋" w:eastAsia="仿宋" w:hAnsi="仿宋"/>
          <w:sz w:val="32"/>
          <w:lang w:eastAsia="zh-CN"/>
        </w:rPr>
        <w:t>的记载多吗？关于贾思</w:t>
      </w:r>
      <w:proofErr w:type="gramStart"/>
      <w:r>
        <w:rPr>
          <w:rFonts w:ascii="仿宋" w:eastAsia="仿宋" w:hAnsi="仿宋"/>
          <w:sz w:val="32"/>
          <w:lang w:eastAsia="zh-CN"/>
        </w:rPr>
        <w:t>勰</w:t>
      </w:r>
      <w:proofErr w:type="gramEnd"/>
      <w:r>
        <w:rPr>
          <w:rFonts w:ascii="仿宋" w:eastAsia="仿宋" w:hAnsi="仿宋"/>
          <w:sz w:val="32"/>
          <w:lang w:eastAsia="zh-CN"/>
        </w:rPr>
        <w:t>呢？史书上基本上没有什么记载，只有这个齐民要术上面的署名有十个字。后卫，高阳太守贾思</w:t>
      </w:r>
      <w:proofErr w:type="gramStart"/>
      <w:r>
        <w:rPr>
          <w:rFonts w:ascii="仿宋" w:eastAsia="仿宋" w:hAnsi="仿宋"/>
          <w:sz w:val="32"/>
          <w:lang w:eastAsia="zh-CN"/>
        </w:rPr>
        <w:t>勰传通</w:t>
      </w:r>
      <w:r>
        <w:rPr>
          <w:rFonts w:ascii="仿宋" w:eastAsia="仿宋" w:hAnsi="仿宋"/>
          <w:sz w:val="32"/>
          <w:lang w:eastAsia="zh-CN"/>
        </w:rPr>
        <w:lastRenderedPageBreak/>
        <w:t>过</w:t>
      </w:r>
      <w:proofErr w:type="gramEnd"/>
      <w:r>
        <w:rPr>
          <w:rFonts w:ascii="仿宋" w:eastAsia="仿宋" w:hAnsi="仿宋"/>
          <w:sz w:val="32"/>
          <w:lang w:eastAsia="zh-CN"/>
        </w:rPr>
        <w:t>齐民要术的文字呢，我们是能够感受到的，他善于观察，善于总结。贾思</w:t>
      </w:r>
      <w:proofErr w:type="gramStart"/>
      <w:r>
        <w:rPr>
          <w:rFonts w:ascii="仿宋" w:eastAsia="仿宋" w:hAnsi="仿宋"/>
          <w:sz w:val="32"/>
          <w:lang w:eastAsia="zh-CN"/>
        </w:rPr>
        <w:t>勰</w:t>
      </w:r>
      <w:proofErr w:type="gramEnd"/>
      <w:r>
        <w:rPr>
          <w:rFonts w:ascii="仿宋" w:eastAsia="仿宋" w:hAnsi="仿宋"/>
          <w:sz w:val="32"/>
          <w:lang w:eastAsia="zh-CN"/>
        </w:rPr>
        <w:t>在自序中说，这本书呀！</w:t>
      </w:r>
    </w:p>
    <w:p w14:paraId="297561F6" w14:textId="77777777" w:rsidR="00E87C95" w:rsidRDefault="00000000">
      <w:pPr>
        <w:spacing w:after="0" w:line="579" w:lineRule="exact"/>
        <w:ind w:firstLine="640"/>
        <w:rPr>
          <w:lang w:eastAsia="zh-CN"/>
        </w:rPr>
      </w:pPr>
      <w:r>
        <w:rPr>
          <w:rFonts w:ascii="仿宋" w:eastAsia="仿宋" w:hAnsi="仿宋"/>
          <w:sz w:val="32"/>
          <w:lang w:eastAsia="zh-CN"/>
        </w:rPr>
        <w:t>起自耕农，终于</w:t>
      </w:r>
      <w:proofErr w:type="gramStart"/>
      <w:r>
        <w:rPr>
          <w:rFonts w:ascii="仿宋" w:eastAsia="仿宋" w:hAnsi="仿宋"/>
          <w:sz w:val="32"/>
          <w:lang w:eastAsia="zh-CN"/>
        </w:rPr>
        <w:t>醯</w:t>
      </w:r>
      <w:proofErr w:type="gramEnd"/>
      <w:r>
        <w:rPr>
          <w:rFonts w:ascii="仿宋" w:eastAsia="仿宋" w:hAnsi="仿宋"/>
          <w:sz w:val="32"/>
          <w:lang w:eastAsia="zh-CN"/>
        </w:rPr>
        <w:t>醢，资生之业，靡不毕书。就是说，农耕技术到酱油，醋这种农副产品的制作和加工呢？只要是和百姓维持生计有关的内容，没有不完整记录的，书中的前六卷呢？论述的是农林牧各业的生产技术。七八九卷呢，论述的是农副产品的生产和加工，第十卷呢，讲的是一些南方的植物。</w:t>
      </w:r>
    </w:p>
    <w:p w14:paraId="173BE1A0" w14:textId="77777777" w:rsidR="00E87C95" w:rsidRDefault="00000000">
      <w:pPr>
        <w:spacing w:after="0" w:line="579" w:lineRule="exact"/>
        <w:ind w:firstLine="640"/>
        <w:rPr>
          <w:lang w:eastAsia="zh-CN"/>
        </w:rPr>
      </w:pPr>
      <w:r>
        <w:rPr>
          <w:rFonts w:ascii="仿宋" w:eastAsia="仿宋" w:hAnsi="仿宋"/>
          <w:sz w:val="32"/>
          <w:lang w:eastAsia="zh-CN"/>
        </w:rPr>
        <w:t>所以，全面的概括起来呢，就是农林牧</w:t>
      </w:r>
      <w:proofErr w:type="gramStart"/>
      <w:r>
        <w:rPr>
          <w:rFonts w:ascii="仿宋" w:eastAsia="仿宋" w:hAnsi="仿宋"/>
          <w:sz w:val="32"/>
          <w:lang w:eastAsia="zh-CN"/>
        </w:rPr>
        <w:t>渔富这样</w:t>
      </w:r>
      <w:proofErr w:type="gramEnd"/>
      <w:r>
        <w:rPr>
          <w:rFonts w:ascii="仿宋" w:eastAsia="仿宋" w:hAnsi="仿宋"/>
          <w:sz w:val="32"/>
          <w:lang w:eastAsia="zh-CN"/>
        </w:rPr>
        <w:t>的谋篇布局呢，就跟我们现代的这个广义农业。农历牧父鱼就只有顺序上的差别了。齐民要术，它其中记载的很多先进的一些思想，比如叫顺天时，量地利用力少而成功多。结合当地的生产环境条件来进行农业生产，就能获得好的收成，这个也体现了齐民要术。它在当时已经意识到，农业要保护这个生态环境。这是我们目前全世界所提倡的可持续农业发展的理念。另外，</w:t>
      </w:r>
    </w:p>
    <w:p w14:paraId="6F4B86FF" w14:textId="77777777" w:rsidR="00E87C95" w:rsidRDefault="00000000">
      <w:pPr>
        <w:spacing w:after="0" w:line="579" w:lineRule="exact"/>
        <w:ind w:firstLine="640"/>
        <w:rPr>
          <w:lang w:eastAsia="zh-CN"/>
        </w:rPr>
      </w:pPr>
      <w:r>
        <w:rPr>
          <w:rFonts w:ascii="仿宋" w:eastAsia="仿宋" w:hAnsi="仿宋"/>
          <w:sz w:val="32"/>
          <w:lang w:eastAsia="zh-CN"/>
        </w:rPr>
        <w:t>在书里面也记载了很多非常实用的生产技术，都是目前我们还在使用的。其实啊，我觉得特别有意思的是齐民要术啊，不仅教大家怎么</w:t>
      </w:r>
      <w:proofErr w:type="gramStart"/>
      <w:r>
        <w:rPr>
          <w:rFonts w:ascii="仿宋" w:eastAsia="仿宋" w:hAnsi="仿宋"/>
          <w:sz w:val="32"/>
          <w:lang w:eastAsia="zh-CN"/>
        </w:rPr>
        <w:t>种怎么</w:t>
      </w:r>
      <w:proofErr w:type="gramEnd"/>
      <w:r>
        <w:rPr>
          <w:rFonts w:ascii="仿宋" w:eastAsia="仿宋" w:hAnsi="仿宋"/>
          <w:sz w:val="32"/>
          <w:lang w:eastAsia="zh-CN"/>
        </w:rPr>
        <w:t>养，还教大家怎么吃啊，它是全链条的闭环，对呀，那里头记载的食品呐。菜品呢，有将近300种，现在咱们都吃牛奶吃鸡蛋，对吧？齐民要术里就有牛奶鸡蛋的吃法啊，那里头有一种</w:t>
      </w:r>
      <w:proofErr w:type="gramStart"/>
      <w:r>
        <w:rPr>
          <w:rFonts w:ascii="仿宋" w:eastAsia="仿宋" w:hAnsi="仿宋"/>
          <w:sz w:val="32"/>
          <w:lang w:eastAsia="zh-CN"/>
        </w:rPr>
        <w:t>食品叫结饼</w:t>
      </w:r>
      <w:proofErr w:type="gramEnd"/>
      <w:r>
        <w:rPr>
          <w:rFonts w:ascii="仿宋" w:eastAsia="仿宋" w:hAnsi="仿宋"/>
          <w:sz w:val="32"/>
          <w:lang w:eastAsia="zh-CN"/>
        </w:rPr>
        <w:t>。</w:t>
      </w:r>
    </w:p>
    <w:p w14:paraId="3F86D69A" w14:textId="77777777" w:rsidR="00E87C95" w:rsidRDefault="00000000">
      <w:pPr>
        <w:spacing w:after="0" w:line="579" w:lineRule="exact"/>
        <w:ind w:firstLine="640"/>
        <w:rPr>
          <w:lang w:eastAsia="zh-CN"/>
        </w:rPr>
      </w:pPr>
      <w:r>
        <w:rPr>
          <w:rFonts w:ascii="仿宋" w:eastAsia="仿宋" w:hAnsi="仿宋"/>
          <w:sz w:val="32"/>
          <w:lang w:eastAsia="zh-CN"/>
        </w:rPr>
        <w:lastRenderedPageBreak/>
        <w:t>结</w:t>
      </w:r>
      <w:proofErr w:type="gramStart"/>
      <w:r>
        <w:rPr>
          <w:rFonts w:ascii="仿宋" w:eastAsia="仿宋" w:hAnsi="仿宋"/>
          <w:sz w:val="32"/>
          <w:lang w:eastAsia="zh-CN"/>
        </w:rPr>
        <w:t>饼怎么</w:t>
      </w:r>
      <w:proofErr w:type="gramEnd"/>
      <w:r>
        <w:rPr>
          <w:rFonts w:ascii="仿宋" w:eastAsia="仿宋" w:hAnsi="仿宋"/>
          <w:sz w:val="32"/>
          <w:lang w:eastAsia="zh-CN"/>
        </w:rPr>
        <w:t>做呢？纯</w:t>
      </w:r>
      <w:proofErr w:type="gramStart"/>
      <w:r>
        <w:rPr>
          <w:rFonts w:ascii="仿宋" w:eastAsia="仿宋" w:hAnsi="仿宋"/>
          <w:sz w:val="32"/>
          <w:lang w:eastAsia="zh-CN"/>
        </w:rPr>
        <w:t>用乳艘者</w:t>
      </w:r>
      <w:proofErr w:type="gramEnd"/>
      <w:r>
        <w:rPr>
          <w:rFonts w:ascii="仿宋" w:eastAsia="仿宋" w:hAnsi="仿宋"/>
          <w:sz w:val="32"/>
          <w:lang w:eastAsia="zh-CN"/>
        </w:rPr>
        <w:t>，入口即碎，脆如菱雪。什么意思？把</w:t>
      </w:r>
      <w:proofErr w:type="gramStart"/>
      <w:r>
        <w:rPr>
          <w:rFonts w:ascii="仿宋" w:eastAsia="仿宋" w:hAnsi="仿宋"/>
          <w:sz w:val="32"/>
          <w:lang w:eastAsia="zh-CN"/>
        </w:rPr>
        <w:t>那个面纯用</w:t>
      </w:r>
      <w:proofErr w:type="gramEnd"/>
      <w:r>
        <w:rPr>
          <w:rFonts w:ascii="仿宋" w:eastAsia="仿宋" w:hAnsi="仿宋"/>
          <w:sz w:val="32"/>
          <w:lang w:eastAsia="zh-CN"/>
        </w:rPr>
        <w:t>牛奶来和制成饼嘛，其实就相当于我们现在的牛奶饼干呐，所以嚼到嘴里它就碎了呀，就像冰雪一样啊。再说一个鸡蛋的例子，那个时候啊，书里头就记载了炒鸡子法，细薄葱白。</w:t>
      </w:r>
      <w:proofErr w:type="gramStart"/>
      <w:r>
        <w:rPr>
          <w:rFonts w:ascii="仿宋" w:eastAsia="仿宋" w:hAnsi="仿宋"/>
          <w:sz w:val="32"/>
          <w:lang w:eastAsia="zh-CN"/>
        </w:rPr>
        <w:t>下盐米豆豉</w:t>
      </w:r>
      <w:proofErr w:type="gramEnd"/>
      <w:r>
        <w:rPr>
          <w:rFonts w:ascii="仿宋" w:eastAsia="仿宋" w:hAnsi="仿宋"/>
          <w:sz w:val="32"/>
          <w:lang w:eastAsia="zh-CN"/>
        </w:rPr>
        <w:t>，麻油炒之甚香美，</w:t>
      </w:r>
    </w:p>
    <w:p w14:paraId="32E3B66D" w14:textId="77777777" w:rsidR="00E87C95" w:rsidRDefault="00000000">
      <w:pPr>
        <w:spacing w:after="0" w:line="579" w:lineRule="exact"/>
        <w:ind w:firstLine="640"/>
        <w:rPr>
          <w:lang w:eastAsia="zh-CN"/>
        </w:rPr>
      </w:pPr>
      <w:r>
        <w:rPr>
          <w:rFonts w:ascii="仿宋" w:eastAsia="仿宋" w:hAnsi="仿宋"/>
          <w:sz w:val="32"/>
          <w:lang w:eastAsia="zh-CN"/>
        </w:rPr>
        <w:t>什么意思呀？把这个鸡蛋切上，葱花拿芝麻油炒一炒，还加上豆豉，还加上盐。你现在一想也是肾香美呀，给我说饿了，齐民要术的内容是非常详尽细，到我们民生的细枝末节。那么，这样的一本书，它是怎么去完成的呢？贾思</w:t>
      </w:r>
      <w:proofErr w:type="gramStart"/>
      <w:r>
        <w:rPr>
          <w:rFonts w:ascii="仿宋" w:eastAsia="仿宋" w:hAnsi="仿宋"/>
          <w:sz w:val="32"/>
          <w:lang w:eastAsia="zh-CN"/>
        </w:rPr>
        <w:t>勰</w:t>
      </w:r>
      <w:proofErr w:type="gramEnd"/>
      <w:r>
        <w:rPr>
          <w:rFonts w:ascii="仿宋" w:eastAsia="仿宋" w:hAnsi="仿宋"/>
          <w:sz w:val="32"/>
          <w:lang w:eastAsia="zh-CN"/>
        </w:rPr>
        <w:t>在齐民要术的续文里面提到了他的写作方法。采</w:t>
      </w:r>
      <w:proofErr w:type="gramStart"/>
      <w:r>
        <w:rPr>
          <w:rFonts w:ascii="仿宋" w:eastAsia="仿宋" w:hAnsi="仿宋"/>
          <w:sz w:val="32"/>
          <w:lang w:eastAsia="zh-CN"/>
        </w:rPr>
        <w:t>捃</w:t>
      </w:r>
      <w:proofErr w:type="gramEnd"/>
      <w:r>
        <w:rPr>
          <w:rFonts w:ascii="仿宋" w:eastAsia="仿宋" w:hAnsi="仿宋"/>
          <w:sz w:val="32"/>
          <w:lang w:eastAsia="zh-CN"/>
        </w:rPr>
        <w:t>经传。</w:t>
      </w:r>
      <w:proofErr w:type="gramStart"/>
      <w:r>
        <w:rPr>
          <w:rFonts w:ascii="仿宋" w:eastAsia="仿宋" w:hAnsi="仿宋"/>
          <w:sz w:val="32"/>
          <w:lang w:eastAsia="zh-CN"/>
        </w:rPr>
        <w:t>爰</w:t>
      </w:r>
      <w:proofErr w:type="gramEnd"/>
      <w:r>
        <w:rPr>
          <w:rFonts w:ascii="仿宋" w:eastAsia="仿宋" w:hAnsi="仿宋"/>
          <w:sz w:val="32"/>
          <w:lang w:eastAsia="zh-CN"/>
        </w:rPr>
        <w:t>及歌谣询之老成，</w:t>
      </w:r>
    </w:p>
    <w:p w14:paraId="64DA3D53" w14:textId="77777777" w:rsidR="00E87C95" w:rsidRDefault="00000000">
      <w:pPr>
        <w:spacing w:after="0" w:line="579" w:lineRule="exact"/>
        <w:ind w:firstLine="640"/>
        <w:rPr>
          <w:lang w:eastAsia="zh-CN"/>
        </w:rPr>
      </w:pPr>
      <w:r>
        <w:rPr>
          <w:rFonts w:ascii="仿宋" w:eastAsia="仿宋" w:hAnsi="仿宋"/>
          <w:sz w:val="32"/>
          <w:lang w:eastAsia="zh-CN"/>
        </w:rPr>
        <w:t>验之行事，彩</w:t>
      </w:r>
      <w:proofErr w:type="gramStart"/>
      <w:r>
        <w:rPr>
          <w:rFonts w:ascii="仿宋" w:eastAsia="仿宋" w:hAnsi="仿宋"/>
          <w:sz w:val="32"/>
          <w:lang w:eastAsia="zh-CN"/>
        </w:rPr>
        <w:t>郡金传就是</w:t>
      </w:r>
      <w:proofErr w:type="gramEnd"/>
      <w:r>
        <w:rPr>
          <w:rFonts w:ascii="仿宋" w:eastAsia="仿宋" w:hAnsi="仿宋"/>
          <w:sz w:val="32"/>
          <w:lang w:eastAsia="zh-CN"/>
        </w:rPr>
        <w:t>参考了之前的文献里面的资料。这个是他这本书里面最重要的资料来源，原籍歌谣就是去进行采风，来了解各地的风俗民情，寻知老城。他要向老农去学习，因为农业生产是一种很重要的经验的积累，验之行事，当实践检验成功了，才把它写到这本书里面去。比如说贾思</w:t>
      </w:r>
      <w:proofErr w:type="gramStart"/>
      <w:r>
        <w:rPr>
          <w:rFonts w:ascii="仿宋" w:eastAsia="仿宋" w:hAnsi="仿宋"/>
          <w:sz w:val="32"/>
          <w:lang w:eastAsia="zh-CN"/>
        </w:rPr>
        <w:t>勰</w:t>
      </w:r>
      <w:proofErr w:type="gramEnd"/>
      <w:r>
        <w:rPr>
          <w:rFonts w:ascii="仿宋" w:eastAsia="仿宋" w:hAnsi="仿宋"/>
          <w:sz w:val="32"/>
          <w:lang w:eastAsia="zh-CN"/>
        </w:rPr>
        <w:t>，他在齐民要术里面记载了他养了200多只羊，过了一个冬天以后死了大半，后来他就发现了羊越冬的时候。</w:t>
      </w:r>
    </w:p>
    <w:p w14:paraId="236F8F2B" w14:textId="77777777" w:rsidR="00E87C95" w:rsidRDefault="00000000">
      <w:pPr>
        <w:spacing w:after="0" w:line="579" w:lineRule="exact"/>
        <w:ind w:firstLine="640"/>
        <w:rPr>
          <w:lang w:eastAsia="zh-CN"/>
        </w:rPr>
      </w:pPr>
      <w:r>
        <w:rPr>
          <w:rFonts w:ascii="仿宋" w:eastAsia="仿宋" w:hAnsi="仿宋"/>
          <w:sz w:val="32"/>
          <w:lang w:eastAsia="zh-CN"/>
        </w:rPr>
        <w:t>还需要有越冬的饲料，他把这个写到什么要素里面去，就成为了我们今天的生产经验啊借鉴。这本书里关于他自己的例子真的太生动了，就明显能感受到他是一个实践出真知的人，而且他很热爱生活，是不是有烟火气的这么一个人，</w:t>
      </w:r>
      <w:r>
        <w:rPr>
          <w:rFonts w:ascii="仿宋" w:eastAsia="仿宋" w:hAnsi="仿宋"/>
          <w:sz w:val="32"/>
          <w:lang w:eastAsia="zh-CN"/>
        </w:rPr>
        <w:lastRenderedPageBreak/>
        <w:t>就像蒙曼老师提到的，他去记载这个炒鸡子法。他希望百姓们能够吃得很丰富，以民希望。戴老师说的特别好，我觉得我们可能对贾思</w:t>
      </w:r>
      <w:proofErr w:type="gramStart"/>
      <w:r>
        <w:rPr>
          <w:rFonts w:ascii="仿宋" w:eastAsia="仿宋" w:hAnsi="仿宋"/>
          <w:sz w:val="32"/>
          <w:lang w:eastAsia="zh-CN"/>
        </w:rPr>
        <w:t>勰</w:t>
      </w:r>
      <w:proofErr w:type="gramEnd"/>
      <w:r>
        <w:rPr>
          <w:rFonts w:ascii="仿宋" w:eastAsia="仿宋" w:hAnsi="仿宋"/>
          <w:sz w:val="32"/>
          <w:lang w:eastAsia="zh-CN"/>
        </w:rPr>
        <w:t>的生平都一无所知了，但是我们现在唯一知道的就是他是一个太守啊。那过去管太守叫父母官儿啊，</w:t>
      </w:r>
    </w:p>
    <w:p w14:paraId="09D41B53" w14:textId="77777777" w:rsidR="00E87C95" w:rsidRDefault="00000000">
      <w:pPr>
        <w:spacing w:after="0" w:line="579" w:lineRule="exact"/>
        <w:ind w:firstLine="640"/>
        <w:rPr>
          <w:lang w:eastAsia="zh-CN"/>
        </w:rPr>
      </w:pPr>
      <w:r>
        <w:rPr>
          <w:rFonts w:ascii="仿宋" w:eastAsia="仿宋" w:hAnsi="仿宋"/>
          <w:sz w:val="32"/>
          <w:lang w:eastAsia="zh-CN"/>
        </w:rPr>
        <w:t>为民父母啊，那是希望爱养百姓的重农宣教所居民富的地方官，在历史上被称为循吏。贾思</w:t>
      </w:r>
      <w:proofErr w:type="gramStart"/>
      <w:r>
        <w:rPr>
          <w:rFonts w:ascii="仿宋" w:eastAsia="仿宋" w:hAnsi="仿宋"/>
          <w:sz w:val="32"/>
          <w:lang w:eastAsia="zh-CN"/>
        </w:rPr>
        <w:t>勰</w:t>
      </w:r>
      <w:proofErr w:type="gramEnd"/>
      <w:r>
        <w:rPr>
          <w:rFonts w:ascii="仿宋" w:eastAsia="仿宋" w:hAnsi="仿宋"/>
          <w:sz w:val="32"/>
          <w:lang w:eastAsia="zh-CN"/>
        </w:rPr>
        <w:t>有没有这样的一个信念？我认为它是有的，因为贾思</w:t>
      </w:r>
      <w:proofErr w:type="gramStart"/>
      <w:r>
        <w:rPr>
          <w:rFonts w:ascii="仿宋" w:eastAsia="仿宋" w:hAnsi="仿宋"/>
          <w:sz w:val="32"/>
          <w:lang w:eastAsia="zh-CN"/>
        </w:rPr>
        <w:t>勰</w:t>
      </w:r>
      <w:proofErr w:type="gramEnd"/>
      <w:r>
        <w:rPr>
          <w:rFonts w:ascii="仿宋" w:eastAsia="仿宋" w:hAnsi="仿宋"/>
          <w:sz w:val="32"/>
          <w:lang w:eastAsia="zh-CN"/>
        </w:rPr>
        <w:t>呀，在他自己写的那个序里头，大篇幅就讲古代的那些。好的地方官像西汉时期重视地方农业生产的颍川太守黄霸，还有典故召父杜母中劝民农桑爱民如子</w:t>
      </w:r>
      <w:proofErr w:type="gramStart"/>
      <w:r>
        <w:rPr>
          <w:rFonts w:ascii="仿宋" w:eastAsia="仿宋" w:hAnsi="仿宋"/>
          <w:sz w:val="32"/>
          <w:lang w:eastAsia="zh-CN"/>
        </w:rPr>
        <w:t>的召信臣</w:t>
      </w:r>
      <w:proofErr w:type="gramEnd"/>
      <w:r>
        <w:rPr>
          <w:rFonts w:ascii="仿宋" w:eastAsia="仿宋" w:hAnsi="仿宋"/>
          <w:sz w:val="32"/>
          <w:lang w:eastAsia="zh-CN"/>
        </w:rPr>
        <w:t>等等。贾思</w:t>
      </w:r>
      <w:proofErr w:type="gramStart"/>
      <w:r>
        <w:rPr>
          <w:rFonts w:ascii="仿宋" w:eastAsia="仿宋" w:hAnsi="仿宋"/>
          <w:sz w:val="32"/>
          <w:lang w:eastAsia="zh-CN"/>
        </w:rPr>
        <w:t>勰</w:t>
      </w:r>
      <w:proofErr w:type="gramEnd"/>
      <w:r>
        <w:rPr>
          <w:rFonts w:ascii="仿宋" w:eastAsia="仿宋" w:hAnsi="仿宋"/>
          <w:sz w:val="32"/>
          <w:lang w:eastAsia="zh-CN"/>
        </w:rPr>
        <w:t>一心让他治下的老百姓都过上好日子，所以他才要写这本书。嗯，说的太好了。那么，</w:t>
      </w:r>
    </w:p>
    <w:p w14:paraId="2928E332" w14:textId="77777777" w:rsidR="00E87C95" w:rsidRDefault="00000000">
      <w:pPr>
        <w:spacing w:after="0" w:line="579" w:lineRule="exact"/>
        <w:ind w:firstLine="640"/>
        <w:rPr>
          <w:lang w:eastAsia="zh-CN"/>
        </w:rPr>
      </w:pPr>
      <w:r>
        <w:rPr>
          <w:rFonts w:ascii="仿宋" w:eastAsia="仿宋" w:hAnsi="仿宋"/>
          <w:sz w:val="32"/>
          <w:lang w:eastAsia="zh-CN"/>
        </w:rPr>
        <w:t>今天的主创团队包括演员们会如何理解，如何呈现齐民要术以及贾思</w:t>
      </w:r>
      <w:proofErr w:type="gramStart"/>
      <w:r>
        <w:rPr>
          <w:rFonts w:ascii="仿宋" w:eastAsia="仿宋" w:hAnsi="仿宋"/>
          <w:sz w:val="32"/>
          <w:lang w:eastAsia="zh-CN"/>
        </w:rPr>
        <w:t>勰</w:t>
      </w:r>
      <w:proofErr w:type="gramEnd"/>
      <w:r>
        <w:rPr>
          <w:rFonts w:ascii="仿宋" w:eastAsia="仿宋" w:hAnsi="仿宋"/>
          <w:sz w:val="32"/>
          <w:lang w:eastAsia="zh-CN"/>
        </w:rPr>
        <w:t>的故事呢？我们一块儿去</w:t>
      </w:r>
      <w:proofErr w:type="gramStart"/>
      <w:r>
        <w:rPr>
          <w:rFonts w:ascii="仿宋" w:eastAsia="仿宋" w:hAnsi="仿宋"/>
          <w:sz w:val="32"/>
          <w:lang w:eastAsia="zh-CN"/>
        </w:rPr>
        <w:t>点读会</w:t>
      </w:r>
      <w:proofErr w:type="gramEnd"/>
      <w:r>
        <w:rPr>
          <w:rFonts w:ascii="仿宋" w:eastAsia="仿宋" w:hAnsi="仿宋"/>
          <w:sz w:val="32"/>
          <w:lang w:eastAsia="zh-CN"/>
        </w:rPr>
        <w:t>看看。各位好，欢迎来到典籍里的中国</w:t>
      </w:r>
      <w:proofErr w:type="gramStart"/>
      <w:r>
        <w:rPr>
          <w:rFonts w:ascii="仿宋" w:eastAsia="仿宋" w:hAnsi="仿宋"/>
          <w:sz w:val="32"/>
          <w:lang w:eastAsia="zh-CN"/>
        </w:rPr>
        <w:t>点读会</w:t>
      </w:r>
      <w:proofErr w:type="gramEnd"/>
      <w:r>
        <w:rPr>
          <w:rFonts w:ascii="仿宋" w:eastAsia="仿宋" w:hAnsi="仿宋"/>
          <w:sz w:val="32"/>
          <w:lang w:eastAsia="zh-CN"/>
        </w:rPr>
        <w:t>，我们今天将要一块品读的是现存最早的中国古代农业百科全书齐民要术。我是当代读书人撒贝宁。听我们在座的各位自我介绍一下吧，大家好，我是演员宁里，在戏剧中饰演贾思</w:t>
      </w:r>
      <w:proofErr w:type="gramStart"/>
      <w:r>
        <w:rPr>
          <w:rFonts w:ascii="仿宋" w:eastAsia="仿宋" w:hAnsi="仿宋"/>
          <w:sz w:val="32"/>
          <w:lang w:eastAsia="zh-CN"/>
        </w:rPr>
        <w:t>勰</w:t>
      </w:r>
      <w:proofErr w:type="gramEnd"/>
      <w:r>
        <w:rPr>
          <w:rFonts w:ascii="仿宋" w:eastAsia="仿宋" w:hAnsi="仿宋"/>
          <w:sz w:val="32"/>
          <w:lang w:eastAsia="zh-CN"/>
        </w:rPr>
        <w:t>。我是杜源，在戏剧中饰演贾思伯，我是演员苏宇杰，在戏剧中饰演贾思永呃大家好，</w:t>
      </w:r>
    </w:p>
    <w:p w14:paraId="20A0B6CE" w14:textId="77777777" w:rsidR="00E87C95" w:rsidRDefault="00000000">
      <w:pPr>
        <w:spacing w:after="0" w:line="579" w:lineRule="exact"/>
        <w:ind w:firstLine="640"/>
        <w:rPr>
          <w:lang w:eastAsia="zh-CN"/>
        </w:rPr>
      </w:pPr>
      <w:r>
        <w:rPr>
          <w:rFonts w:ascii="仿宋" w:eastAsia="仿宋" w:hAnsi="仿宋"/>
          <w:sz w:val="32"/>
          <w:lang w:eastAsia="zh-CN"/>
        </w:rPr>
        <w:t>我是典籍里的中国总编剧张坤宝。耕读传家，这是中国人千百年来的传统一代又一代的农学家吸取前人的智慧，留下了倦</w:t>
      </w:r>
      <w:proofErr w:type="gramStart"/>
      <w:r>
        <w:rPr>
          <w:rFonts w:ascii="仿宋" w:eastAsia="仿宋" w:hAnsi="仿宋"/>
          <w:sz w:val="32"/>
          <w:lang w:eastAsia="zh-CN"/>
        </w:rPr>
        <w:t>之好繁的</w:t>
      </w:r>
      <w:proofErr w:type="gramEnd"/>
      <w:r>
        <w:rPr>
          <w:rFonts w:ascii="仿宋" w:eastAsia="仿宋" w:hAnsi="仿宋"/>
          <w:sz w:val="32"/>
          <w:lang w:eastAsia="zh-CN"/>
        </w:rPr>
        <w:t>。农学典籍，这当中齐民要术就是占有极高</w:t>
      </w:r>
      <w:r>
        <w:rPr>
          <w:rFonts w:ascii="仿宋" w:eastAsia="仿宋" w:hAnsi="仿宋"/>
          <w:sz w:val="32"/>
          <w:lang w:eastAsia="zh-CN"/>
        </w:rPr>
        <w:lastRenderedPageBreak/>
        <w:t>的历史地位的代表作之一，但是它的作者贾思</w:t>
      </w:r>
      <w:proofErr w:type="gramStart"/>
      <w:r>
        <w:rPr>
          <w:rFonts w:ascii="仿宋" w:eastAsia="仿宋" w:hAnsi="仿宋"/>
          <w:sz w:val="32"/>
          <w:lang w:eastAsia="zh-CN"/>
        </w:rPr>
        <w:t>勰</w:t>
      </w:r>
      <w:proofErr w:type="gramEnd"/>
      <w:r>
        <w:rPr>
          <w:rFonts w:ascii="仿宋" w:eastAsia="仿宋" w:hAnsi="仿宋"/>
          <w:sz w:val="32"/>
          <w:lang w:eastAsia="zh-CN"/>
        </w:rPr>
        <w:t>生平的记载很少。只有齐民要术当中的十个字后，魏高阳太守贾思</w:t>
      </w:r>
      <w:proofErr w:type="gramStart"/>
      <w:r>
        <w:rPr>
          <w:rFonts w:ascii="仿宋" w:eastAsia="仿宋" w:hAnsi="仿宋"/>
          <w:sz w:val="32"/>
          <w:lang w:eastAsia="zh-CN"/>
        </w:rPr>
        <w:t>勰</w:t>
      </w:r>
      <w:proofErr w:type="gramEnd"/>
      <w:r>
        <w:rPr>
          <w:rFonts w:ascii="仿宋" w:eastAsia="仿宋" w:hAnsi="仿宋"/>
          <w:sz w:val="32"/>
          <w:lang w:eastAsia="zh-CN"/>
        </w:rPr>
        <w:t>传，对张坤鹏老师这个创作的思路是怎么来的？这个剧本的创作难度非常之大，节目组跟专家组啊，进行了多次的讨论。在剧本中，大量融入了齐民要术的内容以及。</w:t>
      </w:r>
    </w:p>
    <w:p w14:paraId="5091B4CF" w14:textId="77777777" w:rsidR="00E87C95" w:rsidRDefault="00000000">
      <w:pPr>
        <w:spacing w:after="0" w:line="579" w:lineRule="exact"/>
        <w:ind w:firstLine="640"/>
        <w:rPr>
          <w:lang w:eastAsia="zh-CN"/>
        </w:rPr>
      </w:pPr>
      <w:r>
        <w:rPr>
          <w:rFonts w:ascii="仿宋" w:eastAsia="仿宋" w:hAnsi="仿宋"/>
          <w:sz w:val="32"/>
          <w:lang w:eastAsia="zh-CN"/>
        </w:rPr>
        <w:t>北魏这一历史时期的历史背景，以此对贾思</w:t>
      </w:r>
      <w:proofErr w:type="gramStart"/>
      <w:r>
        <w:rPr>
          <w:rFonts w:ascii="仿宋" w:eastAsia="仿宋" w:hAnsi="仿宋"/>
          <w:sz w:val="32"/>
          <w:lang w:eastAsia="zh-CN"/>
        </w:rPr>
        <w:t>勰</w:t>
      </w:r>
      <w:proofErr w:type="gramEnd"/>
      <w:r>
        <w:rPr>
          <w:rFonts w:ascii="仿宋" w:eastAsia="仿宋" w:hAnsi="仿宋"/>
          <w:sz w:val="32"/>
          <w:lang w:eastAsia="zh-CN"/>
        </w:rPr>
        <w:t>的故事</w:t>
      </w:r>
      <w:proofErr w:type="gramStart"/>
      <w:r>
        <w:rPr>
          <w:rFonts w:ascii="仿宋" w:eastAsia="仿宋" w:hAnsi="仿宋"/>
          <w:sz w:val="32"/>
          <w:lang w:eastAsia="zh-CN"/>
        </w:rPr>
        <w:t>呢进行</w:t>
      </w:r>
      <w:proofErr w:type="gramEnd"/>
      <w:r>
        <w:rPr>
          <w:rFonts w:ascii="仿宋" w:eastAsia="仿宋" w:hAnsi="仿宋"/>
          <w:sz w:val="32"/>
          <w:lang w:eastAsia="zh-CN"/>
        </w:rPr>
        <w:t>合理化的创作。同时，我们根据专家的推测，增加了可能是贾思</w:t>
      </w:r>
      <w:proofErr w:type="gramStart"/>
      <w:r>
        <w:rPr>
          <w:rFonts w:ascii="仿宋" w:eastAsia="仿宋" w:hAnsi="仿宋"/>
          <w:sz w:val="32"/>
          <w:lang w:eastAsia="zh-CN"/>
        </w:rPr>
        <w:t>勰</w:t>
      </w:r>
      <w:proofErr w:type="gramEnd"/>
      <w:r>
        <w:rPr>
          <w:rFonts w:ascii="仿宋" w:eastAsia="仿宋" w:hAnsi="仿宋"/>
          <w:sz w:val="32"/>
          <w:lang w:eastAsia="zh-CN"/>
        </w:rPr>
        <w:t>同族兄弟的北魏大臣贾思伯。这样一个角色，又创造出了弟弟贾思</w:t>
      </w:r>
      <w:proofErr w:type="gramStart"/>
      <w:r>
        <w:rPr>
          <w:rFonts w:ascii="仿宋" w:eastAsia="仿宋" w:hAnsi="仿宋"/>
          <w:sz w:val="32"/>
          <w:lang w:eastAsia="zh-CN"/>
        </w:rPr>
        <w:t>友最终</w:t>
      </w:r>
      <w:proofErr w:type="gramEnd"/>
      <w:r>
        <w:rPr>
          <w:rFonts w:ascii="仿宋" w:eastAsia="仿宋" w:hAnsi="仿宋"/>
          <w:sz w:val="32"/>
          <w:lang w:eastAsia="zh-CN"/>
        </w:rPr>
        <w:t>完成了这一期的剧本创作。听完了这样一个创作思路之后，对于各自将要在戏剧中扮演的角色会有怎样的感受和认识？能有机会去演绎贾思</w:t>
      </w:r>
      <w:proofErr w:type="gramStart"/>
      <w:r>
        <w:rPr>
          <w:rFonts w:ascii="仿宋" w:eastAsia="仿宋" w:hAnsi="仿宋"/>
          <w:sz w:val="32"/>
          <w:lang w:eastAsia="zh-CN"/>
        </w:rPr>
        <w:t>勰</w:t>
      </w:r>
      <w:proofErr w:type="gramEnd"/>
      <w:r>
        <w:rPr>
          <w:rFonts w:ascii="仿宋" w:eastAsia="仿宋" w:hAnsi="仿宋"/>
          <w:sz w:val="32"/>
          <w:lang w:eastAsia="zh-CN"/>
        </w:rPr>
        <w:t>啊，其实我有很大的压力，但是呢，心中呢，也是非常激动。其实我也有我自己的个人的经历，</w:t>
      </w:r>
    </w:p>
    <w:p w14:paraId="00D236FB" w14:textId="77777777" w:rsidR="00E87C95" w:rsidRDefault="00000000">
      <w:pPr>
        <w:spacing w:after="0" w:line="579" w:lineRule="exact"/>
        <w:ind w:firstLine="640"/>
        <w:rPr>
          <w:lang w:eastAsia="zh-CN"/>
        </w:rPr>
      </w:pPr>
      <w:r>
        <w:rPr>
          <w:rFonts w:ascii="仿宋" w:eastAsia="仿宋" w:hAnsi="仿宋"/>
          <w:sz w:val="32"/>
          <w:lang w:eastAsia="zh-CN"/>
        </w:rPr>
        <w:t>小的时候嘛，家里的生活比较艰苦，吃鸡蛋基本上算是一种奢侈。我记得有一次就好不容易找到一个鸡蛋，然后准备去做的时候，可能因为激动鸡蛋</w:t>
      </w:r>
      <w:proofErr w:type="gramStart"/>
      <w:r>
        <w:rPr>
          <w:rFonts w:ascii="仿宋" w:eastAsia="仿宋" w:hAnsi="仿宋"/>
          <w:sz w:val="32"/>
          <w:lang w:eastAsia="zh-CN"/>
        </w:rPr>
        <w:t>就给掉地下</w:t>
      </w:r>
      <w:proofErr w:type="gramEnd"/>
      <w:r>
        <w:rPr>
          <w:rFonts w:ascii="仿宋" w:eastAsia="仿宋" w:hAnsi="仿宋"/>
          <w:sz w:val="32"/>
          <w:lang w:eastAsia="zh-CN"/>
        </w:rPr>
        <w:t>摔碎了。即便是这种情况，母亲呢，还是很小心翼翼的把它捡起来，然后呢，炒了一炒，我们大家都给吃掉了，我们知道小的时候打完鸡蛋壳是要用手指头把里面每一滴蛋清都刮干净。舍不得浪费，所以对于齐民要术这样一部能够教人吃饱饭的典籍，</w:t>
      </w:r>
    </w:p>
    <w:p w14:paraId="1B93DD21" w14:textId="77777777" w:rsidR="00E87C95" w:rsidRDefault="00000000">
      <w:pPr>
        <w:spacing w:after="0" w:line="579" w:lineRule="exact"/>
        <w:ind w:firstLine="640"/>
        <w:rPr>
          <w:lang w:eastAsia="zh-CN"/>
        </w:rPr>
      </w:pPr>
      <w:r>
        <w:rPr>
          <w:rFonts w:ascii="仿宋" w:eastAsia="仿宋" w:hAnsi="仿宋"/>
          <w:sz w:val="32"/>
          <w:lang w:eastAsia="zh-CN"/>
        </w:rPr>
        <w:t>以及写这部典籍的贾思</w:t>
      </w:r>
      <w:proofErr w:type="gramStart"/>
      <w:r>
        <w:rPr>
          <w:rFonts w:ascii="仿宋" w:eastAsia="仿宋" w:hAnsi="仿宋"/>
          <w:sz w:val="32"/>
          <w:lang w:eastAsia="zh-CN"/>
        </w:rPr>
        <w:t>勰</w:t>
      </w:r>
      <w:proofErr w:type="gramEnd"/>
      <w:r>
        <w:rPr>
          <w:rFonts w:ascii="仿宋" w:eastAsia="仿宋" w:hAnsi="仿宋"/>
          <w:sz w:val="32"/>
          <w:lang w:eastAsia="zh-CN"/>
        </w:rPr>
        <w:t>。我是心存敬畏的。这个经历我觉得呢，对于我创作这个贾思</w:t>
      </w:r>
      <w:proofErr w:type="gramStart"/>
      <w:r>
        <w:rPr>
          <w:rFonts w:ascii="仿宋" w:eastAsia="仿宋" w:hAnsi="仿宋"/>
          <w:sz w:val="32"/>
          <w:lang w:eastAsia="zh-CN"/>
        </w:rPr>
        <w:t>勰</w:t>
      </w:r>
      <w:proofErr w:type="gramEnd"/>
      <w:r>
        <w:rPr>
          <w:rFonts w:ascii="仿宋" w:eastAsia="仿宋" w:hAnsi="仿宋"/>
          <w:sz w:val="32"/>
          <w:lang w:eastAsia="zh-CN"/>
        </w:rPr>
        <w:t>有一定的帮助。杜老师，</w:t>
      </w:r>
      <w:r>
        <w:rPr>
          <w:rFonts w:ascii="仿宋" w:eastAsia="仿宋" w:hAnsi="仿宋"/>
          <w:sz w:val="32"/>
          <w:lang w:eastAsia="zh-CN"/>
        </w:rPr>
        <w:lastRenderedPageBreak/>
        <w:t>我饰演的贾思伯在历史上还是很受兖州百姓爱戴的父母官，这次呢，我能演绎这样一位先贤，感觉很荣幸。所以，作为一部延续中国农脉的承上启下的作品，齐民要术。在他的序文当中，就开宗明义的点出了农业是富国强国的根本，以及劝客农商的要义。</w:t>
      </w:r>
    </w:p>
    <w:p w14:paraId="1296F955" w14:textId="77777777" w:rsidR="00E87C95" w:rsidRDefault="00000000">
      <w:pPr>
        <w:spacing w:after="0" w:line="579" w:lineRule="exact"/>
        <w:ind w:firstLine="640"/>
        <w:rPr>
          <w:lang w:eastAsia="zh-CN"/>
        </w:rPr>
      </w:pPr>
      <w:r>
        <w:rPr>
          <w:rFonts w:ascii="仿宋" w:eastAsia="仿宋" w:hAnsi="仿宋"/>
          <w:sz w:val="32"/>
          <w:lang w:eastAsia="zh-CN"/>
        </w:rPr>
        <w:t>请杜老师在现场为我们诵读一下。要在安民，富而教之。齐民要术在总结农学成就，传承农业文化方面为后人开辟了可以。遵循的途径体现了他在中国农业史上的地位和价值。贾思</w:t>
      </w:r>
      <w:proofErr w:type="gramStart"/>
      <w:r>
        <w:rPr>
          <w:rFonts w:ascii="仿宋" w:eastAsia="仿宋" w:hAnsi="仿宋"/>
          <w:sz w:val="32"/>
          <w:lang w:eastAsia="zh-CN"/>
        </w:rPr>
        <w:t>勰</w:t>
      </w:r>
      <w:proofErr w:type="gramEnd"/>
      <w:r>
        <w:rPr>
          <w:rFonts w:ascii="仿宋" w:eastAsia="仿宋" w:hAnsi="仿宋"/>
          <w:sz w:val="32"/>
          <w:lang w:eastAsia="zh-CN"/>
        </w:rPr>
        <w:t>在齐民要术当中，对天地人之间的关系做了一个非常精妙的总结。有请宁老师在现场为我们送出一下顺天时。量地力则用力少而成功多。贾思</w:t>
      </w:r>
      <w:proofErr w:type="gramStart"/>
      <w:r>
        <w:rPr>
          <w:rFonts w:ascii="仿宋" w:eastAsia="仿宋" w:hAnsi="仿宋"/>
          <w:sz w:val="32"/>
          <w:lang w:eastAsia="zh-CN"/>
        </w:rPr>
        <w:t>勰</w:t>
      </w:r>
      <w:proofErr w:type="gramEnd"/>
      <w:r>
        <w:rPr>
          <w:rFonts w:ascii="仿宋" w:eastAsia="仿宋" w:hAnsi="仿宋"/>
          <w:sz w:val="32"/>
          <w:lang w:eastAsia="zh-CN"/>
        </w:rPr>
        <w:t>在齐民要术中始终强调，顺应天时，估量地利，不违背自然规律的这么一个农学思想，对后世的农业生产。</w:t>
      </w:r>
    </w:p>
    <w:p w14:paraId="44E7F5A7" w14:textId="77777777" w:rsidR="00E87C95" w:rsidRDefault="00000000">
      <w:pPr>
        <w:spacing w:after="0" w:line="579" w:lineRule="exact"/>
        <w:ind w:firstLine="640"/>
        <w:rPr>
          <w:lang w:eastAsia="zh-CN"/>
        </w:rPr>
      </w:pPr>
      <w:r>
        <w:rPr>
          <w:rFonts w:ascii="仿宋" w:eastAsia="仿宋" w:hAnsi="仿宋"/>
          <w:sz w:val="32"/>
          <w:lang w:eastAsia="zh-CN"/>
        </w:rPr>
        <w:t>有着很深远的影响，也是世界自然科学史上一颗非常非常绚烂的一个明珠。齐民要术的叙文当中，还有这样一句话，精准的概括了全书的内容要义，而且他也点明了。作者富民滋生的写作的宗旨，我们一块儿诵读一下。来起自耕农，终于</w:t>
      </w:r>
      <w:proofErr w:type="gramStart"/>
      <w:r>
        <w:rPr>
          <w:rFonts w:ascii="仿宋" w:eastAsia="仿宋" w:hAnsi="仿宋"/>
          <w:sz w:val="32"/>
          <w:lang w:eastAsia="zh-CN"/>
        </w:rPr>
        <w:t>醯</w:t>
      </w:r>
      <w:proofErr w:type="gramEnd"/>
      <w:r>
        <w:rPr>
          <w:rFonts w:ascii="仿宋" w:eastAsia="仿宋" w:hAnsi="仿宋"/>
          <w:sz w:val="32"/>
          <w:lang w:eastAsia="zh-CN"/>
        </w:rPr>
        <w:t>醢资生之业。</w:t>
      </w:r>
      <w:proofErr w:type="gramStart"/>
      <w:r>
        <w:rPr>
          <w:rFonts w:ascii="仿宋" w:eastAsia="仿宋" w:hAnsi="仿宋"/>
          <w:sz w:val="32"/>
          <w:lang w:eastAsia="zh-CN"/>
        </w:rPr>
        <w:t>靡</w:t>
      </w:r>
      <w:proofErr w:type="gramEnd"/>
      <w:r>
        <w:rPr>
          <w:rFonts w:ascii="仿宋" w:eastAsia="仿宋" w:hAnsi="仿宋"/>
          <w:sz w:val="32"/>
          <w:lang w:eastAsia="zh-CN"/>
        </w:rPr>
        <w:t>不毕书，号曰，齐民要术。天为之农，而我</w:t>
      </w:r>
      <w:proofErr w:type="gramStart"/>
      <w:r>
        <w:rPr>
          <w:rFonts w:ascii="仿宋" w:eastAsia="仿宋" w:hAnsi="仿宋"/>
          <w:sz w:val="32"/>
          <w:lang w:eastAsia="zh-CN"/>
        </w:rPr>
        <w:t>不</w:t>
      </w:r>
      <w:proofErr w:type="gramEnd"/>
      <w:r>
        <w:rPr>
          <w:rFonts w:ascii="仿宋" w:eastAsia="仿宋" w:hAnsi="仿宋"/>
          <w:sz w:val="32"/>
          <w:lang w:eastAsia="zh-CN"/>
        </w:rPr>
        <w:t>农，</w:t>
      </w:r>
    </w:p>
    <w:p w14:paraId="11C7D99B" w14:textId="77777777" w:rsidR="00E87C95" w:rsidRDefault="00000000">
      <w:pPr>
        <w:spacing w:after="0" w:line="579" w:lineRule="exact"/>
        <w:ind w:firstLine="640"/>
        <w:rPr>
          <w:lang w:eastAsia="zh-CN"/>
        </w:rPr>
      </w:pPr>
      <w:r>
        <w:rPr>
          <w:rFonts w:ascii="仿宋" w:eastAsia="仿宋" w:hAnsi="仿宋"/>
          <w:sz w:val="32"/>
          <w:lang w:eastAsia="zh-CN"/>
        </w:rPr>
        <w:t>古亦不可得而取之。我们不仅要去体悟这部典籍中的精神。更应该总结先贤的智慧，传承中华优秀文脉。你看我写这对吗？不对，这个你写完了啊，完了放后面吧。我在虎牙</w:t>
      </w:r>
      <w:r>
        <w:rPr>
          <w:rFonts w:ascii="仿宋" w:eastAsia="仿宋" w:hAnsi="仿宋"/>
          <w:sz w:val="32"/>
          <w:lang w:eastAsia="zh-CN"/>
        </w:rPr>
        <w:lastRenderedPageBreak/>
        <w:t>当中养了牛羊，这是我刚刚挤的牛乳。快尝尝。怎么样嗯，好诸位大人，这是府君教我做的炒鸡蛋，快尝尝，</w:t>
      </w:r>
    </w:p>
    <w:p w14:paraId="3AF3C781" w14:textId="77777777" w:rsidR="00E87C95" w:rsidRDefault="00000000">
      <w:pPr>
        <w:spacing w:after="0" w:line="579" w:lineRule="exact"/>
        <w:ind w:firstLine="640"/>
        <w:rPr>
          <w:lang w:eastAsia="zh-CN"/>
        </w:rPr>
      </w:pPr>
      <w:r>
        <w:rPr>
          <w:rFonts w:ascii="仿宋" w:eastAsia="仿宋" w:hAnsi="仿宋"/>
          <w:sz w:val="32"/>
          <w:lang w:eastAsia="zh-CN"/>
        </w:rPr>
        <w:t>快尝尝。胡军，您这炒鸡蛋是如何烹制的？哎，等一下得记录啊，首先。将这鸡蛋</w:t>
      </w:r>
      <w:proofErr w:type="gramStart"/>
      <w:r>
        <w:rPr>
          <w:rFonts w:ascii="仿宋" w:eastAsia="仿宋" w:hAnsi="仿宋"/>
          <w:sz w:val="32"/>
          <w:lang w:eastAsia="zh-CN"/>
        </w:rPr>
        <w:t>打入铜称之中</w:t>
      </w:r>
      <w:proofErr w:type="gramEnd"/>
      <w:r>
        <w:rPr>
          <w:rFonts w:ascii="仿宋" w:eastAsia="仿宋" w:hAnsi="仿宋"/>
          <w:sz w:val="32"/>
          <w:lang w:eastAsia="zh-CN"/>
        </w:rPr>
        <w:t>，称下生火，搅至黄白相杂，撒入葱白待热气。将葱香激出来，再撒入细盐。这是麻油。厂长。嗯，</w:t>
      </w:r>
    </w:p>
    <w:p w14:paraId="3539828B" w14:textId="77777777" w:rsidR="00E87C95" w:rsidRDefault="00000000">
      <w:pPr>
        <w:spacing w:after="0" w:line="579" w:lineRule="exact"/>
        <w:ind w:firstLine="640"/>
        <w:rPr>
          <w:lang w:eastAsia="zh-CN"/>
        </w:rPr>
      </w:pPr>
      <w:r>
        <w:rPr>
          <w:rFonts w:ascii="仿宋" w:eastAsia="仿宋" w:hAnsi="仿宋"/>
          <w:sz w:val="32"/>
          <w:lang w:eastAsia="zh-CN"/>
        </w:rPr>
        <w:t>香。我要努力推广这齐民要术，让全天下百姓都喝得起牛乳，吃得起这炒鸡蛋。在齐民要术的叙文当中，有这样一句后，魏高阳</w:t>
      </w:r>
      <w:proofErr w:type="gramStart"/>
      <w:r>
        <w:rPr>
          <w:rFonts w:ascii="仿宋" w:eastAsia="仿宋" w:hAnsi="仿宋"/>
          <w:sz w:val="32"/>
          <w:lang w:eastAsia="zh-CN"/>
        </w:rPr>
        <w:t>派手贾司邪</w:t>
      </w:r>
      <w:proofErr w:type="gramEnd"/>
      <w:r>
        <w:rPr>
          <w:rFonts w:ascii="仿宋" w:eastAsia="仿宋" w:hAnsi="仿宋"/>
          <w:sz w:val="32"/>
          <w:lang w:eastAsia="zh-CN"/>
        </w:rPr>
        <w:t>传后，</w:t>
      </w:r>
      <w:proofErr w:type="gramStart"/>
      <w:r>
        <w:rPr>
          <w:rFonts w:ascii="仿宋" w:eastAsia="仿宋" w:hAnsi="仿宋"/>
          <w:sz w:val="32"/>
          <w:lang w:eastAsia="zh-CN"/>
        </w:rPr>
        <w:t>魏就是</w:t>
      </w:r>
      <w:proofErr w:type="gramEnd"/>
      <w:r>
        <w:rPr>
          <w:rFonts w:ascii="仿宋" w:eastAsia="仿宋" w:hAnsi="仿宋"/>
          <w:sz w:val="32"/>
          <w:lang w:eastAsia="zh-CN"/>
        </w:rPr>
        <w:t>北魏。是我国魏晋南北朝时期由草原民族，鲜卑族，拓跋氏建立的政权。尽管在那个时期长期处于政权纷争的状态。但是也极大的促进</w:t>
      </w:r>
      <w:proofErr w:type="gramStart"/>
      <w:r>
        <w:rPr>
          <w:rFonts w:ascii="仿宋" w:eastAsia="仿宋" w:hAnsi="仿宋"/>
          <w:sz w:val="32"/>
          <w:lang w:eastAsia="zh-CN"/>
        </w:rPr>
        <w:t>了草</w:t>
      </w:r>
      <w:proofErr w:type="gramEnd"/>
      <w:r>
        <w:rPr>
          <w:rFonts w:ascii="仿宋" w:eastAsia="仿宋" w:hAnsi="仿宋"/>
          <w:sz w:val="32"/>
          <w:lang w:eastAsia="zh-CN"/>
        </w:rPr>
        <w:t>原文明和农耕文明的融合，也孕育了齐民要术这样一部涵盖了。农林牧副渔</w:t>
      </w:r>
      <w:proofErr w:type="gramStart"/>
      <w:r>
        <w:rPr>
          <w:rFonts w:ascii="仿宋" w:eastAsia="仿宋" w:hAnsi="仿宋"/>
          <w:sz w:val="32"/>
          <w:lang w:eastAsia="zh-CN"/>
        </w:rPr>
        <w:t>全领域</w:t>
      </w:r>
      <w:proofErr w:type="gramEnd"/>
      <w:r>
        <w:rPr>
          <w:rFonts w:ascii="仿宋" w:eastAsia="仿宋" w:hAnsi="仿宋"/>
          <w:sz w:val="32"/>
          <w:lang w:eastAsia="zh-CN"/>
        </w:rPr>
        <w:t>的大农业百科全书府君，</w:t>
      </w:r>
    </w:p>
    <w:p w14:paraId="7A51F0CC" w14:textId="77777777" w:rsidR="00E87C95" w:rsidRDefault="00000000">
      <w:pPr>
        <w:spacing w:after="0" w:line="579" w:lineRule="exact"/>
        <w:ind w:firstLine="640"/>
        <w:rPr>
          <w:lang w:eastAsia="zh-CN"/>
        </w:rPr>
      </w:pPr>
      <w:r>
        <w:rPr>
          <w:rFonts w:ascii="仿宋" w:eastAsia="仿宋" w:hAnsi="仿宋"/>
          <w:sz w:val="32"/>
          <w:lang w:eastAsia="zh-CN"/>
        </w:rPr>
        <w:t>不要叫我府君了。我已经卸任了，能造福一方百姓，无论何时，您都是我们心里</w:t>
      </w:r>
      <w:proofErr w:type="gramStart"/>
      <w:r>
        <w:rPr>
          <w:rFonts w:ascii="仿宋" w:eastAsia="仿宋" w:hAnsi="仿宋"/>
          <w:sz w:val="32"/>
          <w:lang w:eastAsia="zh-CN"/>
        </w:rPr>
        <w:t>的好府君</w:t>
      </w:r>
      <w:proofErr w:type="gramEnd"/>
      <w:r>
        <w:rPr>
          <w:rFonts w:ascii="仿宋" w:eastAsia="仿宋" w:hAnsi="仿宋"/>
          <w:sz w:val="32"/>
          <w:lang w:eastAsia="zh-CN"/>
        </w:rPr>
        <w:t>。这些年您</w:t>
      </w:r>
      <w:proofErr w:type="gramStart"/>
      <w:r>
        <w:rPr>
          <w:rFonts w:ascii="仿宋" w:eastAsia="仿宋" w:hAnsi="仿宋"/>
          <w:sz w:val="32"/>
          <w:lang w:eastAsia="zh-CN"/>
        </w:rPr>
        <w:t>辛苦集路与</w:t>
      </w:r>
      <w:proofErr w:type="gramEnd"/>
      <w:r>
        <w:rPr>
          <w:rFonts w:ascii="仿宋" w:eastAsia="仿宋" w:hAnsi="仿宋"/>
          <w:sz w:val="32"/>
          <w:lang w:eastAsia="zh-CN"/>
        </w:rPr>
        <w:t>推广齐民要术，百姓都是看在眼里的呀是啊。我走以后还要仰赖诸位县令。将齐民要术在百姓当中继续推广，带领百姓致富。府君，我等抓紧时间再整理一下记录。多谢诸位！豁。好香的炒鸡蛋呀，</w:t>
      </w:r>
    </w:p>
    <w:p w14:paraId="348FCE4D" w14:textId="77777777" w:rsidR="00E87C95" w:rsidRDefault="00000000">
      <w:pPr>
        <w:spacing w:after="0" w:line="579" w:lineRule="exact"/>
        <w:ind w:firstLine="640"/>
        <w:rPr>
          <w:lang w:eastAsia="zh-CN"/>
        </w:rPr>
      </w:pPr>
      <w:r>
        <w:rPr>
          <w:rFonts w:ascii="仿宋" w:eastAsia="仿宋" w:hAnsi="仿宋"/>
          <w:sz w:val="32"/>
          <w:lang w:eastAsia="zh-CN"/>
        </w:rPr>
        <w:t>从大老远就闻到了。您是晚辈撒贝宁。是来自于1400多年之后的读书人，此行前来是因为我们在</w:t>
      </w:r>
      <w:proofErr w:type="gramStart"/>
      <w:r>
        <w:rPr>
          <w:rFonts w:ascii="仿宋" w:eastAsia="仿宋" w:hAnsi="仿宋"/>
          <w:sz w:val="32"/>
          <w:lang w:eastAsia="zh-CN"/>
        </w:rPr>
        <w:t>后世读</w:t>
      </w:r>
      <w:proofErr w:type="gramEnd"/>
      <w:r>
        <w:rPr>
          <w:rFonts w:ascii="仿宋" w:eastAsia="仿宋" w:hAnsi="仿宋"/>
          <w:sz w:val="32"/>
          <w:lang w:eastAsia="zh-CN"/>
        </w:rPr>
        <w:t>了先生的齐民要术。特来请教你读过我的书，岂自耕农。终于</w:t>
      </w:r>
      <w:proofErr w:type="gramStart"/>
      <w:r>
        <w:rPr>
          <w:rFonts w:ascii="仿宋" w:eastAsia="仿宋" w:hAnsi="仿宋"/>
          <w:sz w:val="32"/>
          <w:lang w:eastAsia="zh-CN"/>
        </w:rPr>
        <w:t>醯</w:t>
      </w:r>
      <w:proofErr w:type="gramEnd"/>
      <w:r>
        <w:rPr>
          <w:rFonts w:ascii="仿宋" w:eastAsia="仿宋" w:hAnsi="仿宋"/>
          <w:sz w:val="32"/>
          <w:lang w:eastAsia="zh-CN"/>
        </w:rPr>
        <w:t>醢滋生</w:t>
      </w:r>
      <w:r>
        <w:rPr>
          <w:rFonts w:ascii="仿宋" w:eastAsia="仿宋" w:hAnsi="仿宋"/>
          <w:sz w:val="32"/>
          <w:lang w:eastAsia="zh-CN"/>
        </w:rPr>
        <w:lastRenderedPageBreak/>
        <w:t>枝，叶靡不必疏。号曰。齐民要术。先生的这</w:t>
      </w:r>
      <w:proofErr w:type="gramStart"/>
      <w:r>
        <w:rPr>
          <w:rFonts w:ascii="仿宋" w:eastAsia="仿宋" w:hAnsi="仿宋"/>
          <w:sz w:val="32"/>
          <w:lang w:eastAsia="zh-CN"/>
        </w:rPr>
        <w:t>部著</w:t>
      </w:r>
      <w:proofErr w:type="gramEnd"/>
      <w:r>
        <w:rPr>
          <w:rFonts w:ascii="仿宋" w:eastAsia="仿宋" w:hAnsi="仿宋"/>
          <w:sz w:val="32"/>
          <w:lang w:eastAsia="zh-CN"/>
        </w:rPr>
        <w:t>作。在后世被奉为中国农学典籍。先生若是不信。请随我来。请你给我玩会儿，</w:t>
      </w:r>
    </w:p>
    <w:p w14:paraId="0BEA341F" w14:textId="77777777" w:rsidR="00E87C95" w:rsidRDefault="00000000">
      <w:pPr>
        <w:spacing w:after="0" w:line="579" w:lineRule="exact"/>
        <w:ind w:firstLine="640"/>
        <w:rPr>
          <w:lang w:eastAsia="zh-CN"/>
        </w:rPr>
      </w:pPr>
      <w:r>
        <w:rPr>
          <w:rFonts w:ascii="仿宋" w:eastAsia="仿宋" w:hAnsi="仿宋"/>
          <w:sz w:val="32"/>
          <w:lang w:eastAsia="zh-CN"/>
        </w:rPr>
        <w:t>你给我玩会儿嘛，你给我玩会儿，你给我玩会儿嘛，你不行？好了好了，准备吃饭了，别玩了哇，炒鸡蛋。爸爸，我要喝牛奶，好爸爸给你打开好不好？你也来一瓶喝牛奶吃炒鸡蛋。是从什么时候开始的？让我想想啊，最早是什么时候开始的呢？</w:t>
      </w:r>
    </w:p>
    <w:p w14:paraId="32DE3C10" w14:textId="77777777" w:rsidR="00E87C95" w:rsidRDefault="00000000">
      <w:pPr>
        <w:spacing w:after="0" w:line="579" w:lineRule="exact"/>
        <w:ind w:firstLine="640"/>
        <w:rPr>
          <w:lang w:eastAsia="zh-CN"/>
        </w:rPr>
      </w:pPr>
      <w:r>
        <w:rPr>
          <w:rFonts w:ascii="仿宋" w:eastAsia="仿宋" w:hAnsi="仿宋"/>
          <w:sz w:val="32"/>
          <w:lang w:eastAsia="zh-CN"/>
        </w:rPr>
        <w:t>不知道，但是呀，在1400多年前有位叫贾思</w:t>
      </w:r>
      <w:proofErr w:type="gramStart"/>
      <w:r>
        <w:rPr>
          <w:rFonts w:ascii="仿宋" w:eastAsia="仿宋" w:hAnsi="仿宋"/>
          <w:sz w:val="32"/>
          <w:lang w:eastAsia="zh-CN"/>
        </w:rPr>
        <w:t>勰</w:t>
      </w:r>
      <w:proofErr w:type="gramEnd"/>
      <w:r>
        <w:rPr>
          <w:rFonts w:ascii="仿宋" w:eastAsia="仿宋" w:hAnsi="仿宋"/>
          <w:sz w:val="32"/>
          <w:lang w:eastAsia="zh-CN"/>
        </w:rPr>
        <w:t>的先生。写了中国现存最早的一部农业百科全书，齐民要术在这里面呢，就详细的记述了。炒鸡蛋和养牛挤牛奶，还有做干酪的方法。这位先生这么会写书，一定喝了不少牛奶。为什么呀？我知道。为什么呀？你们不是告诉我们说喝牛奶能让身体变得健康，学习才会变好吗？</w:t>
      </w:r>
    </w:p>
    <w:p w14:paraId="12B31180" w14:textId="77777777" w:rsidR="00E87C95" w:rsidRDefault="00000000">
      <w:pPr>
        <w:spacing w:after="0" w:line="579" w:lineRule="exact"/>
        <w:ind w:firstLine="640"/>
        <w:rPr>
          <w:lang w:eastAsia="zh-CN"/>
        </w:rPr>
      </w:pPr>
      <w:r>
        <w:rPr>
          <w:rFonts w:ascii="仿宋" w:eastAsia="仿宋" w:hAnsi="仿宋"/>
          <w:sz w:val="32"/>
          <w:lang w:eastAsia="zh-CN"/>
        </w:rPr>
        <w:t>这位先生要是学习不好，怎么写书啊？好喝吗？这后世的牛乳。是这样的，对呀，您生活的那个时代，牛乳不好保存，所以您教大家怎么做干？但是在我们生活的这个时代，牛奶经过特殊加工，放到您看见的这种盒子里。能放半年，而且依旧营养丰富，后世食用牛乳。</w:t>
      </w:r>
    </w:p>
    <w:p w14:paraId="7AB30D40" w14:textId="77777777" w:rsidR="00E87C95" w:rsidRDefault="00000000">
      <w:pPr>
        <w:spacing w:after="0" w:line="579" w:lineRule="exact"/>
        <w:ind w:firstLine="640"/>
        <w:rPr>
          <w:lang w:eastAsia="zh-CN"/>
        </w:rPr>
      </w:pPr>
      <w:r>
        <w:rPr>
          <w:rFonts w:ascii="仿宋" w:eastAsia="仿宋" w:hAnsi="仿宋"/>
          <w:sz w:val="32"/>
          <w:lang w:eastAsia="zh-CN"/>
        </w:rPr>
        <w:t>竟如此辩解，还</w:t>
      </w:r>
      <w:proofErr w:type="gramStart"/>
      <w:r>
        <w:rPr>
          <w:rFonts w:ascii="仿宋" w:eastAsia="仿宋" w:hAnsi="仿宋"/>
          <w:sz w:val="32"/>
          <w:lang w:eastAsia="zh-CN"/>
        </w:rPr>
        <w:t>不</w:t>
      </w:r>
      <w:proofErr w:type="gramEnd"/>
      <w:r>
        <w:rPr>
          <w:rFonts w:ascii="仿宋" w:eastAsia="仿宋" w:hAnsi="仿宋"/>
          <w:sz w:val="32"/>
          <w:lang w:eastAsia="zh-CN"/>
        </w:rPr>
        <w:t>光是辩解。在后世啊，喝牛奶太普及了，谁都能喝，不仅便捷，而且普遍。</w:t>
      </w:r>
      <w:proofErr w:type="gramStart"/>
      <w:r>
        <w:rPr>
          <w:rFonts w:ascii="仿宋" w:eastAsia="仿宋" w:hAnsi="仿宋"/>
          <w:sz w:val="32"/>
          <w:lang w:eastAsia="zh-CN"/>
        </w:rPr>
        <w:t>萨</w:t>
      </w:r>
      <w:proofErr w:type="gramEnd"/>
      <w:r>
        <w:rPr>
          <w:rFonts w:ascii="仿宋" w:eastAsia="仿宋" w:hAnsi="仿宋"/>
          <w:sz w:val="32"/>
          <w:lang w:eastAsia="zh-CN"/>
        </w:rPr>
        <w:t>君啊。你所在的时代。生活实在是太好了。您说的没错，我们生活的这个时代</w:t>
      </w:r>
      <w:r>
        <w:rPr>
          <w:rFonts w:ascii="仿宋" w:eastAsia="仿宋" w:hAnsi="仿宋"/>
          <w:sz w:val="32"/>
          <w:lang w:eastAsia="zh-CN"/>
        </w:rPr>
        <w:lastRenderedPageBreak/>
        <w:t>早就解决了温饱问题。农业生产全面丰收。今天中国人的饭碗牢牢的端在自己的手中。把饭碗牢牢端在自己手里。</w:t>
      </w:r>
    </w:p>
    <w:p w14:paraId="42104178" w14:textId="77777777" w:rsidR="00E87C95" w:rsidRDefault="00000000">
      <w:pPr>
        <w:spacing w:after="0" w:line="579" w:lineRule="exact"/>
        <w:ind w:firstLine="640"/>
        <w:rPr>
          <w:lang w:eastAsia="zh-CN"/>
        </w:rPr>
      </w:pPr>
      <w:r>
        <w:rPr>
          <w:rFonts w:ascii="仿宋" w:eastAsia="仿宋" w:hAnsi="仿宋"/>
          <w:sz w:val="32"/>
          <w:lang w:eastAsia="zh-CN"/>
        </w:rPr>
        <w:t>这句话说得太好了。</w:t>
      </w:r>
      <w:proofErr w:type="gramStart"/>
      <w:r>
        <w:rPr>
          <w:rFonts w:ascii="仿宋" w:eastAsia="仿宋" w:hAnsi="仿宋"/>
          <w:sz w:val="32"/>
          <w:lang w:eastAsia="zh-CN"/>
        </w:rPr>
        <w:t>萨君我</w:t>
      </w:r>
      <w:proofErr w:type="gramEnd"/>
      <w:r>
        <w:rPr>
          <w:rFonts w:ascii="仿宋" w:eastAsia="仿宋" w:hAnsi="仿宋"/>
          <w:sz w:val="32"/>
          <w:lang w:eastAsia="zh-CN"/>
        </w:rPr>
        <w:t>儿时最盼望的。就是每天有饭吃。端好你的碗好啊，两个小贼拖到厨房来了，别碰我弟弟。刚炒的鸡蛋，一眼没看见，被他俩吃掉一半啊，结实打一顿，让他们长长记性住手。大人。他们还是孩子。别怕。饿了一天都没吃东西了，</w:t>
      </w:r>
    </w:p>
    <w:p w14:paraId="04AC5DC2" w14:textId="77777777" w:rsidR="00E87C95" w:rsidRDefault="00000000">
      <w:pPr>
        <w:spacing w:after="0" w:line="579" w:lineRule="exact"/>
        <w:ind w:firstLine="640"/>
        <w:rPr>
          <w:lang w:eastAsia="zh-CN"/>
        </w:rPr>
      </w:pPr>
      <w:r>
        <w:rPr>
          <w:rFonts w:ascii="仿宋" w:eastAsia="仿宋" w:hAnsi="仿宋"/>
          <w:sz w:val="32"/>
          <w:lang w:eastAsia="zh-CN"/>
        </w:rPr>
        <w:t>阿兄把吃的都给我了。你们的爷娘呢？都死了。你们在哪个村住啊？</w:t>
      </w:r>
      <w:proofErr w:type="gramStart"/>
      <w:r>
        <w:rPr>
          <w:rFonts w:ascii="仿宋" w:eastAsia="仿宋" w:hAnsi="仿宋"/>
          <w:sz w:val="32"/>
          <w:lang w:eastAsia="zh-CN"/>
        </w:rPr>
        <w:t>东贾村</w:t>
      </w:r>
      <w:proofErr w:type="gramEnd"/>
      <w:r>
        <w:rPr>
          <w:rFonts w:ascii="仿宋" w:eastAsia="仿宋" w:hAnsi="仿宋"/>
          <w:sz w:val="32"/>
          <w:lang w:eastAsia="zh-CN"/>
        </w:rPr>
        <w:t>东头，大水井边上叫什么你俩？我叫贾思</w:t>
      </w:r>
      <w:proofErr w:type="gramStart"/>
      <w:r>
        <w:rPr>
          <w:rFonts w:ascii="仿宋" w:eastAsia="仿宋" w:hAnsi="仿宋"/>
          <w:sz w:val="32"/>
          <w:lang w:eastAsia="zh-CN"/>
        </w:rPr>
        <w:t>勰</w:t>
      </w:r>
      <w:proofErr w:type="gramEnd"/>
      <w:r>
        <w:rPr>
          <w:rFonts w:ascii="仿宋" w:eastAsia="仿宋" w:hAnsi="仿宋"/>
          <w:sz w:val="32"/>
          <w:lang w:eastAsia="zh-CN"/>
        </w:rPr>
        <w:t>，我叫贾思友。</w:t>
      </w:r>
      <w:proofErr w:type="gramStart"/>
      <w:r>
        <w:rPr>
          <w:rFonts w:ascii="仿宋" w:eastAsia="仿宋" w:hAnsi="仿宋"/>
          <w:sz w:val="32"/>
          <w:lang w:eastAsia="zh-CN"/>
        </w:rPr>
        <w:t>贾道广</w:t>
      </w:r>
      <w:proofErr w:type="gramEnd"/>
      <w:r>
        <w:rPr>
          <w:rFonts w:ascii="仿宋" w:eastAsia="仿宋" w:hAnsi="仿宋"/>
          <w:sz w:val="32"/>
          <w:lang w:eastAsia="zh-CN"/>
        </w:rPr>
        <w:t>是你俩什么人呐？你怎么知道我阿爷的名字？走，我们到里边吃东西去啊，再拿点东西过来是是。吃吧，弟，</w:t>
      </w:r>
    </w:p>
    <w:p w14:paraId="639581B0" w14:textId="77777777" w:rsidR="00E87C95" w:rsidRDefault="00000000">
      <w:pPr>
        <w:spacing w:after="0" w:line="579" w:lineRule="exact"/>
        <w:ind w:firstLine="640"/>
        <w:rPr>
          <w:lang w:eastAsia="zh-CN"/>
        </w:rPr>
      </w:pPr>
      <w:r>
        <w:rPr>
          <w:rFonts w:ascii="仿宋" w:eastAsia="仿宋" w:hAnsi="仿宋"/>
          <w:sz w:val="32"/>
          <w:lang w:eastAsia="zh-CN"/>
        </w:rPr>
        <w:t>你先吃。哦哦哦。我叫贾思伯，是你们同族的达兄。我听父亲提过你。大阿兄，对不起，我不该偷窃。我为官常年在外，很少回来。你爷娘离世的时候，我也没能回来看看咱们是同族，就是一家人，你吃的阿兄的。不算多，</w:t>
      </w:r>
    </w:p>
    <w:p w14:paraId="799D2F33" w14:textId="77777777" w:rsidR="00E87C95" w:rsidRDefault="00000000">
      <w:pPr>
        <w:spacing w:after="0" w:line="579" w:lineRule="exact"/>
        <w:ind w:firstLine="640"/>
        <w:rPr>
          <w:lang w:eastAsia="zh-CN"/>
        </w:rPr>
      </w:pPr>
      <w:r>
        <w:rPr>
          <w:rFonts w:ascii="仿宋" w:eastAsia="仿宋" w:hAnsi="仿宋"/>
          <w:sz w:val="32"/>
          <w:lang w:eastAsia="zh-CN"/>
        </w:rPr>
        <w:t>从今以后你们就跟着大兄，我不会让你俩再饿肚子了。谢谢大家修，谢谢大家修。今后你们要好好的读书。书里面有很多教人处世的道理，也有教人吃饱饭的荣书。那我就读农书，我要让自己吃饱饭，还要让弟弟吃饱饭。让所有挨饿的人吃饱饭。让所有挨饿的人吃饱饭。有志气。你要读农书。让我给你们去找一找。</w:t>
      </w:r>
    </w:p>
    <w:p w14:paraId="1E28B7CF" w14:textId="77777777" w:rsidR="00E87C95" w:rsidRDefault="00000000">
      <w:pPr>
        <w:spacing w:after="0" w:line="579" w:lineRule="exact"/>
        <w:ind w:firstLine="640"/>
        <w:rPr>
          <w:lang w:eastAsia="zh-CN"/>
        </w:rPr>
      </w:pPr>
      <w:r>
        <w:rPr>
          <w:rFonts w:ascii="仿宋" w:eastAsia="仿宋" w:hAnsi="仿宋"/>
          <w:sz w:val="32"/>
          <w:lang w:eastAsia="zh-CN"/>
        </w:rPr>
        <w:lastRenderedPageBreak/>
        <w:t>百余年了。没有好的农书问世，吃饭的书怎么会百余年没人写？阿兄，你找旧的给我读，</w:t>
      </w:r>
      <w:proofErr w:type="gramStart"/>
      <w:r>
        <w:rPr>
          <w:rFonts w:ascii="仿宋" w:eastAsia="仿宋" w:hAnsi="仿宋"/>
          <w:sz w:val="32"/>
          <w:lang w:eastAsia="zh-CN"/>
        </w:rPr>
        <w:t>我读会了</w:t>
      </w:r>
      <w:proofErr w:type="gramEnd"/>
      <w:r>
        <w:rPr>
          <w:rFonts w:ascii="仿宋" w:eastAsia="仿宋" w:hAnsi="仿宋"/>
          <w:sz w:val="32"/>
          <w:lang w:eastAsia="zh-CN"/>
        </w:rPr>
        <w:t>以后我写。好。后来。大兄。供我和弟弟读书，不仅读圣贤之书，败家之言，他还。送我浓书。西汉的</w:t>
      </w:r>
      <w:proofErr w:type="gramStart"/>
      <w:r>
        <w:rPr>
          <w:rFonts w:ascii="仿宋" w:eastAsia="仿宋" w:hAnsi="仿宋"/>
          <w:sz w:val="32"/>
          <w:lang w:eastAsia="zh-CN"/>
        </w:rPr>
        <w:t>《</w:t>
      </w:r>
      <w:proofErr w:type="gramEnd"/>
      <w:r>
        <w:rPr>
          <w:rFonts w:ascii="仿宋" w:eastAsia="仿宋" w:hAnsi="仿宋"/>
          <w:sz w:val="32"/>
          <w:lang w:eastAsia="zh-CN"/>
        </w:rPr>
        <w:t>《</w:t>
      </w:r>
      <w:proofErr w:type="gramStart"/>
      <w:r>
        <w:rPr>
          <w:rFonts w:ascii="仿宋" w:eastAsia="仿宋" w:hAnsi="仿宋"/>
          <w:sz w:val="32"/>
          <w:lang w:eastAsia="zh-CN"/>
        </w:rPr>
        <w:t>泛胜之</w:t>
      </w:r>
      <w:proofErr w:type="gramEnd"/>
      <w:r>
        <w:rPr>
          <w:rFonts w:ascii="仿宋" w:eastAsia="仿宋" w:hAnsi="仿宋"/>
          <w:sz w:val="32"/>
          <w:lang w:eastAsia="zh-CN"/>
        </w:rPr>
        <w:t>书》》。</w:t>
      </w:r>
    </w:p>
    <w:p w14:paraId="1B20327B" w14:textId="77777777" w:rsidR="00E87C95" w:rsidRDefault="00000000">
      <w:pPr>
        <w:spacing w:after="0" w:line="579" w:lineRule="exact"/>
        <w:ind w:firstLine="640"/>
        <w:rPr>
          <w:lang w:eastAsia="zh-CN"/>
        </w:rPr>
      </w:pPr>
      <w:r>
        <w:rPr>
          <w:rFonts w:ascii="仿宋" w:eastAsia="仿宋" w:hAnsi="仿宋"/>
          <w:sz w:val="32"/>
          <w:lang w:eastAsia="zh-CN"/>
        </w:rPr>
        <w:t>东汉的《四民月令》我一打开</w:t>
      </w:r>
      <w:proofErr w:type="gramStart"/>
      <w:r>
        <w:rPr>
          <w:rFonts w:ascii="仿宋" w:eastAsia="仿宋" w:hAnsi="仿宋"/>
          <w:sz w:val="32"/>
          <w:lang w:eastAsia="zh-CN"/>
        </w:rPr>
        <w:t>这个农术啊</w:t>
      </w:r>
      <w:proofErr w:type="gramEnd"/>
      <w:r>
        <w:rPr>
          <w:rFonts w:ascii="仿宋" w:eastAsia="仿宋" w:hAnsi="仿宋"/>
          <w:sz w:val="32"/>
          <w:lang w:eastAsia="zh-CN"/>
        </w:rPr>
        <w:t>，就入了神田间的知识谋生的技能。在我的脑海里，记得特别快，就像扎了根一样，过目不忘人，总是对自己感兴趣的东西。记得特别牢。是啊，我总是想。让天下的人不再挨饿。补足农书，就是为了帮助更多的人。而且我心中萌发了</w:t>
      </w:r>
      <w:proofErr w:type="gramStart"/>
      <w:r>
        <w:rPr>
          <w:rFonts w:ascii="仿宋" w:eastAsia="仿宋" w:hAnsi="仿宋"/>
          <w:sz w:val="32"/>
          <w:lang w:eastAsia="zh-CN"/>
        </w:rPr>
        <w:t>根序浓脉</w:t>
      </w:r>
      <w:proofErr w:type="gramEnd"/>
      <w:r>
        <w:rPr>
          <w:rFonts w:ascii="仿宋" w:eastAsia="仿宋" w:hAnsi="仿宋"/>
          <w:sz w:val="32"/>
          <w:lang w:eastAsia="zh-CN"/>
        </w:rPr>
        <w:t>。写一部农业大书的愿望。</w:t>
      </w:r>
    </w:p>
    <w:p w14:paraId="3D3D4797" w14:textId="77777777" w:rsidR="00E87C95" w:rsidRDefault="00000000">
      <w:pPr>
        <w:spacing w:after="0" w:line="579" w:lineRule="exact"/>
        <w:ind w:firstLine="640"/>
        <w:rPr>
          <w:lang w:eastAsia="zh-CN"/>
        </w:rPr>
      </w:pPr>
      <w:r>
        <w:rPr>
          <w:rFonts w:ascii="仿宋" w:eastAsia="仿宋" w:hAnsi="仿宋"/>
          <w:sz w:val="32"/>
          <w:lang w:eastAsia="zh-CN"/>
        </w:rPr>
        <w:t>慈禧呀，这些年你不仅饱读圣贤之书，</w:t>
      </w:r>
      <w:proofErr w:type="gramStart"/>
      <w:r>
        <w:rPr>
          <w:rFonts w:ascii="仿宋" w:eastAsia="仿宋" w:hAnsi="仿宋"/>
          <w:sz w:val="32"/>
          <w:lang w:eastAsia="zh-CN"/>
        </w:rPr>
        <w:t>便阅农学</w:t>
      </w:r>
      <w:proofErr w:type="gramEnd"/>
      <w:r>
        <w:rPr>
          <w:rFonts w:ascii="仿宋" w:eastAsia="仿宋" w:hAnsi="仿宋"/>
          <w:sz w:val="32"/>
          <w:lang w:eastAsia="zh-CN"/>
        </w:rPr>
        <w:t>典籍。耕种技艺，名生之术都熟记于心，所学所记甚多。此番。思</w:t>
      </w:r>
      <w:proofErr w:type="gramStart"/>
      <w:r>
        <w:rPr>
          <w:rFonts w:ascii="仿宋" w:eastAsia="仿宋" w:hAnsi="仿宋"/>
          <w:sz w:val="32"/>
          <w:lang w:eastAsia="zh-CN"/>
        </w:rPr>
        <w:t>勰</w:t>
      </w:r>
      <w:proofErr w:type="gramEnd"/>
      <w:r>
        <w:rPr>
          <w:rFonts w:ascii="仿宋" w:eastAsia="仿宋" w:hAnsi="仿宋"/>
          <w:sz w:val="32"/>
          <w:lang w:eastAsia="zh-CN"/>
        </w:rPr>
        <w:t>上任高阳太守，思友啊，你随行协助，正是你们造福百姓，实现愿望的大好时机呀。大阿兄，我们的父母走得早，是您抚养了我和弟弟。</w:t>
      </w:r>
    </w:p>
    <w:p w14:paraId="72F03A74" w14:textId="77777777" w:rsidR="00E87C95" w:rsidRDefault="00000000">
      <w:pPr>
        <w:spacing w:after="0" w:line="579" w:lineRule="exact"/>
        <w:ind w:firstLine="640"/>
        <w:rPr>
          <w:lang w:eastAsia="zh-CN"/>
        </w:rPr>
      </w:pPr>
      <w:r>
        <w:rPr>
          <w:rFonts w:ascii="仿宋" w:eastAsia="仿宋" w:hAnsi="仿宋"/>
          <w:sz w:val="32"/>
          <w:lang w:eastAsia="zh-CN"/>
        </w:rPr>
        <w:t>让我们能够吃饱饭。教我们读书做人，我一定要像您一样做一名好官。一名循吏。</w:t>
      </w:r>
      <w:proofErr w:type="gramStart"/>
      <w:r>
        <w:rPr>
          <w:rFonts w:ascii="仿宋" w:eastAsia="仿宋" w:hAnsi="仿宋"/>
          <w:sz w:val="32"/>
          <w:lang w:eastAsia="zh-CN"/>
        </w:rPr>
        <w:t>阿修啥</w:t>
      </w:r>
      <w:proofErr w:type="gramEnd"/>
      <w:r>
        <w:rPr>
          <w:rFonts w:ascii="仿宋" w:eastAsia="仿宋" w:hAnsi="仿宋"/>
          <w:sz w:val="32"/>
          <w:lang w:eastAsia="zh-CN"/>
        </w:rPr>
        <w:t>是循吏啊？循吏就是守法循礼之例，像黄霸。龚遂那样爱护百姓。以民为贤，我为颍川太守。</w:t>
      </w:r>
      <w:proofErr w:type="gramStart"/>
      <w:r>
        <w:rPr>
          <w:rFonts w:ascii="仿宋" w:eastAsia="仿宋" w:hAnsi="仿宋"/>
          <w:sz w:val="32"/>
          <w:lang w:eastAsia="zh-CN"/>
        </w:rPr>
        <w:t>官隶当为</w:t>
      </w:r>
      <w:proofErr w:type="gramEnd"/>
      <w:r>
        <w:rPr>
          <w:rFonts w:ascii="仿宋" w:eastAsia="仿宋" w:hAnsi="仿宋"/>
          <w:sz w:val="32"/>
          <w:lang w:eastAsia="zh-CN"/>
        </w:rPr>
        <w:t>一郡百姓之表率。自今日起，颍川所属游艇及相关</w:t>
      </w:r>
      <w:proofErr w:type="gramStart"/>
      <w:r>
        <w:rPr>
          <w:rFonts w:ascii="仿宋" w:eastAsia="仿宋" w:hAnsi="仿宋"/>
          <w:sz w:val="32"/>
          <w:lang w:eastAsia="zh-CN"/>
        </w:rPr>
        <w:t>等关例都</w:t>
      </w:r>
      <w:proofErr w:type="gramEnd"/>
      <w:r>
        <w:rPr>
          <w:rFonts w:ascii="仿宋" w:eastAsia="仿宋" w:hAnsi="仿宋"/>
          <w:sz w:val="32"/>
          <w:lang w:eastAsia="zh-CN"/>
        </w:rPr>
        <w:t>要饲养鸡。</w:t>
      </w:r>
      <w:proofErr w:type="gramStart"/>
      <w:r>
        <w:rPr>
          <w:rFonts w:ascii="仿宋" w:eastAsia="仿宋" w:hAnsi="仿宋"/>
          <w:sz w:val="32"/>
          <w:lang w:eastAsia="zh-CN"/>
        </w:rPr>
        <w:t>和诸用于</w:t>
      </w:r>
      <w:proofErr w:type="gramEnd"/>
      <w:r>
        <w:rPr>
          <w:rFonts w:ascii="仿宋" w:eastAsia="仿宋" w:hAnsi="仿宋"/>
          <w:sz w:val="32"/>
          <w:lang w:eastAsia="zh-CN"/>
        </w:rPr>
        <w:t>资助官寡孤独。勤政爱民。</w:t>
      </w:r>
    </w:p>
    <w:p w14:paraId="04FF62BD" w14:textId="77777777" w:rsidR="00E87C95" w:rsidRDefault="00000000">
      <w:pPr>
        <w:spacing w:after="0" w:line="579" w:lineRule="exact"/>
        <w:ind w:firstLine="640"/>
        <w:rPr>
          <w:lang w:eastAsia="zh-CN"/>
        </w:rPr>
      </w:pPr>
      <w:r>
        <w:rPr>
          <w:rFonts w:ascii="仿宋" w:eastAsia="仿宋" w:hAnsi="仿宋"/>
          <w:sz w:val="32"/>
          <w:lang w:eastAsia="zh-CN"/>
        </w:rPr>
        <w:lastRenderedPageBreak/>
        <w:t>以德为先。我为渤海太守。巡视劝阻。带头厉行节俭。劝导百姓务农种桑。学习养殖。多存粮食。于是郡中家家都有积蓄，百姓都因食富足。军中。太平</w:t>
      </w:r>
      <w:proofErr w:type="gramStart"/>
      <w:r>
        <w:rPr>
          <w:rFonts w:ascii="仿宋" w:eastAsia="仿宋" w:hAnsi="仿宋"/>
          <w:sz w:val="32"/>
          <w:lang w:eastAsia="zh-CN"/>
        </w:rPr>
        <w:t>公遂黄霸亮</w:t>
      </w:r>
      <w:proofErr w:type="gramEnd"/>
      <w:r>
        <w:rPr>
          <w:rFonts w:ascii="仿宋" w:eastAsia="仿宋" w:hAnsi="仿宋"/>
          <w:sz w:val="32"/>
          <w:lang w:eastAsia="zh-CN"/>
        </w:rPr>
        <w:t>为前辈，是位巡礼中的楷模。他们以德服人。用行动教化百姓。百姓从心底里尊敬他们。</w:t>
      </w:r>
    </w:p>
    <w:p w14:paraId="547BA408" w14:textId="77777777" w:rsidR="00E87C95" w:rsidRDefault="00000000">
      <w:pPr>
        <w:spacing w:after="0" w:line="579" w:lineRule="exact"/>
        <w:ind w:firstLine="640"/>
        <w:rPr>
          <w:lang w:eastAsia="zh-CN"/>
        </w:rPr>
      </w:pPr>
      <w:r>
        <w:rPr>
          <w:rFonts w:ascii="仿宋" w:eastAsia="仿宋" w:hAnsi="仿宋"/>
          <w:sz w:val="32"/>
          <w:lang w:eastAsia="zh-CN"/>
        </w:rPr>
        <w:t>百姓良善的对能臣循吏的尊敬达到极致，</w:t>
      </w:r>
      <w:proofErr w:type="gramStart"/>
      <w:r>
        <w:rPr>
          <w:rFonts w:ascii="仿宋" w:eastAsia="仿宋" w:hAnsi="仿宋"/>
          <w:sz w:val="32"/>
          <w:lang w:eastAsia="zh-CN"/>
        </w:rPr>
        <w:t>便忽为</w:t>
      </w:r>
      <w:proofErr w:type="gramEnd"/>
      <w:r>
        <w:rPr>
          <w:rFonts w:ascii="仿宋" w:eastAsia="仿宋" w:hAnsi="仿宋"/>
          <w:sz w:val="32"/>
          <w:lang w:eastAsia="zh-CN"/>
        </w:rPr>
        <w:t>父母官。这个称谓源于东西两汉的少妇杜母。我做南阳太守，待百姓精修水利，整治农田，也注重管理，约束百姓。为防强水纷争，将</w:t>
      </w:r>
      <w:proofErr w:type="gramStart"/>
      <w:r>
        <w:rPr>
          <w:rFonts w:ascii="仿宋" w:eastAsia="仿宋" w:hAnsi="仿宋"/>
          <w:sz w:val="32"/>
          <w:lang w:eastAsia="zh-CN"/>
        </w:rPr>
        <w:t>相约客什立于</w:t>
      </w:r>
      <w:proofErr w:type="gramEnd"/>
      <w:r>
        <w:rPr>
          <w:rFonts w:ascii="仿宋" w:eastAsia="仿宋" w:hAnsi="仿宋"/>
          <w:sz w:val="32"/>
          <w:lang w:eastAsia="zh-CN"/>
        </w:rPr>
        <w:t>田畔，使南阳民生秩序井然。百姓生活兴旺太平。我做南阳太守，见百姓也。置农具极为辛苦，</w:t>
      </w:r>
    </w:p>
    <w:p w14:paraId="2650A9AA" w14:textId="77777777" w:rsidR="00E87C95" w:rsidRDefault="00000000">
      <w:pPr>
        <w:spacing w:after="0" w:line="579" w:lineRule="exact"/>
        <w:ind w:firstLine="640"/>
        <w:rPr>
          <w:lang w:eastAsia="zh-CN"/>
        </w:rPr>
      </w:pPr>
      <w:r>
        <w:rPr>
          <w:rFonts w:ascii="仿宋" w:eastAsia="仿宋" w:hAnsi="仿宋"/>
          <w:sz w:val="32"/>
          <w:lang w:eastAsia="zh-CN"/>
        </w:rPr>
        <w:t>为体恤民利。创造水排，又修至坡地池塘，开垦荒芜，扩大耕地，使得南阳郡内家家户户。富裕殷实。</w:t>
      </w:r>
      <w:proofErr w:type="gramStart"/>
      <w:r>
        <w:rPr>
          <w:rFonts w:ascii="仿宋" w:eastAsia="仿宋" w:hAnsi="仿宋"/>
          <w:sz w:val="32"/>
          <w:lang w:eastAsia="zh-CN"/>
        </w:rPr>
        <w:t>召信臣</w:t>
      </w:r>
      <w:proofErr w:type="gramEnd"/>
      <w:r>
        <w:rPr>
          <w:rFonts w:ascii="仿宋" w:eastAsia="仿宋" w:hAnsi="仿宋"/>
          <w:sz w:val="32"/>
          <w:lang w:eastAsia="zh-CN"/>
        </w:rPr>
        <w:t>为百姓严格相约，有如严父杜诗体恤民苦，有如慈母。后人念及召父杜母之恩，将地方官员尊为父母官哦，明白了思邪。你自幼就有让天下人不再挨饿的大志气，你要做循吏。</w:t>
      </w:r>
    </w:p>
    <w:p w14:paraId="7F89A1AA" w14:textId="77777777" w:rsidR="00E87C95" w:rsidRDefault="00000000">
      <w:pPr>
        <w:spacing w:after="0" w:line="579" w:lineRule="exact"/>
        <w:ind w:firstLine="640"/>
        <w:rPr>
          <w:lang w:eastAsia="zh-CN"/>
        </w:rPr>
      </w:pPr>
      <w:r>
        <w:rPr>
          <w:rFonts w:ascii="仿宋" w:eastAsia="仿宋" w:hAnsi="仿宋"/>
          <w:sz w:val="32"/>
          <w:lang w:eastAsia="zh-CN"/>
        </w:rPr>
        <w:t>大阿兄，相信你能够做到。大阿兄。您担任兖州刺史，当地百姓为您树立的德政碑，我承蒙您教会多年。慈禧。一定不会辜负您的期望，大兄，我也是。兄弟齐心。其利断金。兄弟齐心，其利断金。等你们把羔羊治理好了，</w:t>
      </w:r>
    </w:p>
    <w:p w14:paraId="5E0BFED3" w14:textId="77777777" w:rsidR="00E87C95" w:rsidRDefault="00000000">
      <w:pPr>
        <w:spacing w:after="0" w:line="579" w:lineRule="exact"/>
        <w:ind w:firstLine="640"/>
        <w:rPr>
          <w:lang w:eastAsia="zh-CN"/>
        </w:rPr>
      </w:pPr>
      <w:r>
        <w:rPr>
          <w:rFonts w:ascii="仿宋" w:eastAsia="仿宋" w:hAnsi="仿宋"/>
          <w:sz w:val="32"/>
          <w:lang w:eastAsia="zh-CN"/>
        </w:rPr>
        <w:t>我就到羔羊。去看你们，我一定用羔羊丰收的物产来款待大兄，大兄我</w:t>
      </w:r>
      <w:proofErr w:type="gramStart"/>
      <w:r>
        <w:rPr>
          <w:rFonts w:ascii="仿宋" w:eastAsia="仿宋" w:hAnsi="仿宋"/>
          <w:sz w:val="32"/>
          <w:lang w:eastAsia="zh-CN"/>
        </w:rPr>
        <w:t>给您做炒鸡蛋</w:t>
      </w:r>
      <w:proofErr w:type="gramEnd"/>
      <w:r>
        <w:rPr>
          <w:rFonts w:ascii="仿宋" w:eastAsia="仿宋" w:hAnsi="仿宋"/>
          <w:sz w:val="32"/>
          <w:lang w:eastAsia="zh-CN"/>
        </w:rPr>
        <w:t>吃好，就这么说定了啊。走吧。都跟紧点。排好队，别挤，听好了快点啊，</w:t>
      </w:r>
      <w:proofErr w:type="gramStart"/>
      <w:r>
        <w:rPr>
          <w:rFonts w:ascii="仿宋" w:eastAsia="仿宋" w:hAnsi="仿宋"/>
          <w:sz w:val="32"/>
          <w:lang w:eastAsia="zh-CN"/>
        </w:rPr>
        <w:t>下一个下一个</w:t>
      </w:r>
      <w:proofErr w:type="gramEnd"/>
      <w:r>
        <w:rPr>
          <w:rFonts w:ascii="仿宋" w:eastAsia="仿宋" w:hAnsi="仿宋"/>
          <w:sz w:val="32"/>
          <w:lang w:eastAsia="zh-CN"/>
        </w:rPr>
        <w:t>挤</w:t>
      </w:r>
      <w:r>
        <w:rPr>
          <w:rFonts w:ascii="仿宋" w:eastAsia="仿宋" w:hAnsi="仿宋"/>
          <w:sz w:val="32"/>
          <w:lang w:eastAsia="zh-CN"/>
        </w:rPr>
        <w:lastRenderedPageBreak/>
        <w:t>什么挤，大火炖给我凉快点，你们两</w:t>
      </w:r>
      <w:proofErr w:type="gramStart"/>
      <w:r>
        <w:rPr>
          <w:rFonts w:ascii="仿宋" w:eastAsia="仿宋" w:hAnsi="仿宋"/>
          <w:sz w:val="32"/>
          <w:lang w:eastAsia="zh-CN"/>
        </w:rPr>
        <w:t>个把那</w:t>
      </w:r>
      <w:proofErr w:type="gramEnd"/>
      <w:r>
        <w:rPr>
          <w:rFonts w:ascii="仿宋" w:eastAsia="仿宋" w:hAnsi="仿宋"/>
          <w:sz w:val="32"/>
          <w:lang w:eastAsia="zh-CN"/>
        </w:rPr>
        <w:t>米袋子。放这边来。你们两个快点啊。</w:t>
      </w:r>
    </w:p>
    <w:p w14:paraId="0D3BDF77" w14:textId="77777777" w:rsidR="00E87C95" w:rsidRDefault="00000000">
      <w:pPr>
        <w:spacing w:after="0" w:line="579" w:lineRule="exact"/>
        <w:ind w:firstLine="640"/>
        <w:rPr>
          <w:lang w:eastAsia="zh-CN"/>
        </w:rPr>
      </w:pPr>
      <w:r>
        <w:rPr>
          <w:rFonts w:ascii="仿宋" w:eastAsia="仿宋" w:hAnsi="仿宋"/>
          <w:sz w:val="32"/>
          <w:lang w:eastAsia="zh-CN"/>
        </w:rPr>
        <w:t>哎。抓着他</w:t>
      </w:r>
      <w:proofErr w:type="gramStart"/>
      <w:r>
        <w:rPr>
          <w:rFonts w:ascii="仿宋" w:eastAsia="仿宋" w:hAnsi="仿宋"/>
          <w:sz w:val="32"/>
          <w:lang w:eastAsia="zh-CN"/>
        </w:rPr>
        <w:t>端抢公</w:t>
      </w:r>
      <w:proofErr w:type="gramEnd"/>
      <w:r>
        <w:rPr>
          <w:rFonts w:ascii="仿宋" w:eastAsia="仿宋" w:hAnsi="仿宋"/>
          <w:sz w:val="32"/>
          <w:lang w:eastAsia="zh-CN"/>
        </w:rPr>
        <w:t>府的粮食往死里打，这样。没活路了，咱们跟他们拼了哎，走人干什么？驻守干什么的驻守？你谁啊？你们为什么殴打百姓？敢抢</w:t>
      </w:r>
      <w:proofErr w:type="gramStart"/>
      <w:r>
        <w:rPr>
          <w:rFonts w:ascii="仿宋" w:eastAsia="仿宋" w:hAnsi="仿宋"/>
          <w:sz w:val="32"/>
          <w:lang w:eastAsia="zh-CN"/>
        </w:rPr>
        <w:t>官府周</w:t>
      </w:r>
      <w:proofErr w:type="gramEnd"/>
      <w:r>
        <w:rPr>
          <w:rFonts w:ascii="仿宋" w:eastAsia="仿宋" w:hAnsi="仿宋"/>
          <w:sz w:val="32"/>
          <w:lang w:eastAsia="zh-CN"/>
        </w:rPr>
        <w:t>鹏的粮食，该不该打粮食都被你们给贪了，粥里就没有几厘米。那是什么粥啊？分明就是洗锅水。大白天撞鬼了，</w:t>
      </w:r>
    </w:p>
    <w:p w14:paraId="4CF8808B" w14:textId="77777777" w:rsidR="00E87C95" w:rsidRDefault="00000000">
      <w:pPr>
        <w:spacing w:after="0" w:line="579" w:lineRule="exact"/>
        <w:ind w:firstLine="640"/>
        <w:rPr>
          <w:lang w:eastAsia="zh-CN"/>
        </w:rPr>
      </w:pPr>
      <w:r>
        <w:rPr>
          <w:rFonts w:ascii="仿宋" w:eastAsia="仿宋" w:hAnsi="仿宋"/>
          <w:sz w:val="32"/>
          <w:lang w:eastAsia="zh-CN"/>
        </w:rPr>
        <w:t>又来一个刁民，连他一块打打呀。昔日葛阳太守在此，谁敢动瓦兄。你说他是谁？无奈高阳太守贾思</w:t>
      </w:r>
      <w:proofErr w:type="gramStart"/>
      <w:r>
        <w:rPr>
          <w:rFonts w:ascii="仿宋" w:eastAsia="仿宋" w:hAnsi="仿宋"/>
          <w:sz w:val="32"/>
          <w:lang w:eastAsia="zh-CN"/>
        </w:rPr>
        <w:t>勰</w:t>
      </w:r>
      <w:proofErr w:type="gramEnd"/>
      <w:r>
        <w:rPr>
          <w:rFonts w:ascii="仿宋" w:eastAsia="仿宋" w:hAnsi="仿宋"/>
          <w:sz w:val="32"/>
          <w:lang w:eastAsia="zh-CN"/>
        </w:rPr>
        <w:t>。假的不明是假的。大人，这人是真的高深。拜见太守，拜见太守。大家快起来，快起来吧。太守大人明察</w:t>
      </w:r>
      <w:proofErr w:type="gramStart"/>
      <w:r>
        <w:rPr>
          <w:rFonts w:ascii="仿宋" w:eastAsia="仿宋" w:hAnsi="仿宋"/>
          <w:sz w:val="32"/>
          <w:lang w:eastAsia="zh-CN"/>
        </w:rPr>
        <w:t>我等强迷</w:t>
      </w:r>
      <w:proofErr w:type="gramEnd"/>
      <w:r>
        <w:rPr>
          <w:rFonts w:ascii="仿宋" w:eastAsia="仿宋" w:hAnsi="仿宋"/>
          <w:sz w:val="32"/>
          <w:lang w:eastAsia="zh-CN"/>
        </w:rPr>
        <w:t>，只是为了活命啊，</w:t>
      </w:r>
    </w:p>
    <w:p w14:paraId="746823B1" w14:textId="77777777" w:rsidR="00E87C95" w:rsidRDefault="00000000">
      <w:pPr>
        <w:spacing w:after="0" w:line="579" w:lineRule="exact"/>
        <w:ind w:firstLine="640"/>
        <w:rPr>
          <w:lang w:eastAsia="zh-CN"/>
        </w:rPr>
      </w:pPr>
      <w:r>
        <w:rPr>
          <w:rFonts w:ascii="仿宋" w:eastAsia="仿宋" w:hAnsi="仿宋"/>
          <w:sz w:val="32"/>
          <w:lang w:eastAsia="zh-CN"/>
        </w:rPr>
        <w:t>他们有米不放。羔羊遭受灾害。官府设周鹏震灾，你为何有米</w:t>
      </w:r>
      <w:proofErr w:type="gramStart"/>
      <w:r>
        <w:rPr>
          <w:rFonts w:ascii="仿宋" w:eastAsia="仿宋" w:hAnsi="仿宋"/>
          <w:sz w:val="32"/>
          <w:lang w:eastAsia="zh-CN"/>
        </w:rPr>
        <w:t>不</w:t>
      </w:r>
      <w:proofErr w:type="gramEnd"/>
      <w:r>
        <w:rPr>
          <w:rFonts w:ascii="仿宋" w:eastAsia="仿宋" w:hAnsi="仿宋"/>
          <w:sz w:val="32"/>
          <w:lang w:eastAsia="zh-CN"/>
        </w:rPr>
        <w:t>放回？并太守大人不是有米不放，是实在没米了。撒谎你都被他给贪了，我曾</w:t>
      </w:r>
      <w:proofErr w:type="gramStart"/>
      <w:r>
        <w:rPr>
          <w:rFonts w:ascii="仿宋" w:eastAsia="仿宋" w:hAnsi="仿宋"/>
          <w:sz w:val="32"/>
          <w:lang w:eastAsia="zh-CN"/>
        </w:rPr>
        <w:t>见忽操</w:t>
      </w:r>
      <w:proofErr w:type="gramEnd"/>
      <w:r>
        <w:rPr>
          <w:rFonts w:ascii="仿宋" w:eastAsia="仿宋" w:hAnsi="仿宋"/>
          <w:sz w:val="32"/>
          <w:lang w:eastAsia="zh-CN"/>
        </w:rPr>
        <w:t>夜间。将周鹏的米搬进米铺，他妻弟就是开米铺的，就是那间。来人再把米铺老板给我拿来试试。大人修成刁民胡言呐，下官属实冤枉姐夫啊，快点，</w:t>
      </w:r>
    </w:p>
    <w:p w14:paraId="5A2E3D47" w14:textId="77777777" w:rsidR="00E87C95" w:rsidRDefault="00000000">
      <w:pPr>
        <w:spacing w:after="0" w:line="579" w:lineRule="exact"/>
        <w:ind w:firstLine="640"/>
        <w:rPr>
          <w:lang w:eastAsia="zh-CN"/>
        </w:rPr>
      </w:pPr>
      <w:r>
        <w:rPr>
          <w:rFonts w:ascii="仿宋" w:eastAsia="仿宋" w:hAnsi="仿宋"/>
          <w:sz w:val="32"/>
          <w:lang w:eastAsia="zh-CN"/>
        </w:rPr>
        <w:t>姐夫救我下官不识此人呐。大人在他的米铺里</w:t>
      </w:r>
      <w:proofErr w:type="gramStart"/>
      <w:r>
        <w:rPr>
          <w:rFonts w:ascii="仿宋" w:eastAsia="仿宋" w:hAnsi="仿宋"/>
          <w:sz w:val="32"/>
          <w:lang w:eastAsia="zh-CN"/>
        </w:rPr>
        <w:t>搜</w:t>
      </w:r>
      <w:proofErr w:type="gramEnd"/>
      <w:r>
        <w:rPr>
          <w:rFonts w:ascii="仿宋" w:eastAsia="仿宋" w:hAnsi="仿宋"/>
          <w:sz w:val="32"/>
          <w:lang w:eastAsia="zh-CN"/>
        </w:rPr>
        <w:t>出来百余个正在用米的米袋。说普通民间怎会有官府</w:t>
      </w:r>
      <w:proofErr w:type="gramStart"/>
      <w:r>
        <w:rPr>
          <w:rFonts w:ascii="仿宋" w:eastAsia="仿宋" w:hAnsi="仿宋"/>
          <w:sz w:val="32"/>
          <w:lang w:eastAsia="zh-CN"/>
        </w:rPr>
        <w:t>镇杀用</w:t>
      </w:r>
      <w:proofErr w:type="gramEnd"/>
      <w:r>
        <w:rPr>
          <w:rFonts w:ascii="仿宋" w:eastAsia="仿宋" w:hAnsi="仿宋"/>
          <w:sz w:val="32"/>
          <w:lang w:eastAsia="zh-CN"/>
        </w:rPr>
        <w:t>民的呆子？罪证确凿。你们还敢抵赖？</w:t>
      </w:r>
      <w:proofErr w:type="gramStart"/>
      <w:r>
        <w:rPr>
          <w:rFonts w:ascii="仿宋" w:eastAsia="仿宋" w:hAnsi="仿宋"/>
          <w:sz w:val="32"/>
          <w:lang w:eastAsia="zh-CN"/>
        </w:rPr>
        <w:t>幸福幸福</w:t>
      </w:r>
      <w:proofErr w:type="gramEnd"/>
      <w:r>
        <w:rPr>
          <w:rFonts w:ascii="仿宋" w:eastAsia="仿宋" w:hAnsi="仿宋"/>
          <w:sz w:val="32"/>
          <w:lang w:eastAsia="zh-CN"/>
        </w:rPr>
        <w:t>救我。你们深居公职，不思为百姓造福，反而官商勾结，中饱私囊，来人再把</w:t>
      </w:r>
      <w:r>
        <w:rPr>
          <w:rFonts w:ascii="仿宋" w:eastAsia="仿宋" w:hAnsi="仿宋"/>
          <w:sz w:val="32"/>
          <w:lang w:eastAsia="zh-CN"/>
        </w:rPr>
        <w:lastRenderedPageBreak/>
        <w:t>他们压入监牢。等待审判是大人兵，他当然当杀了下官十年的愿望啊，就听刁民胡言啊。谢太守大人为我等做主。</w:t>
      </w:r>
    </w:p>
    <w:p w14:paraId="3AF1AFEC" w14:textId="77777777" w:rsidR="00E87C95" w:rsidRDefault="00000000">
      <w:pPr>
        <w:spacing w:after="0" w:line="579" w:lineRule="exact"/>
        <w:ind w:firstLine="640"/>
        <w:rPr>
          <w:lang w:eastAsia="zh-CN"/>
        </w:rPr>
      </w:pPr>
      <w:r>
        <w:rPr>
          <w:rFonts w:ascii="仿宋" w:eastAsia="仿宋" w:hAnsi="仿宋"/>
          <w:sz w:val="32"/>
          <w:lang w:eastAsia="zh-CN"/>
        </w:rPr>
        <w:t>谢太守大人为我等做主。贾思</w:t>
      </w:r>
      <w:proofErr w:type="gramStart"/>
      <w:r>
        <w:rPr>
          <w:rFonts w:ascii="仿宋" w:eastAsia="仿宋" w:hAnsi="仿宋"/>
          <w:sz w:val="32"/>
          <w:lang w:eastAsia="zh-CN"/>
        </w:rPr>
        <w:t>勰</w:t>
      </w:r>
      <w:proofErr w:type="gramEnd"/>
      <w:r>
        <w:rPr>
          <w:rFonts w:ascii="仿宋" w:eastAsia="仿宋" w:hAnsi="仿宋"/>
          <w:sz w:val="32"/>
          <w:lang w:eastAsia="zh-CN"/>
        </w:rPr>
        <w:t>当不起如此大礼啊，大家快请快请起吧。快清醒，快起来。我向大家保证。上任太守后。羔羊。不会再出现欺压百姓的现象，浓者。民之本。民者，国之本呐。我倒带领羔羊百姓。重农兴业。</w:t>
      </w:r>
    </w:p>
    <w:p w14:paraId="64F6D67C" w14:textId="77777777" w:rsidR="00E87C95" w:rsidRDefault="00000000">
      <w:pPr>
        <w:spacing w:after="0" w:line="579" w:lineRule="exact"/>
        <w:ind w:firstLine="640"/>
        <w:rPr>
          <w:lang w:eastAsia="zh-CN"/>
        </w:rPr>
      </w:pPr>
      <w:r>
        <w:rPr>
          <w:rFonts w:ascii="仿宋" w:eastAsia="仿宋" w:hAnsi="仿宋"/>
          <w:sz w:val="32"/>
          <w:lang w:eastAsia="zh-CN"/>
        </w:rPr>
        <w:t>吃上饱饭。太守大人，有您这句话，高扬百姓的日子就有盼头了。是啊，有盼头了。从即日起，翻在务农生产上。需要寻求生产方法的都可以到太守府</w:t>
      </w:r>
      <w:proofErr w:type="gramStart"/>
      <w:r>
        <w:rPr>
          <w:rFonts w:ascii="仿宋" w:eastAsia="仿宋" w:hAnsi="仿宋"/>
          <w:sz w:val="32"/>
          <w:lang w:eastAsia="zh-CN"/>
        </w:rPr>
        <w:t>衙</w:t>
      </w:r>
      <w:proofErr w:type="gramEnd"/>
      <w:r>
        <w:rPr>
          <w:rFonts w:ascii="仿宋" w:eastAsia="仿宋" w:hAnsi="仿宋"/>
          <w:sz w:val="32"/>
          <w:lang w:eastAsia="zh-CN"/>
        </w:rPr>
        <w:t>来找我，我必定将农时农技方面所学向大家。倾囊相授，咱高阳来了个好太守啊，太守妻子带领咱们种农兴业，何愁吃不饱饭啊对？跟着太守干一起吃饱饭，</w:t>
      </w:r>
    </w:p>
    <w:p w14:paraId="6C8F4682" w14:textId="77777777" w:rsidR="00E87C95" w:rsidRDefault="00000000">
      <w:pPr>
        <w:spacing w:after="0" w:line="579" w:lineRule="exact"/>
        <w:ind w:firstLine="640"/>
        <w:rPr>
          <w:lang w:eastAsia="zh-CN"/>
        </w:rPr>
      </w:pPr>
      <w:r>
        <w:rPr>
          <w:rFonts w:ascii="仿宋" w:eastAsia="仿宋" w:hAnsi="仿宋"/>
          <w:sz w:val="32"/>
          <w:lang w:eastAsia="zh-CN"/>
        </w:rPr>
        <w:t>跟着太守干一起吃饱饭，好好一起吃饱饭。怎么样？重新熬粥，好</w:t>
      </w:r>
      <w:proofErr w:type="gramStart"/>
      <w:r>
        <w:rPr>
          <w:rFonts w:ascii="仿宋" w:eastAsia="仿宋" w:hAnsi="仿宋"/>
          <w:sz w:val="32"/>
          <w:lang w:eastAsia="zh-CN"/>
        </w:rPr>
        <w:t>好走好</w:t>
      </w:r>
      <w:proofErr w:type="gramEnd"/>
      <w:r>
        <w:rPr>
          <w:rFonts w:ascii="仿宋" w:eastAsia="仿宋" w:hAnsi="仿宋"/>
          <w:sz w:val="32"/>
          <w:lang w:eastAsia="zh-CN"/>
        </w:rPr>
        <w:t>来。原来先生初到羔羊就任之时。羔羊是如此，民生凋毙。百姓连饭都吃不饱。</w:t>
      </w:r>
      <w:proofErr w:type="gramStart"/>
      <w:r>
        <w:rPr>
          <w:rFonts w:ascii="仿宋" w:eastAsia="仿宋" w:hAnsi="仿宋"/>
          <w:sz w:val="32"/>
          <w:lang w:eastAsia="zh-CN"/>
        </w:rPr>
        <w:t>萨</w:t>
      </w:r>
      <w:proofErr w:type="gramEnd"/>
      <w:r>
        <w:rPr>
          <w:rFonts w:ascii="仿宋" w:eastAsia="仿宋" w:hAnsi="仿宋"/>
          <w:sz w:val="32"/>
          <w:lang w:eastAsia="zh-CN"/>
        </w:rPr>
        <w:t>君。你来自后世。应知有史以来，每逢战乱灾荒。天下百姓难免要忍饥挨饿呀。先生所言极是。</w:t>
      </w:r>
    </w:p>
    <w:p w14:paraId="4F90E5E8" w14:textId="77777777" w:rsidR="00E87C95" w:rsidRDefault="00000000">
      <w:pPr>
        <w:spacing w:after="0" w:line="579" w:lineRule="exact"/>
        <w:ind w:firstLine="640"/>
        <w:rPr>
          <w:lang w:eastAsia="zh-CN"/>
        </w:rPr>
      </w:pPr>
      <w:r>
        <w:rPr>
          <w:rFonts w:ascii="仿宋" w:eastAsia="仿宋" w:hAnsi="仿宋"/>
          <w:sz w:val="32"/>
          <w:lang w:eastAsia="zh-CN"/>
        </w:rPr>
        <w:t>中国世代以农耕为本。但是翻开千百年的历史，天下百姓皆能丰衣足食的日子实在不长。吃饱饭。从来都不是一件容易的事情。也要国泰民安。二要勤力农耕。三讲求种养技艺。</w:t>
      </w:r>
      <w:proofErr w:type="gramStart"/>
      <w:r>
        <w:rPr>
          <w:rFonts w:ascii="仿宋" w:eastAsia="仿宋" w:hAnsi="仿宋"/>
          <w:sz w:val="32"/>
          <w:lang w:eastAsia="zh-CN"/>
        </w:rPr>
        <w:t>自且生逢</w:t>
      </w:r>
      <w:proofErr w:type="gramEnd"/>
      <w:r>
        <w:rPr>
          <w:rFonts w:ascii="仿宋" w:eastAsia="仿宋" w:hAnsi="仿宋"/>
          <w:sz w:val="32"/>
          <w:lang w:eastAsia="zh-CN"/>
        </w:rPr>
        <w:t>乱世。天灾人祸，民不聊生。</w:t>
      </w:r>
      <w:proofErr w:type="gramStart"/>
      <w:r>
        <w:rPr>
          <w:rFonts w:ascii="仿宋" w:eastAsia="仿宋" w:hAnsi="仿宋"/>
          <w:sz w:val="32"/>
          <w:lang w:eastAsia="zh-CN"/>
        </w:rPr>
        <w:t>农易失传</w:t>
      </w:r>
      <w:proofErr w:type="gramEnd"/>
      <w:r>
        <w:rPr>
          <w:rFonts w:ascii="仿宋" w:eastAsia="仿宋" w:hAnsi="仿宋"/>
          <w:sz w:val="32"/>
          <w:lang w:eastAsia="zh-CN"/>
        </w:rPr>
        <w:t>，田地荒芜农脉。以近衰微，即</w:t>
      </w:r>
      <w:proofErr w:type="gramStart"/>
      <w:r>
        <w:rPr>
          <w:rFonts w:ascii="仿宋" w:eastAsia="仿宋" w:hAnsi="仿宋"/>
          <w:sz w:val="32"/>
          <w:lang w:eastAsia="zh-CN"/>
        </w:rPr>
        <w:t>待有人</w:t>
      </w:r>
      <w:proofErr w:type="gramEnd"/>
      <w:r>
        <w:rPr>
          <w:rFonts w:ascii="仿宋" w:eastAsia="仿宋" w:hAnsi="仿宋"/>
          <w:sz w:val="32"/>
          <w:lang w:eastAsia="zh-CN"/>
        </w:rPr>
        <w:t>承前启后。</w:t>
      </w:r>
    </w:p>
    <w:p w14:paraId="04D0D8B7" w14:textId="77777777" w:rsidR="00E87C95" w:rsidRDefault="00000000">
      <w:pPr>
        <w:spacing w:after="0" w:line="579" w:lineRule="exact"/>
        <w:ind w:firstLine="640"/>
        <w:rPr>
          <w:lang w:eastAsia="zh-CN"/>
        </w:rPr>
      </w:pPr>
      <w:r>
        <w:rPr>
          <w:rFonts w:ascii="仿宋" w:eastAsia="仿宋" w:hAnsi="仿宋"/>
          <w:sz w:val="32"/>
          <w:lang w:eastAsia="zh-CN"/>
        </w:rPr>
        <w:lastRenderedPageBreak/>
        <w:t>星灭迹绝。为农耕之本，</w:t>
      </w:r>
      <w:proofErr w:type="gramStart"/>
      <w:r>
        <w:rPr>
          <w:rFonts w:ascii="仿宋" w:eastAsia="仿宋" w:hAnsi="仿宋"/>
          <w:sz w:val="32"/>
          <w:lang w:eastAsia="zh-CN"/>
        </w:rPr>
        <w:t>耕需血脉</w:t>
      </w:r>
      <w:proofErr w:type="gramEnd"/>
      <w:r>
        <w:rPr>
          <w:rFonts w:ascii="仿宋" w:eastAsia="仿宋" w:hAnsi="仿宋"/>
          <w:sz w:val="32"/>
          <w:lang w:eastAsia="zh-CN"/>
        </w:rPr>
        <w:t>。造福天下亲民。阿兄，您又在写农书啊？炒鸡蛋。哎，这是哪里弄来的？我今天去集市啊，恰巧赶上相亲在叫卖哦。嗯，</w:t>
      </w:r>
      <w:proofErr w:type="gramStart"/>
      <w:r>
        <w:rPr>
          <w:rFonts w:ascii="仿宋" w:eastAsia="仿宋" w:hAnsi="仿宋"/>
          <w:sz w:val="32"/>
          <w:lang w:eastAsia="zh-CN"/>
        </w:rPr>
        <w:t>香现在</w:t>
      </w:r>
      <w:proofErr w:type="gramEnd"/>
      <w:r>
        <w:rPr>
          <w:rFonts w:ascii="仿宋" w:eastAsia="仿宋" w:hAnsi="仿宋"/>
          <w:sz w:val="32"/>
          <w:lang w:eastAsia="zh-CN"/>
        </w:rPr>
        <w:t>百姓家。能有多余的鸡蛋拿出来售卖。实属难得呀是啊。</w:t>
      </w:r>
    </w:p>
    <w:p w14:paraId="5B169961" w14:textId="77777777" w:rsidR="00E87C95" w:rsidRDefault="00000000">
      <w:pPr>
        <w:spacing w:after="0" w:line="579" w:lineRule="exact"/>
        <w:ind w:firstLine="640"/>
        <w:rPr>
          <w:lang w:eastAsia="zh-CN"/>
        </w:rPr>
      </w:pPr>
      <w:r>
        <w:rPr>
          <w:rFonts w:ascii="仿宋" w:eastAsia="仿宋" w:hAnsi="仿宋"/>
          <w:sz w:val="32"/>
          <w:lang w:eastAsia="zh-CN"/>
        </w:rPr>
        <w:t>嗯。室友啊哎。咱们来高阳快一年了，已经走遍了所属的各乡各县，如今百姓的生活有了起色了。那你就说这炒鸡蛋吧。当初咱们刚来的时候就是想吃，那也没可能啊。不过，受灾后生产凋毙。要想彻底恢复。谈何容易啊。所以阿兄才夜以继日的思索。写书。那。</w:t>
      </w:r>
    </w:p>
    <w:p w14:paraId="0D070139" w14:textId="77777777" w:rsidR="00E87C95" w:rsidRDefault="00000000">
      <w:pPr>
        <w:spacing w:after="0" w:line="579" w:lineRule="exact"/>
        <w:ind w:firstLine="640"/>
        <w:rPr>
          <w:lang w:eastAsia="zh-CN"/>
        </w:rPr>
      </w:pPr>
      <w:r>
        <w:rPr>
          <w:rFonts w:ascii="仿宋" w:eastAsia="仿宋" w:hAnsi="仿宋"/>
          <w:sz w:val="32"/>
          <w:lang w:eastAsia="zh-CN"/>
        </w:rPr>
        <w:t>你看。会种谷子的，因为错过了农时而不知如何补救，所以应记录一些补救之法。离城近的连瓜果蔬菜都种不好，白白失去了售卖的地缘之力啊，所以种植瓜果蔬菜之法。我</w:t>
      </w:r>
      <w:proofErr w:type="gramStart"/>
      <w:r>
        <w:rPr>
          <w:rFonts w:ascii="仿宋" w:eastAsia="仿宋" w:hAnsi="仿宋"/>
          <w:sz w:val="32"/>
          <w:lang w:eastAsia="zh-CN"/>
        </w:rPr>
        <w:t>多记录</w:t>
      </w:r>
      <w:proofErr w:type="gramEnd"/>
      <w:r>
        <w:rPr>
          <w:rFonts w:ascii="仿宋" w:eastAsia="仿宋" w:hAnsi="仿宋"/>
          <w:sz w:val="32"/>
          <w:lang w:eastAsia="zh-CN"/>
        </w:rPr>
        <w:t>了一些阿兄说的对。让百姓掌握了各类的农技，就可以把地种好，遇到灾祸才能随机应变。不管是荒年还是灾年。可以最大限度的获得收成，吃上饱饭，到时候。</w:t>
      </w:r>
    </w:p>
    <w:p w14:paraId="60C69928" w14:textId="77777777" w:rsidR="00E87C95" w:rsidRDefault="00000000">
      <w:pPr>
        <w:spacing w:after="0" w:line="579" w:lineRule="exact"/>
        <w:ind w:firstLine="640"/>
        <w:rPr>
          <w:lang w:eastAsia="zh-CN"/>
        </w:rPr>
      </w:pPr>
      <w:r>
        <w:rPr>
          <w:rFonts w:ascii="仿宋" w:eastAsia="仿宋" w:hAnsi="仿宋"/>
          <w:sz w:val="32"/>
          <w:lang w:eastAsia="zh-CN"/>
        </w:rPr>
        <w:t>我们就可以邀请大阿兄啦。对呀，咱们跟大阿兄约定好的，用咱们羔羊丰收的物产来好好款待大阿兄，我还跟大阿兄说了，我要给大阿兄炒鸡蛋吃呢，你就只能炒鸡蛋。快手。太守。太守。什么事啊，家人急信。俺去吧去吧。家里装什么吃的就好了。啊有我有我有我。</w:t>
      </w:r>
    </w:p>
    <w:p w14:paraId="3DEE8F3D" w14:textId="77777777" w:rsidR="00E87C95" w:rsidRDefault="00000000">
      <w:pPr>
        <w:spacing w:after="0" w:line="579" w:lineRule="exact"/>
        <w:ind w:firstLine="640"/>
        <w:rPr>
          <w:lang w:eastAsia="zh-CN"/>
        </w:rPr>
      </w:pPr>
      <w:r>
        <w:rPr>
          <w:rFonts w:ascii="仿宋" w:eastAsia="仿宋" w:hAnsi="仿宋"/>
          <w:sz w:val="32"/>
          <w:lang w:eastAsia="zh-CN"/>
        </w:rPr>
        <w:t>大兄，他不幸去世了。大叔。从今以后你们就跟着大阿兄，我不会让你俩再饿肚子了。兄弟齐心。其利断金。呵呵</w:t>
      </w:r>
      <w:proofErr w:type="gramStart"/>
      <w:r>
        <w:rPr>
          <w:rFonts w:ascii="仿宋" w:eastAsia="仿宋" w:hAnsi="仿宋"/>
          <w:sz w:val="32"/>
          <w:lang w:eastAsia="zh-CN"/>
        </w:rPr>
        <w:lastRenderedPageBreak/>
        <w:t>呵</w:t>
      </w:r>
      <w:proofErr w:type="gramEnd"/>
      <w:r>
        <w:rPr>
          <w:rFonts w:ascii="仿宋" w:eastAsia="仿宋" w:hAnsi="仿宋"/>
          <w:sz w:val="32"/>
          <w:lang w:eastAsia="zh-CN"/>
        </w:rPr>
        <w:t>。思邪呀。你都多大了，还哭鼻子啊。大兄。哈哈</w:t>
      </w:r>
      <w:proofErr w:type="gramStart"/>
      <w:r>
        <w:rPr>
          <w:rFonts w:ascii="仿宋" w:eastAsia="仿宋" w:hAnsi="仿宋"/>
          <w:sz w:val="32"/>
          <w:lang w:eastAsia="zh-CN"/>
        </w:rPr>
        <w:t>哈</w:t>
      </w:r>
      <w:proofErr w:type="gramEnd"/>
      <w:r>
        <w:rPr>
          <w:rFonts w:ascii="仿宋" w:eastAsia="仿宋" w:hAnsi="仿宋"/>
          <w:sz w:val="32"/>
          <w:lang w:eastAsia="zh-CN"/>
        </w:rPr>
        <w:t>。坐下。哎。</w:t>
      </w:r>
    </w:p>
    <w:p w14:paraId="03F9ECBB" w14:textId="77777777" w:rsidR="00E87C95" w:rsidRDefault="00000000">
      <w:pPr>
        <w:spacing w:after="0" w:line="579" w:lineRule="exact"/>
        <w:ind w:firstLine="640"/>
        <w:rPr>
          <w:lang w:eastAsia="zh-CN"/>
        </w:rPr>
      </w:pPr>
      <w:r>
        <w:rPr>
          <w:rFonts w:ascii="仿宋" w:eastAsia="仿宋" w:hAnsi="仿宋"/>
          <w:sz w:val="32"/>
          <w:lang w:eastAsia="zh-CN"/>
        </w:rPr>
        <w:t>起自耕农。终于</w:t>
      </w:r>
      <w:proofErr w:type="gramStart"/>
      <w:r>
        <w:rPr>
          <w:rFonts w:ascii="仿宋" w:eastAsia="仿宋" w:hAnsi="仿宋"/>
          <w:sz w:val="32"/>
          <w:lang w:eastAsia="zh-CN"/>
        </w:rPr>
        <w:t>醯</w:t>
      </w:r>
      <w:proofErr w:type="gramEnd"/>
      <w:r>
        <w:rPr>
          <w:rFonts w:ascii="仿宋" w:eastAsia="仿宋" w:hAnsi="仿宋"/>
          <w:sz w:val="32"/>
          <w:lang w:eastAsia="zh-CN"/>
        </w:rPr>
        <w:t>醢。资生之业。米</w:t>
      </w:r>
      <w:proofErr w:type="gramStart"/>
      <w:r>
        <w:rPr>
          <w:rFonts w:ascii="仿宋" w:eastAsia="仿宋" w:hAnsi="仿宋"/>
          <w:sz w:val="32"/>
          <w:lang w:eastAsia="zh-CN"/>
        </w:rPr>
        <w:t>靡</w:t>
      </w:r>
      <w:proofErr w:type="gramEnd"/>
      <w:r>
        <w:rPr>
          <w:rFonts w:ascii="仿宋" w:eastAsia="仿宋" w:hAnsi="仿宋"/>
          <w:sz w:val="32"/>
          <w:lang w:eastAsia="zh-CN"/>
        </w:rPr>
        <w:t>不毕书。写得好啊。思邪呀，你以前跟我说过的话。你还记得吗？我要让自己吃饱饭，还要让弟弟吃饱饭。让所有挨饿的人。吃饱饭。大阿兄。我只有。饱受饥饿之苦。</w:t>
      </w:r>
    </w:p>
    <w:p w14:paraId="25FB860C" w14:textId="77777777" w:rsidR="00E87C95" w:rsidRDefault="00000000">
      <w:pPr>
        <w:spacing w:after="0" w:line="579" w:lineRule="exact"/>
        <w:ind w:firstLine="640"/>
        <w:rPr>
          <w:lang w:eastAsia="zh-CN"/>
        </w:rPr>
      </w:pPr>
      <w:r>
        <w:rPr>
          <w:rFonts w:ascii="仿宋" w:eastAsia="仿宋" w:hAnsi="仿宋"/>
          <w:sz w:val="32"/>
          <w:lang w:eastAsia="zh-CN"/>
        </w:rPr>
        <w:t>先为一方太守。更加了解。</w:t>
      </w:r>
      <w:proofErr w:type="gramStart"/>
      <w:r>
        <w:rPr>
          <w:rFonts w:ascii="仿宋" w:eastAsia="仿宋" w:hAnsi="仿宋"/>
          <w:sz w:val="32"/>
          <w:lang w:eastAsia="zh-CN"/>
        </w:rPr>
        <w:t>俊中百姓</w:t>
      </w:r>
      <w:proofErr w:type="gramEnd"/>
      <w:r>
        <w:rPr>
          <w:rFonts w:ascii="仿宋" w:eastAsia="仿宋" w:hAnsi="仿宋"/>
          <w:sz w:val="32"/>
          <w:lang w:eastAsia="zh-CN"/>
        </w:rPr>
        <w:t>之磨难。当今天下，历经六镇之乱，各州郡。遭乱兵侵袭，民不聊生，写成一部传我华夏农脉。教天下齐民谋生之要术，让所有人都能吃饱饭的农书。此事。思</w:t>
      </w:r>
      <w:proofErr w:type="gramStart"/>
      <w:r>
        <w:rPr>
          <w:rFonts w:ascii="仿宋" w:eastAsia="仿宋" w:hAnsi="仿宋"/>
          <w:sz w:val="32"/>
          <w:lang w:eastAsia="zh-CN"/>
        </w:rPr>
        <w:t>勰</w:t>
      </w:r>
      <w:proofErr w:type="gramEnd"/>
      <w:r>
        <w:rPr>
          <w:rFonts w:ascii="仿宋" w:eastAsia="仿宋" w:hAnsi="仿宋"/>
          <w:sz w:val="32"/>
          <w:lang w:eastAsia="zh-CN"/>
        </w:rPr>
        <w:t>一刻，不敢或忘。好啊，</w:t>
      </w:r>
    </w:p>
    <w:p w14:paraId="3D52321B" w14:textId="77777777" w:rsidR="00E87C95" w:rsidRDefault="00000000">
      <w:pPr>
        <w:spacing w:after="0" w:line="579" w:lineRule="exact"/>
        <w:ind w:firstLine="640"/>
        <w:rPr>
          <w:lang w:eastAsia="zh-CN"/>
        </w:rPr>
      </w:pPr>
      <w:r>
        <w:rPr>
          <w:rFonts w:ascii="仿宋" w:eastAsia="仿宋" w:hAnsi="仿宋"/>
          <w:sz w:val="32"/>
          <w:lang w:eastAsia="zh-CN"/>
        </w:rPr>
        <w:t>书的名字你想好了吗？我想就叫。齐民要术，齐民要术。对这个名字好。这个名字好啊。可是</w:t>
      </w:r>
      <w:proofErr w:type="gramStart"/>
      <w:r>
        <w:rPr>
          <w:rFonts w:ascii="仿宋" w:eastAsia="仿宋" w:hAnsi="仿宋"/>
          <w:sz w:val="32"/>
          <w:lang w:eastAsia="zh-CN"/>
        </w:rPr>
        <w:t>可是</w:t>
      </w:r>
      <w:proofErr w:type="gramEnd"/>
      <w:r>
        <w:rPr>
          <w:rFonts w:ascii="仿宋" w:eastAsia="仿宋" w:hAnsi="仿宋"/>
          <w:sz w:val="32"/>
          <w:lang w:eastAsia="zh-CN"/>
        </w:rPr>
        <w:t>。我跟室友答应过你。要把羔羊治理好，用羔羊丰收的物产来款待大阿兄。现在做不到了。好吃</w:t>
      </w:r>
      <w:proofErr w:type="gramStart"/>
      <w:r>
        <w:rPr>
          <w:rFonts w:ascii="仿宋" w:eastAsia="仿宋" w:hAnsi="仿宋"/>
          <w:sz w:val="32"/>
          <w:lang w:eastAsia="zh-CN"/>
        </w:rPr>
        <w:t>好吃</w:t>
      </w:r>
      <w:proofErr w:type="gramEnd"/>
      <w:r>
        <w:rPr>
          <w:rFonts w:ascii="仿宋" w:eastAsia="仿宋" w:hAnsi="仿宋"/>
          <w:sz w:val="32"/>
          <w:lang w:eastAsia="zh-CN"/>
        </w:rPr>
        <w:t>。自己大胸。我走了。大兄，</w:t>
      </w:r>
    </w:p>
    <w:p w14:paraId="1559150C" w14:textId="77777777" w:rsidR="00E87C95" w:rsidRDefault="00000000">
      <w:pPr>
        <w:spacing w:after="0" w:line="579" w:lineRule="exact"/>
        <w:ind w:firstLine="640"/>
        <w:rPr>
          <w:lang w:eastAsia="zh-CN"/>
        </w:rPr>
      </w:pPr>
      <w:r>
        <w:rPr>
          <w:rFonts w:ascii="仿宋" w:eastAsia="仿宋" w:hAnsi="仿宋"/>
          <w:sz w:val="32"/>
          <w:lang w:eastAsia="zh-CN"/>
        </w:rPr>
        <w:t>大兄。贾思</w:t>
      </w:r>
      <w:proofErr w:type="gramStart"/>
      <w:r>
        <w:rPr>
          <w:rFonts w:ascii="仿宋" w:eastAsia="仿宋" w:hAnsi="仿宋"/>
          <w:sz w:val="32"/>
          <w:lang w:eastAsia="zh-CN"/>
        </w:rPr>
        <w:t>伯</w:t>
      </w:r>
      <w:proofErr w:type="gramEnd"/>
      <w:r>
        <w:rPr>
          <w:rFonts w:ascii="仿宋" w:eastAsia="仿宋" w:hAnsi="仿宋"/>
          <w:sz w:val="32"/>
          <w:lang w:eastAsia="zh-CN"/>
        </w:rPr>
        <w:t>离开了，但是他的叮嘱留在了贾思勰的心里。在刚才这</w:t>
      </w:r>
      <w:proofErr w:type="gramStart"/>
      <w:r>
        <w:rPr>
          <w:rFonts w:ascii="仿宋" w:eastAsia="仿宋" w:hAnsi="仿宋"/>
          <w:sz w:val="32"/>
          <w:lang w:eastAsia="zh-CN"/>
        </w:rPr>
        <w:t>段兄弟情家国</w:t>
      </w:r>
      <w:proofErr w:type="gramEnd"/>
      <w:r>
        <w:rPr>
          <w:rFonts w:ascii="仿宋" w:eastAsia="仿宋" w:hAnsi="仿宋"/>
          <w:sz w:val="32"/>
          <w:lang w:eastAsia="zh-CN"/>
        </w:rPr>
        <w:t>志当中，我相信每个人都深深的震撼了。而且其中有一个意向是贯穿整个戏剧的，就是这个炒鸡蛋，真是你说贾思</w:t>
      </w:r>
      <w:proofErr w:type="gramStart"/>
      <w:r>
        <w:rPr>
          <w:rFonts w:ascii="仿宋" w:eastAsia="仿宋" w:hAnsi="仿宋"/>
          <w:sz w:val="32"/>
          <w:lang w:eastAsia="zh-CN"/>
        </w:rPr>
        <w:t>勰</w:t>
      </w:r>
      <w:proofErr w:type="gramEnd"/>
      <w:r>
        <w:rPr>
          <w:rFonts w:ascii="仿宋" w:eastAsia="仿宋" w:hAnsi="仿宋"/>
          <w:sz w:val="32"/>
          <w:lang w:eastAsia="zh-CN"/>
        </w:rPr>
        <w:t>和贾思伯什么关系？其实历史上没有记载，但我们知道他是青州人嘛，设定为堂兄弟呀是有。道理的，所以这是大胆假设，小心创作，你说就这个炒鸡蛋，</w:t>
      </w:r>
    </w:p>
    <w:p w14:paraId="15891BAB" w14:textId="77777777" w:rsidR="00E87C95" w:rsidRDefault="00000000">
      <w:pPr>
        <w:spacing w:after="0" w:line="579" w:lineRule="exact"/>
        <w:ind w:firstLine="640"/>
        <w:rPr>
          <w:lang w:eastAsia="zh-CN"/>
        </w:rPr>
      </w:pPr>
      <w:r>
        <w:rPr>
          <w:rFonts w:ascii="仿宋" w:eastAsia="仿宋" w:hAnsi="仿宋"/>
          <w:sz w:val="32"/>
          <w:lang w:eastAsia="zh-CN"/>
        </w:rPr>
        <w:t>贾思伯给贾斯写。那是什么呀？那是兄弟情啊，小切口儿大情怀呀，然后呢？贾</w:t>
      </w:r>
      <w:proofErr w:type="gramStart"/>
      <w:r>
        <w:rPr>
          <w:rFonts w:ascii="仿宋" w:eastAsia="仿宋" w:hAnsi="仿宋"/>
          <w:sz w:val="32"/>
          <w:lang w:eastAsia="zh-CN"/>
        </w:rPr>
        <w:t>似邪把它</w:t>
      </w:r>
      <w:proofErr w:type="gramEnd"/>
      <w:r>
        <w:rPr>
          <w:rFonts w:ascii="仿宋" w:eastAsia="仿宋" w:hAnsi="仿宋"/>
          <w:sz w:val="32"/>
          <w:lang w:eastAsia="zh-CN"/>
        </w:rPr>
        <w:t>写下来了，造福一方了。</w:t>
      </w:r>
      <w:r>
        <w:rPr>
          <w:rFonts w:ascii="仿宋" w:eastAsia="仿宋" w:hAnsi="仿宋"/>
          <w:sz w:val="32"/>
          <w:lang w:eastAsia="zh-CN"/>
        </w:rPr>
        <w:lastRenderedPageBreak/>
        <w:t>我们现在仍然吃炒鸡蛋，然后看见这个炒鸡蛋的记载呀，就心生亲切呀，原来这是我们祖先穿越。千年的馈赠啊，这个时候它就体现的是一种什么历史情怀呀，家国情怀呀，所以我觉得这段创作太棒了，</w:t>
      </w:r>
    </w:p>
    <w:p w14:paraId="47F72C56" w14:textId="77777777" w:rsidR="00E87C95" w:rsidRDefault="00000000">
      <w:pPr>
        <w:spacing w:after="0" w:line="579" w:lineRule="exact"/>
        <w:ind w:firstLine="640"/>
        <w:rPr>
          <w:lang w:eastAsia="zh-CN"/>
        </w:rPr>
      </w:pPr>
      <w:r>
        <w:rPr>
          <w:rFonts w:ascii="仿宋" w:eastAsia="仿宋" w:hAnsi="仿宋"/>
          <w:sz w:val="32"/>
          <w:lang w:eastAsia="zh-CN"/>
        </w:rPr>
        <w:t>就让我们看到了贾思</w:t>
      </w:r>
      <w:proofErr w:type="gramStart"/>
      <w:r>
        <w:rPr>
          <w:rFonts w:ascii="仿宋" w:eastAsia="仿宋" w:hAnsi="仿宋"/>
          <w:sz w:val="32"/>
          <w:lang w:eastAsia="zh-CN"/>
        </w:rPr>
        <w:t>勰</w:t>
      </w:r>
      <w:proofErr w:type="gramEnd"/>
      <w:r>
        <w:rPr>
          <w:rFonts w:ascii="仿宋" w:eastAsia="仿宋" w:hAnsi="仿宋"/>
          <w:sz w:val="32"/>
          <w:lang w:eastAsia="zh-CN"/>
        </w:rPr>
        <w:t>。一生立志独行的缩影，也让我们看到了中华文化这样源远流长的缩影。贾思伯呢？他曾任兖州刺史，而且他的政绩非常的显著，兖州的人民呢？给他立了德政碑。至今还流传着称为贾使君碑。我们通过合理的艺术创作，让体恤百姓的贾思伯与为百姓写书的贾思</w:t>
      </w:r>
      <w:proofErr w:type="gramStart"/>
      <w:r>
        <w:rPr>
          <w:rFonts w:ascii="仿宋" w:eastAsia="仿宋" w:hAnsi="仿宋"/>
          <w:sz w:val="32"/>
          <w:lang w:eastAsia="zh-CN"/>
        </w:rPr>
        <w:t>勰</w:t>
      </w:r>
      <w:proofErr w:type="gramEnd"/>
      <w:r>
        <w:rPr>
          <w:rFonts w:ascii="仿宋" w:eastAsia="仿宋" w:hAnsi="仿宋"/>
          <w:sz w:val="32"/>
          <w:lang w:eastAsia="zh-CN"/>
        </w:rPr>
        <w:t>联系在一起。共同体</w:t>
      </w:r>
      <w:proofErr w:type="gramStart"/>
      <w:r>
        <w:rPr>
          <w:rFonts w:ascii="仿宋" w:eastAsia="仿宋" w:hAnsi="仿宋"/>
          <w:sz w:val="32"/>
          <w:lang w:eastAsia="zh-CN"/>
        </w:rPr>
        <w:t>现着</w:t>
      </w:r>
      <w:proofErr w:type="gramEnd"/>
      <w:r>
        <w:rPr>
          <w:rFonts w:ascii="仿宋" w:eastAsia="仿宋" w:hAnsi="仿宋"/>
          <w:sz w:val="32"/>
          <w:lang w:eastAsia="zh-CN"/>
        </w:rPr>
        <w:t>古代读书人智为能成，循吏以民为先的实践与担当。为民写书，也为民</w:t>
      </w:r>
      <w:proofErr w:type="gramStart"/>
      <w:r>
        <w:rPr>
          <w:rFonts w:ascii="仿宋" w:eastAsia="仿宋" w:hAnsi="仿宋"/>
          <w:sz w:val="32"/>
          <w:lang w:eastAsia="zh-CN"/>
        </w:rPr>
        <w:t>践行</w:t>
      </w:r>
      <w:proofErr w:type="gramEnd"/>
      <w:r>
        <w:rPr>
          <w:rFonts w:ascii="仿宋" w:eastAsia="仿宋" w:hAnsi="仿宋"/>
          <w:sz w:val="32"/>
          <w:lang w:eastAsia="zh-CN"/>
        </w:rPr>
        <w:t>。</w:t>
      </w:r>
    </w:p>
    <w:p w14:paraId="706CC870" w14:textId="77777777" w:rsidR="00E87C95" w:rsidRDefault="00000000">
      <w:pPr>
        <w:spacing w:after="0" w:line="579" w:lineRule="exact"/>
        <w:ind w:firstLine="640"/>
        <w:rPr>
          <w:lang w:eastAsia="zh-CN"/>
        </w:rPr>
      </w:pPr>
      <w:r>
        <w:rPr>
          <w:rFonts w:ascii="仿宋" w:eastAsia="仿宋" w:hAnsi="仿宋"/>
          <w:sz w:val="32"/>
          <w:lang w:eastAsia="zh-CN"/>
        </w:rPr>
        <w:t>正是先贤们这样的实践和担当，才有了齐民要术。这样的农学巨著。才有了老百姓幸福美好的生活。扫描屏幕上方二维码，下载央视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APP观看典籍里的中国完整视频专享幕后精彩内容。刚才的戏剧当中，贾思</w:t>
      </w:r>
      <w:proofErr w:type="gramStart"/>
      <w:r>
        <w:rPr>
          <w:rFonts w:ascii="仿宋" w:eastAsia="仿宋" w:hAnsi="仿宋"/>
          <w:sz w:val="32"/>
          <w:lang w:eastAsia="zh-CN"/>
        </w:rPr>
        <w:t>勰</w:t>
      </w:r>
      <w:proofErr w:type="gramEnd"/>
      <w:r>
        <w:rPr>
          <w:rFonts w:ascii="仿宋" w:eastAsia="仿宋" w:hAnsi="仿宋"/>
          <w:sz w:val="32"/>
          <w:lang w:eastAsia="zh-CN"/>
        </w:rPr>
        <w:t>立志要写一部好的农书，帮助百姓过上好日子。那么，接下来的戏剧会如何发展呢？我们一块去看。大兄走后，我夜以继日，加快写书，</w:t>
      </w:r>
    </w:p>
    <w:p w14:paraId="185271CB" w14:textId="77777777" w:rsidR="00E87C95" w:rsidRDefault="00000000">
      <w:pPr>
        <w:spacing w:after="0" w:line="579" w:lineRule="exact"/>
        <w:ind w:firstLine="640"/>
        <w:rPr>
          <w:lang w:eastAsia="zh-CN"/>
        </w:rPr>
      </w:pPr>
      <w:r>
        <w:rPr>
          <w:rFonts w:ascii="仿宋" w:eastAsia="仿宋" w:hAnsi="仿宋"/>
          <w:sz w:val="32"/>
          <w:lang w:eastAsia="zh-CN"/>
        </w:rPr>
        <w:t>并和思友一起向高阳的百姓推广谋生之要术。历时数年。羔羊民生终于呈现出欣欣向荣之</w:t>
      </w:r>
      <w:proofErr w:type="gramStart"/>
      <w:r>
        <w:rPr>
          <w:rFonts w:ascii="仿宋" w:eastAsia="仿宋" w:hAnsi="仿宋"/>
          <w:sz w:val="32"/>
          <w:lang w:eastAsia="zh-CN"/>
        </w:rPr>
        <w:t>象</w:t>
      </w:r>
      <w:proofErr w:type="gramEnd"/>
      <w:r>
        <w:rPr>
          <w:rFonts w:ascii="仿宋" w:eastAsia="仿宋" w:hAnsi="仿宋"/>
          <w:sz w:val="32"/>
          <w:lang w:eastAsia="zh-CN"/>
        </w:rPr>
        <w:t>。来来来，到这边来看看。府</w:t>
      </w:r>
      <w:proofErr w:type="gramStart"/>
      <w:r>
        <w:rPr>
          <w:rFonts w:ascii="仿宋" w:eastAsia="仿宋" w:hAnsi="仿宋"/>
          <w:sz w:val="32"/>
          <w:lang w:eastAsia="zh-CN"/>
        </w:rPr>
        <w:t>君府君府</w:t>
      </w:r>
      <w:proofErr w:type="gramEnd"/>
      <w:r>
        <w:rPr>
          <w:rFonts w:ascii="仿宋" w:eastAsia="仿宋" w:hAnsi="仿宋"/>
          <w:sz w:val="32"/>
          <w:lang w:eastAsia="zh-CN"/>
        </w:rPr>
        <w:t>君，您快来看看，这是您教我种的芋头，哎呦，之前我务了农时，还担心会没收成，不过您看。现在长得多</w:t>
      </w:r>
      <w:r>
        <w:rPr>
          <w:rFonts w:ascii="仿宋" w:eastAsia="仿宋" w:hAnsi="仿宋"/>
          <w:sz w:val="32"/>
          <w:lang w:eastAsia="zh-CN"/>
        </w:rPr>
        <w:lastRenderedPageBreak/>
        <w:t>好啊。只要补救方法对啊，过了农时一样可以丰收啊是啊是啊，</w:t>
      </w:r>
    </w:p>
    <w:p w14:paraId="2DE42B06" w14:textId="77777777" w:rsidR="00E87C95" w:rsidRDefault="00000000">
      <w:pPr>
        <w:spacing w:after="0" w:line="579" w:lineRule="exact"/>
        <w:ind w:firstLine="640"/>
        <w:rPr>
          <w:lang w:eastAsia="zh-CN"/>
        </w:rPr>
      </w:pPr>
      <w:r>
        <w:rPr>
          <w:rFonts w:ascii="仿宋" w:eastAsia="仿宋" w:hAnsi="仿宋"/>
          <w:sz w:val="32"/>
          <w:lang w:eastAsia="zh-CN"/>
        </w:rPr>
        <w:t>以前啊，咱们吃亏就亏，在指挥重股，现在跟府军学了新农机，那收成是一点儿都没少没错。</w:t>
      </w:r>
      <w:proofErr w:type="gramStart"/>
      <w:r>
        <w:rPr>
          <w:rFonts w:ascii="仿宋" w:eastAsia="仿宋" w:hAnsi="仿宋"/>
          <w:sz w:val="32"/>
          <w:lang w:eastAsia="zh-CN"/>
        </w:rPr>
        <w:t>府君府君</w:t>
      </w:r>
      <w:proofErr w:type="gramEnd"/>
      <w:r>
        <w:rPr>
          <w:rFonts w:ascii="仿宋" w:eastAsia="仿宋" w:hAnsi="仿宋"/>
          <w:sz w:val="32"/>
          <w:lang w:eastAsia="zh-CN"/>
        </w:rPr>
        <w:t>，这是您给嫁接的梨，您看都长这么大了。你这个梨的成色很好啊，哎，到他的梨园去看一看。他这是糖树下</w:t>
      </w:r>
      <w:proofErr w:type="gramStart"/>
      <w:r>
        <w:rPr>
          <w:rFonts w:ascii="仿宋" w:eastAsia="仿宋" w:hAnsi="仿宋"/>
          <w:sz w:val="32"/>
          <w:lang w:eastAsia="zh-CN"/>
        </w:rPr>
        <w:t>结梨枝</w:t>
      </w:r>
      <w:proofErr w:type="gramEnd"/>
      <w:r>
        <w:rPr>
          <w:rFonts w:ascii="仿宋" w:eastAsia="仿宋" w:hAnsi="仿宋"/>
          <w:sz w:val="32"/>
          <w:lang w:eastAsia="zh-CN"/>
        </w:rPr>
        <w:t>长出的果子，又脆又甜呐。吴军。看来大家对嫁接技术已经很熟练了，</w:t>
      </w:r>
    </w:p>
    <w:p w14:paraId="25535A73" w14:textId="77777777" w:rsidR="00E87C95" w:rsidRDefault="00000000">
      <w:pPr>
        <w:spacing w:after="0" w:line="579" w:lineRule="exact"/>
        <w:ind w:firstLine="640"/>
        <w:rPr>
          <w:lang w:eastAsia="zh-CN"/>
        </w:rPr>
      </w:pPr>
      <w:r>
        <w:rPr>
          <w:rFonts w:ascii="仿宋" w:eastAsia="仿宋" w:hAnsi="仿宋"/>
          <w:sz w:val="32"/>
          <w:lang w:eastAsia="zh-CN"/>
        </w:rPr>
        <w:t>对啊，核心要义啊，就是</w:t>
      </w:r>
      <w:proofErr w:type="gramStart"/>
      <w:r>
        <w:rPr>
          <w:rFonts w:ascii="仿宋" w:eastAsia="仿宋" w:hAnsi="仿宋"/>
          <w:sz w:val="32"/>
          <w:lang w:eastAsia="zh-CN"/>
        </w:rPr>
        <w:t>木边橡木</w:t>
      </w:r>
      <w:proofErr w:type="gramEnd"/>
      <w:r>
        <w:rPr>
          <w:rFonts w:ascii="仿宋" w:eastAsia="仿宋" w:hAnsi="仿宋"/>
          <w:sz w:val="32"/>
          <w:lang w:eastAsia="zh-CN"/>
        </w:rPr>
        <w:t>皮还进皮嘛，皆碎。和真木切口的这个密切接触，就是嫁接的关键。谢谢付军，谢谢</w:t>
      </w:r>
      <w:proofErr w:type="gramStart"/>
      <w:r>
        <w:rPr>
          <w:rFonts w:ascii="仿宋" w:eastAsia="仿宋" w:hAnsi="仿宋"/>
          <w:sz w:val="32"/>
          <w:lang w:eastAsia="zh-CN"/>
        </w:rPr>
        <w:t>付军付军</w:t>
      </w:r>
      <w:proofErr w:type="gramEnd"/>
      <w:r>
        <w:rPr>
          <w:rFonts w:ascii="仿宋" w:eastAsia="仿宋" w:hAnsi="仿宋"/>
          <w:sz w:val="32"/>
          <w:lang w:eastAsia="zh-CN"/>
        </w:rPr>
        <w:t>。果园看完了，是不是该看看我们的牛羊了？你不说呀，我还要问呢，请走。老伯贾府军。哎</w:t>
      </w:r>
      <w:proofErr w:type="gramStart"/>
      <w:r>
        <w:rPr>
          <w:rFonts w:ascii="仿宋" w:eastAsia="仿宋" w:hAnsi="仿宋"/>
          <w:sz w:val="32"/>
          <w:lang w:eastAsia="zh-CN"/>
        </w:rPr>
        <w:t>呦</w:t>
      </w:r>
      <w:proofErr w:type="gramEnd"/>
      <w:r>
        <w:rPr>
          <w:rFonts w:ascii="仿宋" w:eastAsia="仿宋" w:hAnsi="仿宋"/>
          <w:sz w:val="32"/>
          <w:lang w:eastAsia="zh-CN"/>
        </w:rPr>
        <w:t>，</w:t>
      </w:r>
    </w:p>
    <w:p w14:paraId="09C1BC61" w14:textId="77777777" w:rsidR="00E87C95" w:rsidRDefault="00000000">
      <w:pPr>
        <w:spacing w:after="0" w:line="579" w:lineRule="exact"/>
        <w:ind w:firstLine="640"/>
        <w:rPr>
          <w:lang w:eastAsia="zh-CN"/>
        </w:rPr>
      </w:pPr>
      <w:r>
        <w:rPr>
          <w:rFonts w:ascii="仿宋" w:eastAsia="仿宋" w:hAnsi="仿宋"/>
          <w:sz w:val="32"/>
          <w:lang w:eastAsia="zh-CN"/>
        </w:rPr>
        <w:t>你怎么有这么多的干</w:t>
      </w:r>
      <w:proofErr w:type="gramStart"/>
      <w:r>
        <w:rPr>
          <w:rFonts w:ascii="仿宋" w:eastAsia="仿宋" w:hAnsi="仿宋"/>
          <w:sz w:val="32"/>
          <w:lang w:eastAsia="zh-CN"/>
        </w:rPr>
        <w:t>佬</w:t>
      </w:r>
      <w:proofErr w:type="gramEnd"/>
      <w:r>
        <w:rPr>
          <w:rFonts w:ascii="仿宋" w:eastAsia="仿宋" w:hAnsi="仿宋"/>
          <w:sz w:val="32"/>
          <w:lang w:eastAsia="zh-CN"/>
        </w:rPr>
        <w:t>啊？我现在养的牛羊啊，是越来越多。所以这干酪啊，自然也就越晒越多，所以说呀，牧羊。必须大老子心性晚顺者，起居一时，调齐一世啊，没错。您这样身体健康，性情随和的老人最能顺应羊的生息，适合养羊熊长。据我所知啊。</w:t>
      </w:r>
    </w:p>
    <w:p w14:paraId="68649D78" w14:textId="77777777" w:rsidR="00E87C95" w:rsidRDefault="00000000">
      <w:pPr>
        <w:spacing w:after="0" w:line="579" w:lineRule="exact"/>
        <w:ind w:firstLine="640"/>
        <w:rPr>
          <w:lang w:eastAsia="zh-CN"/>
        </w:rPr>
      </w:pPr>
      <w:r>
        <w:rPr>
          <w:rFonts w:ascii="仿宋" w:eastAsia="仿宋" w:hAnsi="仿宋"/>
          <w:sz w:val="32"/>
          <w:lang w:eastAsia="zh-CN"/>
        </w:rPr>
        <w:t>就牛羊</w:t>
      </w:r>
      <w:proofErr w:type="gramStart"/>
      <w:r>
        <w:rPr>
          <w:rFonts w:ascii="仿宋" w:eastAsia="仿宋" w:hAnsi="仿宋"/>
          <w:sz w:val="32"/>
          <w:lang w:eastAsia="zh-CN"/>
        </w:rPr>
        <w:t>乳可以</w:t>
      </w:r>
      <w:proofErr w:type="gramEnd"/>
      <w:r>
        <w:rPr>
          <w:rFonts w:ascii="仿宋" w:eastAsia="仿宋" w:hAnsi="仿宋"/>
          <w:sz w:val="32"/>
          <w:lang w:eastAsia="zh-CN"/>
        </w:rPr>
        <w:t>制成干酪羊毛，</w:t>
      </w:r>
      <w:proofErr w:type="gramStart"/>
      <w:r>
        <w:rPr>
          <w:rFonts w:ascii="仿宋" w:eastAsia="仿宋" w:hAnsi="仿宋"/>
          <w:sz w:val="32"/>
          <w:lang w:eastAsia="zh-CN"/>
        </w:rPr>
        <w:t>可作粘这羊皮</w:t>
      </w:r>
      <w:proofErr w:type="gramEnd"/>
      <w:r>
        <w:rPr>
          <w:rFonts w:ascii="仿宋" w:eastAsia="仿宋" w:hAnsi="仿宋"/>
          <w:sz w:val="32"/>
          <w:lang w:eastAsia="zh-CN"/>
        </w:rPr>
        <w:t>，羊角能久存远途运输啊，卖到洛阳去，这价钱。将近翻一倍啊。那太好了。室友啊。现在这路上乱兵很多，怕不安全，兄长请您放心。我自带商队去卖，定会把百姓的收益安全的带回来，那就多谢府君，多谢思友先生了。</w:t>
      </w:r>
    </w:p>
    <w:p w14:paraId="76F9E253" w14:textId="77777777" w:rsidR="00E87C95" w:rsidRDefault="00000000">
      <w:pPr>
        <w:spacing w:after="0" w:line="579" w:lineRule="exact"/>
        <w:ind w:firstLine="640"/>
        <w:rPr>
          <w:lang w:eastAsia="zh-CN"/>
        </w:rPr>
      </w:pPr>
      <w:r>
        <w:rPr>
          <w:rFonts w:ascii="仿宋" w:eastAsia="仿宋" w:hAnsi="仿宋"/>
          <w:sz w:val="32"/>
          <w:lang w:eastAsia="zh-CN"/>
        </w:rPr>
        <w:lastRenderedPageBreak/>
        <w:t>辅君辅君，</w:t>
      </w:r>
      <w:proofErr w:type="gramStart"/>
      <w:r>
        <w:rPr>
          <w:rFonts w:ascii="仿宋" w:eastAsia="仿宋" w:hAnsi="仿宋"/>
          <w:sz w:val="32"/>
          <w:lang w:eastAsia="zh-CN"/>
        </w:rPr>
        <w:t>我家刚酿了</w:t>
      </w:r>
      <w:proofErr w:type="gramEnd"/>
      <w:r>
        <w:rPr>
          <w:rFonts w:ascii="仿宋" w:eastAsia="仿宋" w:hAnsi="仿宋"/>
          <w:sz w:val="32"/>
          <w:lang w:eastAsia="zh-CN"/>
        </w:rPr>
        <w:t>新酒，您快来尝尝嘿，我们来了，哈哈哈。哎，来，大家一起去啊，走走</w:t>
      </w:r>
      <w:proofErr w:type="gramStart"/>
      <w:r>
        <w:rPr>
          <w:rFonts w:ascii="仿宋" w:eastAsia="仿宋" w:hAnsi="仿宋"/>
          <w:sz w:val="32"/>
          <w:lang w:eastAsia="zh-CN"/>
        </w:rPr>
        <w:t>走</w:t>
      </w:r>
      <w:proofErr w:type="gramEnd"/>
      <w:r>
        <w:rPr>
          <w:rFonts w:ascii="仿宋" w:eastAsia="仿宋" w:hAnsi="仿宋"/>
          <w:sz w:val="32"/>
          <w:lang w:eastAsia="zh-CN"/>
        </w:rPr>
        <w:t>。府君，我这是啊，七月七的酒曲酿的酒，您先饮一碗。6月6日。7月7日，</w:t>
      </w:r>
    </w:p>
    <w:p w14:paraId="6B6C9345" w14:textId="77777777" w:rsidR="00E87C95" w:rsidRDefault="00000000">
      <w:pPr>
        <w:spacing w:after="0" w:line="579" w:lineRule="exact"/>
        <w:ind w:firstLine="640"/>
        <w:rPr>
          <w:lang w:eastAsia="zh-CN"/>
        </w:rPr>
      </w:pPr>
      <w:r>
        <w:rPr>
          <w:rFonts w:ascii="仿宋" w:eastAsia="仿宋" w:hAnsi="仿宋"/>
          <w:sz w:val="32"/>
          <w:lang w:eastAsia="zh-CN"/>
        </w:rPr>
        <w:t>可作区九区正当时。嗯，这酒味道好啊，快请进都快来坐吧。付军。思友先生，这是新做的灌肠，快尝尝。真香啊，香香香，人生在勤，勤则不愧。靠双手劳作可摆脱贫困，谋取</w:t>
      </w:r>
      <w:proofErr w:type="gramStart"/>
      <w:r>
        <w:rPr>
          <w:rFonts w:ascii="仿宋" w:eastAsia="仿宋" w:hAnsi="仿宋"/>
          <w:sz w:val="32"/>
          <w:lang w:eastAsia="zh-CN"/>
        </w:rPr>
        <w:t>安康啊府</w:t>
      </w:r>
      <w:proofErr w:type="gramEnd"/>
      <w:r>
        <w:rPr>
          <w:rFonts w:ascii="仿宋" w:eastAsia="仿宋" w:hAnsi="仿宋"/>
          <w:sz w:val="32"/>
          <w:lang w:eastAsia="zh-CN"/>
        </w:rPr>
        <w:t>君。好，</w:t>
      </w:r>
    </w:p>
    <w:p w14:paraId="3F5AA77E" w14:textId="77777777" w:rsidR="00E87C95" w:rsidRDefault="00000000">
      <w:pPr>
        <w:spacing w:after="0" w:line="579" w:lineRule="exact"/>
        <w:ind w:firstLine="640"/>
        <w:rPr>
          <w:lang w:eastAsia="zh-CN"/>
        </w:rPr>
      </w:pPr>
      <w:r>
        <w:rPr>
          <w:rFonts w:ascii="仿宋" w:eastAsia="仿宋" w:hAnsi="仿宋"/>
          <w:sz w:val="32"/>
          <w:lang w:eastAsia="zh-CN"/>
        </w:rPr>
        <w:t>今日我兄长请大家喝丰收酒，咱们把酒搬到张老伯的鱼塘去。他那宽敞，这个您得收着。这张老伯还不得给咱炖几条大鱼吃啊，吃鱼去走走。真大，真是</w:t>
      </w:r>
      <w:proofErr w:type="gramStart"/>
      <w:r>
        <w:rPr>
          <w:rFonts w:ascii="仿宋" w:eastAsia="仿宋" w:hAnsi="仿宋"/>
          <w:sz w:val="32"/>
          <w:lang w:eastAsia="zh-CN"/>
        </w:rPr>
        <w:t>是</w:t>
      </w:r>
      <w:proofErr w:type="gramEnd"/>
      <w:r>
        <w:rPr>
          <w:rFonts w:ascii="仿宋" w:eastAsia="仿宋" w:hAnsi="仿宋"/>
          <w:sz w:val="32"/>
          <w:lang w:eastAsia="zh-CN"/>
        </w:rPr>
        <w:t>啊。您这条鱼可真大呀。这一池子大鱼啊，我们一家老小，今年也就不愁吃不饱饭了，您这大鱼塘。就是个大粮仓，对不对？</w:t>
      </w:r>
    </w:p>
    <w:p w14:paraId="13D85622" w14:textId="77777777" w:rsidR="00E87C95" w:rsidRDefault="00000000">
      <w:pPr>
        <w:spacing w:after="0" w:line="579" w:lineRule="exact"/>
        <w:ind w:firstLine="640"/>
        <w:rPr>
          <w:lang w:eastAsia="zh-CN"/>
        </w:rPr>
      </w:pPr>
      <w:r>
        <w:rPr>
          <w:rFonts w:ascii="仿宋" w:eastAsia="仿宋" w:hAnsi="仿宋"/>
          <w:sz w:val="32"/>
          <w:lang w:eastAsia="zh-CN"/>
        </w:rPr>
        <w:t>老张头。府君来请你喝丰收酒了。府君。附近人群。这都要感谢府君的支持啊，我是咱们乡第一个养鱼户啊，您说的这个养鱼法真是管用啊，呵呵</w:t>
      </w:r>
      <w:proofErr w:type="gramStart"/>
      <w:r>
        <w:rPr>
          <w:rFonts w:ascii="仿宋" w:eastAsia="仿宋" w:hAnsi="仿宋"/>
          <w:sz w:val="32"/>
          <w:lang w:eastAsia="zh-CN"/>
        </w:rPr>
        <w:t>呵</w:t>
      </w:r>
      <w:proofErr w:type="gramEnd"/>
      <w:r>
        <w:rPr>
          <w:rFonts w:ascii="仿宋" w:eastAsia="仿宋" w:hAnsi="仿宋"/>
          <w:sz w:val="32"/>
          <w:lang w:eastAsia="zh-CN"/>
        </w:rPr>
        <w:t>。是《陶朱公养鱼经》。以六亩地为池</w:t>
      </w:r>
      <w:proofErr w:type="gramStart"/>
      <w:r>
        <w:rPr>
          <w:rFonts w:ascii="仿宋" w:eastAsia="仿宋" w:hAnsi="仿宋"/>
          <w:sz w:val="32"/>
          <w:lang w:eastAsia="zh-CN"/>
        </w:rPr>
        <w:t>池</w:t>
      </w:r>
      <w:proofErr w:type="gramEnd"/>
      <w:r>
        <w:rPr>
          <w:rFonts w:ascii="仿宋" w:eastAsia="仿宋" w:hAnsi="仿宋"/>
          <w:sz w:val="32"/>
          <w:lang w:eastAsia="zh-CN"/>
        </w:rPr>
        <w:t>中游，</w:t>
      </w:r>
      <w:proofErr w:type="gramStart"/>
      <w:r>
        <w:rPr>
          <w:rFonts w:ascii="仿宋" w:eastAsia="仿宋" w:hAnsi="仿宋"/>
          <w:sz w:val="32"/>
          <w:lang w:eastAsia="zh-CN"/>
        </w:rPr>
        <w:t>九洲</w:t>
      </w:r>
      <w:proofErr w:type="gramEnd"/>
      <w:r>
        <w:rPr>
          <w:rFonts w:ascii="仿宋" w:eastAsia="仿宋" w:hAnsi="仿宋"/>
          <w:sz w:val="32"/>
          <w:lang w:eastAsia="zh-CN"/>
        </w:rPr>
        <w:t>在鱼池中可造小岛，鱼饵游不到尽头，以为身处江湖之中。所以生长的好啊，这头一次听说这鱼池还要划分九州的呀。</w:t>
      </w:r>
    </w:p>
    <w:p w14:paraId="6D6D0328" w14:textId="77777777" w:rsidR="00E87C95" w:rsidRDefault="00000000">
      <w:pPr>
        <w:spacing w:after="0" w:line="579" w:lineRule="exact"/>
        <w:ind w:firstLine="640"/>
        <w:rPr>
          <w:lang w:eastAsia="zh-CN"/>
        </w:rPr>
      </w:pPr>
      <w:r>
        <w:rPr>
          <w:rFonts w:ascii="仿宋" w:eastAsia="仿宋" w:hAnsi="仿宋"/>
          <w:sz w:val="32"/>
          <w:lang w:eastAsia="zh-CN"/>
        </w:rPr>
        <w:t>来府君，我们带来了丰收的果实，特地来感谢</w:t>
      </w:r>
      <w:proofErr w:type="gramStart"/>
      <w:r>
        <w:rPr>
          <w:rFonts w:ascii="仿宋" w:eastAsia="仿宋" w:hAnsi="仿宋"/>
          <w:sz w:val="32"/>
          <w:lang w:eastAsia="zh-CN"/>
        </w:rPr>
        <w:t>您府君府</w:t>
      </w:r>
      <w:proofErr w:type="gramEnd"/>
      <w:r>
        <w:rPr>
          <w:rFonts w:ascii="仿宋" w:eastAsia="仿宋" w:hAnsi="仿宋"/>
          <w:sz w:val="32"/>
          <w:lang w:eastAsia="zh-CN"/>
        </w:rPr>
        <w:t>君。府君，这是根据您的方法种出的芋头，我们还存了</w:t>
      </w:r>
      <w:proofErr w:type="gramStart"/>
      <w:r>
        <w:rPr>
          <w:rFonts w:ascii="仿宋" w:eastAsia="仿宋" w:hAnsi="仿宋"/>
          <w:sz w:val="32"/>
          <w:lang w:eastAsia="zh-CN"/>
        </w:rPr>
        <w:t>一</w:t>
      </w:r>
      <w:proofErr w:type="gramEnd"/>
      <w:r>
        <w:rPr>
          <w:rFonts w:ascii="仿宋" w:eastAsia="仿宋" w:hAnsi="仿宋"/>
          <w:sz w:val="32"/>
          <w:lang w:eastAsia="zh-CN"/>
        </w:rPr>
        <w:t>地窖的芋头呢。府君，府君，这是您教我们种的豆子，大的小</w:t>
      </w:r>
      <w:r>
        <w:rPr>
          <w:rFonts w:ascii="仿宋" w:eastAsia="仿宋" w:hAnsi="仿宋"/>
          <w:sz w:val="32"/>
          <w:lang w:eastAsia="zh-CN"/>
        </w:rPr>
        <w:lastRenderedPageBreak/>
        <w:t>的都有啊。太好了，太好了，接下来啊，我要帮着大家把收成都卖出去，最好能销往洛阳。</w:t>
      </w:r>
    </w:p>
    <w:p w14:paraId="0A1F0733" w14:textId="77777777" w:rsidR="00E87C95" w:rsidRDefault="00000000">
      <w:pPr>
        <w:spacing w:after="0" w:line="579" w:lineRule="exact"/>
        <w:ind w:firstLine="640"/>
        <w:rPr>
          <w:lang w:eastAsia="zh-CN"/>
        </w:rPr>
      </w:pPr>
      <w:r>
        <w:rPr>
          <w:rFonts w:ascii="仿宋" w:eastAsia="仿宋" w:hAnsi="仿宋"/>
          <w:sz w:val="32"/>
          <w:lang w:eastAsia="zh-CN"/>
        </w:rPr>
        <w:t>阿兄，这洛阳我熟悉啊，这个活我来干。感谢府君，感谢思友先生府君和思友先生体恤，我们如同父母。感谢我们的父母官，感谢父母不敢当，不敢当，不敢当啊。明媒</w:t>
      </w:r>
      <w:proofErr w:type="gramStart"/>
      <w:r>
        <w:rPr>
          <w:rFonts w:ascii="仿宋" w:eastAsia="仿宋" w:hAnsi="仿宋"/>
          <w:sz w:val="32"/>
          <w:lang w:eastAsia="zh-CN"/>
        </w:rPr>
        <w:t>邦</w:t>
      </w:r>
      <w:proofErr w:type="gramEnd"/>
      <w:r>
        <w:rPr>
          <w:rFonts w:ascii="仿宋" w:eastAsia="仿宋" w:hAnsi="仿宋"/>
          <w:sz w:val="32"/>
          <w:lang w:eastAsia="zh-CN"/>
        </w:rPr>
        <w:t>本。百姓是天下之本，今后。我们要继续努力，不光要吃饱，</w:t>
      </w:r>
    </w:p>
    <w:p w14:paraId="6363F822" w14:textId="77777777" w:rsidR="00E87C95" w:rsidRDefault="00000000">
      <w:pPr>
        <w:spacing w:after="0" w:line="579" w:lineRule="exact"/>
        <w:ind w:firstLine="640"/>
        <w:rPr>
          <w:lang w:eastAsia="zh-CN"/>
        </w:rPr>
      </w:pPr>
      <w:r>
        <w:rPr>
          <w:rFonts w:ascii="仿宋" w:eastAsia="仿宋" w:hAnsi="仿宋"/>
          <w:sz w:val="32"/>
          <w:lang w:eastAsia="zh-CN"/>
        </w:rPr>
        <w:t>而且还要有余粮，要致富。要在安民，富而教之，又在安宁。富而教之。要在安民，富而教之，要在安民，富而教之。我在太守镇上这些年。走遍周围的农户。田间被验证，齐民要术中记载的内容，同时也向有经验的老农学习。将新知识。记载的书里。</w:t>
      </w:r>
    </w:p>
    <w:p w14:paraId="0D330A92" w14:textId="77777777" w:rsidR="00E87C95" w:rsidRDefault="00000000">
      <w:pPr>
        <w:spacing w:after="0" w:line="579" w:lineRule="exact"/>
        <w:ind w:firstLine="640"/>
        <w:rPr>
          <w:lang w:eastAsia="zh-CN"/>
        </w:rPr>
      </w:pPr>
      <w:r>
        <w:rPr>
          <w:rFonts w:ascii="仿宋" w:eastAsia="仿宋" w:hAnsi="仿宋"/>
          <w:sz w:val="32"/>
          <w:lang w:eastAsia="zh-CN"/>
        </w:rPr>
        <w:t>您走访农户，边记边学，力求使书中内容详实准确，能够切实的指导百姓生产。我</w:t>
      </w:r>
      <w:proofErr w:type="gramStart"/>
      <w:r>
        <w:rPr>
          <w:rFonts w:ascii="仿宋" w:eastAsia="仿宋" w:hAnsi="仿宋"/>
          <w:sz w:val="32"/>
          <w:lang w:eastAsia="zh-CN"/>
        </w:rPr>
        <w:t>和死友还</w:t>
      </w:r>
      <w:proofErr w:type="gramEnd"/>
      <w:r>
        <w:rPr>
          <w:rFonts w:ascii="仿宋" w:eastAsia="仿宋" w:hAnsi="仿宋"/>
          <w:sz w:val="32"/>
          <w:lang w:eastAsia="zh-CN"/>
        </w:rPr>
        <w:t>商定了，今后要将齐民要术推广到普天之下，让更多的百姓。吃饱饭。过上好日子。快点快。站住，快快</w:t>
      </w:r>
      <w:proofErr w:type="gramStart"/>
      <w:r>
        <w:rPr>
          <w:rFonts w:ascii="仿宋" w:eastAsia="仿宋" w:hAnsi="仿宋"/>
          <w:sz w:val="32"/>
          <w:lang w:eastAsia="zh-CN"/>
        </w:rPr>
        <w:t>快</w:t>
      </w:r>
      <w:proofErr w:type="gramEnd"/>
      <w:r>
        <w:rPr>
          <w:rFonts w:ascii="仿宋" w:eastAsia="仿宋" w:hAnsi="仿宋"/>
          <w:sz w:val="32"/>
          <w:lang w:eastAsia="zh-CN"/>
        </w:rPr>
        <w:t>站住。走，快。死老婆，</w:t>
      </w:r>
    </w:p>
    <w:p w14:paraId="7A292AD3" w14:textId="77777777" w:rsidR="00E87C95" w:rsidRDefault="00000000">
      <w:pPr>
        <w:spacing w:after="0" w:line="579" w:lineRule="exact"/>
        <w:ind w:firstLine="640"/>
        <w:rPr>
          <w:lang w:eastAsia="zh-CN"/>
        </w:rPr>
      </w:pPr>
      <w:r>
        <w:rPr>
          <w:rFonts w:ascii="仿宋" w:eastAsia="仿宋" w:hAnsi="仿宋"/>
          <w:sz w:val="32"/>
          <w:lang w:eastAsia="zh-CN"/>
        </w:rPr>
        <w:t>不把钱交出来。就别想走。就算拼了命。要护住百姓们的钱财。王。往前加油，往前加油，往后加油。快来自由。不回来了，撤。室友，你怎么了？室友。</w:t>
      </w:r>
      <w:proofErr w:type="gramStart"/>
      <w:r>
        <w:rPr>
          <w:rFonts w:ascii="仿宋" w:eastAsia="仿宋" w:hAnsi="仿宋"/>
          <w:sz w:val="32"/>
          <w:lang w:eastAsia="zh-CN"/>
        </w:rPr>
        <w:t>思友思友</w:t>
      </w:r>
      <w:proofErr w:type="gramEnd"/>
      <w:r>
        <w:rPr>
          <w:rFonts w:ascii="仿宋" w:eastAsia="仿宋" w:hAnsi="仿宋"/>
          <w:sz w:val="32"/>
          <w:lang w:eastAsia="zh-CN"/>
        </w:rPr>
        <w:t>，</w:t>
      </w:r>
    </w:p>
    <w:p w14:paraId="185CCBCD" w14:textId="77777777" w:rsidR="00E87C95" w:rsidRDefault="00000000">
      <w:pPr>
        <w:spacing w:after="0" w:line="579" w:lineRule="exact"/>
        <w:ind w:firstLine="640"/>
        <w:rPr>
          <w:lang w:eastAsia="zh-CN"/>
        </w:rPr>
      </w:pPr>
      <w:r>
        <w:rPr>
          <w:rFonts w:ascii="仿宋" w:eastAsia="仿宋" w:hAnsi="仿宋"/>
          <w:sz w:val="32"/>
          <w:lang w:eastAsia="zh-CN"/>
        </w:rPr>
        <w:t>你怎么了？阿强。百姓的钱财。我抱住了。行不行？没事啊，没事。英雄来救你来了。还行。我看不到情面要说。我能看到，但是这书。我也算尽了一份力。我不后悔。哎，</w:t>
      </w:r>
    </w:p>
    <w:p w14:paraId="3B0347B9" w14:textId="77777777" w:rsidR="00E87C95" w:rsidRDefault="00000000">
      <w:pPr>
        <w:spacing w:after="0" w:line="579" w:lineRule="exact"/>
        <w:ind w:firstLine="640"/>
        <w:rPr>
          <w:lang w:eastAsia="zh-CN"/>
        </w:rPr>
      </w:pPr>
      <w:r>
        <w:rPr>
          <w:rFonts w:ascii="仿宋" w:eastAsia="仿宋" w:hAnsi="仿宋"/>
          <w:sz w:val="32"/>
          <w:lang w:eastAsia="zh-CN"/>
        </w:rPr>
        <w:lastRenderedPageBreak/>
        <w:t>行。你要答应我一件事。也是。爸，我读书写完，我当然。</w:t>
      </w:r>
      <w:proofErr w:type="gramStart"/>
      <w:r>
        <w:rPr>
          <w:rFonts w:ascii="仿宋" w:eastAsia="仿宋" w:hAnsi="仿宋"/>
          <w:sz w:val="32"/>
          <w:lang w:eastAsia="zh-CN"/>
        </w:rPr>
        <w:t>但但是</w:t>
      </w:r>
      <w:proofErr w:type="gramEnd"/>
      <w:r>
        <w:rPr>
          <w:rFonts w:ascii="仿宋" w:eastAsia="仿宋" w:hAnsi="仿宋"/>
          <w:sz w:val="32"/>
          <w:lang w:eastAsia="zh-CN"/>
        </w:rPr>
        <w:t>你的内衣为什么？咳咳咳。当然心疼你。室友。思友先生有。这是非常自由现实。哈哈</w:t>
      </w:r>
      <w:proofErr w:type="gramStart"/>
      <w:r>
        <w:rPr>
          <w:rFonts w:ascii="仿宋" w:eastAsia="仿宋" w:hAnsi="仿宋"/>
          <w:sz w:val="32"/>
          <w:lang w:eastAsia="zh-CN"/>
        </w:rPr>
        <w:t>哈</w:t>
      </w:r>
      <w:proofErr w:type="gramEnd"/>
      <w:r>
        <w:rPr>
          <w:rFonts w:ascii="仿宋" w:eastAsia="仿宋" w:hAnsi="仿宋"/>
          <w:sz w:val="32"/>
          <w:lang w:eastAsia="zh-CN"/>
        </w:rPr>
        <w:t>。啊哈哈。是啊。</w:t>
      </w:r>
    </w:p>
    <w:p w14:paraId="07E34C4B" w14:textId="77777777" w:rsidR="00E87C95" w:rsidRDefault="00000000">
      <w:pPr>
        <w:spacing w:after="0" w:line="579" w:lineRule="exact"/>
        <w:ind w:firstLine="640"/>
        <w:rPr>
          <w:lang w:eastAsia="zh-CN"/>
        </w:rPr>
      </w:pPr>
      <w:r>
        <w:rPr>
          <w:rFonts w:ascii="仿宋" w:eastAsia="仿宋" w:hAnsi="仿宋"/>
          <w:sz w:val="32"/>
          <w:lang w:eastAsia="zh-CN"/>
        </w:rPr>
        <w:t>我知道。当时。潮剧动荡。溜冰四散。我们本来约好的。去</w:t>
      </w:r>
      <w:proofErr w:type="gramStart"/>
      <w:r>
        <w:rPr>
          <w:rFonts w:ascii="仿宋" w:eastAsia="仿宋" w:hAnsi="仿宋"/>
          <w:sz w:val="32"/>
          <w:lang w:eastAsia="zh-CN"/>
        </w:rPr>
        <w:t>接私友</w:t>
      </w:r>
      <w:proofErr w:type="gramEnd"/>
      <w:r>
        <w:rPr>
          <w:rFonts w:ascii="仿宋" w:eastAsia="仿宋" w:hAnsi="仿宋"/>
          <w:sz w:val="32"/>
          <w:lang w:eastAsia="zh-CN"/>
        </w:rPr>
        <w:t>。没想到。还是晚了一步。那个从小。就跟着我身后的人。就这么久远的走了。思友先生。是为了守护百姓。献出了自己的生命。他的死。</w:t>
      </w:r>
    </w:p>
    <w:p w14:paraId="35F282AF" w14:textId="77777777" w:rsidR="00E87C95" w:rsidRDefault="00000000">
      <w:pPr>
        <w:spacing w:after="0" w:line="579" w:lineRule="exact"/>
        <w:ind w:firstLine="640"/>
        <w:rPr>
          <w:lang w:eastAsia="zh-CN"/>
        </w:rPr>
      </w:pPr>
      <w:r>
        <w:rPr>
          <w:rFonts w:ascii="仿宋" w:eastAsia="仿宋" w:hAnsi="仿宋"/>
          <w:sz w:val="32"/>
          <w:lang w:eastAsia="zh-CN"/>
        </w:rPr>
        <w:t>重如泰山。先生，节哀。先生，您想不想随我去看一看齐民要术在后世的传承？小君请。请。在您之后，大约500年。是宋朝当时的朝廷，对齐民要术，大为推崇。宋朝天禧四年。由崇文院推出了第一个官方课本。北宋崇文院课本成为了后世传课的祖本。</w:t>
      </w:r>
    </w:p>
    <w:p w14:paraId="338C3836" w14:textId="77777777" w:rsidR="00E87C95" w:rsidRDefault="00000000">
      <w:pPr>
        <w:spacing w:after="0" w:line="579" w:lineRule="exact"/>
        <w:ind w:firstLine="640"/>
        <w:rPr>
          <w:lang w:eastAsia="zh-CN"/>
        </w:rPr>
      </w:pPr>
      <w:r>
        <w:rPr>
          <w:rFonts w:ascii="仿宋" w:eastAsia="仿宋" w:hAnsi="仿宋"/>
          <w:sz w:val="32"/>
          <w:lang w:eastAsia="zh-CN"/>
        </w:rPr>
        <w:t>有了饭盆。齐民要术。少了三疑之忧。这是我。这些年来。一直非常担心。先生无需担心。在我生活的这个时代，齐民要术流传的更广了。任何人在任何时候。都可以随时看到齐民要术。先生，您再请看。十时44分，火箭点火起飞。</w:t>
      </w:r>
    </w:p>
    <w:p w14:paraId="255531C8" w14:textId="77777777" w:rsidR="00E87C95" w:rsidRDefault="00000000">
      <w:pPr>
        <w:spacing w:after="0" w:line="579" w:lineRule="exact"/>
        <w:ind w:firstLine="640"/>
        <w:rPr>
          <w:lang w:eastAsia="zh-CN"/>
        </w:rPr>
      </w:pPr>
      <w:r>
        <w:rPr>
          <w:rFonts w:ascii="仿宋" w:eastAsia="仿宋" w:hAnsi="仿宋"/>
          <w:sz w:val="32"/>
          <w:lang w:eastAsia="zh-CN"/>
        </w:rPr>
        <w:t>九泉光学跟踪正常。作为中国空间站首个科学实验舱，</w:t>
      </w:r>
      <w:proofErr w:type="gramStart"/>
      <w:r>
        <w:rPr>
          <w:rFonts w:ascii="仿宋" w:eastAsia="仿宋" w:hAnsi="仿宋"/>
          <w:sz w:val="32"/>
          <w:lang w:eastAsia="zh-CN"/>
        </w:rPr>
        <w:t>问天舱发射</w:t>
      </w:r>
      <w:proofErr w:type="gramEnd"/>
      <w:r>
        <w:rPr>
          <w:rFonts w:ascii="仿宋" w:eastAsia="仿宋" w:hAnsi="仿宋"/>
          <w:sz w:val="32"/>
          <w:lang w:eastAsia="zh-CN"/>
        </w:rPr>
        <w:t>以来生命生态</w:t>
      </w:r>
      <w:proofErr w:type="gramStart"/>
      <w:r>
        <w:rPr>
          <w:rFonts w:ascii="仿宋" w:eastAsia="仿宋" w:hAnsi="仿宋"/>
          <w:sz w:val="32"/>
          <w:lang w:eastAsia="zh-CN"/>
        </w:rPr>
        <w:t>实验柜变重力</w:t>
      </w:r>
      <w:proofErr w:type="gramEnd"/>
      <w:r>
        <w:rPr>
          <w:rFonts w:ascii="仿宋" w:eastAsia="仿宋" w:hAnsi="仿宋"/>
          <w:sz w:val="32"/>
          <w:lang w:eastAsia="zh-CN"/>
        </w:rPr>
        <w:t>实验柜等有效载荷工作稳定。再有拟南界种子和水稻种子的实验单元已由航天员安装至生命生态实验柜通用培养模块中。目前生长状态良好。航天员携带的菜种在经过了近三个月的种植培养之后，已经长成了两株绿意盎然的太空生菜。这</w:t>
      </w:r>
      <w:proofErr w:type="gramStart"/>
      <w:r>
        <w:rPr>
          <w:rFonts w:ascii="仿宋" w:eastAsia="仿宋" w:hAnsi="仿宋"/>
          <w:sz w:val="32"/>
          <w:lang w:eastAsia="zh-CN"/>
        </w:rPr>
        <w:t>这</w:t>
      </w:r>
      <w:proofErr w:type="gramEnd"/>
      <w:r>
        <w:rPr>
          <w:rFonts w:ascii="仿宋" w:eastAsia="仿宋" w:hAnsi="仿宋"/>
          <w:sz w:val="32"/>
          <w:lang w:eastAsia="zh-CN"/>
        </w:rPr>
        <w:t>是在苍穹之上，没错。</w:t>
      </w:r>
      <w:r>
        <w:rPr>
          <w:rFonts w:ascii="仿宋" w:eastAsia="仿宋" w:hAnsi="仿宋"/>
          <w:sz w:val="32"/>
          <w:lang w:eastAsia="zh-CN"/>
        </w:rPr>
        <w:lastRenderedPageBreak/>
        <w:t>这就是咱们中国发射的神舟十四号载人飞船，它可以把人哦，也就是我说的航天员。送上苍穹。他们在那上面不仅能够培育出更优秀的农作物的种子，带回地面造福人民，</w:t>
      </w:r>
    </w:p>
    <w:p w14:paraId="5063880B" w14:textId="77777777" w:rsidR="00E87C95" w:rsidRDefault="00000000">
      <w:pPr>
        <w:spacing w:after="0" w:line="579" w:lineRule="exact"/>
        <w:ind w:firstLine="640"/>
        <w:rPr>
          <w:lang w:eastAsia="zh-CN"/>
        </w:rPr>
      </w:pPr>
      <w:r>
        <w:rPr>
          <w:rFonts w:ascii="仿宋" w:eastAsia="仿宋" w:hAnsi="仿宋"/>
          <w:sz w:val="32"/>
          <w:lang w:eastAsia="zh-CN"/>
        </w:rPr>
        <w:t>而且他们自己在太空。也吃自己种的菜。我们一会儿就准备吃这个。</w:t>
      </w:r>
      <w:proofErr w:type="gramStart"/>
      <w:r>
        <w:rPr>
          <w:rFonts w:ascii="仿宋" w:eastAsia="仿宋" w:hAnsi="仿宋"/>
          <w:sz w:val="32"/>
          <w:lang w:eastAsia="zh-CN"/>
        </w:rPr>
        <w:t>太种出来</w:t>
      </w:r>
      <w:proofErr w:type="gramEnd"/>
      <w:r>
        <w:rPr>
          <w:rFonts w:ascii="仿宋" w:eastAsia="仿宋" w:hAnsi="仿宋"/>
          <w:sz w:val="32"/>
          <w:lang w:eastAsia="zh-CN"/>
        </w:rPr>
        <w:t>的新鲜的蔬菜了。感谢</w:t>
      </w:r>
      <w:proofErr w:type="gramStart"/>
      <w:r>
        <w:rPr>
          <w:rFonts w:ascii="仿宋" w:eastAsia="仿宋" w:hAnsi="仿宋"/>
          <w:sz w:val="32"/>
          <w:lang w:eastAsia="zh-CN"/>
        </w:rPr>
        <w:t>萨</w:t>
      </w:r>
      <w:proofErr w:type="gramEnd"/>
      <w:r>
        <w:rPr>
          <w:rFonts w:ascii="仿宋" w:eastAsia="仿宋" w:hAnsi="仿宋"/>
          <w:sz w:val="32"/>
          <w:lang w:eastAsia="zh-CN"/>
        </w:rPr>
        <w:t>君，你不仅让我看到了后世家庭的餐桌，还让我看到了这。这太空上的餐桌呀。</w:t>
      </w:r>
      <w:proofErr w:type="gramStart"/>
      <w:r>
        <w:rPr>
          <w:rFonts w:ascii="仿宋" w:eastAsia="仿宋" w:hAnsi="仿宋"/>
          <w:sz w:val="32"/>
          <w:lang w:eastAsia="zh-CN"/>
        </w:rPr>
        <w:t>仨君啊</w:t>
      </w:r>
      <w:proofErr w:type="gramEnd"/>
      <w:r>
        <w:rPr>
          <w:rFonts w:ascii="仿宋" w:eastAsia="仿宋" w:hAnsi="仿宋"/>
          <w:sz w:val="32"/>
          <w:lang w:eastAsia="zh-CN"/>
        </w:rPr>
        <w:t>，你知道。我现在心里想什么吗？</w:t>
      </w:r>
      <w:proofErr w:type="gramStart"/>
      <w:r>
        <w:rPr>
          <w:rFonts w:ascii="仿宋" w:eastAsia="仿宋" w:hAnsi="仿宋"/>
          <w:sz w:val="32"/>
          <w:lang w:eastAsia="zh-CN"/>
        </w:rPr>
        <w:t>我猜您这会儿</w:t>
      </w:r>
      <w:proofErr w:type="gramEnd"/>
      <w:r>
        <w:rPr>
          <w:rFonts w:ascii="仿宋" w:eastAsia="仿宋" w:hAnsi="仿宋"/>
          <w:sz w:val="32"/>
          <w:lang w:eastAsia="zh-CN"/>
        </w:rPr>
        <w:t>啊。最想尝一尝那颗菜。你算是啊，说到我的心里去了，</w:t>
      </w:r>
    </w:p>
    <w:p w14:paraId="1566E54A" w14:textId="77777777" w:rsidR="00E87C95" w:rsidRDefault="00000000">
      <w:pPr>
        <w:spacing w:after="0" w:line="579" w:lineRule="exact"/>
        <w:ind w:firstLine="640"/>
        <w:rPr>
          <w:lang w:eastAsia="zh-CN"/>
        </w:rPr>
      </w:pPr>
      <w:r>
        <w:rPr>
          <w:rFonts w:ascii="仿宋" w:eastAsia="仿宋" w:hAnsi="仿宋"/>
          <w:sz w:val="32"/>
          <w:lang w:eastAsia="zh-CN"/>
        </w:rPr>
        <w:t>因为我也想。哈哈</w:t>
      </w:r>
      <w:proofErr w:type="gramStart"/>
      <w:r>
        <w:rPr>
          <w:rFonts w:ascii="仿宋" w:eastAsia="仿宋" w:hAnsi="仿宋"/>
          <w:sz w:val="32"/>
          <w:lang w:eastAsia="zh-CN"/>
        </w:rPr>
        <w:t>哈</w:t>
      </w:r>
      <w:proofErr w:type="gramEnd"/>
      <w:r>
        <w:rPr>
          <w:rFonts w:ascii="仿宋" w:eastAsia="仿宋" w:hAnsi="仿宋"/>
          <w:sz w:val="32"/>
          <w:lang w:eastAsia="zh-CN"/>
        </w:rPr>
        <w:t>。</w:t>
      </w:r>
      <w:proofErr w:type="gramStart"/>
      <w:r>
        <w:rPr>
          <w:rFonts w:ascii="仿宋" w:eastAsia="仿宋" w:hAnsi="仿宋"/>
          <w:sz w:val="32"/>
          <w:lang w:eastAsia="zh-CN"/>
        </w:rPr>
        <w:t>萨</w:t>
      </w:r>
      <w:proofErr w:type="gramEnd"/>
      <w:r>
        <w:rPr>
          <w:rFonts w:ascii="仿宋" w:eastAsia="仿宋" w:hAnsi="仿宋"/>
          <w:sz w:val="32"/>
          <w:lang w:eastAsia="zh-CN"/>
        </w:rPr>
        <w:t>君，你说这菜都种到苍穹上去了。后世人。在农业上的成就已经远远的超出了我的想象呀。这更要感恩先生了。没有前人的开创。何来后世的超越。府君。府君，我们该上路了。谢谢先生。谢谢。</w:t>
      </w:r>
      <w:proofErr w:type="gramStart"/>
      <w:r>
        <w:rPr>
          <w:rFonts w:ascii="仿宋" w:eastAsia="仿宋" w:hAnsi="仿宋"/>
          <w:sz w:val="32"/>
          <w:lang w:eastAsia="zh-CN"/>
        </w:rPr>
        <w:t>府君府君</w:t>
      </w:r>
      <w:proofErr w:type="gramEnd"/>
      <w:r>
        <w:rPr>
          <w:rFonts w:ascii="仿宋" w:eastAsia="仿宋" w:hAnsi="仿宋"/>
          <w:sz w:val="32"/>
          <w:lang w:eastAsia="zh-CN"/>
        </w:rPr>
        <w:t>，</w:t>
      </w:r>
    </w:p>
    <w:p w14:paraId="277712D0" w14:textId="77777777" w:rsidR="00E87C95" w:rsidRDefault="00000000">
      <w:pPr>
        <w:spacing w:after="0" w:line="579" w:lineRule="exact"/>
        <w:ind w:firstLine="640"/>
        <w:rPr>
          <w:lang w:eastAsia="zh-CN"/>
        </w:rPr>
      </w:pPr>
      <w:r>
        <w:rPr>
          <w:rFonts w:ascii="仿宋" w:eastAsia="仿宋" w:hAnsi="仿宋"/>
          <w:sz w:val="32"/>
          <w:lang w:eastAsia="zh-CN"/>
        </w:rPr>
        <w:t>继续府君。</w:t>
      </w:r>
      <w:proofErr w:type="gramStart"/>
      <w:r>
        <w:rPr>
          <w:rFonts w:ascii="仿宋" w:eastAsia="仿宋" w:hAnsi="仿宋"/>
          <w:sz w:val="32"/>
          <w:lang w:eastAsia="zh-CN"/>
        </w:rPr>
        <w:t>府君府君</w:t>
      </w:r>
      <w:proofErr w:type="gramEnd"/>
      <w:r>
        <w:rPr>
          <w:rFonts w:ascii="仿宋" w:eastAsia="仿宋" w:hAnsi="仿宋"/>
          <w:sz w:val="32"/>
          <w:lang w:eastAsia="zh-CN"/>
        </w:rPr>
        <w:t>。</w:t>
      </w:r>
      <w:proofErr w:type="gramStart"/>
      <w:r>
        <w:rPr>
          <w:rFonts w:ascii="仿宋" w:eastAsia="仿宋" w:hAnsi="仿宋"/>
          <w:sz w:val="32"/>
          <w:lang w:eastAsia="zh-CN"/>
        </w:rPr>
        <w:t>府君府君</w:t>
      </w:r>
      <w:proofErr w:type="gramEnd"/>
      <w:r>
        <w:rPr>
          <w:rFonts w:ascii="仿宋" w:eastAsia="仿宋" w:hAnsi="仿宋"/>
          <w:sz w:val="32"/>
          <w:lang w:eastAsia="zh-CN"/>
        </w:rPr>
        <w:t>。我去，乡亲们。都说这话来送你。贾府军，您是我们的父母官。大家舍不得您走啊是啊，</w:t>
      </w:r>
      <w:proofErr w:type="gramStart"/>
      <w:r>
        <w:rPr>
          <w:rFonts w:ascii="仿宋" w:eastAsia="仿宋" w:hAnsi="仿宋"/>
          <w:sz w:val="32"/>
          <w:lang w:eastAsia="zh-CN"/>
        </w:rPr>
        <w:t>普俊舍不得</w:t>
      </w:r>
      <w:proofErr w:type="gramEnd"/>
      <w:r>
        <w:rPr>
          <w:rFonts w:ascii="仿宋" w:eastAsia="仿宋" w:hAnsi="仿宋"/>
          <w:sz w:val="32"/>
          <w:lang w:eastAsia="zh-CN"/>
        </w:rPr>
        <w:t>您呐，舍不得您。百姓视为父母。感谢高阳的父老乡亲前来送我。诸位在上。受思</w:t>
      </w:r>
      <w:proofErr w:type="gramStart"/>
      <w:r>
        <w:rPr>
          <w:rFonts w:ascii="仿宋" w:eastAsia="仿宋" w:hAnsi="仿宋"/>
          <w:sz w:val="32"/>
          <w:lang w:eastAsia="zh-CN"/>
        </w:rPr>
        <w:t>勰</w:t>
      </w:r>
      <w:proofErr w:type="gramEnd"/>
      <w:r>
        <w:rPr>
          <w:rFonts w:ascii="仿宋" w:eastAsia="仿宋" w:hAnsi="仿宋"/>
          <w:sz w:val="32"/>
          <w:lang w:eastAsia="zh-CN"/>
        </w:rPr>
        <w:t>一拜。</w:t>
      </w:r>
    </w:p>
    <w:p w14:paraId="1E19819E" w14:textId="77777777" w:rsidR="00E87C95" w:rsidRDefault="00000000">
      <w:pPr>
        <w:spacing w:after="0" w:line="579" w:lineRule="exact"/>
        <w:ind w:firstLine="640"/>
        <w:rPr>
          <w:lang w:eastAsia="zh-CN"/>
        </w:rPr>
      </w:pPr>
      <w:r>
        <w:rPr>
          <w:rFonts w:ascii="仿宋" w:eastAsia="仿宋" w:hAnsi="仿宋"/>
          <w:sz w:val="32"/>
          <w:lang w:eastAsia="zh-CN"/>
        </w:rPr>
        <w:t>府君，保重啊。我觉得是舍不得你走。物距。普君，你要回来呀？恭喜。府</w:t>
      </w:r>
      <w:proofErr w:type="gramStart"/>
      <w:r>
        <w:rPr>
          <w:rFonts w:ascii="仿宋" w:eastAsia="仿宋" w:hAnsi="仿宋"/>
          <w:sz w:val="32"/>
          <w:lang w:eastAsia="zh-CN"/>
        </w:rPr>
        <w:t>君府君府</w:t>
      </w:r>
      <w:proofErr w:type="gramEnd"/>
      <w:r>
        <w:rPr>
          <w:rFonts w:ascii="仿宋" w:eastAsia="仿宋" w:hAnsi="仿宋"/>
          <w:sz w:val="32"/>
          <w:lang w:eastAsia="zh-CN"/>
        </w:rPr>
        <w:t>君。府君。府君。经海军经传。</w:t>
      </w:r>
      <w:proofErr w:type="gramStart"/>
      <w:r>
        <w:rPr>
          <w:rFonts w:ascii="仿宋" w:eastAsia="仿宋" w:hAnsi="仿宋"/>
          <w:sz w:val="32"/>
          <w:lang w:eastAsia="zh-CN"/>
        </w:rPr>
        <w:t>爰</w:t>
      </w:r>
      <w:proofErr w:type="gramEnd"/>
      <w:r>
        <w:rPr>
          <w:rFonts w:ascii="仿宋" w:eastAsia="仿宋" w:hAnsi="仿宋"/>
          <w:sz w:val="32"/>
          <w:lang w:eastAsia="zh-CN"/>
        </w:rPr>
        <w:t>及歌谣，询之老成，验之行事。其自耕农。</w:t>
      </w:r>
    </w:p>
    <w:p w14:paraId="538E4BE3" w14:textId="77777777" w:rsidR="00E87C95" w:rsidRDefault="00000000">
      <w:pPr>
        <w:spacing w:after="0" w:line="579" w:lineRule="exact"/>
        <w:ind w:firstLine="640"/>
        <w:rPr>
          <w:lang w:eastAsia="zh-CN"/>
        </w:rPr>
      </w:pPr>
      <w:r>
        <w:rPr>
          <w:rFonts w:ascii="仿宋" w:eastAsia="仿宋" w:hAnsi="仿宋"/>
          <w:sz w:val="32"/>
          <w:lang w:eastAsia="zh-CN"/>
        </w:rPr>
        <w:t>终于，西海资生之业，必</w:t>
      </w:r>
      <w:proofErr w:type="gramStart"/>
      <w:r>
        <w:rPr>
          <w:rFonts w:ascii="仿宋" w:eastAsia="仿宋" w:hAnsi="仿宋"/>
          <w:sz w:val="32"/>
          <w:lang w:eastAsia="zh-CN"/>
        </w:rPr>
        <w:t>靡</w:t>
      </w:r>
      <w:proofErr w:type="gramEnd"/>
      <w:r>
        <w:rPr>
          <w:rFonts w:ascii="仿宋" w:eastAsia="仿宋" w:hAnsi="仿宋"/>
          <w:sz w:val="32"/>
          <w:lang w:eastAsia="zh-CN"/>
        </w:rPr>
        <w:t>不毕书好曰。齐民要术。七彩俊金钻原型未老。君之老成，念之行事。起自耕农，终于</w:t>
      </w:r>
      <w:proofErr w:type="gramStart"/>
      <w:r>
        <w:rPr>
          <w:rFonts w:ascii="仿宋" w:eastAsia="仿宋" w:hAnsi="仿宋"/>
          <w:sz w:val="32"/>
          <w:lang w:eastAsia="zh-CN"/>
        </w:rPr>
        <w:lastRenderedPageBreak/>
        <w:t>醯</w:t>
      </w:r>
      <w:proofErr w:type="gramEnd"/>
      <w:r>
        <w:rPr>
          <w:rFonts w:ascii="仿宋" w:eastAsia="仿宋" w:hAnsi="仿宋"/>
          <w:sz w:val="32"/>
          <w:lang w:eastAsia="zh-CN"/>
        </w:rPr>
        <w:t>醢。资生之业</w:t>
      </w:r>
      <w:proofErr w:type="gramStart"/>
      <w:r>
        <w:rPr>
          <w:rFonts w:ascii="仿宋" w:eastAsia="仿宋" w:hAnsi="仿宋"/>
          <w:sz w:val="32"/>
          <w:lang w:eastAsia="zh-CN"/>
        </w:rPr>
        <w:t>靡</w:t>
      </w:r>
      <w:proofErr w:type="gramEnd"/>
      <w:r>
        <w:rPr>
          <w:rFonts w:ascii="仿宋" w:eastAsia="仿宋" w:hAnsi="仿宋"/>
          <w:sz w:val="32"/>
          <w:lang w:eastAsia="zh-CN"/>
        </w:rPr>
        <w:t>不必疏，号曰齐民要术号曰。齐民要术。我。滋生之夜，米</w:t>
      </w:r>
      <w:proofErr w:type="gramStart"/>
      <w:r>
        <w:rPr>
          <w:rFonts w:ascii="仿宋" w:eastAsia="仿宋" w:hAnsi="仿宋"/>
          <w:sz w:val="32"/>
          <w:lang w:eastAsia="zh-CN"/>
        </w:rPr>
        <w:t>靡</w:t>
      </w:r>
      <w:proofErr w:type="gramEnd"/>
      <w:r>
        <w:rPr>
          <w:rFonts w:ascii="仿宋" w:eastAsia="仿宋" w:hAnsi="仿宋"/>
          <w:sz w:val="32"/>
          <w:lang w:eastAsia="zh-CN"/>
        </w:rPr>
        <w:t>不毕书。</w:t>
      </w:r>
    </w:p>
    <w:p w14:paraId="150213DE" w14:textId="77777777" w:rsidR="00E87C95" w:rsidRDefault="00000000">
      <w:pPr>
        <w:spacing w:after="0" w:line="579" w:lineRule="exact"/>
        <w:ind w:firstLine="640"/>
        <w:rPr>
          <w:lang w:eastAsia="zh-CN"/>
        </w:rPr>
      </w:pPr>
      <w:r>
        <w:rPr>
          <w:rFonts w:ascii="仿宋" w:eastAsia="仿宋" w:hAnsi="仿宋"/>
          <w:sz w:val="32"/>
          <w:lang w:eastAsia="zh-CN"/>
        </w:rPr>
        <w:t>在戏剧的最后，所有的百姓都在齐声诵读，齐民要术来送别贾思</w:t>
      </w:r>
      <w:proofErr w:type="gramStart"/>
      <w:r>
        <w:rPr>
          <w:rFonts w:ascii="仿宋" w:eastAsia="仿宋" w:hAnsi="仿宋"/>
          <w:sz w:val="32"/>
          <w:lang w:eastAsia="zh-CN"/>
        </w:rPr>
        <w:t>勰</w:t>
      </w:r>
      <w:proofErr w:type="gramEnd"/>
      <w:r>
        <w:rPr>
          <w:rFonts w:ascii="仿宋" w:eastAsia="仿宋" w:hAnsi="仿宋"/>
          <w:sz w:val="32"/>
          <w:lang w:eastAsia="zh-CN"/>
        </w:rPr>
        <w:t>。我想这是饱含了百姓们对他的这份感激，不舍和深深的爱意。过去我们百姓送好官儿怎么送啊？有人说是五步一杯酒，十步一折柳。但是我觉得都不如这样的一个场景好，老百姓念着太守写的书来送别太守。那么贾思</w:t>
      </w:r>
      <w:proofErr w:type="gramStart"/>
      <w:r>
        <w:rPr>
          <w:rFonts w:ascii="仿宋" w:eastAsia="仿宋" w:hAnsi="仿宋"/>
          <w:sz w:val="32"/>
          <w:lang w:eastAsia="zh-CN"/>
        </w:rPr>
        <w:t>勰</w:t>
      </w:r>
      <w:proofErr w:type="gramEnd"/>
      <w:r>
        <w:rPr>
          <w:rFonts w:ascii="仿宋" w:eastAsia="仿宋" w:hAnsi="仿宋"/>
          <w:sz w:val="32"/>
          <w:lang w:eastAsia="zh-CN"/>
        </w:rPr>
        <w:t>留下的是什么呢？留下的就是这本齐民要术啊，我们中国是一个农业大国，农业构筑了我们的文化基础。也构筑了我们的安全底线呐，</w:t>
      </w:r>
    </w:p>
    <w:p w14:paraId="0BC0DB4E" w14:textId="77777777" w:rsidR="00E87C95" w:rsidRDefault="00000000">
      <w:pPr>
        <w:spacing w:after="0" w:line="579" w:lineRule="exact"/>
        <w:ind w:firstLine="640"/>
        <w:rPr>
          <w:lang w:eastAsia="zh-CN"/>
        </w:rPr>
      </w:pPr>
      <w:r>
        <w:rPr>
          <w:rFonts w:ascii="仿宋" w:eastAsia="仿宋" w:hAnsi="仿宋"/>
          <w:sz w:val="32"/>
          <w:lang w:eastAsia="zh-CN"/>
        </w:rPr>
        <w:t>中国人的饭碗一定要端到中国人自己的手里呀，那怎么端呐？我想我们需要好多好多的农民，农业科学家还需要好多像贾思</w:t>
      </w:r>
      <w:proofErr w:type="gramStart"/>
      <w:r>
        <w:rPr>
          <w:rFonts w:ascii="仿宋" w:eastAsia="仿宋" w:hAnsi="仿宋"/>
          <w:sz w:val="32"/>
          <w:lang w:eastAsia="zh-CN"/>
        </w:rPr>
        <w:t>勰</w:t>
      </w:r>
      <w:proofErr w:type="gramEnd"/>
      <w:r>
        <w:rPr>
          <w:rFonts w:ascii="仿宋" w:eastAsia="仿宋" w:hAnsi="仿宋"/>
          <w:sz w:val="32"/>
          <w:lang w:eastAsia="zh-CN"/>
        </w:rPr>
        <w:t>这样。有爱民情怀，又有专业精神的人，我们做到了，才能够对得起这样的典籍，也对得起我们这样的先贤呐。中国特色的农业思想与理念呢？长期代表了世界农学发展的最高的水平。在唐代的时候呢？齐民要术就传播到了日本朝鲜半岛18世纪呢，它就传播到了欧洲，被翻译成了多种的文字。</w:t>
      </w:r>
    </w:p>
    <w:p w14:paraId="00AA06E6" w14:textId="77777777" w:rsidR="00E87C95" w:rsidRDefault="00000000">
      <w:pPr>
        <w:spacing w:after="0" w:line="579" w:lineRule="exact"/>
        <w:ind w:firstLine="640"/>
        <w:rPr>
          <w:lang w:eastAsia="zh-CN"/>
        </w:rPr>
      </w:pPr>
      <w:r>
        <w:rPr>
          <w:rFonts w:ascii="仿宋" w:eastAsia="仿宋" w:hAnsi="仿宋"/>
          <w:sz w:val="32"/>
          <w:lang w:eastAsia="zh-CN"/>
        </w:rPr>
        <w:t>它是中国文化的一个骄傲，也是世界文化的一个宝贵财富。农耕文化是我们国家从未间断的一种文化勤劳的中国人民，始终在书写着历史，也创造出了用全球。7%的耕地养活了20%左右人口的农业奇迹强国，必先强农，</w:t>
      </w:r>
      <w:proofErr w:type="gramStart"/>
      <w:r>
        <w:rPr>
          <w:rFonts w:ascii="仿宋" w:eastAsia="仿宋" w:hAnsi="仿宋"/>
          <w:sz w:val="32"/>
          <w:lang w:eastAsia="zh-CN"/>
        </w:rPr>
        <w:t>农强方</w:t>
      </w:r>
      <w:proofErr w:type="gramEnd"/>
      <w:r>
        <w:rPr>
          <w:rFonts w:ascii="仿宋" w:eastAsia="仿宋" w:hAnsi="仿宋"/>
          <w:sz w:val="32"/>
          <w:lang w:eastAsia="zh-CN"/>
        </w:rPr>
        <w:t>能国强。</w:t>
      </w:r>
      <w:r>
        <w:rPr>
          <w:rFonts w:ascii="仿宋" w:eastAsia="仿宋" w:hAnsi="仿宋"/>
          <w:sz w:val="32"/>
          <w:lang w:eastAsia="zh-CN"/>
        </w:rPr>
        <w:lastRenderedPageBreak/>
        <w:t>我们要在继承中创新，为建设农业强国不断奋斗。齐民要术，对于中国乃至世界农学的发展以及农业文化的传承，都产生了深远的影响。</w:t>
      </w:r>
      <w:proofErr w:type="gramStart"/>
      <w:r>
        <w:rPr>
          <w:rFonts w:ascii="仿宋" w:eastAsia="仿宋" w:hAnsi="仿宋"/>
          <w:sz w:val="32"/>
          <w:lang w:eastAsia="zh-CN"/>
        </w:rPr>
        <w:t>读典以</w:t>
      </w:r>
      <w:proofErr w:type="gramEnd"/>
      <w:r>
        <w:rPr>
          <w:rFonts w:ascii="仿宋" w:eastAsia="仿宋" w:hAnsi="仿宋"/>
          <w:sz w:val="32"/>
          <w:lang w:eastAsia="zh-CN"/>
        </w:rPr>
        <w:t>明志，</w:t>
      </w:r>
      <w:proofErr w:type="gramStart"/>
      <w:r>
        <w:rPr>
          <w:rFonts w:ascii="仿宋" w:eastAsia="仿宋" w:hAnsi="仿宋"/>
          <w:sz w:val="32"/>
          <w:lang w:eastAsia="zh-CN"/>
        </w:rPr>
        <w:t>读典以</w:t>
      </w:r>
      <w:proofErr w:type="gramEnd"/>
      <w:r>
        <w:rPr>
          <w:rFonts w:ascii="仿宋" w:eastAsia="仿宋" w:hAnsi="仿宋"/>
          <w:sz w:val="32"/>
          <w:lang w:eastAsia="zh-CN"/>
        </w:rPr>
        <w:t>睹行。</w:t>
      </w:r>
    </w:p>
    <w:p w14:paraId="15D74494" w14:textId="77777777" w:rsidR="00E87C95" w:rsidRDefault="00000000">
      <w:pPr>
        <w:spacing w:after="0" w:line="579" w:lineRule="exact"/>
        <w:ind w:firstLine="640"/>
        <w:rPr>
          <w:lang w:eastAsia="zh-CN"/>
        </w:rPr>
      </w:pPr>
      <w:r>
        <w:rPr>
          <w:rFonts w:ascii="仿宋" w:eastAsia="仿宋" w:hAnsi="仿宋"/>
          <w:sz w:val="32"/>
          <w:lang w:eastAsia="zh-CN"/>
        </w:rPr>
        <w:t>直到今天，我们依然能从中萃取到农耕文化的宝贵财富。抵</w:t>
      </w:r>
      <w:proofErr w:type="gramStart"/>
      <w:r>
        <w:rPr>
          <w:rFonts w:ascii="仿宋" w:eastAsia="仿宋" w:hAnsi="仿宋"/>
          <w:sz w:val="32"/>
          <w:lang w:eastAsia="zh-CN"/>
        </w:rPr>
        <w:t>砺</w:t>
      </w:r>
      <w:proofErr w:type="gramEnd"/>
      <w:r>
        <w:rPr>
          <w:rFonts w:ascii="仿宋" w:eastAsia="仿宋" w:hAnsi="仿宋"/>
          <w:sz w:val="32"/>
          <w:lang w:eastAsia="zh-CN"/>
        </w:rPr>
        <w:t>前行，继往开来，再次感谢三位老师与我们一起来识读齐民要术，谢谢！扫描屏幕上方二维码，下载央视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观看典籍里的中国完整视频专享幕后精彩内容。齐民要术记载着古代先民的农业探索，传递着平凡生活中的智慧，让我们继承先贤智慧，躬行不倦。在加快建设农业强国的新征程上不断前行。我是王嘉宁，下一本典籍，</w:t>
      </w:r>
    </w:p>
    <w:p w14:paraId="7E6E9CE2" w14:textId="77777777" w:rsidR="00E87C95" w:rsidRDefault="00000000">
      <w:pPr>
        <w:spacing w:after="0" w:line="579" w:lineRule="exact"/>
        <w:ind w:firstLine="640"/>
        <w:rPr>
          <w:lang w:eastAsia="zh-CN"/>
        </w:rPr>
      </w:pPr>
      <w:r>
        <w:rPr>
          <w:rFonts w:ascii="仿宋" w:eastAsia="仿宋" w:hAnsi="仿宋"/>
          <w:sz w:val="32"/>
          <w:lang w:eastAsia="zh-CN"/>
        </w:rPr>
        <w:t>我们再会。</w:t>
      </w:r>
    </w:p>
    <w:p w14:paraId="74857B81" w14:textId="77777777" w:rsidR="00E87C95" w:rsidRDefault="00000000">
      <w:pPr>
        <w:rPr>
          <w:lang w:eastAsia="zh-CN"/>
        </w:rPr>
      </w:pPr>
      <w:r>
        <w:rPr>
          <w:lang w:eastAsia="zh-CN"/>
        </w:rPr>
        <w:br w:type="page"/>
      </w:r>
    </w:p>
    <w:p w14:paraId="3FDFED96" w14:textId="77777777" w:rsidR="00E87C95" w:rsidRDefault="00000000">
      <w:pPr>
        <w:spacing w:after="0" w:line="579" w:lineRule="exact"/>
        <w:jc w:val="center"/>
        <w:rPr>
          <w:lang w:eastAsia="zh-CN"/>
        </w:rPr>
      </w:pPr>
      <w:r>
        <w:rPr>
          <w:rFonts w:ascii="方正小标宋简体" w:eastAsia="方正小标宋简体" w:hAnsi="方正小标宋简体"/>
          <w:sz w:val="44"/>
          <w:lang w:eastAsia="zh-CN"/>
        </w:rPr>
        <w:lastRenderedPageBreak/>
        <w:t>第18集 《水经注》</w:t>
      </w:r>
    </w:p>
    <w:p w14:paraId="0CAA78B9" w14:textId="77777777" w:rsidR="00E87C95" w:rsidRDefault="00000000">
      <w:pPr>
        <w:spacing w:after="0" w:line="579" w:lineRule="exact"/>
        <w:ind w:firstLine="640"/>
        <w:rPr>
          <w:lang w:eastAsia="zh-CN"/>
        </w:rPr>
      </w:pPr>
      <w:r>
        <w:rPr>
          <w:rFonts w:ascii="仿宋" w:eastAsia="仿宋" w:hAnsi="仿宋"/>
          <w:sz w:val="32"/>
          <w:lang w:eastAsia="zh-CN"/>
        </w:rPr>
        <w:t>今天在典籍里的中国，就让我们一起识读以水道为纲的综合性地理学典籍水经注。从而以水为德，有志气。我以水经为基础，技术天下水。历时仅十年，终于写完了天下之多者，水也。</w:t>
      </w:r>
      <w:proofErr w:type="gramStart"/>
      <w:r>
        <w:rPr>
          <w:rFonts w:ascii="仿宋" w:eastAsia="仿宋" w:hAnsi="仿宋"/>
          <w:sz w:val="32"/>
          <w:lang w:eastAsia="zh-CN"/>
        </w:rPr>
        <w:t>浮天载</w:t>
      </w:r>
      <w:proofErr w:type="gramEnd"/>
      <w:r>
        <w:rPr>
          <w:rFonts w:ascii="仿宋" w:eastAsia="仿宋" w:hAnsi="仿宋"/>
          <w:sz w:val="32"/>
          <w:lang w:eastAsia="zh-CN"/>
        </w:rPr>
        <w:t>地，高下。无所不至，万物无所</w:t>
      </w:r>
      <w:proofErr w:type="gramStart"/>
      <w:r>
        <w:rPr>
          <w:rFonts w:ascii="仿宋" w:eastAsia="仿宋" w:hAnsi="仿宋"/>
          <w:sz w:val="32"/>
          <w:lang w:eastAsia="zh-CN"/>
        </w:rPr>
        <w:t>不</w:t>
      </w:r>
      <w:proofErr w:type="gramEnd"/>
      <w:r>
        <w:rPr>
          <w:rFonts w:ascii="仿宋" w:eastAsia="仿宋" w:hAnsi="仿宋"/>
          <w:sz w:val="32"/>
          <w:lang w:eastAsia="zh-CN"/>
        </w:rPr>
        <w:t>润。大江大河孕育了中华文明，万水千川荡涤着历史变迁。上善若水。自古迄今人类的生存和发展都离不开水的滋润。二零零三年，</w:t>
      </w:r>
    </w:p>
    <w:p w14:paraId="02E613E6" w14:textId="77777777" w:rsidR="00E87C95" w:rsidRDefault="00000000">
      <w:pPr>
        <w:spacing w:after="0" w:line="579" w:lineRule="exact"/>
        <w:ind w:firstLine="640"/>
        <w:rPr>
          <w:lang w:eastAsia="zh-CN"/>
        </w:rPr>
      </w:pPr>
      <w:r>
        <w:rPr>
          <w:rFonts w:ascii="仿宋" w:eastAsia="仿宋" w:hAnsi="仿宋"/>
          <w:sz w:val="32"/>
          <w:lang w:eastAsia="zh-CN"/>
        </w:rPr>
        <w:t>河南省荥阳市。穿黄工程南岸。这里是黄河</w:t>
      </w:r>
      <w:proofErr w:type="gramStart"/>
      <w:r>
        <w:rPr>
          <w:rFonts w:ascii="仿宋" w:eastAsia="仿宋" w:hAnsi="仿宋"/>
          <w:sz w:val="32"/>
          <w:lang w:eastAsia="zh-CN"/>
        </w:rPr>
        <w:t>南岸穿</w:t>
      </w:r>
      <w:proofErr w:type="gramEnd"/>
      <w:r>
        <w:rPr>
          <w:rFonts w:ascii="仿宋" w:eastAsia="仿宋" w:hAnsi="仿宋"/>
          <w:sz w:val="32"/>
          <w:lang w:eastAsia="zh-CN"/>
        </w:rPr>
        <w:t>黄隧洞的起点，丹江水将从这里进入隧洞，输送到黄河北岸。这里是黄河北岸穿黄隧洞的终点，丹江水将从这里奔涌而出，滋润北方的千家万户。黄河和长江将会在这里握手1500多年。前一位伟大的地理学家在他的著作</w:t>
      </w:r>
      <w:proofErr w:type="gramStart"/>
      <w:r>
        <w:rPr>
          <w:rFonts w:ascii="仿宋" w:eastAsia="仿宋" w:hAnsi="仿宋"/>
          <w:sz w:val="32"/>
          <w:lang w:eastAsia="zh-CN"/>
        </w:rPr>
        <w:t>中著</w:t>
      </w:r>
      <w:proofErr w:type="gramEnd"/>
      <w:r>
        <w:rPr>
          <w:rFonts w:ascii="仿宋" w:eastAsia="仿宋" w:hAnsi="仿宋"/>
          <w:sz w:val="32"/>
          <w:lang w:eastAsia="zh-CN"/>
        </w:rPr>
        <w:t>述了黄河水系与长江水系。他肯定不会想到，在后世长江与黄河会以这种方式握手，你说的是郦道元。我还记得郦道元在水经柱里记述长江三峡的歌谣，巴东三峡巫峡长，猿鸣三声。</w:t>
      </w:r>
    </w:p>
    <w:p w14:paraId="4F9604FE" w14:textId="77777777" w:rsidR="00E87C95" w:rsidRDefault="00000000">
      <w:pPr>
        <w:spacing w:after="0" w:line="579" w:lineRule="exact"/>
        <w:ind w:firstLine="640"/>
        <w:rPr>
          <w:lang w:eastAsia="zh-CN"/>
        </w:rPr>
      </w:pPr>
      <w:r>
        <w:rPr>
          <w:rFonts w:ascii="仿宋" w:eastAsia="仿宋" w:hAnsi="仿宋"/>
          <w:sz w:val="32"/>
          <w:lang w:eastAsia="zh-CN"/>
        </w:rPr>
        <w:t>泪沾</w:t>
      </w:r>
      <w:proofErr w:type="gramStart"/>
      <w:r>
        <w:rPr>
          <w:rFonts w:ascii="仿宋" w:eastAsia="仿宋" w:hAnsi="仿宋"/>
          <w:sz w:val="32"/>
          <w:lang w:eastAsia="zh-CN"/>
        </w:rPr>
        <w:t>裳</w:t>
      </w:r>
      <w:proofErr w:type="gramEnd"/>
      <w:r>
        <w:rPr>
          <w:rFonts w:ascii="仿宋" w:eastAsia="仿宋" w:hAnsi="仿宋"/>
          <w:sz w:val="32"/>
          <w:lang w:eastAsia="zh-CN"/>
        </w:rPr>
        <w:t>。巴东三峡巫峡长。猿鸣三声泪沾</w:t>
      </w:r>
      <w:proofErr w:type="gramStart"/>
      <w:r>
        <w:rPr>
          <w:rFonts w:ascii="仿宋" w:eastAsia="仿宋" w:hAnsi="仿宋"/>
          <w:sz w:val="32"/>
          <w:lang w:eastAsia="zh-CN"/>
        </w:rPr>
        <w:t>裳</w:t>
      </w:r>
      <w:proofErr w:type="gramEnd"/>
      <w:r>
        <w:rPr>
          <w:rFonts w:ascii="仿宋" w:eastAsia="仿宋" w:hAnsi="仿宋"/>
          <w:sz w:val="32"/>
          <w:lang w:eastAsia="zh-CN"/>
        </w:rPr>
        <w:t>。我引用前人的诗句描述长江三峡，是因为我无法亲自去长江。走一走，看一看。</w:t>
      </w:r>
      <w:proofErr w:type="gramStart"/>
      <w:r>
        <w:rPr>
          <w:rFonts w:ascii="仿宋" w:eastAsia="仿宋" w:hAnsi="仿宋"/>
          <w:sz w:val="32"/>
          <w:lang w:eastAsia="zh-CN"/>
        </w:rPr>
        <w:t>丽道元</w:t>
      </w:r>
      <w:proofErr w:type="gramEnd"/>
      <w:r>
        <w:rPr>
          <w:rFonts w:ascii="仿宋" w:eastAsia="仿宋" w:hAnsi="仿宋"/>
          <w:sz w:val="32"/>
          <w:lang w:eastAsia="zh-CN"/>
        </w:rPr>
        <w:t>没有去过三峡，当时南北朝分立。</w:t>
      </w:r>
      <w:proofErr w:type="gramStart"/>
      <w:r>
        <w:rPr>
          <w:rFonts w:ascii="仿宋" w:eastAsia="仿宋" w:hAnsi="仿宋"/>
          <w:sz w:val="32"/>
          <w:lang w:eastAsia="zh-CN"/>
        </w:rPr>
        <w:t>丽道元身</w:t>
      </w:r>
      <w:proofErr w:type="gramEnd"/>
      <w:r>
        <w:rPr>
          <w:rFonts w:ascii="仿宋" w:eastAsia="仿宋" w:hAnsi="仿宋"/>
          <w:sz w:val="32"/>
          <w:lang w:eastAsia="zh-CN"/>
        </w:rPr>
        <w:t>在北朝，只见过黄河，没去过南方，可他却记录了传诵千年的佳作。后世很多人啊。都是从水经注江水篇中来了解长江。</w:t>
      </w:r>
    </w:p>
    <w:p w14:paraId="494A6515" w14:textId="77777777" w:rsidR="00E87C95" w:rsidRDefault="00000000">
      <w:pPr>
        <w:spacing w:after="0" w:line="579" w:lineRule="exact"/>
        <w:ind w:firstLine="640"/>
        <w:rPr>
          <w:lang w:eastAsia="zh-CN"/>
        </w:rPr>
      </w:pPr>
      <w:r>
        <w:rPr>
          <w:rFonts w:ascii="仿宋" w:eastAsia="仿宋" w:hAnsi="仿宋"/>
          <w:sz w:val="32"/>
          <w:lang w:eastAsia="zh-CN"/>
        </w:rPr>
        <w:lastRenderedPageBreak/>
        <w:t>如果我们实现长江之水穿越黄河，让江河握手。</w:t>
      </w:r>
      <w:proofErr w:type="gramStart"/>
      <w:r>
        <w:rPr>
          <w:rFonts w:ascii="仿宋" w:eastAsia="仿宋" w:hAnsi="仿宋"/>
          <w:sz w:val="32"/>
          <w:lang w:eastAsia="zh-CN"/>
        </w:rPr>
        <w:t>丽道元</w:t>
      </w:r>
      <w:proofErr w:type="gramEnd"/>
      <w:r>
        <w:rPr>
          <w:rFonts w:ascii="仿宋" w:eastAsia="仿宋" w:hAnsi="仿宋"/>
          <w:sz w:val="32"/>
          <w:lang w:eastAsia="zh-CN"/>
        </w:rPr>
        <w:t>知道了他会多么激动。对南方之地，水多为患。北方之地，时有干旱。若能使南方之水滋润北方，则利在千秋啊。我们现在就是在做一件立在千秋，任责万物的事情。水就应当润泽，万物丽道。元曾在水经注的序言当中写过。天下之多者。</w:t>
      </w:r>
    </w:p>
    <w:p w14:paraId="4614BB2F" w14:textId="77777777" w:rsidR="00E87C95" w:rsidRDefault="00000000">
      <w:pPr>
        <w:spacing w:after="0" w:line="579" w:lineRule="exact"/>
        <w:ind w:firstLine="640"/>
        <w:rPr>
          <w:lang w:eastAsia="zh-CN"/>
        </w:rPr>
      </w:pPr>
      <w:r>
        <w:rPr>
          <w:rFonts w:ascii="仿宋" w:eastAsia="仿宋" w:hAnsi="仿宋"/>
          <w:sz w:val="32"/>
          <w:lang w:eastAsia="zh-CN"/>
        </w:rPr>
        <w:t>谁？</w:t>
      </w:r>
      <w:proofErr w:type="gramStart"/>
      <w:r>
        <w:rPr>
          <w:rFonts w:ascii="仿宋" w:eastAsia="仿宋" w:hAnsi="仿宋"/>
          <w:sz w:val="32"/>
          <w:lang w:eastAsia="zh-CN"/>
        </w:rPr>
        <w:t>浮天载</w:t>
      </w:r>
      <w:proofErr w:type="gramEnd"/>
      <w:r>
        <w:rPr>
          <w:rFonts w:ascii="仿宋" w:eastAsia="仿宋" w:hAnsi="仿宋"/>
          <w:sz w:val="32"/>
          <w:lang w:eastAsia="zh-CN"/>
        </w:rPr>
        <w:t>地，高下无所不至。万物无所</w:t>
      </w:r>
      <w:proofErr w:type="gramStart"/>
      <w:r>
        <w:rPr>
          <w:rFonts w:ascii="仿宋" w:eastAsia="仿宋" w:hAnsi="仿宋"/>
          <w:sz w:val="32"/>
          <w:lang w:eastAsia="zh-CN"/>
        </w:rPr>
        <w:t>不</w:t>
      </w:r>
      <w:proofErr w:type="gramEnd"/>
      <w:r>
        <w:rPr>
          <w:rFonts w:ascii="仿宋" w:eastAsia="仿宋" w:hAnsi="仿宋"/>
          <w:sz w:val="32"/>
          <w:lang w:eastAsia="zh-CN"/>
        </w:rPr>
        <w:t>润，天下之多者，谁也</w:t>
      </w:r>
      <w:proofErr w:type="gramStart"/>
      <w:r>
        <w:rPr>
          <w:rFonts w:ascii="仿宋" w:eastAsia="仿宋" w:hAnsi="仿宋"/>
          <w:sz w:val="32"/>
          <w:lang w:eastAsia="zh-CN"/>
        </w:rPr>
        <w:t>浮天载</w:t>
      </w:r>
      <w:proofErr w:type="gramEnd"/>
      <w:r>
        <w:rPr>
          <w:rFonts w:ascii="仿宋" w:eastAsia="仿宋" w:hAnsi="仿宋"/>
          <w:sz w:val="32"/>
          <w:lang w:eastAsia="zh-CN"/>
        </w:rPr>
        <w:t>地。高下无所不至，万物无所</w:t>
      </w:r>
      <w:proofErr w:type="gramStart"/>
      <w:r>
        <w:rPr>
          <w:rFonts w:ascii="仿宋" w:eastAsia="仿宋" w:hAnsi="仿宋"/>
          <w:sz w:val="32"/>
          <w:lang w:eastAsia="zh-CN"/>
        </w:rPr>
        <w:t>不</w:t>
      </w:r>
      <w:proofErr w:type="gramEnd"/>
      <w:r>
        <w:rPr>
          <w:rFonts w:ascii="仿宋" w:eastAsia="仿宋" w:hAnsi="仿宋"/>
          <w:sz w:val="32"/>
          <w:lang w:eastAsia="zh-CN"/>
        </w:rPr>
        <w:t>润。北魏地理学家郦道元以水经为基础，记载了1000多条水道。并增加了关于地貌动植物诚意民族水利工程历史遗迹等丰富内容。对后世地理研究影响深远。今天在典籍里的中国，就让我们一起识读中国第一部以水道为纲的综合性地理学典籍。水经注。</w:t>
      </w:r>
    </w:p>
    <w:p w14:paraId="245DCAC6" w14:textId="77777777" w:rsidR="00E87C95" w:rsidRDefault="00000000">
      <w:pPr>
        <w:spacing w:after="0" w:line="579" w:lineRule="exact"/>
        <w:ind w:firstLine="640"/>
        <w:rPr>
          <w:lang w:eastAsia="zh-CN"/>
        </w:rPr>
      </w:pPr>
      <w:r>
        <w:rPr>
          <w:rFonts w:ascii="仿宋" w:eastAsia="仿宋" w:hAnsi="仿宋"/>
          <w:sz w:val="32"/>
          <w:lang w:eastAsia="zh-CN"/>
        </w:rPr>
        <w:t>打开典籍品读中国，欢迎走进典籍里的中国。我是王嘉宁。天下之多者，水也。水无处不至，无所</w:t>
      </w:r>
      <w:proofErr w:type="gramStart"/>
      <w:r>
        <w:rPr>
          <w:rFonts w:ascii="仿宋" w:eastAsia="仿宋" w:hAnsi="仿宋"/>
          <w:sz w:val="32"/>
          <w:lang w:eastAsia="zh-CN"/>
        </w:rPr>
        <w:t>不</w:t>
      </w:r>
      <w:proofErr w:type="gramEnd"/>
      <w:r>
        <w:rPr>
          <w:rFonts w:ascii="仿宋" w:eastAsia="仿宋" w:hAnsi="仿宋"/>
          <w:sz w:val="32"/>
          <w:lang w:eastAsia="zh-CN"/>
        </w:rPr>
        <w:t>润。郦道元博览群书，醉心山河。他用凝练的笔墨，动人的描述，铸成了被誉为宇宙未有之奇书的水经注。穿越千年，共画山河。今天，</w:t>
      </w:r>
    </w:p>
    <w:p w14:paraId="3D38D975" w14:textId="77777777" w:rsidR="00E87C95" w:rsidRDefault="00000000">
      <w:pPr>
        <w:spacing w:after="0" w:line="579" w:lineRule="exact"/>
        <w:ind w:firstLine="640"/>
        <w:rPr>
          <w:lang w:eastAsia="zh-CN"/>
        </w:rPr>
      </w:pPr>
      <w:r>
        <w:rPr>
          <w:rFonts w:ascii="仿宋" w:eastAsia="仿宋" w:hAnsi="仿宋"/>
          <w:sz w:val="32"/>
          <w:lang w:eastAsia="zh-CN"/>
        </w:rPr>
        <w:t>让我们与三位读书人一同品读水经注。三位老师好，欢迎来到典籍里的中国。同时，今天的演员们此刻也就坐于官房间，与我们一起来聆听专家老师对于水经注的解读，欢迎他们。在刚才的开场戏剧当中，南水北调穿黄工程的工作人员在</w:t>
      </w:r>
      <w:proofErr w:type="gramStart"/>
      <w:r>
        <w:rPr>
          <w:rFonts w:ascii="仿宋" w:eastAsia="仿宋" w:hAnsi="仿宋"/>
          <w:sz w:val="32"/>
          <w:lang w:eastAsia="zh-CN"/>
        </w:rPr>
        <w:t>畅想着</w:t>
      </w:r>
      <w:proofErr w:type="gramEnd"/>
      <w:r>
        <w:rPr>
          <w:rFonts w:ascii="仿宋" w:eastAsia="仿宋" w:hAnsi="仿宋"/>
          <w:sz w:val="32"/>
          <w:lang w:eastAsia="zh-CN"/>
        </w:rPr>
        <w:t>奔腾的长江，黄河实现第一次握手。真正的惠泽</w:t>
      </w:r>
      <w:r>
        <w:rPr>
          <w:rFonts w:ascii="仿宋" w:eastAsia="仿宋" w:hAnsi="仿宋"/>
          <w:sz w:val="32"/>
          <w:lang w:eastAsia="zh-CN"/>
        </w:rPr>
        <w:lastRenderedPageBreak/>
        <w:t>千家万户，所以咱们中国人历来就特别重视水利。对呀，因为中国是一个农业古国呀。因此，</w:t>
      </w:r>
    </w:p>
    <w:p w14:paraId="48FB3AF0" w14:textId="77777777" w:rsidR="00E87C95" w:rsidRDefault="00000000">
      <w:pPr>
        <w:spacing w:after="0" w:line="579" w:lineRule="exact"/>
        <w:ind w:firstLine="640"/>
        <w:rPr>
          <w:lang w:eastAsia="zh-CN"/>
        </w:rPr>
      </w:pPr>
      <w:r>
        <w:rPr>
          <w:rFonts w:ascii="仿宋" w:eastAsia="仿宋" w:hAnsi="仿宋"/>
          <w:sz w:val="32"/>
          <w:lang w:eastAsia="zh-CN"/>
        </w:rPr>
        <w:t>中国自古就在丽水治水呀，你比方说最早的时候大禹治水嘛啊，那是一个</w:t>
      </w:r>
      <w:proofErr w:type="gramStart"/>
      <w:r>
        <w:rPr>
          <w:rFonts w:ascii="仿宋" w:eastAsia="仿宋" w:hAnsi="仿宋"/>
          <w:sz w:val="32"/>
          <w:lang w:eastAsia="zh-CN"/>
        </w:rPr>
        <w:t>呃</w:t>
      </w:r>
      <w:proofErr w:type="gramEnd"/>
      <w:r>
        <w:rPr>
          <w:rFonts w:ascii="仿宋" w:eastAsia="仿宋" w:hAnsi="仿宋"/>
          <w:sz w:val="32"/>
          <w:lang w:eastAsia="zh-CN"/>
        </w:rPr>
        <w:t>沟通河道，造福万民的事情啊。李冰父子修都江堰，那是把这个成都平原变成天府之国呀，还有咱们一直延续千年的治理，黄河到今天，咱们的三峡工程南水北调。因为水利是关系到国计民生的大事是。中国古代就有许多关于水稻的记载的典籍，比如在郦道元水经注的序言当中，他就提到像上书与贡。《周礼·职方》还有《汉书·地理志》，哎，</w:t>
      </w:r>
    </w:p>
    <w:p w14:paraId="6910F66E" w14:textId="77777777" w:rsidR="00E87C95" w:rsidRDefault="00000000">
      <w:pPr>
        <w:spacing w:after="0" w:line="579" w:lineRule="exact"/>
        <w:ind w:firstLine="640"/>
        <w:rPr>
          <w:lang w:eastAsia="zh-CN"/>
        </w:rPr>
      </w:pPr>
      <w:r>
        <w:rPr>
          <w:rFonts w:ascii="仿宋" w:eastAsia="仿宋" w:hAnsi="仿宋"/>
          <w:sz w:val="32"/>
          <w:lang w:eastAsia="zh-CN"/>
        </w:rPr>
        <w:t>这样的一些点击，但是呢，郦道元觉得这些点击不是周而不备，就是简而不周。意思是说虽然周到，但不完备，有要点而不齐全，另外呢，郦道元还提及了一部水道的专书啊，称之为水经。但是他认为，这部水经里边呢，是</w:t>
      </w:r>
      <w:proofErr w:type="gramStart"/>
      <w:r>
        <w:rPr>
          <w:rFonts w:ascii="仿宋" w:eastAsia="仿宋" w:hAnsi="仿宋"/>
          <w:sz w:val="32"/>
          <w:lang w:eastAsia="zh-CN"/>
        </w:rPr>
        <w:t>叫做粗缀精细</w:t>
      </w:r>
      <w:proofErr w:type="gramEnd"/>
      <w:r>
        <w:rPr>
          <w:rFonts w:ascii="仿宋" w:eastAsia="仿宋" w:hAnsi="仿宋"/>
          <w:sz w:val="32"/>
          <w:lang w:eastAsia="zh-CN"/>
        </w:rPr>
        <w:t>又缺旁通，这个意思就是水经主要是记载了一些水稻的。</w:t>
      </w:r>
    </w:p>
    <w:p w14:paraId="4ACAD3B8" w14:textId="77777777" w:rsidR="00E87C95" w:rsidRDefault="00000000">
      <w:pPr>
        <w:spacing w:after="0" w:line="579" w:lineRule="exact"/>
        <w:ind w:firstLine="640"/>
        <w:rPr>
          <w:lang w:eastAsia="zh-CN"/>
        </w:rPr>
      </w:pPr>
      <w:proofErr w:type="gramStart"/>
      <w:r>
        <w:rPr>
          <w:rFonts w:ascii="仿宋" w:eastAsia="仿宋" w:hAnsi="仿宋"/>
          <w:sz w:val="32"/>
          <w:lang w:eastAsia="zh-CN"/>
        </w:rPr>
        <w:t>发源跟</w:t>
      </w:r>
      <w:proofErr w:type="gramEnd"/>
      <w:r>
        <w:rPr>
          <w:rFonts w:ascii="仿宋" w:eastAsia="仿宋" w:hAnsi="仿宋"/>
          <w:sz w:val="32"/>
          <w:lang w:eastAsia="zh-CN"/>
        </w:rPr>
        <w:t>流向对相关的一些支流啊，还有相关的地理人文的一些信息，他却没有记载。所以呢，郦道元觉得有必要重新注一部关于水道的专书。所以</w:t>
      </w:r>
      <w:proofErr w:type="gramStart"/>
      <w:r>
        <w:rPr>
          <w:rFonts w:ascii="仿宋" w:eastAsia="仿宋" w:hAnsi="仿宋"/>
          <w:sz w:val="32"/>
          <w:lang w:eastAsia="zh-CN"/>
        </w:rPr>
        <w:t>丽道元其实</w:t>
      </w:r>
      <w:proofErr w:type="gramEnd"/>
      <w:r>
        <w:rPr>
          <w:rFonts w:ascii="仿宋" w:eastAsia="仿宋" w:hAnsi="仿宋"/>
          <w:sz w:val="32"/>
          <w:lang w:eastAsia="zh-CN"/>
        </w:rPr>
        <w:t>是从古代这么多的典籍当中，选取了同类典籍里面最系统的水经。去进行丰富和扩充的是的水经大致成书于东汉末年三国时期，全书一万多字。大致记述了100多条河流的发源流程及归宿水经注呢，是郦道元以水经为基础。重新编排整理资料所做的注释</w:t>
      </w:r>
      <w:r>
        <w:rPr>
          <w:rFonts w:ascii="仿宋" w:eastAsia="仿宋" w:hAnsi="仿宋"/>
          <w:sz w:val="32"/>
          <w:lang w:eastAsia="zh-CN"/>
        </w:rPr>
        <w:lastRenderedPageBreak/>
        <w:t>注解一共是40卷，是一部空前的地理学的巨著。水经注呢，是因为水经而得名，</w:t>
      </w:r>
    </w:p>
    <w:p w14:paraId="62291A0D" w14:textId="77777777" w:rsidR="00E87C95" w:rsidRDefault="00000000">
      <w:pPr>
        <w:spacing w:after="0" w:line="579" w:lineRule="exact"/>
        <w:ind w:firstLine="640"/>
        <w:rPr>
          <w:lang w:eastAsia="zh-CN"/>
        </w:rPr>
      </w:pPr>
      <w:r>
        <w:rPr>
          <w:rFonts w:ascii="仿宋" w:eastAsia="仿宋" w:hAnsi="仿宋"/>
          <w:sz w:val="32"/>
          <w:lang w:eastAsia="zh-CN"/>
        </w:rPr>
        <w:t>但实际上郦道元当初写的时候，他并没有说我想写一本书，就叫水经注。古人是很谦逊的，觉得有这样的一个经典在这里了，我为他做注释嘛。</w:t>
      </w:r>
      <w:proofErr w:type="gramStart"/>
      <w:r>
        <w:rPr>
          <w:rFonts w:ascii="仿宋" w:eastAsia="仿宋" w:hAnsi="仿宋"/>
          <w:sz w:val="32"/>
          <w:lang w:eastAsia="zh-CN"/>
        </w:rPr>
        <w:t>魏叔讲</w:t>
      </w:r>
      <w:proofErr w:type="gramEnd"/>
      <w:r>
        <w:rPr>
          <w:rFonts w:ascii="仿宋" w:eastAsia="仿宋" w:hAnsi="仿宋"/>
          <w:sz w:val="32"/>
          <w:lang w:eastAsia="zh-CN"/>
        </w:rPr>
        <w:t>啊，</w:t>
      </w:r>
      <w:proofErr w:type="gramStart"/>
      <w:r>
        <w:rPr>
          <w:rFonts w:ascii="仿宋" w:eastAsia="仿宋" w:hAnsi="仿宋"/>
          <w:sz w:val="32"/>
          <w:lang w:eastAsia="zh-CN"/>
        </w:rPr>
        <w:t>道元好</w:t>
      </w:r>
      <w:proofErr w:type="gramEnd"/>
      <w:r>
        <w:rPr>
          <w:rFonts w:ascii="仿宋" w:eastAsia="仿宋" w:hAnsi="仿宋"/>
          <w:sz w:val="32"/>
          <w:lang w:eastAsia="zh-CN"/>
        </w:rPr>
        <w:t>学历，览奇书，</w:t>
      </w:r>
      <w:proofErr w:type="gramStart"/>
      <w:r>
        <w:rPr>
          <w:rFonts w:ascii="仿宋" w:eastAsia="仿宋" w:hAnsi="仿宋"/>
          <w:sz w:val="32"/>
          <w:lang w:eastAsia="zh-CN"/>
        </w:rPr>
        <w:t>撰注《水经》</w:t>
      </w:r>
      <w:proofErr w:type="gramEnd"/>
      <w:r>
        <w:rPr>
          <w:rFonts w:ascii="仿宋" w:eastAsia="仿宋" w:hAnsi="仿宋"/>
          <w:sz w:val="32"/>
          <w:lang w:eastAsia="zh-CN"/>
        </w:rPr>
        <w:t>。水经40卷，只是呢，他这个注释啊，太丰富了，已经超出原书几十倍了。</w:t>
      </w:r>
    </w:p>
    <w:p w14:paraId="5DD94740" w14:textId="77777777" w:rsidR="00E87C95" w:rsidRDefault="00000000">
      <w:pPr>
        <w:spacing w:after="0" w:line="579" w:lineRule="exact"/>
        <w:ind w:firstLine="640"/>
        <w:rPr>
          <w:lang w:eastAsia="zh-CN"/>
        </w:rPr>
      </w:pPr>
      <w:r>
        <w:rPr>
          <w:rFonts w:ascii="仿宋" w:eastAsia="仿宋" w:hAnsi="仿宋"/>
          <w:sz w:val="32"/>
          <w:lang w:eastAsia="zh-CN"/>
        </w:rPr>
        <w:t>所以后来人们认为这完全就是一本专门的著作，所以才有了现在我们看到的水经注。水经注记载的是水经的数十倍之多。那么，它都在哪些方面做了扩充呢？水经</w:t>
      </w:r>
      <w:proofErr w:type="gramStart"/>
      <w:r>
        <w:rPr>
          <w:rFonts w:ascii="仿宋" w:eastAsia="仿宋" w:hAnsi="仿宋"/>
          <w:sz w:val="32"/>
          <w:lang w:eastAsia="zh-CN"/>
        </w:rPr>
        <w:t>柱突破</w:t>
      </w:r>
      <w:proofErr w:type="gramEnd"/>
      <w:r>
        <w:rPr>
          <w:rFonts w:ascii="仿宋" w:eastAsia="仿宋" w:hAnsi="仿宋"/>
          <w:sz w:val="32"/>
          <w:lang w:eastAsia="zh-CN"/>
        </w:rPr>
        <w:t>了</w:t>
      </w:r>
      <w:proofErr w:type="gramStart"/>
      <w:r>
        <w:rPr>
          <w:rFonts w:ascii="仿宋" w:eastAsia="仿宋" w:hAnsi="仿宋"/>
          <w:sz w:val="32"/>
          <w:lang w:eastAsia="zh-CN"/>
        </w:rPr>
        <w:t>水经只记载</w:t>
      </w:r>
      <w:proofErr w:type="gramEnd"/>
      <w:r>
        <w:rPr>
          <w:rFonts w:ascii="仿宋" w:eastAsia="仿宋" w:hAnsi="仿宋"/>
          <w:sz w:val="32"/>
          <w:lang w:eastAsia="zh-CN"/>
        </w:rPr>
        <w:t>水道干流这样的一个局限。清代学者对水经注的这种撰述形式</w:t>
      </w:r>
      <w:proofErr w:type="gramStart"/>
      <w:r>
        <w:rPr>
          <w:rFonts w:ascii="仿宋" w:eastAsia="仿宋" w:hAnsi="仿宋"/>
          <w:sz w:val="32"/>
          <w:lang w:eastAsia="zh-CN"/>
        </w:rPr>
        <w:t>呃</w:t>
      </w:r>
      <w:proofErr w:type="gramEnd"/>
      <w:r>
        <w:rPr>
          <w:rFonts w:ascii="仿宋" w:eastAsia="仿宋" w:hAnsi="仿宋"/>
          <w:sz w:val="32"/>
          <w:lang w:eastAsia="zh-CN"/>
        </w:rPr>
        <w:t>做了一个概括，称之为阴水以政地。极地存古，就是说不仅把水稻的情况描写清楚，还有把水稻经过的一些诚意做重点的介绍。这样的话，就使得水经注包罗万象，比如像大家所熟悉的呃，开凿于北魏时期的龙门石窟，</w:t>
      </w:r>
    </w:p>
    <w:p w14:paraId="738F5CFB" w14:textId="77777777" w:rsidR="00E87C95" w:rsidRDefault="00000000">
      <w:pPr>
        <w:spacing w:after="0" w:line="579" w:lineRule="exact"/>
        <w:ind w:firstLine="640"/>
        <w:rPr>
          <w:lang w:eastAsia="zh-CN"/>
        </w:rPr>
      </w:pPr>
      <w:r>
        <w:rPr>
          <w:rFonts w:ascii="仿宋" w:eastAsia="仿宋" w:hAnsi="仿宋"/>
          <w:sz w:val="32"/>
          <w:lang w:eastAsia="zh-CN"/>
        </w:rPr>
        <w:t>在水经注当中都有生动的记载。因此，我们称水经注是一部百科全书式的典籍。要写成这样一部涉及广泛的巨著呢？郦道元要广泛的搜集资料并加以分析。他在自序里面就说到呢。</w:t>
      </w:r>
      <w:proofErr w:type="gramStart"/>
      <w:r>
        <w:rPr>
          <w:rFonts w:ascii="仿宋" w:eastAsia="仿宋" w:hAnsi="仿宋"/>
          <w:sz w:val="32"/>
          <w:lang w:eastAsia="zh-CN"/>
        </w:rPr>
        <w:t>脉其支流</w:t>
      </w:r>
      <w:proofErr w:type="gramEnd"/>
      <w:r>
        <w:rPr>
          <w:rFonts w:ascii="仿宋" w:eastAsia="仿宋" w:hAnsi="仿宋"/>
          <w:sz w:val="32"/>
          <w:lang w:eastAsia="zh-CN"/>
        </w:rPr>
        <w:t>之吐纳，整齐沿路之所缠，</w:t>
      </w:r>
      <w:proofErr w:type="gramStart"/>
      <w:r>
        <w:rPr>
          <w:rFonts w:ascii="仿宋" w:eastAsia="仿宋" w:hAnsi="仿宋"/>
          <w:sz w:val="32"/>
          <w:lang w:eastAsia="zh-CN"/>
        </w:rPr>
        <w:t>仿读搜渠</w:t>
      </w:r>
      <w:proofErr w:type="gramEnd"/>
      <w:r>
        <w:rPr>
          <w:rFonts w:ascii="仿宋" w:eastAsia="仿宋" w:hAnsi="仿宋"/>
          <w:sz w:val="32"/>
          <w:lang w:eastAsia="zh-CN"/>
        </w:rPr>
        <w:t>及而缀之也。就是说，大部分的内容啊，都是他通过了考察，寻求搜集资料。并加以记录整理进来的。在水经注之前，</w:t>
      </w:r>
    </w:p>
    <w:p w14:paraId="5DEEF740" w14:textId="77777777" w:rsidR="00E87C95" w:rsidRDefault="00000000">
      <w:pPr>
        <w:spacing w:after="0" w:line="579" w:lineRule="exact"/>
        <w:ind w:firstLine="640"/>
        <w:rPr>
          <w:lang w:eastAsia="zh-CN"/>
        </w:rPr>
      </w:pPr>
      <w:r>
        <w:rPr>
          <w:rFonts w:ascii="仿宋" w:eastAsia="仿宋" w:hAnsi="仿宋"/>
          <w:sz w:val="32"/>
          <w:lang w:eastAsia="zh-CN"/>
        </w:rPr>
        <w:lastRenderedPageBreak/>
        <w:t>也有不少地理著作流传，但像这样结合实地考察和相关</w:t>
      </w:r>
      <w:proofErr w:type="gramStart"/>
      <w:r>
        <w:rPr>
          <w:rFonts w:ascii="仿宋" w:eastAsia="仿宋" w:hAnsi="仿宋"/>
          <w:sz w:val="32"/>
          <w:lang w:eastAsia="zh-CN"/>
        </w:rPr>
        <w:t>文献撰注成书</w:t>
      </w:r>
      <w:proofErr w:type="gramEnd"/>
      <w:r>
        <w:rPr>
          <w:rFonts w:ascii="仿宋" w:eastAsia="仿宋" w:hAnsi="仿宋"/>
          <w:sz w:val="32"/>
          <w:lang w:eastAsia="zh-CN"/>
        </w:rPr>
        <w:t>的水经注，无疑是具有开创性的一部。水经注到现在还有极高的学术价值呢。所以说水</w:t>
      </w:r>
      <w:proofErr w:type="gramStart"/>
      <w:r>
        <w:rPr>
          <w:rFonts w:ascii="仿宋" w:eastAsia="仿宋" w:hAnsi="仿宋"/>
          <w:sz w:val="32"/>
          <w:lang w:eastAsia="zh-CN"/>
        </w:rPr>
        <w:t>经注它是</w:t>
      </w:r>
      <w:proofErr w:type="gramEnd"/>
      <w:r>
        <w:rPr>
          <w:rFonts w:ascii="仿宋" w:eastAsia="仿宋" w:hAnsi="仿宋"/>
          <w:sz w:val="32"/>
          <w:lang w:eastAsia="zh-CN"/>
        </w:rPr>
        <w:t>以水道为纲，然后进行大量全面系统内容的扩充，直到现在为止，对于我们的科学研究也是具有指导意义和重要价值的。这个呀，我给你举一个例子，阴山岩画的例子。这就是我们在水经注的指引下发现的一个奇观呐，水经河水注啊，他讲河水又东北历石崖山西。去北城500里哎，</w:t>
      </w:r>
    </w:p>
    <w:p w14:paraId="33904C02" w14:textId="77777777" w:rsidR="00E87C95" w:rsidRDefault="00000000">
      <w:pPr>
        <w:spacing w:after="0" w:line="579" w:lineRule="exact"/>
        <w:ind w:firstLine="640"/>
        <w:rPr>
          <w:lang w:eastAsia="zh-CN"/>
        </w:rPr>
      </w:pPr>
      <w:r>
        <w:rPr>
          <w:rFonts w:ascii="仿宋" w:eastAsia="仿宋" w:hAnsi="仿宋"/>
          <w:sz w:val="32"/>
          <w:lang w:eastAsia="zh-CN"/>
        </w:rPr>
        <w:t>这个其实就到我们现在的阴山一带了嘛，他说呀，这石头上自然有纹，那个纹饰是什么样的纹饰呢？</w:t>
      </w:r>
      <w:proofErr w:type="gramStart"/>
      <w:r>
        <w:rPr>
          <w:rFonts w:ascii="仿宋" w:eastAsia="仿宋" w:hAnsi="仿宋"/>
          <w:sz w:val="32"/>
          <w:lang w:eastAsia="zh-CN"/>
        </w:rPr>
        <w:t>是虎啊马</w:t>
      </w:r>
      <w:proofErr w:type="gramEnd"/>
      <w:r>
        <w:rPr>
          <w:rFonts w:ascii="仿宋" w:eastAsia="仿宋" w:hAnsi="仿宋"/>
          <w:sz w:val="32"/>
          <w:lang w:eastAsia="zh-CN"/>
        </w:rPr>
        <w:t>呀。这类动物的样子就像画儿一样，所以当时他就称之为画石山呐，那后来我们当代的学者就根据他提供这个线索就去实地考察去了。然后发现阴山又连绵不断的大量的演化，上万幅之多，而且呢，它的历史非常久，从旧石器时代一直到明清时期。这是我们迄今为止发现的分布最广，内容也最多样的演化呀，</w:t>
      </w:r>
    </w:p>
    <w:p w14:paraId="41C0C8EF" w14:textId="77777777" w:rsidR="00E87C95" w:rsidRDefault="00000000">
      <w:pPr>
        <w:spacing w:after="0" w:line="579" w:lineRule="exact"/>
        <w:ind w:firstLine="640"/>
        <w:rPr>
          <w:lang w:eastAsia="zh-CN"/>
        </w:rPr>
      </w:pPr>
      <w:r>
        <w:rPr>
          <w:rFonts w:ascii="仿宋" w:eastAsia="仿宋" w:hAnsi="仿宋"/>
          <w:sz w:val="32"/>
          <w:lang w:eastAsia="zh-CN"/>
        </w:rPr>
        <w:t>是轰动国内外学术界的一个奇迹。郦道元所撰写的水经</w:t>
      </w:r>
      <w:proofErr w:type="gramStart"/>
      <w:r>
        <w:rPr>
          <w:rFonts w:ascii="仿宋" w:eastAsia="仿宋" w:hAnsi="仿宋"/>
          <w:sz w:val="32"/>
          <w:lang w:eastAsia="zh-CN"/>
        </w:rPr>
        <w:t>注学术</w:t>
      </w:r>
      <w:proofErr w:type="gramEnd"/>
      <w:r>
        <w:rPr>
          <w:rFonts w:ascii="仿宋" w:eastAsia="仿宋" w:hAnsi="仿宋"/>
          <w:sz w:val="32"/>
          <w:lang w:eastAsia="zh-CN"/>
        </w:rPr>
        <w:t>价值极高，他本人呢，也被称为世界地理学的先导。那么，</w:t>
      </w:r>
      <w:proofErr w:type="gramStart"/>
      <w:r>
        <w:rPr>
          <w:rFonts w:ascii="仿宋" w:eastAsia="仿宋" w:hAnsi="仿宋"/>
          <w:sz w:val="32"/>
          <w:lang w:eastAsia="zh-CN"/>
        </w:rPr>
        <w:t>丽道元</w:t>
      </w:r>
      <w:proofErr w:type="gramEnd"/>
      <w:r>
        <w:rPr>
          <w:rFonts w:ascii="仿宋" w:eastAsia="仿宋" w:hAnsi="仿宋"/>
          <w:sz w:val="32"/>
          <w:lang w:eastAsia="zh-CN"/>
        </w:rPr>
        <w:t>是一个怎样的人？</w:t>
      </w:r>
      <w:proofErr w:type="gramStart"/>
      <w:r>
        <w:rPr>
          <w:rFonts w:ascii="仿宋" w:eastAsia="仿宋" w:hAnsi="仿宋"/>
          <w:sz w:val="32"/>
          <w:lang w:eastAsia="zh-CN"/>
        </w:rPr>
        <w:t>丽道元</w:t>
      </w:r>
      <w:proofErr w:type="gramEnd"/>
      <w:r>
        <w:rPr>
          <w:rFonts w:ascii="仿宋" w:eastAsia="仿宋" w:hAnsi="仿宋"/>
          <w:sz w:val="32"/>
          <w:lang w:eastAsia="zh-CN"/>
        </w:rPr>
        <w:t>出生于官涣世家，他的父亲郦范呢，是北魏著名</w:t>
      </w:r>
      <w:proofErr w:type="gramStart"/>
      <w:r>
        <w:rPr>
          <w:rFonts w:ascii="仿宋" w:eastAsia="仿宋" w:hAnsi="仿宋"/>
          <w:sz w:val="32"/>
          <w:lang w:eastAsia="zh-CN"/>
        </w:rPr>
        <w:t>的思朝大臣</w:t>
      </w:r>
      <w:proofErr w:type="gramEnd"/>
      <w:r>
        <w:rPr>
          <w:rFonts w:ascii="仿宋" w:eastAsia="仿宋" w:hAnsi="仿宋"/>
          <w:sz w:val="32"/>
          <w:lang w:eastAsia="zh-CN"/>
        </w:rPr>
        <w:t>，绝智范阳公。郦道元，他小时候呢，就非常好学，力</w:t>
      </w:r>
      <w:proofErr w:type="gramStart"/>
      <w:r>
        <w:rPr>
          <w:rFonts w:ascii="仿宋" w:eastAsia="仿宋" w:hAnsi="仿宋"/>
          <w:sz w:val="32"/>
          <w:lang w:eastAsia="zh-CN"/>
        </w:rPr>
        <w:t>览</w:t>
      </w:r>
      <w:proofErr w:type="gramEnd"/>
      <w:r>
        <w:rPr>
          <w:rFonts w:ascii="仿宋" w:eastAsia="仿宋" w:hAnsi="仿宋"/>
          <w:sz w:val="32"/>
          <w:lang w:eastAsia="zh-CN"/>
        </w:rPr>
        <w:t>奇书。少年的时候呢，</w:t>
      </w:r>
    </w:p>
    <w:p w14:paraId="1BE95B5C" w14:textId="77777777" w:rsidR="00E87C95" w:rsidRDefault="00000000">
      <w:pPr>
        <w:spacing w:after="0" w:line="579" w:lineRule="exact"/>
        <w:ind w:firstLine="640"/>
        <w:rPr>
          <w:lang w:eastAsia="zh-CN"/>
        </w:rPr>
      </w:pPr>
      <w:r>
        <w:rPr>
          <w:rFonts w:ascii="仿宋" w:eastAsia="仿宋" w:hAnsi="仿宋"/>
          <w:sz w:val="32"/>
          <w:lang w:eastAsia="zh-CN"/>
        </w:rPr>
        <w:lastRenderedPageBreak/>
        <w:t>父亲</w:t>
      </w:r>
      <w:proofErr w:type="gramStart"/>
      <w:r>
        <w:rPr>
          <w:rFonts w:ascii="仿宋" w:eastAsia="仿宋" w:hAnsi="仿宋"/>
          <w:sz w:val="32"/>
          <w:lang w:eastAsia="zh-CN"/>
        </w:rPr>
        <w:t>郦</w:t>
      </w:r>
      <w:proofErr w:type="gramEnd"/>
      <w:r>
        <w:rPr>
          <w:rFonts w:ascii="仿宋" w:eastAsia="仿宋" w:hAnsi="仿宋"/>
          <w:sz w:val="32"/>
          <w:lang w:eastAsia="zh-CN"/>
        </w:rPr>
        <w:t>范任青州刺史，他得以遍游山东。20多岁呢，他步入仕途，曾随行孝文帝出巡北方，还见证过孝文帝太和改制迁都洛阳的壮举。后来，他因为性格刚正。不为权势所容，所以屡遭贬折，也正是因为如此呢？他得以在多地任职，游历了北方黄淮流域的一些地区。每到一处呢，他都留心考察河道沟渠，</w:t>
      </w:r>
    </w:p>
    <w:p w14:paraId="6262866D" w14:textId="77777777" w:rsidR="00E87C95" w:rsidRDefault="00000000">
      <w:pPr>
        <w:spacing w:after="0" w:line="579" w:lineRule="exact"/>
        <w:ind w:firstLine="640"/>
        <w:rPr>
          <w:lang w:eastAsia="zh-CN"/>
        </w:rPr>
      </w:pPr>
      <w:r>
        <w:rPr>
          <w:rFonts w:ascii="仿宋" w:eastAsia="仿宋" w:hAnsi="仿宋"/>
          <w:sz w:val="32"/>
          <w:lang w:eastAsia="zh-CN"/>
        </w:rPr>
        <w:t>搜集风土民情，最终写成了水经注。这样一部地理巨著。郦道元不仅仅是一个伟大的地理学家，他还是一个游记文学的开创者呀。比方说啊，咱们现在中学课本选这个水经路的名篇三峡。两岸连山略无阙，</w:t>
      </w:r>
      <w:proofErr w:type="gramStart"/>
      <w:r>
        <w:rPr>
          <w:rFonts w:ascii="仿宋" w:eastAsia="仿宋" w:hAnsi="仿宋"/>
          <w:sz w:val="32"/>
          <w:lang w:eastAsia="zh-CN"/>
        </w:rPr>
        <w:t>处嘛说</w:t>
      </w:r>
      <w:proofErr w:type="gramEnd"/>
      <w:r>
        <w:rPr>
          <w:rFonts w:ascii="仿宋" w:eastAsia="仿宋" w:hAnsi="仿宋"/>
          <w:sz w:val="32"/>
          <w:lang w:eastAsia="zh-CN"/>
        </w:rPr>
        <w:t>呀，我一进三峡，你看那个山呐，就一簇一簇的聚在一起了。然后就讲一年四季的变化呀，你比方说啊，到这个夏天的时候，</w:t>
      </w:r>
    </w:p>
    <w:p w14:paraId="78CBF1AA" w14:textId="77777777" w:rsidR="00E87C95" w:rsidRDefault="00000000">
      <w:pPr>
        <w:spacing w:after="0" w:line="579" w:lineRule="exact"/>
        <w:ind w:firstLine="640"/>
        <w:rPr>
          <w:lang w:eastAsia="zh-CN"/>
        </w:rPr>
      </w:pPr>
      <w:r>
        <w:rPr>
          <w:rFonts w:ascii="仿宋" w:eastAsia="仿宋" w:hAnsi="仿宋"/>
          <w:sz w:val="32"/>
          <w:lang w:eastAsia="zh-CN"/>
        </w:rPr>
        <w:t>朝发白</w:t>
      </w:r>
      <w:proofErr w:type="gramStart"/>
      <w:r>
        <w:rPr>
          <w:rFonts w:ascii="仿宋" w:eastAsia="仿宋" w:hAnsi="仿宋"/>
          <w:sz w:val="32"/>
          <w:lang w:eastAsia="zh-CN"/>
        </w:rPr>
        <w:t>帝</w:t>
      </w:r>
      <w:proofErr w:type="gramEnd"/>
      <w:r>
        <w:rPr>
          <w:rFonts w:ascii="仿宋" w:eastAsia="仿宋" w:hAnsi="仿宋"/>
          <w:sz w:val="32"/>
          <w:lang w:eastAsia="zh-CN"/>
        </w:rPr>
        <w:t>暮到江陵。那春天的时候，悬泉瀑布飞漱其间，然后到秋天的时候，巴东三峡，巫峡长猿鸣三声</w:t>
      </w:r>
      <w:proofErr w:type="gramStart"/>
      <w:r>
        <w:rPr>
          <w:rFonts w:ascii="仿宋" w:eastAsia="仿宋" w:hAnsi="仿宋"/>
          <w:sz w:val="32"/>
          <w:lang w:eastAsia="zh-CN"/>
        </w:rPr>
        <w:t>泪沾长啊</w:t>
      </w:r>
      <w:proofErr w:type="gramEnd"/>
      <w:r>
        <w:rPr>
          <w:rFonts w:ascii="仿宋" w:eastAsia="仿宋" w:hAnsi="仿宋"/>
          <w:sz w:val="32"/>
          <w:lang w:eastAsia="zh-CN"/>
        </w:rPr>
        <w:t>。哎，这样200字的短文就把这个三峡的壮美呀，形容非常的贴切。这一段描述呢，它引自的是盛弘之的那个荆州记，现在很多南北朝的那些地理著作，那些游记文学，我们看不到了，但是郦道元当时看到了，</w:t>
      </w:r>
    </w:p>
    <w:p w14:paraId="43030071" w14:textId="77777777" w:rsidR="00E87C95" w:rsidRDefault="00000000">
      <w:pPr>
        <w:spacing w:after="0" w:line="579" w:lineRule="exact"/>
        <w:ind w:firstLine="640"/>
        <w:rPr>
          <w:lang w:eastAsia="zh-CN"/>
        </w:rPr>
      </w:pPr>
      <w:r>
        <w:rPr>
          <w:rFonts w:ascii="仿宋" w:eastAsia="仿宋" w:hAnsi="仿宋"/>
          <w:sz w:val="32"/>
          <w:lang w:eastAsia="zh-CN"/>
        </w:rPr>
        <w:t>他就把它有机的整合进自己。你的著作之中，让我们通过这一本书又看到了很多很多那个时代的游记文学作品。我当时就在想，哎呀，重岩叠嶂，</w:t>
      </w:r>
      <w:proofErr w:type="gramStart"/>
      <w:r>
        <w:rPr>
          <w:rFonts w:ascii="仿宋" w:eastAsia="仿宋" w:hAnsi="仿宋"/>
          <w:sz w:val="32"/>
          <w:lang w:eastAsia="zh-CN"/>
        </w:rPr>
        <w:t>隐天蔽日</w:t>
      </w:r>
      <w:proofErr w:type="gramEnd"/>
      <w:r>
        <w:rPr>
          <w:rFonts w:ascii="仿宋" w:eastAsia="仿宋" w:hAnsi="仿宋"/>
          <w:sz w:val="32"/>
          <w:lang w:eastAsia="zh-CN"/>
        </w:rPr>
        <w:t>，自非亭午夜分，</w:t>
      </w:r>
      <w:r>
        <w:rPr>
          <w:rFonts w:ascii="仿宋" w:eastAsia="仿宋" w:hAnsi="仿宋"/>
          <w:sz w:val="32"/>
          <w:lang w:eastAsia="zh-CN"/>
        </w:rPr>
        <w:lastRenderedPageBreak/>
        <w:t>不见曦月，这描写的也太好了。所以你看明朝这个散文家，</w:t>
      </w:r>
      <w:proofErr w:type="gramStart"/>
      <w:r>
        <w:rPr>
          <w:rFonts w:ascii="仿宋" w:eastAsia="仿宋" w:hAnsi="仿宋"/>
          <w:sz w:val="32"/>
          <w:lang w:eastAsia="zh-CN"/>
        </w:rPr>
        <w:t>张岱不就</w:t>
      </w:r>
      <w:proofErr w:type="gramEnd"/>
      <w:r>
        <w:rPr>
          <w:rFonts w:ascii="仿宋" w:eastAsia="仿宋" w:hAnsi="仿宋"/>
          <w:sz w:val="32"/>
          <w:lang w:eastAsia="zh-CN"/>
        </w:rPr>
        <w:t>讲嘛，说古人系山水手。太</w:t>
      </w:r>
      <w:proofErr w:type="gramStart"/>
      <w:r>
        <w:rPr>
          <w:rFonts w:ascii="仿宋" w:eastAsia="仿宋" w:hAnsi="仿宋"/>
          <w:sz w:val="32"/>
          <w:lang w:eastAsia="zh-CN"/>
        </w:rPr>
        <w:t>上丽道</w:t>
      </w:r>
      <w:proofErr w:type="gramEnd"/>
      <w:r>
        <w:rPr>
          <w:rFonts w:ascii="仿宋" w:eastAsia="仿宋" w:hAnsi="仿宋"/>
          <w:sz w:val="32"/>
          <w:lang w:eastAsia="zh-CN"/>
        </w:rPr>
        <w:t>，元呐！</w:t>
      </w:r>
    </w:p>
    <w:p w14:paraId="6534C84A" w14:textId="77777777" w:rsidR="00E87C95" w:rsidRDefault="00000000">
      <w:pPr>
        <w:spacing w:after="0" w:line="579" w:lineRule="exact"/>
        <w:ind w:firstLine="640"/>
        <w:rPr>
          <w:lang w:eastAsia="zh-CN"/>
        </w:rPr>
      </w:pPr>
      <w:r>
        <w:rPr>
          <w:rFonts w:ascii="仿宋" w:eastAsia="仿宋" w:hAnsi="仿宋"/>
          <w:sz w:val="32"/>
          <w:lang w:eastAsia="zh-CN"/>
        </w:rPr>
        <w:t>说写山水的文章。太上最好的境界是什么？</w:t>
      </w:r>
      <w:proofErr w:type="gramStart"/>
      <w:r>
        <w:rPr>
          <w:rFonts w:ascii="仿宋" w:eastAsia="仿宋" w:hAnsi="仿宋"/>
          <w:sz w:val="32"/>
          <w:lang w:eastAsia="zh-CN"/>
        </w:rPr>
        <w:t>丽道元</w:t>
      </w:r>
      <w:proofErr w:type="gramEnd"/>
      <w:r>
        <w:rPr>
          <w:rFonts w:ascii="仿宋" w:eastAsia="仿宋" w:hAnsi="仿宋"/>
          <w:sz w:val="32"/>
          <w:lang w:eastAsia="zh-CN"/>
        </w:rPr>
        <w:t>。感谢三位老师带我们识读水经注，那么在今天典籍里的中国的舞台上会怎样演绎？郦道元以及水经注的故事呢？我们一块儿去</w:t>
      </w:r>
      <w:proofErr w:type="gramStart"/>
      <w:r>
        <w:rPr>
          <w:rFonts w:ascii="仿宋" w:eastAsia="仿宋" w:hAnsi="仿宋"/>
          <w:sz w:val="32"/>
          <w:lang w:eastAsia="zh-CN"/>
        </w:rPr>
        <w:t>点读会</w:t>
      </w:r>
      <w:proofErr w:type="gramEnd"/>
      <w:r>
        <w:rPr>
          <w:rFonts w:ascii="仿宋" w:eastAsia="仿宋" w:hAnsi="仿宋"/>
          <w:sz w:val="32"/>
          <w:lang w:eastAsia="zh-CN"/>
        </w:rPr>
        <w:t>看看。各位好，欢迎来到典籍里的中</w:t>
      </w:r>
      <w:proofErr w:type="gramStart"/>
      <w:r>
        <w:rPr>
          <w:rFonts w:ascii="仿宋" w:eastAsia="仿宋" w:hAnsi="仿宋"/>
          <w:sz w:val="32"/>
          <w:lang w:eastAsia="zh-CN"/>
        </w:rPr>
        <w:t>国典读会</w:t>
      </w:r>
      <w:proofErr w:type="gramEnd"/>
      <w:r>
        <w:rPr>
          <w:rFonts w:ascii="仿宋" w:eastAsia="仿宋" w:hAnsi="仿宋"/>
          <w:sz w:val="32"/>
          <w:lang w:eastAsia="zh-CN"/>
        </w:rPr>
        <w:t>，我是当代读书人撒贝宁。今天我们要和大家一块品读的是中国历史上第一部以水道为纲的综合性地理学著作。水</w:t>
      </w:r>
      <w:proofErr w:type="gramStart"/>
      <w:r>
        <w:rPr>
          <w:rFonts w:ascii="仿宋" w:eastAsia="仿宋" w:hAnsi="仿宋"/>
          <w:sz w:val="32"/>
          <w:lang w:eastAsia="zh-CN"/>
        </w:rPr>
        <w:t>经注请各位</w:t>
      </w:r>
      <w:proofErr w:type="gramEnd"/>
      <w:r>
        <w:rPr>
          <w:rFonts w:ascii="仿宋" w:eastAsia="仿宋" w:hAnsi="仿宋"/>
          <w:sz w:val="32"/>
          <w:lang w:eastAsia="zh-CN"/>
        </w:rPr>
        <w:t>老师给观众朋友们做个自我介绍，大家好，我是演员程太深，在戏剧中。</w:t>
      </w:r>
    </w:p>
    <w:p w14:paraId="34F4A589" w14:textId="77777777" w:rsidR="00E87C95" w:rsidRDefault="00000000">
      <w:pPr>
        <w:spacing w:after="0" w:line="579" w:lineRule="exact"/>
        <w:ind w:firstLine="640"/>
        <w:rPr>
          <w:lang w:eastAsia="zh-CN"/>
        </w:rPr>
      </w:pPr>
      <w:r>
        <w:rPr>
          <w:rFonts w:ascii="仿宋" w:eastAsia="仿宋" w:hAnsi="仿宋"/>
          <w:sz w:val="32"/>
          <w:lang w:eastAsia="zh-CN"/>
        </w:rPr>
        <w:t>饰演郦道元。我是演员朱铁，在戏剧中扮演孝文帝大家好，我是典籍里的中国总编剧张坤鹏，欢迎三位来到我们的</w:t>
      </w:r>
      <w:proofErr w:type="gramStart"/>
      <w:r>
        <w:rPr>
          <w:rFonts w:ascii="仿宋" w:eastAsia="仿宋" w:hAnsi="仿宋"/>
          <w:sz w:val="32"/>
          <w:lang w:eastAsia="zh-CN"/>
        </w:rPr>
        <w:t>点读会</w:t>
      </w:r>
      <w:proofErr w:type="gramEnd"/>
      <w:r>
        <w:rPr>
          <w:rFonts w:ascii="仿宋" w:eastAsia="仿宋" w:hAnsi="仿宋"/>
          <w:sz w:val="32"/>
          <w:lang w:eastAsia="zh-CN"/>
        </w:rPr>
        <w:t>。我们知道水是中华文明诞生发展的一个根基，中国人自古以来就治水。清水留下了很多记载，是的，而水经注是以水道为纲，记载区域性地理信息最为著名的一部典籍。这一次我们的戏剧的主线和故事是如何展开的？在水经注剧本的创作之初。我们就确立了以作者郦道元的视角来展开戏剧。经过节目组和专家组的多次讨论，</w:t>
      </w:r>
    </w:p>
    <w:p w14:paraId="287F4CC4" w14:textId="77777777" w:rsidR="00E87C95" w:rsidRDefault="00000000">
      <w:pPr>
        <w:spacing w:after="0" w:line="579" w:lineRule="exact"/>
        <w:ind w:firstLine="640"/>
        <w:rPr>
          <w:lang w:eastAsia="zh-CN"/>
        </w:rPr>
      </w:pPr>
      <w:r>
        <w:rPr>
          <w:rFonts w:ascii="仿宋" w:eastAsia="仿宋" w:hAnsi="仿宋"/>
          <w:sz w:val="32"/>
          <w:lang w:eastAsia="zh-CN"/>
        </w:rPr>
        <w:t>又在戏剧当中融入了郦道元人生当中的两位重要人物，就是他的父亲</w:t>
      </w:r>
      <w:proofErr w:type="gramStart"/>
      <w:r>
        <w:rPr>
          <w:rFonts w:ascii="仿宋" w:eastAsia="仿宋" w:hAnsi="仿宋"/>
          <w:sz w:val="32"/>
          <w:lang w:eastAsia="zh-CN"/>
        </w:rPr>
        <w:t>郦</w:t>
      </w:r>
      <w:proofErr w:type="gramEnd"/>
      <w:r>
        <w:rPr>
          <w:rFonts w:ascii="仿宋" w:eastAsia="仿宋" w:hAnsi="仿宋"/>
          <w:sz w:val="32"/>
          <w:lang w:eastAsia="zh-CN"/>
        </w:rPr>
        <w:t>范。和北魏雄主孝文帝将父子之情，君臣之义融入到郦道元的传奇人生中。又大量融入了南北朝时期的独特历史背景，最终完成了这个剧本的创作。说到水经注，</w:t>
      </w:r>
      <w:r>
        <w:rPr>
          <w:rFonts w:ascii="仿宋" w:eastAsia="仿宋" w:hAnsi="仿宋"/>
          <w:sz w:val="32"/>
          <w:lang w:eastAsia="zh-CN"/>
        </w:rPr>
        <w:lastRenderedPageBreak/>
        <w:t>那</w:t>
      </w:r>
      <w:proofErr w:type="gramStart"/>
      <w:r>
        <w:rPr>
          <w:rFonts w:ascii="仿宋" w:eastAsia="仿宋" w:hAnsi="仿宋"/>
          <w:sz w:val="32"/>
          <w:lang w:eastAsia="zh-CN"/>
        </w:rPr>
        <w:t>肯定绕不开丽道元</w:t>
      </w:r>
      <w:proofErr w:type="gramEnd"/>
      <w:r>
        <w:rPr>
          <w:rFonts w:ascii="仿宋" w:eastAsia="仿宋" w:hAnsi="仿宋"/>
          <w:sz w:val="32"/>
          <w:lang w:eastAsia="zh-CN"/>
        </w:rPr>
        <w:t>是的，程老师，您对于</w:t>
      </w:r>
      <w:proofErr w:type="gramStart"/>
      <w:r>
        <w:rPr>
          <w:rFonts w:ascii="仿宋" w:eastAsia="仿宋" w:hAnsi="仿宋"/>
          <w:sz w:val="32"/>
          <w:lang w:eastAsia="zh-CN"/>
        </w:rPr>
        <w:t>丽道元这个</w:t>
      </w:r>
      <w:proofErr w:type="gramEnd"/>
      <w:r>
        <w:rPr>
          <w:rFonts w:ascii="仿宋" w:eastAsia="仿宋" w:hAnsi="仿宋"/>
          <w:sz w:val="32"/>
          <w:lang w:eastAsia="zh-CN"/>
        </w:rPr>
        <w:t>人物有什么样的理解？我对</w:t>
      </w:r>
      <w:proofErr w:type="gramStart"/>
      <w:r>
        <w:rPr>
          <w:rFonts w:ascii="仿宋" w:eastAsia="仿宋" w:hAnsi="仿宋"/>
          <w:sz w:val="32"/>
          <w:lang w:eastAsia="zh-CN"/>
        </w:rPr>
        <w:t>丽道元</w:t>
      </w:r>
      <w:proofErr w:type="gramEnd"/>
      <w:r>
        <w:rPr>
          <w:rFonts w:ascii="仿宋" w:eastAsia="仿宋" w:hAnsi="仿宋"/>
          <w:sz w:val="32"/>
          <w:lang w:eastAsia="zh-CN"/>
        </w:rPr>
        <w:t>啊，非常有亲切感，我是山西人。</w:t>
      </w:r>
      <w:proofErr w:type="gramStart"/>
      <w:r>
        <w:rPr>
          <w:rFonts w:ascii="仿宋" w:eastAsia="仿宋" w:hAnsi="仿宋"/>
          <w:sz w:val="32"/>
          <w:lang w:eastAsia="zh-CN"/>
        </w:rPr>
        <w:t>丽道元</w:t>
      </w:r>
      <w:proofErr w:type="gramEnd"/>
      <w:r>
        <w:rPr>
          <w:rFonts w:ascii="仿宋" w:eastAsia="仿宋" w:hAnsi="仿宋"/>
          <w:sz w:val="32"/>
          <w:lang w:eastAsia="zh-CN"/>
        </w:rPr>
        <w:t>啊，曾经在。</w:t>
      </w:r>
    </w:p>
    <w:p w14:paraId="36B0C66F" w14:textId="77777777" w:rsidR="00E87C95" w:rsidRDefault="00000000">
      <w:pPr>
        <w:spacing w:after="0" w:line="579" w:lineRule="exact"/>
        <w:ind w:firstLine="640"/>
        <w:rPr>
          <w:lang w:eastAsia="zh-CN"/>
        </w:rPr>
      </w:pPr>
      <w:r>
        <w:rPr>
          <w:rFonts w:ascii="仿宋" w:eastAsia="仿宋" w:hAnsi="仿宋"/>
          <w:sz w:val="32"/>
          <w:lang w:eastAsia="zh-CN"/>
        </w:rPr>
        <w:t>北魏都城平城，也就是今天的山西大同工作，我和他也算是半个老乡了。其次呢，我觉得</w:t>
      </w:r>
      <w:proofErr w:type="gramStart"/>
      <w:r>
        <w:rPr>
          <w:rFonts w:ascii="仿宋" w:eastAsia="仿宋" w:hAnsi="仿宋"/>
          <w:sz w:val="32"/>
          <w:lang w:eastAsia="zh-CN"/>
        </w:rPr>
        <w:t>丽道元</w:t>
      </w:r>
      <w:proofErr w:type="gramEnd"/>
      <w:r>
        <w:rPr>
          <w:rFonts w:ascii="仿宋" w:eastAsia="仿宋" w:hAnsi="仿宋"/>
          <w:sz w:val="32"/>
          <w:lang w:eastAsia="zh-CN"/>
        </w:rPr>
        <w:t>是一个一心为民的好官员。一位严谨认真的地理学家，还是一位文采斐然的。散文家希望通过这次演绎，我能塑造一个立体的立道院。郦道元体察民情，忠直爱国，这些大爱汇聚成水经，注中绵延不绝的河水。传承后世，熠熠生辉。</w:t>
      </w:r>
    </w:p>
    <w:p w14:paraId="36B951E3" w14:textId="77777777" w:rsidR="00E87C95" w:rsidRDefault="00000000">
      <w:pPr>
        <w:spacing w:after="0" w:line="579" w:lineRule="exact"/>
        <w:ind w:firstLine="640"/>
        <w:rPr>
          <w:lang w:eastAsia="zh-CN"/>
        </w:rPr>
      </w:pPr>
      <w:r>
        <w:rPr>
          <w:rFonts w:ascii="仿宋" w:eastAsia="仿宋" w:hAnsi="仿宋"/>
          <w:sz w:val="32"/>
          <w:lang w:eastAsia="zh-CN"/>
        </w:rPr>
        <w:t>在戏剧作品当中，还有一个重要的人物就是北魏的孝文帝。孝文帝呢？忠孝开明，他本身呢？也特别喜欢儒家文化，虽然他英年早逝，没有看到郦道元写成这部。水经注，但是我想呢，孝文帝一定会十分欣赏这部记载了九州山水的巨著。孝文帝励精图治，积极变革，迁都洛阳。后向南方借书，</w:t>
      </w:r>
    </w:p>
    <w:p w14:paraId="7E8748D4" w14:textId="77777777" w:rsidR="00E87C95" w:rsidRDefault="00000000">
      <w:pPr>
        <w:spacing w:after="0" w:line="579" w:lineRule="exact"/>
        <w:ind w:firstLine="640"/>
        <w:rPr>
          <w:lang w:eastAsia="zh-CN"/>
        </w:rPr>
      </w:pPr>
      <w:r>
        <w:rPr>
          <w:rFonts w:ascii="仿宋" w:eastAsia="仿宋" w:hAnsi="仿宋"/>
          <w:sz w:val="32"/>
          <w:lang w:eastAsia="zh-CN"/>
        </w:rPr>
        <w:t>他重视文教，间接促成了水经注的完成。其实，郦道元</w:t>
      </w:r>
      <w:proofErr w:type="gramStart"/>
      <w:r>
        <w:rPr>
          <w:rFonts w:ascii="仿宋" w:eastAsia="仿宋" w:hAnsi="仿宋"/>
          <w:sz w:val="32"/>
          <w:lang w:eastAsia="zh-CN"/>
        </w:rPr>
        <w:t>在写水经</w:t>
      </w:r>
      <w:proofErr w:type="gramEnd"/>
      <w:r>
        <w:rPr>
          <w:rFonts w:ascii="仿宋" w:eastAsia="仿宋" w:hAnsi="仿宋"/>
          <w:sz w:val="32"/>
          <w:lang w:eastAsia="zh-CN"/>
        </w:rPr>
        <w:t>注的时候，引用了大量他所能看到的典籍，其中有一句就是引自。《玄中记》这句话描写的是水的无处不在，又包容万物。我们有请程老师为我们诵读一下这句话。天下之多者。水</w:t>
      </w:r>
      <w:proofErr w:type="gramStart"/>
      <w:r>
        <w:rPr>
          <w:rFonts w:ascii="仿宋" w:eastAsia="仿宋" w:hAnsi="仿宋"/>
          <w:sz w:val="32"/>
          <w:lang w:eastAsia="zh-CN"/>
        </w:rPr>
        <w:t>也浮天在地</w:t>
      </w:r>
      <w:proofErr w:type="gramEnd"/>
      <w:r>
        <w:rPr>
          <w:rFonts w:ascii="仿宋" w:eastAsia="仿宋" w:hAnsi="仿宋"/>
          <w:sz w:val="32"/>
          <w:lang w:eastAsia="zh-CN"/>
        </w:rPr>
        <w:t>。高下无所不至，万物无所</w:t>
      </w:r>
      <w:proofErr w:type="gramStart"/>
      <w:r>
        <w:rPr>
          <w:rFonts w:ascii="仿宋" w:eastAsia="仿宋" w:hAnsi="仿宋"/>
          <w:sz w:val="32"/>
          <w:lang w:eastAsia="zh-CN"/>
        </w:rPr>
        <w:t>不</w:t>
      </w:r>
      <w:proofErr w:type="gramEnd"/>
      <w:r>
        <w:rPr>
          <w:rFonts w:ascii="仿宋" w:eastAsia="仿宋" w:hAnsi="仿宋"/>
          <w:sz w:val="32"/>
          <w:lang w:eastAsia="zh-CN"/>
        </w:rPr>
        <w:t>润。南北朝时期，它存在的一个南北对立的，</w:t>
      </w:r>
    </w:p>
    <w:p w14:paraId="2701E547" w14:textId="77777777" w:rsidR="00E87C95" w:rsidRDefault="00000000">
      <w:pPr>
        <w:spacing w:after="0" w:line="579" w:lineRule="exact"/>
        <w:ind w:firstLine="640"/>
        <w:rPr>
          <w:lang w:eastAsia="zh-CN"/>
        </w:rPr>
      </w:pPr>
      <w:r>
        <w:rPr>
          <w:rFonts w:ascii="仿宋" w:eastAsia="仿宋" w:hAnsi="仿宋"/>
          <w:sz w:val="32"/>
          <w:lang w:eastAsia="zh-CN"/>
        </w:rPr>
        <w:t>客观的历史事实，所以郦道元一生。未曾踏足南方。很多南方的大山大河，他没能亲眼见到，但是他通过丰富的文</w:t>
      </w:r>
      <w:r>
        <w:rPr>
          <w:rFonts w:ascii="仿宋" w:eastAsia="仿宋" w:hAnsi="仿宋"/>
          <w:sz w:val="32"/>
          <w:lang w:eastAsia="zh-CN"/>
        </w:rPr>
        <w:lastRenderedPageBreak/>
        <w:t>献资料，在他的著作里留下了大量南方山河的描写。其中很著名的有一篇就是江水篇三峡，我们也截取了其中一段儿，请几位老师咱们一块儿给大家诵读一下。重岩叠嶂，</w:t>
      </w:r>
      <w:proofErr w:type="gramStart"/>
      <w:r>
        <w:rPr>
          <w:rFonts w:ascii="仿宋" w:eastAsia="仿宋" w:hAnsi="仿宋"/>
          <w:sz w:val="32"/>
          <w:lang w:eastAsia="zh-CN"/>
        </w:rPr>
        <w:t>隐天蔽日</w:t>
      </w:r>
      <w:proofErr w:type="gramEnd"/>
      <w:r>
        <w:rPr>
          <w:rFonts w:ascii="仿宋" w:eastAsia="仿宋" w:hAnsi="仿宋"/>
          <w:sz w:val="32"/>
          <w:lang w:eastAsia="zh-CN"/>
        </w:rPr>
        <w:t>，自非亭午夜分，不见曦月。故愚者歌曰，</w:t>
      </w:r>
    </w:p>
    <w:p w14:paraId="0EC59CCD" w14:textId="77777777" w:rsidR="00E87C95" w:rsidRDefault="00000000">
      <w:pPr>
        <w:spacing w:after="0" w:line="579" w:lineRule="exact"/>
        <w:ind w:firstLine="640"/>
        <w:rPr>
          <w:lang w:eastAsia="zh-CN"/>
        </w:rPr>
      </w:pPr>
      <w:r>
        <w:rPr>
          <w:rFonts w:ascii="仿宋" w:eastAsia="仿宋" w:hAnsi="仿宋"/>
          <w:sz w:val="32"/>
          <w:lang w:eastAsia="zh-CN"/>
        </w:rPr>
        <w:t>巴东三峡巫峡长，猿鸣三声泪沾</w:t>
      </w:r>
      <w:proofErr w:type="gramStart"/>
      <w:r>
        <w:rPr>
          <w:rFonts w:ascii="仿宋" w:eastAsia="仿宋" w:hAnsi="仿宋"/>
          <w:sz w:val="32"/>
          <w:lang w:eastAsia="zh-CN"/>
        </w:rPr>
        <w:t>裳</w:t>
      </w:r>
      <w:proofErr w:type="gramEnd"/>
      <w:r>
        <w:rPr>
          <w:rFonts w:ascii="仿宋" w:eastAsia="仿宋" w:hAnsi="仿宋"/>
          <w:sz w:val="32"/>
          <w:lang w:eastAsia="zh-CN"/>
        </w:rPr>
        <w:t>。水经注在世界上享有极高的声望。它不仅记载了沧海桑田地理的变迁，也揭示出了中华民族自古以来。重水治水期盼着一个安定美好生活的愿景。希望通过这次的演绎，能让观众更好的理解郦道元实地勘察考察史记的科学探究精神。跟随前人的脚步，不忘</w:t>
      </w:r>
      <w:proofErr w:type="gramStart"/>
      <w:r>
        <w:rPr>
          <w:rFonts w:ascii="仿宋" w:eastAsia="仿宋" w:hAnsi="仿宋"/>
          <w:sz w:val="32"/>
          <w:lang w:eastAsia="zh-CN"/>
        </w:rPr>
        <w:t>今朝将</w:t>
      </w:r>
      <w:proofErr w:type="gramEnd"/>
      <w:r>
        <w:rPr>
          <w:rFonts w:ascii="仿宋" w:eastAsia="仿宋" w:hAnsi="仿宋"/>
          <w:sz w:val="32"/>
          <w:lang w:eastAsia="zh-CN"/>
        </w:rPr>
        <w:t>中华文化，中华精神传承下去。希望通过这次演绎，能让观众深切的感受到水的博大，水经注的浩瀚。中国地理</w:t>
      </w:r>
      <w:proofErr w:type="gramStart"/>
      <w:r>
        <w:rPr>
          <w:rFonts w:ascii="仿宋" w:eastAsia="仿宋" w:hAnsi="仿宋"/>
          <w:sz w:val="32"/>
          <w:lang w:eastAsia="zh-CN"/>
        </w:rPr>
        <w:t>史学根序不断</w:t>
      </w:r>
      <w:proofErr w:type="gramEnd"/>
      <w:r>
        <w:rPr>
          <w:rFonts w:ascii="仿宋" w:eastAsia="仿宋" w:hAnsi="仿宋"/>
          <w:sz w:val="32"/>
          <w:lang w:eastAsia="zh-CN"/>
        </w:rPr>
        <w:t>。</w:t>
      </w:r>
    </w:p>
    <w:p w14:paraId="4E1D2D4D" w14:textId="77777777" w:rsidR="00E87C95" w:rsidRDefault="00000000">
      <w:pPr>
        <w:spacing w:after="0" w:line="579" w:lineRule="exact"/>
        <w:ind w:firstLine="640"/>
        <w:rPr>
          <w:lang w:eastAsia="zh-CN"/>
        </w:rPr>
      </w:pPr>
      <w:proofErr w:type="gramStart"/>
      <w:r>
        <w:rPr>
          <w:rFonts w:ascii="仿宋" w:eastAsia="仿宋" w:hAnsi="仿宋"/>
          <w:sz w:val="32"/>
          <w:lang w:eastAsia="zh-CN"/>
        </w:rPr>
        <w:t>雍</w:t>
      </w:r>
      <w:proofErr w:type="gramEnd"/>
      <w:r>
        <w:rPr>
          <w:rFonts w:ascii="仿宋" w:eastAsia="仿宋" w:hAnsi="仿宋"/>
          <w:sz w:val="32"/>
          <w:lang w:eastAsia="zh-CN"/>
        </w:rPr>
        <w:t>州刺史萧宝夤一同谋反。朝廷派我去巡视</w:t>
      </w:r>
      <w:proofErr w:type="gramStart"/>
      <w:r>
        <w:rPr>
          <w:rFonts w:ascii="仿宋" w:eastAsia="仿宋" w:hAnsi="仿宋"/>
          <w:sz w:val="32"/>
          <w:lang w:eastAsia="zh-CN"/>
        </w:rPr>
        <w:t>雍</w:t>
      </w:r>
      <w:proofErr w:type="gramEnd"/>
      <w:r>
        <w:rPr>
          <w:rFonts w:ascii="仿宋" w:eastAsia="仿宋" w:hAnsi="仿宋"/>
          <w:sz w:val="32"/>
          <w:lang w:eastAsia="zh-CN"/>
        </w:rPr>
        <w:t>州，安抚小宝营。永州局势。瞬息万变。我们今夜就要出发。喝了这杯酒。以壮形色。校友在。这第二杯酒。是道别的景。道别。我和你二叔商议带你大哥二哥前去</w:t>
      </w:r>
      <w:proofErr w:type="gramStart"/>
      <w:r>
        <w:rPr>
          <w:rFonts w:ascii="仿宋" w:eastAsia="仿宋" w:hAnsi="仿宋"/>
          <w:sz w:val="32"/>
          <w:lang w:eastAsia="zh-CN"/>
        </w:rPr>
        <w:t>雍</w:t>
      </w:r>
      <w:proofErr w:type="gramEnd"/>
      <w:r>
        <w:rPr>
          <w:rFonts w:ascii="仿宋" w:eastAsia="仿宋" w:hAnsi="仿宋"/>
          <w:sz w:val="32"/>
          <w:lang w:eastAsia="zh-CN"/>
        </w:rPr>
        <w:t>州，你留在家中。父亲。</w:t>
      </w:r>
    </w:p>
    <w:p w14:paraId="505FD217" w14:textId="77777777" w:rsidR="00E87C95" w:rsidRDefault="00000000">
      <w:pPr>
        <w:spacing w:after="0" w:line="579" w:lineRule="exact"/>
        <w:ind w:firstLine="640"/>
        <w:rPr>
          <w:lang w:eastAsia="zh-CN"/>
        </w:rPr>
      </w:pPr>
      <w:r>
        <w:rPr>
          <w:rFonts w:ascii="仿宋" w:eastAsia="仿宋" w:hAnsi="仿宋"/>
          <w:sz w:val="32"/>
          <w:lang w:eastAsia="zh-CN"/>
        </w:rPr>
        <w:t>为什么要把我留下呀，校友？你不是不知道。父亲秉公执法，杀了汝南王的左膀右臂，汝南王他一直怀恨在心，朝廷上诸多官员对父亲也是十分忌惮。这次去永州巡视，就是汝南帮圆月的奸计。萧宝</w:t>
      </w:r>
      <w:proofErr w:type="gramStart"/>
      <w:r>
        <w:rPr>
          <w:rFonts w:ascii="仿宋" w:eastAsia="仿宋" w:hAnsi="仿宋"/>
          <w:sz w:val="32"/>
          <w:lang w:eastAsia="zh-CN"/>
        </w:rPr>
        <w:t>夤</w:t>
      </w:r>
      <w:proofErr w:type="gramEnd"/>
      <w:r>
        <w:rPr>
          <w:rFonts w:ascii="仿宋" w:eastAsia="仿宋" w:hAnsi="仿宋"/>
          <w:sz w:val="32"/>
          <w:lang w:eastAsia="zh-CN"/>
        </w:rPr>
        <w:t>随时会返。此行凶险。我们四人前去以抱定魏国晋中之心。但是也要有人留下来。为立家尽孝嘛，父亲。</w:t>
      </w:r>
    </w:p>
    <w:p w14:paraId="070BA482" w14:textId="77777777" w:rsidR="00E87C95" w:rsidRDefault="00000000">
      <w:pPr>
        <w:spacing w:after="0" w:line="579" w:lineRule="exact"/>
        <w:ind w:firstLine="640"/>
        <w:rPr>
          <w:lang w:eastAsia="zh-CN"/>
        </w:rPr>
      </w:pPr>
      <w:r>
        <w:rPr>
          <w:rFonts w:ascii="仿宋" w:eastAsia="仿宋" w:hAnsi="仿宋"/>
          <w:sz w:val="32"/>
          <w:lang w:eastAsia="zh-CN"/>
        </w:rPr>
        <w:lastRenderedPageBreak/>
        <w:t>就不能不去吗？大卫这些年风雨飘摇，六镇之乱。朝廷元气大伤，危机恢复，又生杜葛之乱。如果</w:t>
      </w:r>
      <w:proofErr w:type="gramStart"/>
      <w:r>
        <w:rPr>
          <w:rFonts w:ascii="仿宋" w:eastAsia="仿宋" w:hAnsi="仿宋"/>
          <w:sz w:val="32"/>
          <w:lang w:eastAsia="zh-CN"/>
        </w:rPr>
        <w:t>肖宝云真</w:t>
      </w:r>
      <w:proofErr w:type="gramEnd"/>
      <w:r>
        <w:rPr>
          <w:rFonts w:ascii="仿宋" w:eastAsia="仿宋" w:hAnsi="仿宋"/>
          <w:sz w:val="32"/>
          <w:lang w:eastAsia="zh-CN"/>
        </w:rPr>
        <w:t>要在雍州造反，那天下百姓又要面临一番冰祸，哪怕只有万分之一的机会。就算是赴汤蹈火。我也要前去为天下争取一份和平。父亲。身为人子。越是危难之际，我越应该陪在父亲身边。</w:t>
      </w:r>
    </w:p>
    <w:p w14:paraId="64B2D522" w14:textId="77777777" w:rsidR="00E87C95" w:rsidRDefault="00000000">
      <w:pPr>
        <w:spacing w:after="0" w:line="579" w:lineRule="exact"/>
        <w:ind w:firstLine="640"/>
        <w:rPr>
          <w:lang w:eastAsia="zh-CN"/>
        </w:rPr>
      </w:pPr>
      <w:r>
        <w:rPr>
          <w:rFonts w:ascii="仿宋" w:eastAsia="仿宋" w:hAnsi="仿宋"/>
          <w:sz w:val="32"/>
          <w:lang w:eastAsia="zh-CN"/>
        </w:rPr>
        <w:t>护肤锦州犬。你的母亲体弱多病。他需要你照顾。要有明白。时间紧迫，二弟在你们快去准备行装。咱们即刻出发。是。校友，我还有一件重要的事情。交代日记。是。我这一生啊。一直盼望。九州重圆，</w:t>
      </w:r>
    </w:p>
    <w:p w14:paraId="3BA76540" w14:textId="77777777" w:rsidR="00E87C95" w:rsidRDefault="00000000">
      <w:pPr>
        <w:spacing w:after="0" w:line="579" w:lineRule="exact"/>
        <w:ind w:firstLine="640"/>
        <w:rPr>
          <w:lang w:eastAsia="zh-CN"/>
        </w:rPr>
      </w:pPr>
      <w:r>
        <w:rPr>
          <w:rFonts w:ascii="仿宋" w:eastAsia="仿宋" w:hAnsi="仿宋"/>
          <w:sz w:val="32"/>
          <w:lang w:eastAsia="zh-CN"/>
        </w:rPr>
        <w:t>但是没能看到。我积累一生。以水经为基础。记述了天下水道。如果我回不来。你把这部书。传之后人。父亲。孩儿暂为妥善保管。父亲定能。平安归来。公元</w:t>
      </w:r>
      <w:proofErr w:type="gramStart"/>
      <w:r>
        <w:rPr>
          <w:rFonts w:ascii="仿宋" w:eastAsia="仿宋" w:hAnsi="仿宋"/>
          <w:sz w:val="32"/>
          <w:lang w:eastAsia="zh-CN"/>
        </w:rPr>
        <w:t>五二七</w:t>
      </w:r>
      <w:proofErr w:type="gramEnd"/>
      <w:r>
        <w:rPr>
          <w:rFonts w:ascii="仿宋" w:eastAsia="仿宋" w:hAnsi="仿宋"/>
          <w:sz w:val="32"/>
          <w:lang w:eastAsia="zh-CN"/>
        </w:rPr>
        <w:t>年，北魏孝昌三年。这是郦道元生命中的最后一年。年近六旬的他，</w:t>
      </w:r>
    </w:p>
    <w:p w14:paraId="1FE4114F" w14:textId="77777777" w:rsidR="00E87C95" w:rsidRDefault="00000000">
      <w:pPr>
        <w:spacing w:after="0" w:line="579" w:lineRule="exact"/>
        <w:ind w:firstLine="640"/>
        <w:rPr>
          <w:lang w:eastAsia="zh-CN"/>
        </w:rPr>
      </w:pPr>
      <w:r>
        <w:rPr>
          <w:rFonts w:ascii="仿宋" w:eastAsia="仿宋" w:hAnsi="仿宋"/>
          <w:sz w:val="32"/>
          <w:lang w:eastAsia="zh-CN"/>
        </w:rPr>
        <w:t>奉朝廷之命，出任关右慰劳大使，巡视</w:t>
      </w:r>
      <w:proofErr w:type="gramStart"/>
      <w:r>
        <w:rPr>
          <w:rFonts w:ascii="仿宋" w:eastAsia="仿宋" w:hAnsi="仿宋"/>
          <w:sz w:val="32"/>
          <w:lang w:eastAsia="zh-CN"/>
        </w:rPr>
        <w:t>雍</w:t>
      </w:r>
      <w:proofErr w:type="gramEnd"/>
      <w:r>
        <w:rPr>
          <w:rFonts w:ascii="仿宋" w:eastAsia="仿宋" w:hAnsi="仿宋"/>
          <w:sz w:val="32"/>
          <w:lang w:eastAsia="zh-CN"/>
        </w:rPr>
        <w:t>州，安抚已有谋反之心的萧宝夤。郦道元深知此行之艰难。所以在临行前，他把自己用毕生精力撰写的水经注托付给了三子。</w:t>
      </w:r>
      <w:proofErr w:type="gramStart"/>
      <w:r>
        <w:rPr>
          <w:rFonts w:ascii="仿宋" w:eastAsia="仿宋" w:hAnsi="仿宋"/>
          <w:sz w:val="32"/>
          <w:lang w:eastAsia="zh-CN"/>
        </w:rPr>
        <w:t>郦</w:t>
      </w:r>
      <w:proofErr w:type="gramEnd"/>
      <w:r>
        <w:rPr>
          <w:rFonts w:ascii="仿宋" w:eastAsia="仿宋" w:hAnsi="仿宋"/>
          <w:sz w:val="32"/>
          <w:lang w:eastAsia="zh-CN"/>
        </w:rPr>
        <w:t>孝友，你去吧。天下之多者，谁</w:t>
      </w:r>
      <w:proofErr w:type="gramStart"/>
      <w:r>
        <w:rPr>
          <w:rFonts w:ascii="仿宋" w:eastAsia="仿宋" w:hAnsi="仿宋"/>
          <w:sz w:val="32"/>
          <w:lang w:eastAsia="zh-CN"/>
        </w:rPr>
        <w:t>也浮天在地</w:t>
      </w:r>
      <w:proofErr w:type="gramEnd"/>
      <w:r>
        <w:rPr>
          <w:rFonts w:ascii="仿宋" w:eastAsia="仿宋" w:hAnsi="仿宋"/>
          <w:sz w:val="32"/>
          <w:lang w:eastAsia="zh-CN"/>
        </w:rPr>
        <w:t>。高下无所不至，万物无所</w:t>
      </w:r>
      <w:proofErr w:type="gramStart"/>
      <w:r>
        <w:rPr>
          <w:rFonts w:ascii="仿宋" w:eastAsia="仿宋" w:hAnsi="仿宋"/>
          <w:sz w:val="32"/>
          <w:lang w:eastAsia="zh-CN"/>
        </w:rPr>
        <w:t>不</w:t>
      </w:r>
      <w:proofErr w:type="gramEnd"/>
      <w:r>
        <w:rPr>
          <w:rFonts w:ascii="仿宋" w:eastAsia="仿宋" w:hAnsi="仿宋"/>
          <w:sz w:val="32"/>
          <w:lang w:eastAsia="zh-CN"/>
        </w:rPr>
        <w:t>润，你是何人？晚辈撒贝宁。</w:t>
      </w:r>
    </w:p>
    <w:p w14:paraId="0B78BB00" w14:textId="77777777" w:rsidR="00E87C95" w:rsidRDefault="00000000">
      <w:pPr>
        <w:spacing w:after="0" w:line="579" w:lineRule="exact"/>
        <w:ind w:firstLine="640"/>
        <w:rPr>
          <w:lang w:eastAsia="zh-CN"/>
        </w:rPr>
      </w:pPr>
      <w:r>
        <w:rPr>
          <w:rFonts w:ascii="仿宋" w:eastAsia="仿宋" w:hAnsi="仿宋"/>
          <w:sz w:val="32"/>
          <w:lang w:eastAsia="zh-CN"/>
        </w:rPr>
        <w:t>是从1400多年之后来的读书人读了先生所著的水经，特来请教。1400多年后。正是时光如流水，从未有人能够逆流而上。晚辈正是要以水为证。这是产自后世禁地的美酒，此酒正是因</w:t>
      </w:r>
      <w:proofErr w:type="gramStart"/>
      <w:r>
        <w:rPr>
          <w:rFonts w:ascii="仿宋" w:eastAsia="仿宋" w:hAnsi="仿宋"/>
          <w:sz w:val="32"/>
          <w:lang w:eastAsia="zh-CN"/>
        </w:rPr>
        <w:t>汾</w:t>
      </w:r>
      <w:proofErr w:type="gramEnd"/>
      <w:r>
        <w:rPr>
          <w:rFonts w:ascii="仿宋" w:eastAsia="仿宋" w:hAnsi="仿宋"/>
          <w:sz w:val="32"/>
          <w:lang w:eastAsia="zh-CN"/>
        </w:rPr>
        <w:t>水而得名先生尝尝。哈哈。晚辈为您珍上。这是</w:t>
      </w:r>
      <w:r>
        <w:rPr>
          <w:rFonts w:ascii="仿宋" w:eastAsia="仿宋" w:hAnsi="仿宋"/>
          <w:sz w:val="32"/>
          <w:lang w:eastAsia="zh-CN"/>
        </w:rPr>
        <w:lastRenderedPageBreak/>
        <w:t>用后世工艺酿制的美酒。啊。好兄。</w:t>
      </w:r>
      <w:proofErr w:type="gramStart"/>
      <w:r>
        <w:rPr>
          <w:rFonts w:ascii="仿宋" w:eastAsia="仿宋" w:hAnsi="仿宋"/>
          <w:sz w:val="32"/>
          <w:lang w:eastAsia="zh-CN"/>
        </w:rPr>
        <w:t>萨</w:t>
      </w:r>
      <w:proofErr w:type="gramEnd"/>
      <w:r>
        <w:rPr>
          <w:rFonts w:ascii="仿宋" w:eastAsia="仿宋" w:hAnsi="仿宋"/>
          <w:sz w:val="32"/>
          <w:lang w:eastAsia="zh-CN"/>
        </w:rPr>
        <w:t>君竟然读过我所著的水经。先生住的水经，</w:t>
      </w:r>
    </w:p>
    <w:p w14:paraId="31AAA46D" w14:textId="77777777" w:rsidR="00E87C95" w:rsidRDefault="00000000">
      <w:pPr>
        <w:spacing w:after="0" w:line="579" w:lineRule="exact"/>
        <w:ind w:firstLine="640"/>
        <w:rPr>
          <w:lang w:eastAsia="zh-CN"/>
        </w:rPr>
      </w:pPr>
      <w:r>
        <w:rPr>
          <w:rFonts w:ascii="仿宋" w:eastAsia="仿宋" w:hAnsi="仿宋"/>
          <w:sz w:val="32"/>
          <w:lang w:eastAsia="zh-CN"/>
        </w:rPr>
        <w:t>后世称为水经注，被奉为典籍。其中有一些篇章，人尽皆知。读此书，</w:t>
      </w:r>
      <w:proofErr w:type="gramStart"/>
      <w:r>
        <w:rPr>
          <w:rFonts w:ascii="仿宋" w:eastAsia="仿宋" w:hAnsi="仿宋"/>
          <w:sz w:val="32"/>
          <w:lang w:eastAsia="zh-CN"/>
        </w:rPr>
        <w:t>如同倾历天下</w:t>
      </w:r>
      <w:proofErr w:type="gramEnd"/>
      <w:r>
        <w:rPr>
          <w:rFonts w:ascii="仿宋" w:eastAsia="仿宋" w:hAnsi="仿宋"/>
          <w:sz w:val="32"/>
          <w:lang w:eastAsia="zh-CN"/>
        </w:rPr>
        <w:t>水道。主干旁枝历历在目，名胜古迹，历史典故无所不包。先生因水以阵地。极地以存古。我们从字里行间读到的都是先生对华夏九州山水的热爱。水经注。好名字。水经注成了天极。</w:t>
      </w:r>
    </w:p>
    <w:p w14:paraId="7A72B0A0" w14:textId="77777777" w:rsidR="00E87C95" w:rsidRDefault="00000000">
      <w:pPr>
        <w:spacing w:after="0" w:line="579" w:lineRule="exact"/>
        <w:ind w:firstLine="640"/>
        <w:rPr>
          <w:lang w:eastAsia="zh-CN"/>
        </w:rPr>
      </w:pPr>
      <w:r>
        <w:rPr>
          <w:rFonts w:ascii="仿宋" w:eastAsia="仿宋" w:hAnsi="仿宋"/>
          <w:sz w:val="32"/>
          <w:lang w:eastAsia="zh-CN"/>
        </w:rPr>
        <w:t>如此。可以告慰先父。口费，孝文皇。先生晚辈有一事不明，先生所著的内容之丰富。已超水经数十倍，为何不另成一书。我的父亲一生为国奔走。身边总是带着水经，我自幼。有读此书。父亲。</w:t>
      </w:r>
      <w:proofErr w:type="gramStart"/>
      <w:r>
        <w:rPr>
          <w:rFonts w:ascii="仿宋" w:eastAsia="仿宋" w:hAnsi="仿宋"/>
          <w:sz w:val="32"/>
          <w:lang w:eastAsia="zh-CN"/>
        </w:rPr>
        <w:t>父亲父亲远爱父亲</w:t>
      </w:r>
      <w:proofErr w:type="gramEnd"/>
      <w:r>
        <w:rPr>
          <w:rFonts w:ascii="仿宋" w:eastAsia="仿宋" w:hAnsi="仿宋"/>
          <w:sz w:val="32"/>
          <w:lang w:eastAsia="zh-CN"/>
        </w:rPr>
        <w:t>喝水圆儿打的。</w:t>
      </w:r>
      <w:proofErr w:type="gramStart"/>
      <w:r>
        <w:rPr>
          <w:rFonts w:ascii="仿宋" w:eastAsia="仿宋" w:hAnsi="仿宋"/>
          <w:sz w:val="32"/>
          <w:lang w:eastAsia="zh-CN"/>
        </w:rPr>
        <w:t>媛</w:t>
      </w:r>
      <w:proofErr w:type="gramEnd"/>
      <w:r>
        <w:rPr>
          <w:rFonts w:ascii="仿宋" w:eastAsia="仿宋" w:hAnsi="仿宋"/>
          <w:sz w:val="32"/>
          <w:lang w:eastAsia="zh-CN"/>
        </w:rPr>
        <w:t>儿乖。</w:t>
      </w:r>
    </w:p>
    <w:p w14:paraId="1CEEF1D3" w14:textId="77777777" w:rsidR="00E87C95" w:rsidRDefault="00000000">
      <w:pPr>
        <w:spacing w:after="0" w:line="579" w:lineRule="exact"/>
        <w:ind w:firstLine="640"/>
        <w:rPr>
          <w:lang w:eastAsia="zh-CN"/>
        </w:rPr>
      </w:pPr>
      <w:r>
        <w:rPr>
          <w:rFonts w:ascii="仿宋" w:eastAsia="仿宋" w:hAnsi="仿宋"/>
          <w:sz w:val="32"/>
          <w:lang w:eastAsia="zh-CN"/>
        </w:rPr>
        <w:t>上上</w:t>
      </w:r>
      <w:proofErr w:type="gramStart"/>
      <w:r>
        <w:rPr>
          <w:rFonts w:ascii="仿宋" w:eastAsia="仿宋" w:hAnsi="仿宋"/>
          <w:sz w:val="32"/>
          <w:lang w:eastAsia="zh-CN"/>
        </w:rPr>
        <w:t>上</w:t>
      </w:r>
      <w:proofErr w:type="gramEnd"/>
      <w:r>
        <w:rPr>
          <w:rFonts w:ascii="仿宋" w:eastAsia="仿宋" w:hAnsi="仿宋"/>
          <w:sz w:val="32"/>
          <w:lang w:eastAsia="zh-CN"/>
        </w:rPr>
        <w:t>。嗯。最甜的还是家乡的水呀，那咱们天天来河边玩，我给您打水喝。</w:t>
      </w:r>
      <w:proofErr w:type="gramStart"/>
      <w:r>
        <w:rPr>
          <w:rFonts w:ascii="仿宋" w:eastAsia="仿宋" w:hAnsi="仿宋"/>
          <w:sz w:val="32"/>
          <w:lang w:eastAsia="zh-CN"/>
        </w:rPr>
        <w:t>媛</w:t>
      </w:r>
      <w:proofErr w:type="gramEnd"/>
      <w:r>
        <w:rPr>
          <w:rFonts w:ascii="仿宋" w:eastAsia="仿宋" w:hAnsi="仿宋"/>
          <w:sz w:val="32"/>
          <w:lang w:eastAsia="zh-CN"/>
        </w:rPr>
        <w:t>儿。为父也想回乡安居啊。可征战多年。九州仍然分裂。朝廷里却斗来斗去的。光阴似水奔流，人生便如这滔滔河水。选择了。向前奔流。便不可回头啊。</w:t>
      </w:r>
    </w:p>
    <w:p w14:paraId="15BFDD55" w14:textId="77777777" w:rsidR="00E87C95" w:rsidRDefault="00000000">
      <w:pPr>
        <w:spacing w:after="0" w:line="579" w:lineRule="exact"/>
        <w:ind w:firstLine="640"/>
        <w:rPr>
          <w:lang w:eastAsia="zh-CN"/>
        </w:rPr>
      </w:pPr>
      <w:r>
        <w:rPr>
          <w:rFonts w:ascii="仿宋" w:eastAsia="仿宋" w:hAnsi="仿宋"/>
          <w:sz w:val="32"/>
          <w:lang w:eastAsia="zh-CN"/>
        </w:rPr>
        <w:t>父亲既然选择了奔涌向前，那为什么要回头对？不回头。</w:t>
      </w:r>
      <w:proofErr w:type="gramStart"/>
      <w:r>
        <w:rPr>
          <w:rFonts w:ascii="仿宋" w:eastAsia="仿宋" w:hAnsi="仿宋"/>
          <w:sz w:val="32"/>
          <w:lang w:eastAsia="zh-CN"/>
        </w:rPr>
        <w:t>跟着水学就</w:t>
      </w:r>
      <w:proofErr w:type="gramEnd"/>
      <w:r>
        <w:rPr>
          <w:rFonts w:ascii="仿宋" w:eastAsia="仿宋" w:hAnsi="仿宋"/>
          <w:sz w:val="32"/>
          <w:lang w:eastAsia="zh-CN"/>
        </w:rPr>
        <w:t>对了。然而，你比为父聪明，百川东到海，何时复西归？少壮不努力，老大徒伤悲。女儿，你会背长歌行啊？还会什么与共？大禹子承父业。历时十余年。</w:t>
      </w:r>
    </w:p>
    <w:p w14:paraId="7C9AC9C3" w14:textId="77777777" w:rsidR="00E87C95" w:rsidRDefault="00000000">
      <w:pPr>
        <w:spacing w:after="0" w:line="579" w:lineRule="exact"/>
        <w:ind w:firstLine="640"/>
        <w:rPr>
          <w:lang w:eastAsia="zh-CN"/>
        </w:rPr>
      </w:pPr>
      <w:r>
        <w:rPr>
          <w:rFonts w:ascii="仿宋" w:eastAsia="仿宋" w:hAnsi="仿宋"/>
          <w:sz w:val="32"/>
          <w:lang w:eastAsia="zh-CN"/>
        </w:rPr>
        <w:lastRenderedPageBreak/>
        <w:t>终于治水成功立，天下定鼎九州。哈哈</w:t>
      </w:r>
      <w:proofErr w:type="gramStart"/>
      <w:r>
        <w:rPr>
          <w:rFonts w:ascii="仿宋" w:eastAsia="仿宋" w:hAnsi="仿宋"/>
          <w:sz w:val="32"/>
          <w:lang w:eastAsia="zh-CN"/>
        </w:rPr>
        <w:t>哈</w:t>
      </w:r>
      <w:proofErr w:type="gramEnd"/>
      <w:r>
        <w:rPr>
          <w:rFonts w:ascii="仿宋" w:eastAsia="仿宋" w:hAnsi="仿宋"/>
          <w:sz w:val="32"/>
          <w:lang w:eastAsia="zh-CN"/>
        </w:rPr>
        <w:t>。好一个子，承父业。哈哈</w:t>
      </w:r>
      <w:proofErr w:type="gramStart"/>
      <w:r>
        <w:rPr>
          <w:rFonts w:ascii="仿宋" w:eastAsia="仿宋" w:hAnsi="仿宋"/>
          <w:sz w:val="32"/>
          <w:lang w:eastAsia="zh-CN"/>
        </w:rPr>
        <w:t>哈</w:t>
      </w:r>
      <w:proofErr w:type="gramEnd"/>
      <w:r>
        <w:rPr>
          <w:rFonts w:ascii="仿宋" w:eastAsia="仿宋" w:hAnsi="仿宋"/>
          <w:sz w:val="32"/>
          <w:lang w:eastAsia="zh-CN"/>
        </w:rPr>
        <w:t>，来。父亲的梦想是什么？愿战乱不再。让九州重圆。看山河。崇光。我记住了。哈哈</w:t>
      </w:r>
      <w:proofErr w:type="gramStart"/>
      <w:r>
        <w:rPr>
          <w:rFonts w:ascii="仿宋" w:eastAsia="仿宋" w:hAnsi="仿宋"/>
          <w:sz w:val="32"/>
          <w:lang w:eastAsia="zh-CN"/>
        </w:rPr>
        <w:t>哈</w:t>
      </w:r>
      <w:proofErr w:type="gramEnd"/>
      <w:r>
        <w:rPr>
          <w:rFonts w:ascii="仿宋" w:eastAsia="仿宋" w:hAnsi="仿宋"/>
          <w:sz w:val="32"/>
          <w:lang w:eastAsia="zh-CN"/>
        </w:rPr>
        <w:t>。好。</w:t>
      </w:r>
    </w:p>
    <w:p w14:paraId="593B2D68" w14:textId="77777777" w:rsidR="00E87C95" w:rsidRDefault="00000000">
      <w:pPr>
        <w:spacing w:after="0" w:line="579" w:lineRule="exact"/>
        <w:ind w:firstLine="640"/>
        <w:rPr>
          <w:lang w:eastAsia="zh-CN"/>
        </w:rPr>
      </w:pPr>
      <w:r>
        <w:rPr>
          <w:rFonts w:ascii="仿宋" w:eastAsia="仿宋" w:hAnsi="仿宋"/>
          <w:sz w:val="32"/>
          <w:lang w:eastAsia="zh-CN"/>
        </w:rPr>
        <w:t>父亲，这些百姓怎么了？一场大雨引发了秋汛。冲毁了房屋。淹没了田地，百姓们流离失所。只是一场秋雨，何以泛滥至此？秋汛泛滥。皆因河道不畅，水利失修啊。严谨是</w:t>
      </w:r>
      <w:proofErr w:type="gramStart"/>
      <w:r>
        <w:rPr>
          <w:rFonts w:ascii="仿宋" w:eastAsia="仿宋" w:hAnsi="仿宋"/>
          <w:sz w:val="32"/>
          <w:lang w:eastAsia="zh-CN"/>
        </w:rPr>
        <w:t>旱是涝在</w:t>
      </w:r>
      <w:proofErr w:type="gramEnd"/>
      <w:r>
        <w:rPr>
          <w:rFonts w:ascii="仿宋" w:eastAsia="仿宋" w:hAnsi="仿宋"/>
          <w:sz w:val="32"/>
          <w:lang w:eastAsia="zh-CN"/>
        </w:rPr>
        <w:t>天意。旱涝是否成灾在人为啊。为父此次去青州，任刺史一定要妥善的处理这些问题。</w:t>
      </w:r>
    </w:p>
    <w:p w14:paraId="4E49DA74" w14:textId="77777777" w:rsidR="00E87C95" w:rsidRDefault="00000000">
      <w:pPr>
        <w:spacing w:after="0" w:line="579" w:lineRule="exact"/>
        <w:ind w:firstLine="640"/>
        <w:rPr>
          <w:lang w:eastAsia="zh-CN"/>
        </w:rPr>
      </w:pPr>
      <w:r>
        <w:rPr>
          <w:rFonts w:ascii="仿宋" w:eastAsia="仿宋" w:hAnsi="仿宋"/>
          <w:sz w:val="32"/>
          <w:lang w:eastAsia="zh-CN"/>
        </w:rPr>
        <w:t>为百姓造福。父亲，您要学大禹，大禹造福天下百姓，为复希望，我也能为地方百姓做一些实事。来人呐，在传郡县官员速到刺十府。商议救灾药物是。咳。父亲。夕阳灿烂。终将淹没。川流不息。终将归海。</w:t>
      </w:r>
    </w:p>
    <w:p w14:paraId="024E6EA8" w14:textId="77777777" w:rsidR="00E87C95" w:rsidRDefault="00000000">
      <w:pPr>
        <w:spacing w:after="0" w:line="579" w:lineRule="exact"/>
        <w:ind w:firstLine="640"/>
        <w:rPr>
          <w:lang w:eastAsia="zh-CN"/>
        </w:rPr>
      </w:pPr>
      <w:r>
        <w:rPr>
          <w:rFonts w:ascii="仿宋" w:eastAsia="仿宋" w:hAnsi="仿宋"/>
          <w:sz w:val="32"/>
          <w:lang w:eastAsia="zh-CN"/>
        </w:rPr>
        <w:t>父亲。河边风大，咱们早回吧。再待会儿吧。我和你一起看水的世界。不做了。父亲，您的身体会好起来的。然而。你是长子。以后离家。就靠你来支撑了。你会承袭我的爵位。要记住。修身养德。</w:t>
      </w:r>
    </w:p>
    <w:p w14:paraId="15F7E6B2" w14:textId="77777777" w:rsidR="00E87C95" w:rsidRDefault="00000000">
      <w:pPr>
        <w:spacing w:after="0" w:line="579" w:lineRule="exact"/>
        <w:ind w:firstLine="640"/>
        <w:rPr>
          <w:lang w:eastAsia="zh-CN"/>
        </w:rPr>
      </w:pPr>
      <w:r>
        <w:rPr>
          <w:rFonts w:ascii="仿宋" w:eastAsia="仿宋" w:hAnsi="仿宋"/>
          <w:sz w:val="32"/>
          <w:lang w:eastAsia="zh-CN"/>
        </w:rPr>
        <w:t>方能。成大器。父亲一身喜水。言而自幼，陪您观水。自然会效防水。修养德行。左手看。做人。要像泉水般清澈纯净，像河水般热血奔涌。像海水般有容乃大。大丈夫行，</w:t>
      </w:r>
      <w:proofErr w:type="gramStart"/>
      <w:r>
        <w:rPr>
          <w:rFonts w:ascii="仿宋" w:eastAsia="仿宋" w:hAnsi="仿宋"/>
          <w:sz w:val="32"/>
          <w:lang w:eastAsia="zh-CN"/>
        </w:rPr>
        <w:t>尸当如水</w:t>
      </w:r>
      <w:proofErr w:type="gramEnd"/>
      <w:r>
        <w:rPr>
          <w:rFonts w:ascii="仿宋" w:eastAsia="仿宋" w:hAnsi="仿宋"/>
          <w:sz w:val="32"/>
          <w:lang w:eastAsia="zh-CN"/>
        </w:rPr>
        <w:t>。欲万丈深渊。</w:t>
      </w:r>
    </w:p>
    <w:p w14:paraId="6259EEF7" w14:textId="77777777" w:rsidR="00E87C95" w:rsidRDefault="00000000">
      <w:pPr>
        <w:spacing w:after="0" w:line="579" w:lineRule="exact"/>
        <w:ind w:firstLine="640"/>
        <w:rPr>
          <w:lang w:eastAsia="zh-CN"/>
        </w:rPr>
      </w:pPr>
      <w:r>
        <w:rPr>
          <w:rFonts w:ascii="仿宋" w:eastAsia="仿宋" w:hAnsi="仿宋"/>
          <w:sz w:val="32"/>
          <w:lang w:eastAsia="zh-CN"/>
        </w:rPr>
        <w:t>奔涌而下，果决永逸。</w:t>
      </w:r>
      <w:proofErr w:type="gramStart"/>
      <w:r>
        <w:rPr>
          <w:rFonts w:ascii="仿宋" w:eastAsia="仿宋" w:hAnsi="仿宋"/>
          <w:sz w:val="32"/>
          <w:lang w:eastAsia="zh-CN"/>
        </w:rPr>
        <w:t>大丈夫持志当</w:t>
      </w:r>
      <w:proofErr w:type="gramEnd"/>
      <w:r>
        <w:rPr>
          <w:rFonts w:ascii="仿宋" w:eastAsia="仿宋" w:hAnsi="仿宋"/>
          <w:sz w:val="32"/>
          <w:lang w:eastAsia="zh-CN"/>
        </w:rPr>
        <w:t>如锤。</w:t>
      </w:r>
      <w:proofErr w:type="gramStart"/>
      <w:r>
        <w:rPr>
          <w:rFonts w:ascii="仿宋" w:eastAsia="仿宋" w:hAnsi="仿宋"/>
          <w:sz w:val="32"/>
          <w:lang w:eastAsia="zh-CN"/>
        </w:rPr>
        <w:t>今百折</w:t>
      </w:r>
      <w:proofErr w:type="gramEnd"/>
      <w:r>
        <w:rPr>
          <w:rFonts w:ascii="仿宋" w:eastAsia="仿宋" w:hAnsi="仿宋"/>
          <w:sz w:val="32"/>
          <w:lang w:eastAsia="zh-CN"/>
        </w:rPr>
        <w:t>千回。东流入海。坚定不移。大丈夫立功当如水。所到之处，润泽</w:t>
      </w:r>
      <w:r>
        <w:rPr>
          <w:rFonts w:ascii="仿宋" w:eastAsia="仿宋" w:hAnsi="仿宋"/>
          <w:sz w:val="32"/>
          <w:lang w:eastAsia="zh-CN"/>
        </w:rPr>
        <w:lastRenderedPageBreak/>
        <w:t>万物。礼仪是什么？好啊。然而，以水为德。有志气。为父此生做的最对的事情。</w:t>
      </w:r>
    </w:p>
    <w:p w14:paraId="2F316255" w14:textId="77777777" w:rsidR="00E87C95" w:rsidRDefault="00000000">
      <w:pPr>
        <w:spacing w:after="0" w:line="579" w:lineRule="exact"/>
        <w:ind w:firstLine="640"/>
        <w:rPr>
          <w:lang w:eastAsia="zh-CN"/>
        </w:rPr>
      </w:pPr>
      <w:r>
        <w:rPr>
          <w:rFonts w:ascii="仿宋" w:eastAsia="仿宋" w:hAnsi="仿宋"/>
          <w:sz w:val="32"/>
          <w:lang w:eastAsia="zh-CN"/>
        </w:rPr>
        <w:t>就是经常。带你看水。我们</w:t>
      </w:r>
      <w:proofErr w:type="gramStart"/>
      <w:r>
        <w:rPr>
          <w:rFonts w:ascii="仿宋" w:eastAsia="仿宋" w:hAnsi="仿宋"/>
          <w:sz w:val="32"/>
          <w:lang w:eastAsia="zh-CN"/>
        </w:rPr>
        <w:t>俩很多</w:t>
      </w:r>
      <w:proofErr w:type="gramEnd"/>
      <w:r>
        <w:rPr>
          <w:rFonts w:ascii="仿宋" w:eastAsia="仿宋" w:hAnsi="仿宋"/>
          <w:sz w:val="32"/>
          <w:lang w:eastAsia="zh-CN"/>
        </w:rPr>
        <w:t>心里话，好像都是在水边讲的。</w:t>
      </w:r>
      <w:proofErr w:type="gramStart"/>
      <w:r>
        <w:rPr>
          <w:rFonts w:ascii="仿宋" w:eastAsia="仿宋" w:hAnsi="仿宋"/>
          <w:sz w:val="32"/>
          <w:lang w:eastAsia="zh-CN"/>
        </w:rPr>
        <w:t>唯父此生</w:t>
      </w:r>
      <w:proofErr w:type="gramEnd"/>
      <w:r>
        <w:rPr>
          <w:rFonts w:ascii="仿宋" w:eastAsia="仿宋" w:hAnsi="仿宋"/>
          <w:sz w:val="32"/>
          <w:lang w:eastAsia="zh-CN"/>
        </w:rPr>
        <w:t>。为国奔走。身边一直带着这水经。这里记载着。天下的主要轨道。我看你每到一地。见山水必记之。我岳父希望你。将来若有机会。把九州的山水。到走一走。</w:t>
      </w:r>
    </w:p>
    <w:p w14:paraId="1496203D" w14:textId="77777777" w:rsidR="00E87C95" w:rsidRDefault="00000000">
      <w:pPr>
        <w:spacing w:after="0" w:line="579" w:lineRule="exact"/>
        <w:ind w:firstLine="640"/>
        <w:rPr>
          <w:lang w:eastAsia="zh-CN"/>
        </w:rPr>
      </w:pPr>
      <w:r>
        <w:rPr>
          <w:rFonts w:ascii="仿宋" w:eastAsia="仿宋" w:hAnsi="仿宋"/>
          <w:sz w:val="32"/>
          <w:lang w:eastAsia="zh-CN"/>
        </w:rPr>
        <w:t>记一记。父亲。</w:t>
      </w:r>
      <w:proofErr w:type="gramStart"/>
      <w:r>
        <w:rPr>
          <w:rFonts w:ascii="仿宋" w:eastAsia="仿宋" w:hAnsi="仿宋"/>
          <w:sz w:val="32"/>
          <w:lang w:eastAsia="zh-CN"/>
        </w:rPr>
        <w:t>媛</w:t>
      </w:r>
      <w:proofErr w:type="gramEnd"/>
      <w:r>
        <w:rPr>
          <w:rFonts w:ascii="仿宋" w:eastAsia="仿宋" w:hAnsi="仿宋"/>
          <w:sz w:val="32"/>
          <w:lang w:eastAsia="zh-CN"/>
        </w:rPr>
        <w:t>儿，记住了。然而。还记得。《玄中记》里的话吗？天下之多者。随意。</w:t>
      </w:r>
      <w:proofErr w:type="gramStart"/>
      <w:r>
        <w:rPr>
          <w:rFonts w:ascii="仿宋" w:eastAsia="仿宋" w:hAnsi="仿宋"/>
          <w:sz w:val="32"/>
          <w:lang w:eastAsia="zh-CN"/>
        </w:rPr>
        <w:t>浮天载</w:t>
      </w:r>
      <w:proofErr w:type="gramEnd"/>
      <w:r>
        <w:rPr>
          <w:rFonts w:ascii="仿宋" w:eastAsia="仿宋" w:hAnsi="仿宋"/>
          <w:sz w:val="32"/>
          <w:lang w:eastAsia="zh-CN"/>
        </w:rPr>
        <w:t>地。高下。无所不至万物。无所不论。天下之多者。水也。</w:t>
      </w:r>
    </w:p>
    <w:p w14:paraId="5E5F70F7" w14:textId="77777777" w:rsidR="00E87C95" w:rsidRDefault="00000000">
      <w:pPr>
        <w:spacing w:after="0" w:line="579" w:lineRule="exact"/>
        <w:ind w:firstLine="640"/>
        <w:rPr>
          <w:lang w:eastAsia="zh-CN"/>
        </w:rPr>
      </w:pPr>
      <w:proofErr w:type="gramStart"/>
      <w:r>
        <w:rPr>
          <w:rFonts w:ascii="仿宋" w:eastAsia="仿宋" w:hAnsi="仿宋"/>
          <w:sz w:val="32"/>
          <w:lang w:eastAsia="zh-CN"/>
        </w:rPr>
        <w:t>浮天载</w:t>
      </w:r>
      <w:proofErr w:type="gramEnd"/>
      <w:r>
        <w:rPr>
          <w:rFonts w:ascii="仿宋" w:eastAsia="仿宋" w:hAnsi="仿宋"/>
          <w:sz w:val="32"/>
          <w:lang w:eastAsia="zh-CN"/>
        </w:rPr>
        <w:t>地，高下无所不至万物。无所不论。这是父亲。留给我的水经。这么多年，我一直待在身边。看到他。就像看到父亲。读水经。就像在和父亲交谈。先生，节哀。守孝三年后，我踏上仕途。</w:t>
      </w:r>
    </w:p>
    <w:p w14:paraId="0E7DA566" w14:textId="77777777" w:rsidR="00E87C95" w:rsidRDefault="00000000">
      <w:pPr>
        <w:spacing w:after="0" w:line="579" w:lineRule="exact"/>
        <w:ind w:firstLine="640"/>
        <w:rPr>
          <w:lang w:eastAsia="zh-CN"/>
        </w:rPr>
      </w:pPr>
      <w:r>
        <w:rPr>
          <w:rFonts w:ascii="仿宋" w:eastAsia="仿宋" w:hAnsi="仿宋"/>
          <w:sz w:val="32"/>
          <w:lang w:eastAsia="zh-CN"/>
        </w:rPr>
        <w:t>成为尚书祠部郎。首次见到了。孝文皇帝。</w:t>
      </w:r>
      <w:proofErr w:type="gramStart"/>
      <w:r>
        <w:rPr>
          <w:rFonts w:ascii="仿宋" w:eastAsia="仿宋" w:hAnsi="仿宋"/>
          <w:sz w:val="32"/>
          <w:lang w:eastAsia="zh-CN"/>
        </w:rPr>
        <w:t>新任郎</w:t>
      </w:r>
      <w:proofErr w:type="gramEnd"/>
      <w:r>
        <w:rPr>
          <w:rFonts w:ascii="仿宋" w:eastAsia="仿宋" w:hAnsi="仿宋"/>
          <w:sz w:val="32"/>
          <w:lang w:eastAsia="zh-CN"/>
        </w:rPr>
        <w:t>官，尽见陛下。地下商城。九。哦。诸位新任的尚书郎官，有被举荐的少年英才。有席</w:t>
      </w:r>
      <w:proofErr w:type="gramStart"/>
      <w:r>
        <w:rPr>
          <w:rFonts w:ascii="仿宋" w:eastAsia="仿宋" w:hAnsi="仿宋"/>
          <w:sz w:val="32"/>
          <w:lang w:eastAsia="zh-CN"/>
        </w:rPr>
        <w:t>诀</w:t>
      </w:r>
      <w:proofErr w:type="gramEnd"/>
      <w:r>
        <w:rPr>
          <w:rFonts w:ascii="仿宋" w:eastAsia="仿宋" w:hAnsi="仿宋"/>
          <w:sz w:val="32"/>
          <w:lang w:eastAsia="zh-CN"/>
        </w:rPr>
        <w:t>的</w:t>
      </w:r>
      <w:proofErr w:type="gramStart"/>
      <w:r>
        <w:rPr>
          <w:rFonts w:ascii="仿宋" w:eastAsia="仿宋" w:hAnsi="仿宋"/>
          <w:sz w:val="32"/>
          <w:lang w:eastAsia="zh-CN"/>
        </w:rPr>
        <w:t>世家子望尔等</w:t>
      </w:r>
      <w:proofErr w:type="gramEnd"/>
      <w:r>
        <w:rPr>
          <w:rFonts w:ascii="仿宋" w:eastAsia="仿宋" w:hAnsi="仿宋"/>
          <w:sz w:val="32"/>
          <w:lang w:eastAsia="zh-CN"/>
        </w:rPr>
        <w:t>实心用事，兴我大位金尊陛下圣域。我大魏定都平城，地处北方，降雨较少，</w:t>
      </w:r>
    </w:p>
    <w:p w14:paraId="053F0297" w14:textId="77777777" w:rsidR="00E87C95" w:rsidRDefault="00000000">
      <w:pPr>
        <w:spacing w:after="0" w:line="579" w:lineRule="exact"/>
        <w:ind w:firstLine="640"/>
        <w:rPr>
          <w:lang w:eastAsia="zh-CN"/>
        </w:rPr>
      </w:pPr>
      <w:r>
        <w:rPr>
          <w:rFonts w:ascii="仿宋" w:eastAsia="仿宋" w:hAnsi="仿宋"/>
          <w:sz w:val="32"/>
          <w:lang w:eastAsia="zh-CN"/>
        </w:rPr>
        <w:t>常受干旱之苦。朕想</w:t>
      </w:r>
      <w:proofErr w:type="gramStart"/>
      <w:r>
        <w:rPr>
          <w:rFonts w:ascii="仿宋" w:eastAsia="仿宋" w:hAnsi="仿宋"/>
          <w:sz w:val="32"/>
          <w:lang w:eastAsia="zh-CN"/>
        </w:rPr>
        <w:t>听重卿</w:t>
      </w:r>
      <w:proofErr w:type="gramEnd"/>
      <w:r>
        <w:rPr>
          <w:rFonts w:ascii="仿宋" w:eastAsia="仿宋" w:hAnsi="仿宋"/>
          <w:sz w:val="32"/>
          <w:lang w:eastAsia="zh-CN"/>
        </w:rPr>
        <w:t>意义。应当如何解决每逢旱灾百姓流离之难题？回</w:t>
      </w:r>
      <w:proofErr w:type="gramStart"/>
      <w:r>
        <w:rPr>
          <w:rFonts w:ascii="仿宋" w:eastAsia="仿宋" w:hAnsi="仿宋"/>
          <w:sz w:val="32"/>
          <w:lang w:eastAsia="zh-CN"/>
        </w:rPr>
        <w:t>秉</w:t>
      </w:r>
      <w:proofErr w:type="gramEnd"/>
      <w:r>
        <w:rPr>
          <w:rFonts w:ascii="仿宋" w:eastAsia="仿宋" w:hAnsi="仿宋"/>
          <w:sz w:val="32"/>
          <w:lang w:eastAsia="zh-CN"/>
        </w:rPr>
        <w:t>陛下，只有开放山泽禁令。才能让百姓狩猎谋使。这是老旧的法子了。还有吗？回柄陛下京师，</w:t>
      </w:r>
      <w:r>
        <w:rPr>
          <w:rFonts w:ascii="仿宋" w:eastAsia="仿宋" w:hAnsi="仿宋"/>
          <w:sz w:val="32"/>
          <w:lang w:eastAsia="zh-CN"/>
        </w:rPr>
        <w:lastRenderedPageBreak/>
        <w:t>少语漕运，不通运输，各州救济粮，代价极大，应当允许基民出京求实，以缓解灾情。</w:t>
      </w:r>
    </w:p>
    <w:p w14:paraId="5D5307BC" w14:textId="77777777" w:rsidR="00E87C95" w:rsidRDefault="00000000">
      <w:pPr>
        <w:spacing w:after="0" w:line="579" w:lineRule="exact"/>
        <w:ind w:firstLine="640"/>
        <w:rPr>
          <w:lang w:eastAsia="zh-CN"/>
        </w:rPr>
      </w:pPr>
      <w:proofErr w:type="gramStart"/>
      <w:r>
        <w:rPr>
          <w:rFonts w:ascii="仿宋" w:eastAsia="仿宋" w:hAnsi="仿宋"/>
          <w:sz w:val="32"/>
          <w:lang w:eastAsia="zh-CN"/>
        </w:rPr>
        <w:t>朕</w:t>
      </w:r>
      <w:proofErr w:type="gramEnd"/>
      <w:r>
        <w:rPr>
          <w:rFonts w:ascii="仿宋" w:eastAsia="仿宋" w:hAnsi="仿宋"/>
          <w:sz w:val="32"/>
          <w:lang w:eastAsia="zh-CN"/>
        </w:rPr>
        <w:t>何尝没有行过此法？但让灾民四处流离，乃至各地屡屡发生动乱，长久下去会动摇国本。还有什么办法吗？陛下，臣以为要解决大卫问题。应当治水。自古以来，水兴则邦兴，水安则民安。大兴天下水利。治理天下水道，乃是长远之计。你倒说说京师周围有哪些水道？</w:t>
      </w:r>
    </w:p>
    <w:p w14:paraId="555CAFEE" w14:textId="77777777" w:rsidR="00E87C95" w:rsidRDefault="00000000">
      <w:pPr>
        <w:spacing w:after="0" w:line="579" w:lineRule="exact"/>
        <w:ind w:firstLine="640"/>
        <w:rPr>
          <w:lang w:eastAsia="zh-CN"/>
        </w:rPr>
      </w:pPr>
      <w:r>
        <w:rPr>
          <w:rFonts w:ascii="仿宋" w:eastAsia="仿宋" w:hAnsi="仿宋"/>
          <w:sz w:val="32"/>
          <w:lang w:eastAsia="zh-CN"/>
        </w:rPr>
        <w:t>京师周边水道。</w:t>
      </w:r>
      <w:proofErr w:type="gramStart"/>
      <w:r>
        <w:rPr>
          <w:rFonts w:ascii="仿宋" w:eastAsia="仿宋" w:hAnsi="仿宋"/>
          <w:sz w:val="32"/>
          <w:lang w:eastAsia="zh-CN"/>
        </w:rPr>
        <w:t>臣尚未</w:t>
      </w:r>
      <w:proofErr w:type="gramEnd"/>
      <w:r>
        <w:rPr>
          <w:rFonts w:ascii="仿宋" w:eastAsia="仿宋" w:hAnsi="仿宋"/>
          <w:sz w:val="32"/>
          <w:lang w:eastAsia="zh-CN"/>
        </w:rPr>
        <w:t>来得及详细探查。还有什么别的办法吗？陛下。京师之地的灾情，关键就在京师地里与人口规模不相匹配。说下去，自我大魏太祖道，武帝定都平城，已近百年。国运</w:t>
      </w:r>
      <w:proofErr w:type="gramStart"/>
      <w:r>
        <w:rPr>
          <w:rFonts w:ascii="仿宋" w:eastAsia="仿宋" w:hAnsi="仿宋"/>
          <w:sz w:val="32"/>
          <w:lang w:eastAsia="zh-CN"/>
        </w:rPr>
        <w:t>长隆人口</w:t>
      </w:r>
      <w:proofErr w:type="gramEnd"/>
      <w:r>
        <w:rPr>
          <w:rFonts w:ascii="仿宋" w:eastAsia="仿宋" w:hAnsi="仿宋"/>
          <w:sz w:val="32"/>
          <w:lang w:eastAsia="zh-CN"/>
        </w:rPr>
        <w:t>日益增多，京师农耕薄弱，漕运不变，加上连年少雨，缺水粮食常年</w:t>
      </w:r>
      <w:proofErr w:type="gramStart"/>
      <w:r>
        <w:rPr>
          <w:rFonts w:ascii="仿宋" w:eastAsia="仿宋" w:hAnsi="仿宋"/>
          <w:sz w:val="32"/>
          <w:lang w:eastAsia="zh-CN"/>
        </w:rPr>
        <w:t>欠收</w:t>
      </w:r>
      <w:proofErr w:type="gramEnd"/>
      <w:r>
        <w:rPr>
          <w:rFonts w:ascii="仿宋" w:eastAsia="仿宋" w:hAnsi="仿宋"/>
          <w:sz w:val="32"/>
          <w:lang w:eastAsia="zh-CN"/>
        </w:rPr>
        <w:t>不足，</w:t>
      </w:r>
    </w:p>
    <w:p w14:paraId="5FD6283B" w14:textId="77777777" w:rsidR="00E87C95" w:rsidRDefault="00000000">
      <w:pPr>
        <w:spacing w:after="0" w:line="579" w:lineRule="exact"/>
        <w:ind w:firstLine="640"/>
        <w:rPr>
          <w:lang w:eastAsia="zh-CN"/>
        </w:rPr>
      </w:pPr>
      <w:r>
        <w:rPr>
          <w:rFonts w:ascii="仿宋" w:eastAsia="仿宋" w:hAnsi="仿宋"/>
          <w:sz w:val="32"/>
          <w:lang w:eastAsia="zh-CN"/>
        </w:rPr>
        <w:t>粮食运输困难。已无法养活京师及周边近百万民生。好啊，总算有人找到了京师缺粮的关键。以清之见，当如何应对我大尉幅员辽阔都城，却定于北方天下人口，汇聚在粮食短缺之地。复地</w:t>
      </w:r>
      <w:proofErr w:type="gramStart"/>
      <w:r>
        <w:rPr>
          <w:rFonts w:ascii="仿宋" w:eastAsia="仿宋" w:hAnsi="仿宋"/>
          <w:sz w:val="32"/>
          <w:lang w:eastAsia="zh-CN"/>
        </w:rPr>
        <w:t>中原倾齐之</w:t>
      </w:r>
      <w:proofErr w:type="gramEnd"/>
      <w:r>
        <w:rPr>
          <w:rFonts w:ascii="仿宋" w:eastAsia="仿宋" w:hAnsi="仿宋"/>
          <w:sz w:val="32"/>
          <w:lang w:eastAsia="zh-CN"/>
        </w:rPr>
        <w:t>地结束，水系丰沛，粮产丰盛，若能将都城百姓加以引导。疏解千</w:t>
      </w:r>
      <w:proofErr w:type="gramStart"/>
      <w:r>
        <w:rPr>
          <w:rFonts w:ascii="仿宋" w:eastAsia="仿宋" w:hAnsi="仿宋"/>
          <w:sz w:val="32"/>
          <w:lang w:eastAsia="zh-CN"/>
        </w:rPr>
        <w:t>禧</w:t>
      </w:r>
      <w:proofErr w:type="gramEnd"/>
      <w:r>
        <w:rPr>
          <w:rFonts w:ascii="仿宋" w:eastAsia="仿宋" w:hAnsi="仿宋"/>
          <w:sz w:val="32"/>
          <w:lang w:eastAsia="zh-CN"/>
        </w:rPr>
        <w:t>至，水土肥美之地，平成缺粮之患，</w:t>
      </w:r>
    </w:p>
    <w:p w14:paraId="35D2596B" w14:textId="77777777" w:rsidR="00E87C95" w:rsidRDefault="00000000">
      <w:pPr>
        <w:spacing w:after="0" w:line="579" w:lineRule="exact"/>
        <w:ind w:firstLine="640"/>
        <w:rPr>
          <w:lang w:eastAsia="zh-CN"/>
        </w:rPr>
      </w:pPr>
      <w:r>
        <w:rPr>
          <w:rFonts w:ascii="仿宋" w:eastAsia="仿宋" w:hAnsi="仿宋"/>
          <w:sz w:val="32"/>
          <w:lang w:eastAsia="zh-CN"/>
        </w:rPr>
        <w:t>乃能还情好说得好。你叫什么名字？臣郦道元。哇，朕想起来了。范阳公立</w:t>
      </w:r>
      <w:proofErr w:type="gramStart"/>
      <w:r>
        <w:rPr>
          <w:rFonts w:ascii="仿宋" w:eastAsia="仿宋" w:hAnsi="仿宋"/>
          <w:sz w:val="32"/>
          <w:lang w:eastAsia="zh-CN"/>
        </w:rPr>
        <w:t>范</w:t>
      </w:r>
      <w:proofErr w:type="gramEnd"/>
      <w:r>
        <w:rPr>
          <w:rFonts w:ascii="仿宋" w:eastAsia="仿宋" w:hAnsi="仿宋"/>
          <w:sz w:val="32"/>
          <w:lang w:eastAsia="zh-CN"/>
        </w:rPr>
        <w:t>的长子永宁侯。郦道元。此后。我曾数度随</w:t>
      </w:r>
      <w:proofErr w:type="gramStart"/>
      <w:r>
        <w:rPr>
          <w:rFonts w:ascii="仿宋" w:eastAsia="仿宋" w:hAnsi="仿宋"/>
          <w:sz w:val="32"/>
          <w:lang w:eastAsia="zh-CN"/>
        </w:rPr>
        <w:t>世</w:t>
      </w:r>
      <w:proofErr w:type="gramEnd"/>
      <w:r>
        <w:rPr>
          <w:rFonts w:ascii="仿宋" w:eastAsia="仿宋" w:hAnsi="仿宋"/>
          <w:sz w:val="32"/>
          <w:lang w:eastAsia="zh-CN"/>
        </w:rPr>
        <w:t>孝文皇帝护从圣将，亲见了他的雄才伟略。孝文帝</w:t>
      </w:r>
      <w:r>
        <w:rPr>
          <w:rFonts w:ascii="仿宋" w:eastAsia="仿宋" w:hAnsi="仿宋"/>
          <w:sz w:val="32"/>
          <w:lang w:eastAsia="zh-CN"/>
        </w:rPr>
        <w:lastRenderedPageBreak/>
        <w:t>进行了改革，史称太和改制，那堪称是千古壮举。我们后世学历史啊，都要牢记一个历史事件。</w:t>
      </w:r>
    </w:p>
    <w:p w14:paraId="61BD2C9E" w14:textId="77777777" w:rsidR="00E87C95" w:rsidRDefault="00000000">
      <w:pPr>
        <w:spacing w:after="0" w:line="579" w:lineRule="exact"/>
        <w:ind w:firstLine="640"/>
        <w:rPr>
          <w:lang w:eastAsia="zh-CN"/>
        </w:rPr>
      </w:pPr>
      <w:r>
        <w:rPr>
          <w:rFonts w:ascii="仿宋" w:eastAsia="仿宋" w:hAnsi="仿宋"/>
          <w:sz w:val="32"/>
          <w:lang w:eastAsia="zh-CN"/>
        </w:rPr>
        <w:t>就是魏孝文帝迁都。孝文皇帝。将大魏的都城从平城迁至洛阳，洛阳位于九州的中心有</w:t>
      </w:r>
      <w:proofErr w:type="gramStart"/>
      <w:r>
        <w:rPr>
          <w:rFonts w:ascii="仿宋" w:eastAsia="仿宋" w:hAnsi="仿宋"/>
          <w:sz w:val="32"/>
          <w:lang w:eastAsia="zh-CN"/>
        </w:rPr>
        <w:t>洛</w:t>
      </w:r>
      <w:proofErr w:type="gramEnd"/>
      <w:r>
        <w:rPr>
          <w:rFonts w:ascii="仿宋" w:eastAsia="仿宋" w:hAnsi="仿宋"/>
          <w:sz w:val="32"/>
          <w:lang w:eastAsia="zh-CN"/>
        </w:rPr>
        <w:t>水产水谷，</w:t>
      </w:r>
      <w:proofErr w:type="gramStart"/>
      <w:r>
        <w:rPr>
          <w:rFonts w:ascii="仿宋" w:eastAsia="仿宋" w:hAnsi="仿宋"/>
          <w:sz w:val="32"/>
          <w:lang w:eastAsia="zh-CN"/>
        </w:rPr>
        <w:t>水依水</w:t>
      </w:r>
      <w:proofErr w:type="gramEnd"/>
      <w:r>
        <w:rPr>
          <w:rFonts w:ascii="仿宋" w:eastAsia="仿宋" w:hAnsi="仿宋"/>
          <w:sz w:val="32"/>
          <w:lang w:eastAsia="zh-CN"/>
        </w:rPr>
        <w:t>环绕。水系丰沛，便于民生。北有邙山作为屏障，东南有嵩山等重重关卡。与平城相比。可以说是固若金汤啊，且能辐射四方。那是北魏国力最为强盛的时期。孝文皇帝。让我看到了九州重圆。</w:t>
      </w:r>
    </w:p>
    <w:p w14:paraId="3165A5EE" w14:textId="77777777" w:rsidR="00E87C95" w:rsidRDefault="00000000">
      <w:pPr>
        <w:spacing w:after="0" w:line="579" w:lineRule="exact"/>
        <w:ind w:firstLine="640"/>
        <w:rPr>
          <w:lang w:eastAsia="zh-CN"/>
        </w:rPr>
      </w:pPr>
      <w:r>
        <w:rPr>
          <w:rFonts w:ascii="仿宋" w:eastAsia="仿宋" w:hAnsi="仿宋"/>
          <w:sz w:val="32"/>
          <w:lang w:eastAsia="zh-CN"/>
        </w:rPr>
        <w:t>山河重光的希望。那是我</w:t>
      </w:r>
      <w:proofErr w:type="gramStart"/>
      <w:r>
        <w:rPr>
          <w:rFonts w:ascii="仿宋" w:eastAsia="仿宋" w:hAnsi="仿宋"/>
          <w:sz w:val="32"/>
          <w:lang w:eastAsia="zh-CN"/>
        </w:rPr>
        <w:t>离人生</w:t>
      </w:r>
      <w:proofErr w:type="gramEnd"/>
      <w:r>
        <w:rPr>
          <w:rFonts w:ascii="仿宋" w:eastAsia="仿宋" w:hAnsi="仿宋"/>
          <w:sz w:val="32"/>
          <w:lang w:eastAsia="zh-CN"/>
        </w:rPr>
        <w:t>梦想最近的时候。千丈飞瀑凌空直，下</w:t>
      </w:r>
      <w:proofErr w:type="gramStart"/>
      <w:r>
        <w:rPr>
          <w:rFonts w:ascii="仿宋" w:eastAsia="仿宋" w:hAnsi="仿宋"/>
          <w:sz w:val="32"/>
          <w:lang w:eastAsia="zh-CN"/>
        </w:rPr>
        <w:t>孟门瀑布</w:t>
      </w:r>
      <w:proofErr w:type="gramEnd"/>
      <w:r>
        <w:rPr>
          <w:rFonts w:ascii="仿宋" w:eastAsia="仿宋" w:hAnsi="仿宋"/>
          <w:sz w:val="32"/>
          <w:lang w:eastAsia="zh-CN"/>
        </w:rPr>
        <w:t>。水汽如云。实为壮观，甚至所说黄河水直下龙门，其水流速度，驷马难追。绝非序言。李清，你可知</w:t>
      </w:r>
      <w:proofErr w:type="gramStart"/>
      <w:r>
        <w:rPr>
          <w:rFonts w:ascii="仿宋" w:eastAsia="仿宋" w:hAnsi="仿宋"/>
          <w:sz w:val="32"/>
          <w:lang w:eastAsia="zh-CN"/>
        </w:rPr>
        <w:t>朕</w:t>
      </w:r>
      <w:proofErr w:type="gramEnd"/>
      <w:r>
        <w:rPr>
          <w:rFonts w:ascii="仿宋" w:eastAsia="仿宋" w:hAnsi="仿宋"/>
          <w:sz w:val="32"/>
          <w:lang w:eastAsia="zh-CN"/>
        </w:rPr>
        <w:t>为什么</w:t>
      </w:r>
      <w:proofErr w:type="gramStart"/>
      <w:r>
        <w:rPr>
          <w:rFonts w:ascii="仿宋" w:eastAsia="仿宋" w:hAnsi="仿宋"/>
          <w:sz w:val="32"/>
          <w:lang w:eastAsia="zh-CN"/>
        </w:rPr>
        <w:t>来孟问</w:t>
      </w:r>
      <w:proofErr w:type="gramEnd"/>
      <w:r>
        <w:rPr>
          <w:rFonts w:ascii="仿宋" w:eastAsia="仿宋" w:hAnsi="仿宋"/>
          <w:sz w:val="32"/>
          <w:lang w:eastAsia="zh-CN"/>
        </w:rPr>
        <w:t>？臣不敢揣测圣意，哎。山水之间，</w:t>
      </w:r>
    </w:p>
    <w:p w14:paraId="239B70F5" w14:textId="77777777" w:rsidR="00E87C95" w:rsidRDefault="00000000">
      <w:pPr>
        <w:spacing w:after="0" w:line="579" w:lineRule="exact"/>
        <w:ind w:firstLine="640"/>
        <w:rPr>
          <w:lang w:eastAsia="zh-CN"/>
        </w:rPr>
      </w:pPr>
      <w:r>
        <w:rPr>
          <w:rFonts w:ascii="仿宋" w:eastAsia="仿宋" w:hAnsi="仿宋"/>
          <w:sz w:val="32"/>
          <w:lang w:eastAsia="zh-CN"/>
        </w:rPr>
        <w:t>不是朝堂，不必拘谨。</w:t>
      </w:r>
      <w:proofErr w:type="gramStart"/>
      <w:r>
        <w:rPr>
          <w:rFonts w:ascii="仿宋" w:eastAsia="仿宋" w:hAnsi="仿宋"/>
          <w:sz w:val="32"/>
          <w:lang w:eastAsia="zh-CN"/>
        </w:rPr>
        <w:t>朕</w:t>
      </w:r>
      <w:proofErr w:type="gramEnd"/>
      <w:r>
        <w:rPr>
          <w:rFonts w:ascii="仿宋" w:eastAsia="仿宋" w:hAnsi="仿宋"/>
          <w:sz w:val="32"/>
          <w:lang w:eastAsia="zh-CN"/>
        </w:rPr>
        <w:t>知道你学识渊博。你尤其熟知地理山水之道，而朕也细读地质水道之说。</w:t>
      </w:r>
      <w:proofErr w:type="gramStart"/>
      <w:r>
        <w:rPr>
          <w:rFonts w:ascii="仿宋" w:eastAsia="仿宋" w:hAnsi="仿宋"/>
          <w:sz w:val="32"/>
          <w:lang w:eastAsia="zh-CN"/>
        </w:rPr>
        <w:t>陈启敢与</w:t>
      </w:r>
      <w:proofErr w:type="gramEnd"/>
      <w:r>
        <w:rPr>
          <w:rFonts w:ascii="仿宋" w:eastAsia="仿宋" w:hAnsi="仿宋"/>
          <w:sz w:val="32"/>
          <w:lang w:eastAsia="zh-CN"/>
        </w:rPr>
        <w:t>地下相比，我说过了，山水之间，不是朝堂。面对古先贤大禹开凿的梦，你要有古大臣之风。</w:t>
      </w:r>
      <w:proofErr w:type="gramStart"/>
      <w:r>
        <w:rPr>
          <w:rFonts w:ascii="仿宋" w:eastAsia="仿宋" w:hAnsi="仿宋"/>
          <w:sz w:val="32"/>
          <w:lang w:eastAsia="zh-CN"/>
        </w:rPr>
        <w:t>陈村池来</w:t>
      </w:r>
      <w:proofErr w:type="gramEnd"/>
      <w:r>
        <w:rPr>
          <w:rFonts w:ascii="仿宋" w:eastAsia="仿宋" w:hAnsi="仿宋"/>
          <w:sz w:val="32"/>
          <w:lang w:eastAsia="zh-CN"/>
        </w:rPr>
        <w:t>。你看着梦</w:t>
      </w:r>
      <w:proofErr w:type="gramStart"/>
      <w:r>
        <w:rPr>
          <w:rFonts w:ascii="仿宋" w:eastAsia="仿宋" w:hAnsi="仿宋"/>
          <w:sz w:val="32"/>
          <w:lang w:eastAsia="zh-CN"/>
        </w:rPr>
        <w:t>梦</w:t>
      </w:r>
      <w:proofErr w:type="gramEnd"/>
      <w:r>
        <w:rPr>
          <w:rFonts w:ascii="仿宋" w:eastAsia="仿宋" w:hAnsi="仿宋"/>
          <w:sz w:val="32"/>
          <w:lang w:eastAsia="zh-CN"/>
        </w:rPr>
        <w:t>。不知其由来的人，一定以为是河水穿山凿石，</w:t>
      </w:r>
    </w:p>
    <w:p w14:paraId="1D492426" w14:textId="77777777" w:rsidR="00E87C95" w:rsidRDefault="00000000">
      <w:pPr>
        <w:spacing w:after="0" w:line="579" w:lineRule="exact"/>
        <w:ind w:firstLine="640"/>
        <w:rPr>
          <w:lang w:eastAsia="zh-CN"/>
        </w:rPr>
      </w:pPr>
      <w:r>
        <w:rPr>
          <w:rFonts w:ascii="仿宋" w:eastAsia="仿宋" w:hAnsi="仿宋"/>
          <w:sz w:val="32"/>
          <w:lang w:eastAsia="zh-CN"/>
        </w:rPr>
        <w:t>把山冲开的。淮南子说。龙门还未开辟。吕梁尚未凿通河水，</w:t>
      </w:r>
      <w:proofErr w:type="gramStart"/>
      <w:r>
        <w:rPr>
          <w:rFonts w:ascii="仿宋" w:eastAsia="仿宋" w:hAnsi="仿宋"/>
          <w:sz w:val="32"/>
          <w:lang w:eastAsia="zh-CN"/>
        </w:rPr>
        <w:t>从孟门之上</w:t>
      </w:r>
      <w:proofErr w:type="gramEnd"/>
      <w:r>
        <w:rPr>
          <w:rFonts w:ascii="仿宋" w:eastAsia="仿宋" w:hAnsi="仿宋"/>
          <w:sz w:val="32"/>
          <w:lang w:eastAsia="zh-CN"/>
        </w:rPr>
        <w:t>，漫溢倒流，洪水肆虐，百姓流离。大禹开凿孟门，大河才有祈祷。可上古之人要凿开一座山。太难了。上古之时，工具简单，物资匮乏，</w:t>
      </w:r>
    </w:p>
    <w:p w14:paraId="19FC81AD" w14:textId="77777777" w:rsidR="00E87C95" w:rsidRDefault="00000000">
      <w:pPr>
        <w:spacing w:after="0" w:line="579" w:lineRule="exact"/>
        <w:ind w:firstLine="640"/>
        <w:rPr>
          <w:lang w:eastAsia="zh-CN"/>
        </w:rPr>
      </w:pPr>
      <w:r>
        <w:rPr>
          <w:rFonts w:ascii="仿宋" w:eastAsia="仿宋" w:hAnsi="仿宋"/>
          <w:sz w:val="32"/>
          <w:lang w:eastAsia="zh-CN"/>
        </w:rPr>
        <w:lastRenderedPageBreak/>
        <w:t>大禹带领先民开凿此处，一定付出巨大的牺牲。我是你。凿开孟山为河水，打开流向下游的门，才能让河水安澜。我们不冒险。子孙后代，无法安居。有人牺牲才有人安乐。天下名声有多苦。大禹的决心就有多大？碧清，你说大尉的百姓苦吗？别笑，</w:t>
      </w:r>
    </w:p>
    <w:p w14:paraId="07078259" w14:textId="77777777" w:rsidR="00E87C95" w:rsidRDefault="00000000">
      <w:pPr>
        <w:spacing w:after="0" w:line="579" w:lineRule="exact"/>
        <w:ind w:firstLine="640"/>
        <w:rPr>
          <w:lang w:eastAsia="zh-CN"/>
        </w:rPr>
      </w:pPr>
      <w:r>
        <w:rPr>
          <w:rFonts w:ascii="仿宋" w:eastAsia="仿宋" w:hAnsi="仿宋"/>
          <w:sz w:val="32"/>
          <w:lang w:eastAsia="zh-CN"/>
        </w:rPr>
        <w:t>说实话。自陛下迁都洛阳以来，不仅贫穷，民生压力缓解，新都洛阳也欣欣向荣，民生。也得到改善。然而。有些新政</w:t>
      </w:r>
      <w:proofErr w:type="gramStart"/>
      <w:r>
        <w:rPr>
          <w:rFonts w:ascii="仿宋" w:eastAsia="仿宋" w:hAnsi="仿宋"/>
          <w:sz w:val="32"/>
          <w:lang w:eastAsia="zh-CN"/>
        </w:rPr>
        <w:t>推行仍</w:t>
      </w:r>
      <w:proofErr w:type="gramEnd"/>
      <w:r>
        <w:rPr>
          <w:rFonts w:ascii="仿宋" w:eastAsia="仿宋" w:hAnsi="仿宋"/>
          <w:sz w:val="32"/>
          <w:lang w:eastAsia="zh-CN"/>
        </w:rPr>
        <w:t>受到一些王公大臣的阻挠。新政推行不畅，新旧政令相杂，令百姓不知所从，饱受其苦。还远不止于此啊！如今大卫各派势力盘根错节，</w:t>
      </w:r>
    </w:p>
    <w:p w14:paraId="46204229" w14:textId="77777777" w:rsidR="00E87C95" w:rsidRDefault="00000000">
      <w:pPr>
        <w:spacing w:after="0" w:line="579" w:lineRule="exact"/>
        <w:ind w:firstLine="640"/>
        <w:rPr>
          <w:lang w:eastAsia="zh-CN"/>
        </w:rPr>
      </w:pPr>
      <w:r>
        <w:rPr>
          <w:rFonts w:ascii="仿宋" w:eastAsia="仿宋" w:hAnsi="仿宋"/>
          <w:sz w:val="32"/>
          <w:lang w:eastAsia="zh-CN"/>
        </w:rPr>
        <w:t>土地兼并不断。只有不断推行改革，才能够法令有度，政治清明，民生安乐。可是，朝中一些保守的力量。就犹如眼前这座孟门山，难以移动，甚有决心，像大禹</w:t>
      </w:r>
      <w:proofErr w:type="gramStart"/>
      <w:r>
        <w:rPr>
          <w:rFonts w:ascii="仿宋" w:eastAsia="仿宋" w:hAnsi="仿宋"/>
          <w:sz w:val="32"/>
          <w:lang w:eastAsia="zh-CN"/>
        </w:rPr>
        <w:t>开凿孟门一样</w:t>
      </w:r>
      <w:proofErr w:type="gramEnd"/>
      <w:r>
        <w:rPr>
          <w:rFonts w:ascii="仿宋" w:eastAsia="仿宋" w:hAnsi="仿宋"/>
          <w:sz w:val="32"/>
          <w:lang w:eastAsia="zh-CN"/>
        </w:rPr>
        <w:t>，不畏艰难，改革朝政。劈开一条路，可朝中的一些大臣，</w:t>
      </w:r>
    </w:p>
    <w:p w14:paraId="5E96F0B7" w14:textId="77777777" w:rsidR="00E87C95" w:rsidRDefault="00000000">
      <w:pPr>
        <w:spacing w:after="0" w:line="579" w:lineRule="exact"/>
        <w:ind w:firstLine="640"/>
        <w:rPr>
          <w:lang w:eastAsia="zh-CN"/>
        </w:rPr>
      </w:pPr>
      <w:r>
        <w:rPr>
          <w:rFonts w:ascii="仿宋" w:eastAsia="仿宋" w:hAnsi="仿宋"/>
          <w:sz w:val="32"/>
          <w:lang w:eastAsia="zh-CN"/>
        </w:rPr>
        <w:t>就连一跃而下，冲向生机澎湃之路的勇气。都没有。有陛下不畏艰险，开凿在先，自有刚直忠勇之臣。敢于纵身一跃。李清，你会怎么做？臣愿。如</w:t>
      </w:r>
      <w:proofErr w:type="gramStart"/>
      <w:r>
        <w:rPr>
          <w:rFonts w:ascii="仿宋" w:eastAsia="仿宋" w:hAnsi="仿宋"/>
          <w:sz w:val="32"/>
          <w:lang w:eastAsia="zh-CN"/>
        </w:rPr>
        <w:t>这孟门瀑布</w:t>
      </w:r>
      <w:proofErr w:type="gramEnd"/>
      <w:r>
        <w:rPr>
          <w:rFonts w:ascii="仿宋" w:eastAsia="仿宋" w:hAnsi="仿宋"/>
          <w:sz w:val="32"/>
          <w:lang w:eastAsia="zh-CN"/>
        </w:rPr>
        <w:t>一般，面对万丈深渊，不惜纵身一跃，不怕粉身碎骨。若大卫有更多沥青，</w:t>
      </w:r>
    </w:p>
    <w:p w14:paraId="5F9D83CE" w14:textId="77777777" w:rsidR="00E87C95" w:rsidRDefault="00000000">
      <w:pPr>
        <w:spacing w:after="0" w:line="579" w:lineRule="exact"/>
        <w:ind w:firstLine="640"/>
        <w:rPr>
          <w:lang w:eastAsia="zh-CN"/>
        </w:rPr>
      </w:pPr>
      <w:r>
        <w:rPr>
          <w:rFonts w:ascii="仿宋" w:eastAsia="仿宋" w:hAnsi="仿宋"/>
          <w:sz w:val="32"/>
          <w:lang w:eastAsia="zh-CN"/>
        </w:rPr>
        <w:t>这样的贤臣</w:t>
      </w:r>
      <w:proofErr w:type="gramStart"/>
      <w:r>
        <w:rPr>
          <w:rFonts w:ascii="仿宋" w:eastAsia="仿宋" w:hAnsi="仿宋"/>
          <w:sz w:val="32"/>
          <w:lang w:eastAsia="zh-CN"/>
        </w:rPr>
        <w:t>朕</w:t>
      </w:r>
      <w:proofErr w:type="gramEnd"/>
      <w:r>
        <w:rPr>
          <w:rFonts w:ascii="仿宋" w:eastAsia="仿宋" w:hAnsi="仿宋"/>
          <w:sz w:val="32"/>
          <w:lang w:eastAsia="zh-CN"/>
        </w:rPr>
        <w:t>定能再现。九州</w:t>
      </w:r>
      <w:proofErr w:type="gramStart"/>
      <w:r>
        <w:rPr>
          <w:rFonts w:ascii="仿宋" w:eastAsia="仿宋" w:hAnsi="仿宋"/>
          <w:sz w:val="32"/>
          <w:lang w:eastAsia="zh-CN"/>
        </w:rPr>
        <w:t>攸</w:t>
      </w:r>
      <w:proofErr w:type="gramEnd"/>
      <w:r>
        <w:rPr>
          <w:rFonts w:ascii="仿宋" w:eastAsia="仿宋" w:hAnsi="仿宋"/>
          <w:sz w:val="32"/>
          <w:lang w:eastAsia="zh-CN"/>
        </w:rPr>
        <w:t>同，四海会同的。盛世景象。再现九州</w:t>
      </w:r>
      <w:proofErr w:type="gramStart"/>
      <w:r>
        <w:rPr>
          <w:rFonts w:ascii="仿宋" w:eastAsia="仿宋" w:hAnsi="仿宋"/>
          <w:sz w:val="32"/>
          <w:lang w:eastAsia="zh-CN"/>
        </w:rPr>
        <w:t>攸</w:t>
      </w:r>
      <w:proofErr w:type="gramEnd"/>
      <w:r>
        <w:rPr>
          <w:rFonts w:ascii="仿宋" w:eastAsia="仿宋" w:hAnsi="仿宋"/>
          <w:sz w:val="32"/>
          <w:lang w:eastAsia="zh-CN"/>
        </w:rPr>
        <w:t>同四海会同的盛世锦江。陛下，圣明。哈哈</w:t>
      </w:r>
      <w:proofErr w:type="gramStart"/>
      <w:r>
        <w:rPr>
          <w:rFonts w:ascii="仿宋" w:eastAsia="仿宋" w:hAnsi="仿宋"/>
          <w:sz w:val="32"/>
          <w:lang w:eastAsia="zh-CN"/>
        </w:rPr>
        <w:t>哈</w:t>
      </w:r>
      <w:proofErr w:type="gramEnd"/>
      <w:r>
        <w:rPr>
          <w:rFonts w:ascii="仿宋" w:eastAsia="仿宋" w:hAnsi="仿宋"/>
          <w:sz w:val="32"/>
          <w:lang w:eastAsia="zh-CN"/>
        </w:rPr>
        <w:t>。待到那一日。李清要把九州的好山好水，</w:t>
      </w:r>
      <w:proofErr w:type="gramStart"/>
      <w:r>
        <w:rPr>
          <w:rFonts w:ascii="仿宋" w:eastAsia="仿宋" w:hAnsi="仿宋"/>
          <w:sz w:val="32"/>
          <w:lang w:eastAsia="zh-CN"/>
        </w:rPr>
        <w:t>祥</w:t>
      </w:r>
      <w:proofErr w:type="gramEnd"/>
      <w:r>
        <w:rPr>
          <w:rFonts w:ascii="仿宋" w:eastAsia="仿宋" w:hAnsi="仿宋"/>
          <w:sz w:val="32"/>
          <w:lang w:eastAsia="zh-CN"/>
        </w:rPr>
        <w:t>家技术防</w:t>
      </w:r>
      <w:r>
        <w:rPr>
          <w:rFonts w:ascii="仿宋" w:eastAsia="仿宋" w:hAnsi="仿宋"/>
          <w:sz w:val="32"/>
          <w:lang w:eastAsia="zh-CN"/>
        </w:rPr>
        <w:lastRenderedPageBreak/>
        <w:t>不负你，渊博的山水地质之学。陛下，臣记住了。陛下誓要完成九州重圆的伟业。</w:t>
      </w:r>
    </w:p>
    <w:p w14:paraId="38D6622F" w14:textId="77777777" w:rsidR="00E87C95" w:rsidRDefault="00000000">
      <w:pPr>
        <w:spacing w:after="0" w:line="579" w:lineRule="exact"/>
        <w:ind w:firstLine="640"/>
        <w:rPr>
          <w:lang w:eastAsia="zh-CN"/>
        </w:rPr>
      </w:pPr>
      <w:r>
        <w:rPr>
          <w:rFonts w:ascii="仿宋" w:eastAsia="仿宋" w:hAnsi="仿宋"/>
          <w:sz w:val="32"/>
          <w:lang w:eastAsia="zh-CN"/>
        </w:rPr>
        <w:t>他率兵南征，我看着大军远去的背影，心中燃起热切的希望。我盼望他凯旋，盼望着华夏异同。不料我等来的是一个天大的噩耗，大业未尽。而陛下却中道崩俗。医生。</w:t>
      </w:r>
      <w:proofErr w:type="gramStart"/>
      <w:r>
        <w:rPr>
          <w:rFonts w:ascii="仿宋" w:eastAsia="仿宋" w:hAnsi="仿宋"/>
          <w:sz w:val="32"/>
          <w:lang w:eastAsia="zh-CN"/>
        </w:rPr>
        <w:t>臣一直</w:t>
      </w:r>
      <w:proofErr w:type="gramEnd"/>
      <w:r>
        <w:rPr>
          <w:rFonts w:ascii="仿宋" w:eastAsia="仿宋" w:hAnsi="仿宋"/>
          <w:sz w:val="32"/>
          <w:lang w:eastAsia="zh-CN"/>
        </w:rPr>
        <w:t>在等。但你没能回来。李清。江河万古。人生瞬间。朕有很多想做的事。</w:t>
      </w:r>
    </w:p>
    <w:p w14:paraId="13817194" w14:textId="77777777" w:rsidR="00E87C95" w:rsidRDefault="00000000">
      <w:pPr>
        <w:spacing w:after="0" w:line="579" w:lineRule="exact"/>
        <w:ind w:firstLine="640"/>
        <w:rPr>
          <w:lang w:eastAsia="zh-CN"/>
        </w:rPr>
      </w:pPr>
      <w:r>
        <w:rPr>
          <w:rFonts w:ascii="仿宋" w:eastAsia="仿宋" w:hAnsi="仿宋"/>
          <w:sz w:val="32"/>
          <w:lang w:eastAsia="zh-CN"/>
        </w:rPr>
        <w:t>但朕都做不了了。臣失去了最敬仰之人心中的梦想。谁来带领实现？梦想越远，大圆梦就越艰难。他需要一代</w:t>
      </w:r>
      <w:proofErr w:type="gramStart"/>
      <w:r>
        <w:rPr>
          <w:rFonts w:ascii="仿宋" w:eastAsia="仿宋" w:hAnsi="仿宋"/>
          <w:sz w:val="32"/>
          <w:lang w:eastAsia="zh-CN"/>
        </w:rPr>
        <w:t>一代</w:t>
      </w:r>
      <w:proofErr w:type="gramEnd"/>
      <w:r>
        <w:rPr>
          <w:rFonts w:ascii="仿宋" w:eastAsia="仿宋" w:hAnsi="仿宋"/>
          <w:sz w:val="32"/>
          <w:lang w:eastAsia="zh-CN"/>
        </w:rPr>
        <w:t>接续努力。观古今于须臾。</w:t>
      </w:r>
      <w:proofErr w:type="gramStart"/>
      <w:r>
        <w:rPr>
          <w:rFonts w:ascii="仿宋" w:eastAsia="仿宋" w:hAnsi="仿宋"/>
          <w:sz w:val="32"/>
          <w:lang w:eastAsia="zh-CN"/>
        </w:rPr>
        <w:t>抚</w:t>
      </w:r>
      <w:proofErr w:type="gramEnd"/>
      <w:r>
        <w:rPr>
          <w:rFonts w:ascii="仿宋" w:eastAsia="仿宋" w:hAnsi="仿宋"/>
          <w:sz w:val="32"/>
          <w:lang w:eastAsia="zh-CN"/>
        </w:rPr>
        <w:t>四海于一瞬，哪怕每段人生都是瞬间。代代</w:t>
      </w:r>
      <w:proofErr w:type="gramStart"/>
      <w:r>
        <w:rPr>
          <w:rFonts w:ascii="仿宋" w:eastAsia="仿宋" w:hAnsi="仿宋"/>
          <w:sz w:val="32"/>
          <w:lang w:eastAsia="zh-CN"/>
        </w:rPr>
        <w:t>皆续就是</w:t>
      </w:r>
      <w:proofErr w:type="gramEnd"/>
      <w:r>
        <w:rPr>
          <w:rFonts w:ascii="仿宋" w:eastAsia="仿宋" w:hAnsi="仿宋"/>
          <w:sz w:val="32"/>
          <w:lang w:eastAsia="zh-CN"/>
        </w:rPr>
        <w:t>千年万年，我还记得我们一起读过的。《玄中记》里的话。天下之多者。所以。</w:t>
      </w:r>
      <w:proofErr w:type="gramStart"/>
      <w:r>
        <w:rPr>
          <w:rFonts w:ascii="仿宋" w:eastAsia="仿宋" w:hAnsi="仿宋"/>
          <w:sz w:val="32"/>
          <w:lang w:eastAsia="zh-CN"/>
        </w:rPr>
        <w:t>浮天载</w:t>
      </w:r>
      <w:proofErr w:type="gramEnd"/>
      <w:r>
        <w:rPr>
          <w:rFonts w:ascii="仿宋" w:eastAsia="仿宋" w:hAnsi="仿宋"/>
          <w:sz w:val="32"/>
          <w:lang w:eastAsia="zh-CN"/>
        </w:rPr>
        <w:t>地，</w:t>
      </w:r>
    </w:p>
    <w:p w14:paraId="67EEFFB3" w14:textId="77777777" w:rsidR="00E87C95" w:rsidRDefault="00000000">
      <w:pPr>
        <w:spacing w:after="0" w:line="579" w:lineRule="exact"/>
        <w:ind w:firstLine="640"/>
        <w:rPr>
          <w:lang w:eastAsia="zh-CN"/>
        </w:rPr>
      </w:pPr>
      <w:r>
        <w:rPr>
          <w:rFonts w:ascii="仿宋" w:eastAsia="仿宋" w:hAnsi="仿宋"/>
          <w:sz w:val="32"/>
          <w:lang w:eastAsia="zh-CN"/>
        </w:rPr>
        <w:t>高下无所不至。万物无所</w:t>
      </w:r>
      <w:proofErr w:type="gramStart"/>
      <w:r>
        <w:rPr>
          <w:rFonts w:ascii="仿宋" w:eastAsia="仿宋" w:hAnsi="仿宋"/>
          <w:sz w:val="32"/>
          <w:lang w:eastAsia="zh-CN"/>
        </w:rPr>
        <w:t>不</w:t>
      </w:r>
      <w:proofErr w:type="gramEnd"/>
      <w:r>
        <w:rPr>
          <w:rFonts w:ascii="仿宋" w:eastAsia="仿宋" w:hAnsi="仿宋"/>
          <w:sz w:val="32"/>
          <w:lang w:eastAsia="zh-CN"/>
        </w:rPr>
        <w:t>润。愿九州重圆，祭九州山水。李清。任重而道远呐。冰箱。刚才的戏剧当中，孝文帝不幸英年早逝，郦道元的满腔志向以及他九州重圆的梦想也就再难实现了。确实，孝文帝是一个英雄，我们都知道他的民族融合，迁都，洛阳等等这样一些故事，</w:t>
      </w:r>
    </w:p>
    <w:p w14:paraId="56D45410" w14:textId="77777777" w:rsidR="00E87C95" w:rsidRDefault="00000000">
      <w:pPr>
        <w:spacing w:after="0" w:line="579" w:lineRule="exact"/>
        <w:ind w:firstLine="640"/>
        <w:rPr>
          <w:lang w:eastAsia="zh-CN"/>
        </w:rPr>
      </w:pPr>
      <w:r>
        <w:rPr>
          <w:rFonts w:ascii="仿宋" w:eastAsia="仿宋" w:hAnsi="仿宋"/>
          <w:sz w:val="32"/>
          <w:lang w:eastAsia="zh-CN"/>
        </w:rPr>
        <w:t>那郦道元也是一个英雄啊啊两个。英雄其实恰恰他们是有碰撞之处的，虽然说因为孝文帝的英年早逝，所以呢，当时的统一没有实现。但是我想他们胸怀天下的这种梦想，他们这种志向真是永远让人心潮澎湃的。北魏孝文帝呢？呃，他是一位这个雄才大烈的一个君主，他在位期间呢，就非常</w:t>
      </w:r>
      <w:r>
        <w:rPr>
          <w:rFonts w:ascii="仿宋" w:eastAsia="仿宋" w:hAnsi="仿宋"/>
          <w:sz w:val="32"/>
          <w:lang w:eastAsia="zh-CN"/>
        </w:rPr>
        <w:lastRenderedPageBreak/>
        <w:t>重视水利民生。在迁都洛阳的时候呢呃，他就派人兴修了，在洛阳西北的一项重要的水利工程。</w:t>
      </w:r>
    </w:p>
    <w:p w14:paraId="2AA9C214" w14:textId="77777777" w:rsidR="00E87C95" w:rsidRDefault="00000000">
      <w:pPr>
        <w:spacing w:after="0" w:line="579" w:lineRule="exact"/>
        <w:ind w:firstLine="640"/>
        <w:rPr>
          <w:lang w:eastAsia="zh-CN"/>
        </w:rPr>
      </w:pPr>
      <w:r>
        <w:rPr>
          <w:rFonts w:ascii="仿宋" w:eastAsia="仿宋" w:hAnsi="仿宋"/>
          <w:sz w:val="32"/>
          <w:lang w:eastAsia="zh-CN"/>
        </w:rPr>
        <w:t>千斤</w:t>
      </w:r>
      <w:proofErr w:type="gramStart"/>
      <w:r>
        <w:rPr>
          <w:rFonts w:ascii="仿宋" w:eastAsia="仿宋" w:hAnsi="仿宋"/>
          <w:sz w:val="32"/>
          <w:lang w:eastAsia="zh-CN"/>
        </w:rPr>
        <w:t>鳄</w:t>
      </w:r>
      <w:proofErr w:type="gramEnd"/>
      <w:r>
        <w:rPr>
          <w:rFonts w:ascii="仿宋" w:eastAsia="仿宋" w:hAnsi="仿宋"/>
          <w:sz w:val="32"/>
          <w:lang w:eastAsia="zh-CN"/>
        </w:rPr>
        <w:t>让荒废了多年的河渠再次涌动，水流造福百姓，全面改革了鲜卑的这个救赎。推动了北魏各方面的发展。史称太和改制这些改革，不仅促进了。民族的融合在一定程度上为隋唐统一全国奠定了基础。郦道元入世不久呢，他是以尚书郎的身份。的身边见证了孝文帝改革所带来的巨大的一个影响。迁都洛阳不久，孝文帝下旨向南朝借书，提升北朝的文教。这也为郦道元撰写水经</w:t>
      </w:r>
      <w:proofErr w:type="gramStart"/>
      <w:r>
        <w:rPr>
          <w:rFonts w:ascii="仿宋" w:eastAsia="仿宋" w:hAnsi="仿宋"/>
          <w:sz w:val="32"/>
          <w:lang w:eastAsia="zh-CN"/>
        </w:rPr>
        <w:t>注呢提供</w:t>
      </w:r>
      <w:proofErr w:type="gramEnd"/>
      <w:r>
        <w:rPr>
          <w:rFonts w:ascii="仿宋" w:eastAsia="仿宋" w:hAnsi="仿宋"/>
          <w:sz w:val="32"/>
          <w:lang w:eastAsia="zh-CN"/>
        </w:rPr>
        <w:t>了重要的资料来源。水经注引用了各种古代文献呢400余种，</w:t>
      </w:r>
    </w:p>
    <w:p w14:paraId="4D87520E" w14:textId="77777777" w:rsidR="00E87C95" w:rsidRDefault="00000000">
      <w:pPr>
        <w:spacing w:after="0" w:line="579" w:lineRule="exact"/>
        <w:ind w:firstLine="640"/>
        <w:rPr>
          <w:lang w:eastAsia="zh-CN"/>
        </w:rPr>
      </w:pPr>
      <w:r>
        <w:rPr>
          <w:rFonts w:ascii="仿宋" w:eastAsia="仿宋" w:hAnsi="仿宋"/>
          <w:sz w:val="32"/>
          <w:lang w:eastAsia="zh-CN"/>
        </w:rPr>
        <w:t>其中大量的文献现在呢，都已经网易。正是由于郦道元的援引啊，我们才得以领略吉光片羽。没错，孝文帝推行汉化，促进了社会的发展，民族的融合。而郦道元以注释</w:t>
      </w:r>
      <w:proofErr w:type="gramStart"/>
      <w:r>
        <w:rPr>
          <w:rFonts w:ascii="仿宋" w:eastAsia="仿宋" w:hAnsi="仿宋"/>
          <w:sz w:val="32"/>
          <w:lang w:eastAsia="zh-CN"/>
        </w:rPr>
        <w:t>经留下</w:t>
      </w:r>
      <w:proofErr w:type="gramEnd"/>
      <w:r>
        <w:rPr>
          <w:rFonts w:ascii="仿宋" w:eastAsia="仿宋" w:hAnsi="仿宋"/>
          <w:sz w:val="32"/>
          <w:lang w:eastAsia="zh-CN"/>
        </w:rPr>
        <w:t>了不朽之作，传至后世，两人共同的理想也让他们在历史上留下了浓墨重彩的篇章。扫描屏幕上方二维码，下载央视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APP观看典籍里的中国完整视频专享幕后精彩内容。在刚才的戏剧当中，郦道元与孝文帝相别，</w:t>
      </w:r>
    </w:p>
    <w:p w14:paraId="5B63C64A" w14:textId="77777777" w:rsidR="00E87C95" w:rsidRDefault="00000000">
      <w:pPr>
        <w:spacing w:after="0" w:line="579" w:lineRule="exact"/>
        <w:ind w:firstLine="640"/>
        <w:rPr>
          <w:lang w:eastAsia="zh-CN"/>
        </w:rPr>
      </w:pPr>
      <w:r>
        <w:rPr>
          <w:rFonts w:ascii="仿宋" w:eastAsia="仿宋" w:hAnsi="仿宋"/>
          <w:sz w:val="32"/>
          <w:lang w:eastAsia="zh-CN"/>
        </w:rPr>
        <w:t>带着未完的心愿继续前行。我们继续往下看。孝文皇帝驾崩。大卫的天塌了。失去了强有力的引领者。朝中的势力开始各自为政。我任东荆州刺史期间。查办官员贪污，因此得罪了同僚，被扣上了执政严苛的罪，遭受了。先生不肯同</w:t>
      </w:r>
      <w:r>
        <w:rPr>
          <w:rFonts w:ascii="仿宋" w:eastAsia="仿宋" w:hAnsi="仿宋"/>
          <w:sz w:val="32"/>
          <w:lang w:eastAsia="zh-CN"/>
        </w:rPr>
        <w:lastRenderedPageBreak/>
        <w:t>流合污。自然被权贵所不容，您一生的仕途。几度起落最长的一次。</w:t>
      </w:r>
    </w:p>
    <w:p w14:paraId="1DBAF19B" w14:textId="77777777" w:rsidR="00E87C95" w:rsidRDefault="00000000">
      <w:pPr>
        <w:spacing w:after="0" w:line="579" w:lineRule="exact"/>
        <w:ind w:firstLine="640"/>
        <w:rPr>
          <w:lang w:eastAsia="zh-CN"/>
        </w:rPr>
      </w:pPr>
      <w:r>
        <w:rPr>
          <w:rFonts w:ascii="仿宋" w:eastAsia="仿宋" w:hAnsi="仿宋"/>
          <w:sz w:val="32"/>
          <w:lang w:eastAsia="zh-CN"/>
        </w:rPr>
        <w:t>好像您在家赋闲近十年。我不能在山水之间建工业，就以祭山水为工业。于是就以水经为基础。搜罗地理书，</w:t>
      </w:r>
      <w:proofErr w:type="gramStart"/>
      <w:r>
        <w:rPr>
          <w:rFonts w:ascii="仿宋" w:eastAsia="仿宋" w:hAnsi="仿宋"/>
          <w:sz w:val="32"/>
          <w:lang w:eastAsia="zh-CN"/>
        </w:rPr>
        <w:t>辨阅典籍</w:t>
      </w:r>
      <w:proofErr w:type="gramEnd"/>
      <w:r>
        <w:rPr>
          <w:rFonts w:ascii="仿宋" w:eastAsia="仿宋" w:hAnsi="仿宋"/>
          <w:sz w:val="32"/>
          <w:lang w:eastAsia="zh-CN"/>
        </w:rPr>
        <w:t>，记述天下水道。西大雨季注山海。虽然周道。但不完备。汉书地理，志其所录。有要点而不齐全。尚书本纪执方。记载的水稻较为简约。</w:t>
      </w:r>
    </w:p>
    <w:p w14:paraId="27D3904A" w14:textId="77777777" w:rsidR="00E87C95" w:rsidRDefault="00000000">
      <w:pPr>
        <w:spacing w:after="0" w:line="579" w:lineRule="exact"/>
        <w:ind w:firstLine="640"/>
        <w:rPr>
          <w:lang w:eastAsia="zh-CN"/>
        </w:rPr>
      </w:pPr>
      <w:r>
        <w:rPr>
          <w:rFonts w:ascii="仿宋" w:eastAsia="仿宋" w:hAnsi="仿宋"/>
          <w:sz w:val="32"/>
          <w:lang w:eastAsia="zh-CN"/>
        </w:rPr>
        <w:t>水经大致理出了天下水道的头绪。可做我专注的基础。天下水道。以江水，河水，淮水，吉水为四毒。另有河水以北，山东及江水以南，以毒</w:t>
      </w:r>
      <w:proofErr w:type="gramStart"/>
      <w:r>
        <w:rPr>
          <w:rFonts w:ascii="仿宋" w:eastAsia="仿宋" w:hAnsi="仿宋"/>
          <w:sz w:val="32"/>
          <w:lang w:eastAsia="zh-CN"/>
        </w:rPr>
        <w:t>流为主</w:t>
      </w:r>
      <w:proofErr w:type="gramEnd"/>
      <w:r>
        <w:rPr>
          <w:rFonts w:ascii="仿宋" w:eastAsia="仿宋" w:hAnsi="仿宋"/>
          <w:sz w:val="32"/>
          <w:lang w:eastAsia="zh-CN"/>
        </w:rPr>
        <w:t>的诸水共1000余条。皆当详细计数，其干流与支流水到流经之处。地貌诚意，物产风情，历史遗迹，</w:t>
      </w:r>
    </w:p>
    <w:p w14:paraId="7A533D92" w14:textId="77777777" w:rsidR="00E87C95" w:rsidRDefault="00000000">
      <w:pPr>
        <w:spacing w:after="0" w:line="579" w:lineRule="exact"/>
        <w:ind w:firstLine="640"/>
        <w:rPr>
          <w:lang w:eastAsia="zh-CN"/>
        </w:rPr>
      </w:pPr>
      <w:r>
        <w:rPr>
          <w:rFonts w:ascii="仿宋" w:eastAsia="仿宋" w:hAnsi="仿宋"/>
          <w:sz w:val="32"/>
          <w:lang w:eastAsia="zh-CN"/>
        </w:rPr>
        <w:t>民生属地。皆当收入。为水经作注。历时。近十年终于写完了。哈哈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。我与书斋，内气山河。山河却风雨飘摇。此书包含九州山水地质，本该献于朝廷，奈何？</w:t>
      </w:r>
    </w:p>
    <w:p w14:paraId="666E104F" w14:textId="77777777" w:rsidR="00E87C95" w:rsidRDefault="00000000">
      <w:pPr>
        <w:spacing w:after="0" w:line="579" w:lineRule="exact"/>
        <w:ind w:firstLine="640"/>
        <w:rPr>
          <w:lang w:eastAsia="zh-CN"/>
        </w:rPr>
      </w:pPr>
      <w:proofErr w:type="gramStart"/>
      <w:r>
        <w:rPr>
          <w:rFonts w:ascii="仿宋" w:eastAsia="仿宋" w:hAnsi="仿宋"/>
          <w:sz w:val="32"/>
          <w:lang w:eastAsia="zh-CN"/>
        </w:rPr>
        <w:t>此生已悲朝廷</w:t>
      </w:r>
      <w:proofErr w:type="gramEnd"/>
      <w:r>
        <w:rPr>
          <w:rFonts w:ascii="仿宋" w:eastAsia="仿宋" w:hAnsi="仿宋"/>
          <w:sz w:val="32"/>
          <w:lang w:eastAsia="zh-CN"/>
        </w:rPr>
        <w:t>气质，不用进身无门，进言无路。郦道元啊。李道元，</w:t>
      </w:r>
      <w:proofErr w:type="gramStart"/>
      <w:r>
        <w:rPr>
          <w:rFonts w:ascii="仿宋" w:eastAsia="仿宋" w:hAnsi="仿宋"/>
          <w:sz w:val="32"/>
          <w:lang w:eastAsia="zh-CN"/>
        </w:rPr>
        <w:t>你方年仅</w:t>
      </w:r>
      <w:proofErr w:type="gramEnd"/>
      <w:r>
        <w:rPr>
          <w:rFonts w:ascii="仿宋" w:eastAsia="仿宋" w:hAnsi="仿宋"/>
          <w:sz w:val="32"/>
          <w:lang w:eastAsia="zh-CN"/>
        </w:rPr>
        <w:t>五旬。尽在纸上即山河，这是你该有的作为嘛？此书写得甚好啊。父亲。能写出这样的好书，为父。以你为傲。父亲此书。只能沦为山水之作。</w:t>
      </w:r>
    </w:p>
    <w:p w14:paraId="277493B9" w14:textId="77777777" w:rsidR="00E87C95" w:rsidRDefault="00000000">
      <w:pPr>
        <w:spacing w:after="0" w:line="579" w:lineRule="exact"/>
        <w:ind w:firstLine="640"/>
        <w:rPr>
          <w:lang w:eastAsia="zh-CN"/>
        </w:rPr>
      </w:pPr>
      <w:r>
        <w:rPr>
          <w:rFonts w:ascii="仿宋" w:eastAsia="仿宋" w:hAnsi="仿宋"/>
          <w:sz w:val="32"/>
          <w:lang w:eastAsia="zh-CN"/>
        </w:rPr>
        <w:t>让人巡山防水的时候找起来方便而已。远不止于此。黄黄30余万言，以40卷，即天下水道。1000余条，其内容之</w:t>
      </w:r>
      <w:r>
        <w:rPr>
          <w:rFonts w:ascii="仿宋" w:eastAsia="仿宋" w:hAnsi="仿宋"/>
          <w:sz w:val="32"/>
          <w:lang w:eastAsia="zh-CN"/>
        </w:rPr>
        <w:lastRenderedPageBreak/>
        <w:t>丰富。前所未有啊。您还是把我当孩子，鼓励于我。就算你头发白了。还是我的孩子。我去。不单是鼓励。有几篇我甚是喜欢。</w:t>
      </w:r>
    </w:p>
    <w:p w14:paraId="3E53DEB3" w14:textId="77777777" w:rsidR="00E87C95" w:rsidRDefault="00000000">
      <w:pPr>
        <w:spacing w:after="0" w:line="579" w:lineRule="exact"/>
        <w:ind w:firstLine="640"/>
        <w:rPr>
          <w:lang w:eastAsia="zh-CN"/>
        </w:rPr>
      </w:pPr>
      <w:r>
        <w:rPr>
          <w:rFonts w:ascii="仿宋" w:eastAsia="仿宋" w:hAnsi="仿宋"/>
          <w:sz w:val="32"/>
          <w:lang w:eastAsia="zh-CN"/>
        </w:rPr>
        <w:t>你让为父。看到了南方的山水如身临其境。比如</w:t>
      </w:r>
      <w:proofErr w:type="gramStart"/>
      <w:r>
        <w:rPr>
          <w:rFonts w:ascii="仿宋" w:eastAsia="仿宋" w:hAnsi="仿宋"/>
          <w:sz w:val="32"/>
          <w:lang w:eastAsia="zh-CN"/>
        </w:rPr>
        <w:t>沔</w:t>
      </w:r>
      <w:proofErr w:type="gramEnd"/>
      <w:r>
        <w:rPr>
          <w:rFonts w:ascii="仿宋" w:eastAsia="仿宋" w:hAnsi="仿宋"/>
          <w:sz w:val="32"/>
          <w:lang w:eastAsia="zh-CN"/>
        </w:rPr>
        <w:t>水里的那一篇。苍狼之歌，颇为传神呐。沧浪之水清</w:t>
      </w:r>
      <w:proofErr w:type="gramStart"/>
      <w:r>
        <w:rPr>
          <w:rFonts w:ascii="仿宋" w:eastAsia="仿宋" w:hAnsi="仿宋"/>
          <w:sz w:val="32"/>
          <w:lang w:eastAsia="zh-CN"/>
        </w:rPr>
        <w:t>兮</w:t>
      </w:r>
      <w:proofErr w:type="gramEnd"/>
      <w:r>
        <w:rPr>
          <w:rFonts w:ascii="仿宋" w:eastAsia="仿宋" w:hAnsi="仿宋"/>
          <w:sz w:val="32"/>
          <w:lang w:eastAsia="zh-CN"/>
        </w:rPr>
        <w:t>可以浊我，莺沧浪之水浊兮。</w:t>
      </w:r>
      <w:proofErr w:type="gramStart"/>
      <w:r>
        <w:rPr>
          <w:rFonts w:ascii="仿宋" w:eastAsia="仿宋" w:hAnsi="仿宋"/>
          <w:sz w:val="32"/>
          <w:lang w:eastAsia="zh-CN"/>
        </w:rPr>
        <w:t>可以浊我足</w:t>
      </w:r>
      <w:proofErr w:type="gramEnd"/>
      <w:r>
        <w:rPr>
          <w:rFonts w:ascii="仿宋" w:eastAsia="仿宋" w:hAnsi="仿宋"/>
          <w:sz w:val="32"/>
          <w:lang w:eastAsia="zh-CN"/>
        </w:rPr>
        <w:t>。荆州之地的</w:t>
      </w:r>
      <w:proofErr w:type="gramStart"/>
      <w:r>
        <w:rPr>
          <w:rFonts w:ascii="仿宋" w:eastAsia="仿宋" w:hAnsi="仿宋"/>
          <w:sz w:val="32"/>
          <w:lang w:eastAsia="zh-CN"/>
        </w:rPr>
        <w:t>沔</w:t>
      </w:r>
      <w:proofErr w:type="gramEnd"/>
      <w:r>
        <w:rPr>
          <w:rFonts w:ascii="仿宋" w:eastAsia="仿宋" w:hAnsi="仿宋"/>
          <w:sz w:val="32"/>
          <w:lang w:eastAsia="zh-CN"/>
        </w:rPr>
        <w:t>水。我没见过。但沧浪之水，或清或浊。皆因静心超然。父亲，您是借山水之意开解于我。</w:t>
      </w:r>
    </w:p>
    <w:p w14:paraId="32933F3C" w14:textId="77777777" w:rsidR="00E87C95" w:rsidRDefault="00000000">
      <w:pPr>
        <w:spacing w:after="0" w:line="579" w:lineRule="exact"/>
        <w:ind w:firstLine="640"/>
        <w:rPr>
          <w:lang w:eastAsia="zh-CN"/>
        </w:rPr>
      </w:pPr>
      <w:r>
        <w:rPr>
          <w:rFonts w:ascii="仿宋" w:eastAsia="仿宋" w:hAnsi="仿宋"/>
          <w:sz w:val="32"/>
          <w:lang w:eastAsia="zh-CN"/>
        </w:rPr>
        <w:t>啊，那一篇我也喜欢。哦哦哦。朝发黄牛。暮宿黄牛三朝三</w:t>
      </w:r>
      <w:proofErr w:type="gramStart"/>
      <w:r>
        <w:rPr>
          <w:rFonts w:ascii="仿宋" w:eastAsia="仿宋" w:hAnsi="仿宋"/>
          <w:sz w:val="32"/>
          <w:lang w:eastAsia="zh-CN"/>
        </w:rPr>
        <w:t>暮</w:t>
      </w:r>
      <w:proofErr w:type="gramEnd"/>
      <w:r>
        <w:rPr>
          <w:rFonts w:ascii="仿宋" w:eastAsia="仿宋" w:hAnsi="仿宋"/>
          <w:sz w:val="32"/>
          <w:lang w:eastAsia="zh-CN"/>
        </w:rPr>
        <w:t>，黄牛如故啊。哈哈</w:t>
      </w:r>
      <w:proofErr w:type="gramStart"/>
      <w:r>
        <w:rPr>
          <w:rFonts w:ascii="仿宋" w:eastAsia="仿宋" w:hAnsi="仿宋"/>
          <w:sz w:val="32"/>
          <w:lang w:eastAsia="zh-CN"/>
        </w:rPr>
        <w:t>哈</w:t>
      </w:r>
      <w:proofErr w:type="gramEnd"/>
      <w:r>
        <w:rPr>
          <w:rFonts w:ascii="仿宋" w:eastAsia="仿宋" w:hAnsi="仿宋"/>
          <w:sz w:val="32"/>
          <w:lang w:eastAsia="zh-CN"/>
        </w:rPr>
        <w:t>。此是江水流经的黄牛山，蜿蜒曲折，行走数日。恍如还在原地。人生道路难免蜿蜒曲折。兜兜转转，但山重水复行则将至。蜿蜒曲折。</w:t>
      </w:r>
    </w:p>
    <w:p w14:paraId="55EDC234" w14:textId="77777777" w:rsidR="00E87C95" w:rsidRDefault="00000000">
      <w:pPr>
        <w:spacing w:after="0" w:line="579" w:lineRule="exact"/>
        <w:ind w:firstLine="640"/>
        <w:rPr>
          <w:lang w:eastAsia="zh-CN"/>
        </w:rPr>
      </w:pPr>
      <w:r>
        <w:rPr>
          <w:rFonts w:ascii="仿宋" w:eastAsia="仿宋" w:hAnsi="仿宋"/>
          <w:sz w:val="32"/>
          <w:lang w:eastAsia="zh-CN"/>
        </w:rPr>
        <w:t>但行则将至。元而记住了。江水间，我最喜爱的是。三峡。巴东三峡巫峡长，猿鸣三声泪沾长。巴东三峡巫峡长，猿鸣三声。泪沾</w:t>
      </w:r>
      <w:proofErr w:type="gramStart"/>
      <w:r>
        <w:rPr>
          <w:rFonts w:ascii="仿宋" w:eastAsia="仿宋" w:hAnsi="仿宋"/>
          <w:sz w:val="32"/>
          <w:lang w:eastAsia="zh-CN"/>
        </w:rPr>
        <w:t>裳</w:t>
      </w:r>
      <w:proofErr w:type="gramEnd"/>
      <w:r>
        <w:rPr>
          <w:rFonts w:ascii="仿宋" w:eastAsia="仿宋" w:hAnsi="仿宋"/>
          <w:sz w:val="32"/>
          <w:lang w:eastAsia="zh-CN"/>
        </w:rPr>
        <w:t>。自三峡七百里中。两岸连山，略无阙处。重岩叠嶂。</w:t>
      </w:r>
      <w:proofErr w:type="gramStart"/>
      <w:r>
        <w:rPr>
          <w:rFonts w:ascii="仿宋" w:eastAsia="仿宋" w:hAnsi="仿宋"/>
          <w:sz w:val="32"/>
          <w:lang w:eastAsia="zh-CN"/>
        </w:rPr>
        <w:t>隐天蔽日</w:t>
      </w:r>
      <w:proofErr w:type="gramEnd"/>
      <w:r>
        <w:rPr>
          <w:rFonts w:ascii="仿宋" w:eastAsia="仿宋" w:hAnsi="仿宋"/>
          <w:sz w:val="32"/>
          <w:lang w:eastAsia="zh-CN"/>
        </w:rPr>
        <w:t>。</w:t>
      </w:r>
    </w:p>
    <w:p w14:paraId="1D4023D4" w14:textId="77777777" w:rsidR="00E87C95" w:rsidRDefault="00000000">
      <w:pPr>
        <w:spacing w:after="0" w:line="579" w:lineRule="exact"/>
        <w:ind w:firstLine="640"/>
        <w:rPr>
          <w:lang w:eastAsia="zh-CN"/>
        </w:rPr>
      </w:pPr>
      <w:r>
        <w:rPr>
          <w:rFonts w:ascii="仿宋" w:eastAsia="仿宋" w:hAnsi="仿宋"/>
          <w:sz w:val="32"/>
          <w:lang w:eastAsia="zh-CN"/>
        </w:rPr>
        <w:t>自非亭午夜，分不见曦月。然而，你摘录的荆州记我都会背啦！父亲喜欢。我也觉得欢喜。然而，你从未到过江边，却让为父。身临其境。你要相信。只要心向往之。终能有所达成。心向往之。终有所成。</w:t>
      </w:r>
    </w:p>
    <w:p w14:paraId="40AB34D0" w14:textId="77777777" w:rsidR="00E87C95" w:rsidRDefault="00000000">
      <w:pPr>
        <w:spacing w:after="0" w:line="579" w:lineRule="exact"/>
        <w:ind w:firstLine="640"/>
        <w:rPr>
          <w:lang w:eastAsia="zh-CN"/>
        </w:rPr>
      </w:pPr>
      <w:r>
        <w:rPr>
          <w:rFonts w:ascii="仿宋" w:eastAsia="仿宋" w:hAnsi="仿宋"/>
          <w:sz w:val="32"/>
          <w:lang w:eastAsia="zh-CN"/>
        </w:rPr>
        <w:t>还记得幼时。在骏马河边，你说的话既然选择了奔涌向前，那为什么要回头？既然选择了奔涌向前，为什么还要回</w:t>
      </w:r>
      <w:r>
        <w:rPr>
          <w:rFonts w:ascii="仿宋" w:eastAsia="仿宋" w:hAnsi="仿宋"/>
          <w:sz w:val="32"/>
          <w:lang w:eastAsia="zh-CN"/>
        </w:rPr>
        <w:lastRenderedPageBreak/>
        <w:t>头呢？这就对啦。谢谢父亲。舒城不久。朝廷正处多难之秋，我再度。副官回朝先生多次率军评判因公升任</w:t>
      </w:r>
      <w:proofErr w:type="gramStart"/>
      <w:r>
        <w:rPr>
          <w:rFonts w:ascii="仿宋" w:eastAsia="仿宋" w:hAnsi="仿宋"/>
          <w:sz w:val="32"/>
          <w:lang w:eastAsia="zh-CN"/>
        </w:rPr>
        <w:t>御</w:t>
      </w:r>
      <w:proofErr w:type="gramEnd"/>
      <w:r>
        <w:rPr>
          <w:rFonts w:ascii="仿宋" w:eastAsia="仿宋" w:hAnsi="仿宋"/>
          <w:sz w:val="32"/>
          <w:lang w:eastAsia="zh-CN"/>
        </w:rPr>
        <w:t>史中尉监察百官。监察百官。谈何容易啊。把人贩</w:t>
      </w:r>
      <w:proofErr w:type="gramStart"/>
      <w:r>
        <w:rPr>
          <w:rFonts w:ascii="仿宋" w:eastAsia="仿宋" w:hAnsi="仿宋"/>
          <w:sz w:val="32"/>
          <w:lang w:eastAsia="zh-CN"/>
        </w:rPr>
        <w:t>丘念押上来四走走</w:t>
      </w:r>
      <w:proofErr w:type="gramEnd"/>
      <w:r>
        <w:rPr>
          <w:rFonts w:ascii="仿宋" w:eastAsia="仿宋" w:hAnsi="仿宋"/>
          <w:sz w:val="32"/>
          <w:lang w:eastAsia="zh-CN"/>
        </w:rPr>
        <w:t>。</w:t>
      </w:r>
    </w:p>
    <w:p w14:paraId="0315DD44" w14:textId="77777777" w:rsidR="00E87C95" w:rsidRDefault="00000000">
      <w:pPr>
        <w:spacing w:after="0" w:line="579" w:lineRule="exact"/>
        <w:ind w:firstLine="640"/>
        <w:rPr>
          <w:lang w:eastAsia="zh-CN"/>
        </w:rPr>
      </w:pPr>
      <w:r>
        <w:rPr>
          <w:rFonts w:ascii="仿宋" w:eastAsia="仿宋" w:hAnsi="仿宋"/>
          <w:sz w:val="32"/>
          <w:lang w:eastAsia="zh-CN"/>
        </w:rPr>
        <w:t>喂，求你，你卖官预</w:t>
      </w:r>
      <w:proofErr w:type="gramStart"/>
      <w:r>
        <w:rPr>
          <w:rFonts w:ascii="仿宋" w:eastAsia="仿宋" w:hAnsi="仿宋"/>
          <w:sz w:val="32"/>
          <w:lang w:eastAsia="zh-CN"/>
        </w:rPr>
        <w:t>爵</w:t>
      </w:r>
      <w:proofErr w:type="gramEnd"/>
      <w:r>
        <w:rPr>
          <w:rFonts w:ascii="仿宋" w:eastAsia="仿宋" w:hAnsi="仿宋"/>
          <w:sz w:val="32"/>
          <w:lang w:eastAsia="zh-CN"/>
        </w:rPr>
        <w:t>沧害，百姓</w:t>
      </w:r>
      <w:proofErr w:type="gramStart"/>
      <w:r>
        <w:rPr>
          <w:rFonts w:ascii="仿宋" w:eastAsia="仿宋" w:hAnsi="仿宋"/>
          <w:sz w:val="32"/>
          <w:lang w:eastAsia="zh-CN"/>
        </w:rPr>
        <w:t>欺罪当诛</w:t>
      </w:r>
      <w:proofErr w:type="gramEnd"/>
      <w:r>
        <w:rPr>
          <w:rFonts w:ascii="仿宋" w:eastAsia="仿宋" w:hAnsi="仿宋"/>
          <w:sz w:val="32"/>
          <w:lang w:eastAsia="zh-CN"/>
        </w:rPr>
        <w:t>。拉出去。立其政法此。</w:t>
      </w:r>
      <w:proofErr w:type="gramStart"/>
      <w:r>
        <w:rPr>
          <w:rFonts w:ascii="仿宋" w:eastAsia="仿宋" w:hAnsi="仿宋"/>
          <w:sz w:val="32"/>
          <w:lang w:eastAsia="zh-CN"/>
        </w:rPr>
        <w:t>丽道元</w:t>
      </w:r>
      <w:proofErr w:type="gramEnd"/>
      <w:r>
        <w:rPr>
          <w:rFonts w:ascii="仿宋" w:eastAsia="仿宋" w:hAnsi="仿宋"/>
          <w:sz w:val="32"/>
          <w:lang w:eastAsia="zh-CN"/>
        </w:rPr>
        <w:t>，我的主人是汝南王。你杀不了我，罪证确凿。法</w:t>
      </w:r>
      <w:proofErr w:type="gramStart"/>
      <w:r>
        <w:rPr>
          <w:rFonts w:ascii="仿宋" w:eastAsia="仿宋" w:hAnsi="仿宋"/>
          <w:sz w:val="32"/>
          <w:lang w:eastAsia="zh-CN"/>
        </w:rPr>
        <w:t>不</w:t>
      </w:r>
      <w:proofErr w:type="gramEnd"/>
      <w:r>
        <w:rPr>
          <w:rFonts w:ascii="仿宋" w:eastAsia="仿宋" w:hAnsi="仿宋"/>
          <w:sz w:val="32"/>
          <w:lang w:eastAsia="zh-CN"/>
        </w:rPr>
        <w:t>容情。战士刀下留人，刀下留人，下刀下留人，下救我地，</w:t>
      </w:r>
    </w:p>
    <w:p w14:paraId="78D63B0A" w14:textId="77777777" w:rsidR="00E87C95" w:rsidRDefault="00000000">
      <w:pPr>
        <w:spacing w:after="0" w:line="579" w:lineRule="exact"/>
        <w:ind w:firstLine="640"/>
        <w:rPr>
          <w:lang w:eastAsia="zh-CN"/>
        </w:rPr>
      </w:pPr>
      <w:r>
        <w:rPr>
          <w:rFonts w:ascii="仿宋" w:eastAsia="仿宋" w:hAnsi="仿宋"/>
          <w:sz w:val="32"/>
          <w:lang w:eastAsia="zh-CN"/>
        </w:rPr>
        <w:t>下救我。参见殿下。臣味道圆。参见殿下。李大人。</w:t>
      </w:r>
      <w:proofErr w:type="gramStart"/>
      <w:r>
        <w:rPr>
          <w:rFonts w:ascii="仿宋" w:eastAsia="仿宋" w:hAnsi="仿宋"/>
          <w:sz w:val="32"/>
          <w:lang w:eastAsia="zh-CN"/>
        </w:rPr>
        <w:t>丘念是本</w:t>
      </w:r>
      <w:proofErr w:type="gramEnd"/>
      <w:r>
        <w:rPr>
          <w:rFonts w:ascii="仿宋" w:eastAsia="仿宋" w:hAnsi="仿宋"/>
          <w:sz w:val="32"/>
          <w:lang w:eastAsia="zh-CN"/>
        </w:rPr>
        <w:t>王的左膀右臂。于本王情同兄弟，您要杀他，便是要与本王作对。并非我与殿下作对，</w:t>
      </w:r>
      <w:proofErr w:type="gramStart"/>
      <w:r>
        <w:rPr>
          <w:rFonts w:ascii="仿宋" w:eastAsia="仿宋" w:hAnsi="仿宋"/>
          <w:sz w:val="32"/>
          <w:lang w:eastAsia="zh-CN"/>
        </w:rPr>
        <w:t>而是丘念与</w:t>
      </w:r>
      <w:proofErr w:type="gramEnd"/>
      <w:r>
        <w:rPr>
          <w:rFonts w:ascii="仿宋" w:eastAsia="仿宋" w:hAnsi="仿宋"/>
          <w:sz w:val="32"/>
          <w:lang w:eastAsia="zh-CN"/>
        </w:rPr>
        <w:t>朝廷法度作对。他干涉选官参害百姓。铁证如山，一律当产。李大人。</w:t>
      </w:r>
    </w:p>
    <w:p w14:paraId="4DA3D776" w14:textId="77777777" w:rsidR="00E87C95" w:rsidRDefault="00000000">
      <w:pPr>
        <w:spacing w:after="0" w:line="579" w:lineRule="exact"/>
        <w:ind w:firstLine="640"/>
        <w:rPr>
          <w:lang w:eastAsia="zh-CN"/>
        </w:rPr>
      </w:pPr>
      <w:r>
        <w:rPr>
          <w:rFonts w:ascii="仿宋" w:eastAsia="仿宋" w:hAnsi="仿宋"/>
          <w:sz w:val="32"/>
          <w:lang w:eastAsia="zh-CN"/>
        </w:rPr>
        <w:t>您贵为御史中尉，执掌律法，监察百官。您杀不杀丘念？与您小事一桩。留他一命。本王借你一行。殿下贵为皇亲贵寿，岂能知法犯法。李大人。本王跟你明说吧，我已将实行</w:t>
      </w:r>
      <w:proofErr w:type="gramStart"/>
      <w:r>
        <w:rPr>
          <w:rFonts w:ascii="仿宋" w:eastAsia="仿宋" w:hAnsi="仿宋"/>
          <w:sz w:val="32"/>
          <w:lang w:eastAsia="zh-CN"/>
        </w:rPr>
        <w:t>秉</w:t>
      </w:r>
      <w:proofErr w:type="gramEnd"/>
      <w:r>
        <w:rPr>
          <w:rFonts w:ascii="仿宋" w:eastAsia="仿宋" w:hAnsi="仿宋"/>
          <w:sz w:val="32"/>
          <w:lang w:eastAsia="zh-CN"/>
        </w:rPr>
        <w:t>报太后。太后已经赦免丘念。恐怕。今日你杀不了丘念。</w:t>
      </w:r>
    </w:p>
    <w:p w14:paraId="218D98C5" w14:textId="77777777" w:rsidR="00E87C95" w:rsidRDefault="00000000">
      <w:pPr>
        <w:spacing w:after="0" w:line="579" w:lineRule="exact"/>
        <w:ind w:firstLine="640"/>
        <w:rPr>
          <w:lang w:eastAsia="zh-CN"/>
        </w:rPr>
      </w:pPr>
      <w:r>
        <w:rPr>
          <w:rFonts w:ascii="仿宋" w:eastAsia="仿宋" w:hAnsi="仿宋"/>
          <w:sz w:val="32"/>
          <w:lang w:eastAsia="zh-CN"/>
        </w:rPr>
        <w:t>燕霞说，太后赦免并无凭证，</w:t>
      </w:r>
      <w:proofErr w:type="gramStart"/>
      <w:r>
        <w:rPr>
          <w:rFonts w:ascii="仿宋" w:eastAsia="仿宋" w:hAnsi="仿宋"/>
          <w:sz w:val="32"/>
          <w:lang w:eastAsia="zh-CN"/>
        </w:rPr>
        <w:t>而丘念</w:t>
      </w:r>
      <w:proofErr w:type="gramEnd"/>
      <w:r>
        <w:rPr>
          <w:rFonts w:ascii="仿宋" w:eastAsia="仿宋" w:hAnsi="仿宋"/>
          <w:sz w:val="32"/>
          <w:lang w:eastAsia="zh-CN"/>
        </w:rPr>
        <w:t>。</w:t>
      </w:r>
      <w:proofErr w:type="gramStart"/>
      <w:r>
        <w:rPr>
          <w:rFonts w:ascii="仿宋" w:eastAsia="仿宋" w:hAnsi="仿宋"/>
          <w:sz w:val="32"/>
          <w:lang w:eastAsia="zh-CN"/>
        </w:rPr>
        <w:t>七罪当诛</w:t>
      </w:r>
      <w:proofErr w:type="gramEnd"/>
      <w:r>
        <w:rPr>
          <w:rFonts w:ascii="仿宋" w:eastAsia="仿宋" w:hAnsi="仿宋"/>
          <w:sz w:val="32"/>
          <w:lang w:eastAsia="zh-CN"/>
        </w:rPr>
        <w:t>今日。王法</w:t>
      </w:r>
      <w:proofErr w:type="gramStart"/>
      <w:r>
        <w:rPr>
          <w:rFonts w:ascii="仿宋" w:eastAsia="仿宋" w:hAnsi="仿宋"/>
          <w:sz w:val="32"/>
          <w:lang w:eastAsia="zh-CN"/>
        </w:rPr>
        <w:t>必要扎李道</w:t>
      </w:r>
      <w:proofErr w:type="gramEnd"/>
      <w:r>
        <w:rPr>
          <w:rFonts w:ascii="仿宋" w:eastAsia="仿宋" w:hAnsi="仿宋"/>
          <w:sz w:val="32"/>
          <w:lang w:eastAsia="zh-CN"/>
        </w:rPr>
        <w:t>云，你好大的胆子，太后之力马上就到。你</w:t>
      </w:r>
      <w:proofErr w:type="gramStart"/>
      <w:r>
        <w:rPr>
          <w:rFonts w:ascii="仿宋" w:eastAsia="仿宋" w:hAnsi="仿宋"/>
          <w:sz w:val="32"/>
          <w:lang w:eastAsia="zh-CN"/>
        </w:rPr>
        <w:t>敢善杀丘念</w:t>
      </w:r>
      <w:proofErr w:type="gramEnd"/>
      <w:r>
        <w:rPr>
          <w:rFonts w:ascii="仿宋" w:eastAsia="仿宋" w:hAnsi="仿宋"/>
          <w:sz w:val="32"/>
          <w:lang w:eastAsia="zh-CN"/>
        </w:rPr>
        <w:t>太后，一定会杀了你。请大人三思太后之令，不敢违抗。会遭废朝廷发动。</w:t>
      </w:r>
      <w:proofErr w:type="gramStart"/>
      <w:r>
        <w:rPr>
          <w:rFonts w:ascii="仿宋" w:eastAsia="仿宋" w:hAnsi="仿宋"/>
          <w:sz w:val="32"/>
          <w:lang w:eastAsia="zh-CN"/>
        </w:rPr>
        <w:t>静走临万丈深渊</w:t>
      </w:r>
      <w:proofErr w:type="gramEnd"/>
      <w:r>
        <w:rPr>
          <w:rFonts w:ascii="仿宋" w:eastAsia="仿宋" w:hAnsi="仿宋"/>
          <w:sz w:val="32"/>
          <w:lang w:eastAsia="zh-CN"/>
        </w:rPr>
        <w:t>。毕竟。陛下。</w:t>
      </w:r>
    </w:p>
    <w:p w14:paraId="502A7B4F" w14:textId="77777777" w:rsidR="00E87C95" w:rsidRDefault="00000000">
      <w:pPr>
        <w:spacing w:after="0" w:line="579" w:lineRule="exact"/>
        <w:ind w:firstLine="640"/>
        <w:rPr>
          <w:lang w:eastAsia="zh-CN"/>
        </w:rPr>
      </w:pPr>
      <w:r>
        <w:rPr>
          <w:rFonts w:ascii="仿宋" w:eastAsia="仿宋" w:hAnsi="仿宋"/>
          <w:sz w:val="32"/>
          <w:lang w:eastAsia="zh-CN"/>
        </w:rPr>
        <w:t>臣该如何应对？你还记得我们一起看</w:t>
      </w:r>
      <w:proofErr w:type="gramStart"/>
      <w:r>
        <w:rPr>
          <w:rFonts w:ascii="仿宋" w:eastAsia="仿宋" w:hAnsi="仿宋"/>
          <w:sz w:val="32"/>
          <w:lang w:eastAsia="zh-CN"/>
        </w:rPr>
        <w:t>孟门瀑布</w:t>
      </w:r>
      <w:proofErr w:type="gramEnd"/>
      <w:r>
        <w:rPr>
          <w:rFonts w:ascii="仿宋" w:eastAsia="仿宋" w:hAnsi="仿宋"/>
          <w:sz w:val="32"/>
          <w:lang w:eastAsia="zh-CN"/>
        </w:rPr>
        <w:t>吗？</w:t>
      </w:r>
      <w:proofErr w:type="gramStart"/>
      <w:r>
        <w:rPr>
          <w:rFonts w:ascii="仿宋" w:eastAsia="仿宋" w:hAnsi="仿宋"/>
          <w:sz w:val="32"/>
          <w:lang w:eastAsia="zh-CN"/>
        </w:rPr>
        <w:t>臣一直</w:t>
      </w:r>
      <w:proofErr w:type="gramEnd"/>
      <w:r>
        <w:rPr>
          <w:rFonts w:ascii="仿宋" w:eastAsia="仿宋" w:hAnsi="仿宋"/>
          <w:sz w:val="32"/>
          <w:lang w:eastAsia="zh-CN"/>
        </w:rPr>
        <w:t>记得。朕有决心。像大禹</w:t>
      </w:r>
      <w:proofErr w:type="gramStart"/>
      <w:r>
        <w:rPr>
          <w:rFonts w:ascii="仿宋" w:eastAsia="仿宋" w:hAnsi="仿宋"/>
          <w:sz w:val="32"/>
          <w:lang w:eastAsia="zh-CN"/>
        </w:rPr>
        <w:t>凿开孟门一样</w:t>
      </w:r>
      <w:proofErr w:type="gramEnd"/>
      <w:r>
        <w:rPr>
          <w:rFonts w:ascii="仿宋" w:eastAsia="仿宋" w:hAnsi="仿宋"/>
          <w:sz w:val="32"/>
          <w:lang w:eastAsia="zh-CN"/>
        </w:rPr>
        <w:t>。不畏艰难改革朝政劈开一条路。可朝中的一些大臣。就连一跃而下，冲向生</w:t>
      </w:r>
      <w:r>
        <w:rPr>
          <w:rFonts w:ascii="仿宋" w:eastAsia="仿宋" w:hAnsi="仿宋"/>
          <w:sz w:val="32"/>
          <w:lang w:eastAsia="zh-CN"/>
        </w:rPr>
        <w:lastRenderedPageBreak/>
        <w:t>机澎湃之路的勇气。都没有。有陛下不畏艰险，开凿在前，自有刚直忠勇之臣。敢于纵身一跃。李庆，</w:t>
      </w:r>
    </w:p>
    <w:p w14:paraId="08C952F4" w14:textId="77777777" w:rsidR="00E87C95" w:rsidRDefault="00000000">
      <w:pPr>
        <w:spacing w:after="0" w:line="579" w:lineRule="exact"/>
        <w:ind w:firstLine="640"/>
        <w:rPr>
          <w:lang w:eastAsia="zh-CN"/>
        </w:rPr>
      </w:pPr>
      <w:r>
        <w:rPr>
          <w:rFonts w:ascii="仿宋" w:eastAsia="仿宋" w:hAnsi="仿宋"/>
          <w:sz w:val="32"/>
          <w:lang w:eastAsia="zh-CN"/>
        </w:rPr>
        <w:t>你该怎么做？臣。愿如</w:t>
      </w:r>
      <w:proofErr w:type="gramStart"/>
      <w:r>
        <w:rPr>
          <w:rFonts w:ascii="仿宋" w:eastAsia="仿宋" w:hAnsi="仿宋"/>
          <w:sz w:val="32"/>
          <w:lang w:eastAsia="zh-CN"/>
        </w:rPr>
        <w:t>这孟门瀑布</w:t>
      </w:r>
      <w:proofErr w:type="gramEnd"/>
      <w:r>
        <w:rPr>
          <w:rFonts w:ascii="仿宋" w:eastAsia="仿宋" w:hAnsi="仿宋"/>
          <w:sz w:val="32"/>
          <w:lang w:eastAsia="zh-CN"/>
        </w:rPr>
        <w:t>一般，面对万丈深渊，不惜纵身一跃。不怕粉身碎骨。哎，下臣。知道该怎么做了，为天下法度，不废为天下百姓公益，就算是万丈深渊，我立道远。也要纵身一跃，粉身碎骨，</w:t>
      </w:r>
    </w:p>
    <w:p w14:paraId="2E801888" w14:textId="77777777" w:rsidR="00E87C95" w:rsidRDefault="00000000">
      <w:pPr>
        <w:spacing w:after="0" w:line="579" w:lineRule="exact"/>
        <w:ind w:firstLine="640"/>
        <w:rPr>
          <w:lang w:eastAsia="zh-CN"/>
        </w:rPr>
      </w:pPr>
      <w:r>
        <w:rPr>
          <w:rFonts w:ascii="仿宋" w:eastAsia="仿宋" w:hAnsi="仿宋"/>
          <w:sz w:val="32"/>
          <w:lang w:eastAsia="zh-CN"/>
        </w:rPr>
        <w:t>在所不辞。来人在。</w:t>
      </w:r>
      <w:proofErr w:type="gramStart"/>
      <w:r>
        <w:rPr>
          <w:rFonts w:ascii="仿宋" w:eastAsia="仿宋" w:hAnsi="仿宋"/>
          <w:sz w:val="32"/>
          <w:lang w:eastAsia="zh-CN"/>
        </w:rPr>
        <w:t>将罪臣丘念</w:t>
      </w:r>
      <w:proofErr w:type="gramEnd"/>
      <w:r>
        <w:rPr>
          <w:rFonts w:ascii="仿宋" w:eastAsia="仿宋" w:hAnsi="仿宋"/>
          <w:sz w:val="32"/>
          <w:lang w:eastAsia="zh-CN"/>
        </w:rPr>
        <w:t>拉下去，斩死开人再来。谁敢妄动。我</w:t>
      </w:r>
      <w:proofErr w:type="gramStart"/>
      <w:r>
        <w:rPr>
          <w:rFonts w:ascii="仿宋" w:eastAsia="仿宋" w:hAnsi="仿宋"/>
          <w:sz w:val="32"/>
          <w:lang w:eastAsia="zh-CN"/>
        </w:rPr>
        <w:t>杀无论</w:t>
      </w:r>
      <w:proofErr w:type="gramEnd"/>
      <w:r>
        <w:rPr>
          <w:rFonts w:ascii="仿宋" w:eastAsia="仿宋" w:hAnsi="仿宋"/>
          <w:sz w:val="32"/>
          <w:lang w:eastAsia="zh-CN"/>
        </w:rPr>
        <w:t>是。来人但谁敢妄动，格杀勿论。</w:t>
      </w:r>
      <w:proofErr w:type="gramStart"/>
      <w:r>
        <w:rPr>
          <w:rFonts w:ascii="仿宋" w:eastAsia="仿宋" w:hAnsi="仿宋"/>
          <w:sz w:val="32"/>
          <w:lang w:eastAsia="zh-CN"/>
        </w:rPr>
        <w:t>罪犯丘念就地</w:t>
      </w:r>
      <w:proofErr w:type="gramEnd"/>
      <w:r>
        <w:rPr>
          <w:rFonts w:ascii="仿宋" w:eastAsia="仿宋" w:hAnsi="仿宋"/>
          <w:sz w:val="32"/>
          <w:lang w:eastAsia="zh-CN"/>
        </w:rPr>
        <w:t>不产，等你坐坐别下住手。这小酒窝好，你</w:t>
      </w:r>
      <w:proofErr w:type="gramStart"/>
      <w:r>
        <w:rPr>
          <w:rFonts w:ascii="仿宋" w:eastAsia="仿宋" w:hAnsi="仿宋"/>
          <w:sz w:val="32"/>
          <w:lang w:eastAsia="zh-CN"/>
        </w:rPr>
        <w:t>个</w:t>
      </w:r>
      <w:proofErr w:type="gramEnd"/>
      <w:r>
        <w:rPr>
          <w:rFonts w:ascii="仿宋" w:eastAsia="仿宋" w:hAnsi="仿宋"/>
          <w:sz w:val="32"/>
          <w:lang w:eastAsia="zh-CN"/>
        </w:rPr>
        <w:t>领导人硬要与本王作对。本王对天发誓，一定要杀你！丽江版门太后之令的。</w:t>
      </w:r>
    </w:p>
    <w:p w14:paraId="0339F499" w14:textId="77777777" w:rsidR="00E87C95" w:rsidRDefault="00000000">
      <w:pPr>
        <w:spacing w:after="0" w:line="579" w:lineRule="exact"/>
        <w:ind w:firstLine="640"/>
        <w:rPr>
          <w:lang w:eastAsia="zh-CN"/>
        </w:rPr>
      </w:pPr>
      <w:r>
        <w:rPr>
          <w:rFonts w:ascii="仿宋" w:eastAsia="仿宋" w:hAnsi="仿宋"/>
          <w:sz w:val="32"/>
          <w:lang w:eastAsia="zh-CN"/>
        </w:rPr>
        <w:t>李老爷速接太后之令，刀下留人，刀下留人。人贩初恋，已然正法。臣郦道元跪接太后之令。先生一生，刚正不阿。热血忠勇请受。晚辈一拜。也感谢</w:t>
      </w:r>
      <w:proofErr w:type="gramStart"/>
      <w:r>
        <w:rPr>
          <w:rFonts w:ascii="仿宋" w:eastAsia="仿宋" w:hAnsi="仿宋"/>
          <w:sz w:val="32"/>
          <w:lang w:eastAsia="zh-CN"/>
        </w:rPr>
        <w:t>萨</w:t>
      </w:r>
      <w:proofErr w:type="gramEnd"/>
      <w:r>
        <w:rPr>
          <w:rFonts w:ascii="仿宋" w:eastAsia="仿宋" w:hAnsi="仿宋"/>
          <w:sz w:val="32"/>
          <w:lang w:eastAsia="zh-CN"/>
        </w:rPr>
        <w:t>君逆时光之</w:t>
      </w:r>
      <w:proofErr w:type="gramStart"/>
      <w:r>
        <w:rPr>
          <w:rFonts w:ascii="仿宋" w:eastAsia="仿宋" w:hAnsi="仿宋"/>
          <w:sz w:val="32"/>
          <w:lang w:eastAsia="zh-CN"/>
        </w:rPr>
        <w:t>河带来</w:t>
      </w:r>
      <w:proofErr w:type="gramEnd"/>
      <w:r>
        <w:rPr>
          <w:rFonts w:ascii="仿宋" w:eastAsia="仿宋" w:hAnsi="仿宋"/>
          <w:sz w:val="32"/>
          <w:lang w:eastAsia="zh-CN"/>
        </w:rPr>
        <w:t>美酒与我聊天。先生，您可愿随我？顺时光之河而下去看一看后世的景象。请</w:t>
      </w:r>
      <w:proofErr w:type="gramStart"/>
      <w:r>
        <w:rPr>
          <w:rFonts w:ascii="仿宋" w:eastAsia="仿宋" w:hAnsi="仿宋"/>
          <w:sz w:val="32"/>
          <w:lang w:eastAsia="zh-CN"/>
        </w:rPr>
        <w:t>萨</w:t>
      </w:r>
      <w:proofErr w:type="gramEnd"/>
      <w:r>
        <w:rPr>
          <w:rFonts w:ascii="仿宋" w:eastAsia="仿宋" w:hAnsi="仿宋"/>
          <w:sz w:val="32"/>
          <w:lang w:eastAsia="zh-CN"/>
        </w:rPr>
        <w:t>君带路先生请。</w:t>
      </w:r>
    </w:p>
    <w:p w14:paraId="6169473B" w14:textId="77777777" w:rsidR="00E87C95" w:rsidRDefault="00000000">
      <w:pPr>
        <w:spacing w:after="0" w:line="579" w:lineRule="exact"/>
        <w:ind w:firstLine="640"/>
        <w:rPr>
          <w:lang w:eastAsia="zh-CN"/>
        </w:rPr>
      </w:pPr>
      <w:r>
        <w:rPr>
          <w:rFonts w:ascii="仿宋" w:eastAsia="仿宋" w:hAnsi="仿宋"/>
          <w:sz w:val="32"/>
          <w:lang w:eastAsia="zh-CN"/>
        </w:rPr>
        <w:t>先生，您看。此景波澜壮阔。这是何处？巴东三峡巫峡长，猿鸣三声泪沾长。这是三峡。那是何物？在我生活的这个时代，国家在这里修建了三峡工程。千里</w:t>
      </w:r>
      <w:proofErr w:type="gramStart"/>
      <w:r>
        <w:rPr>
          <w:rFonts w:ascii="仿宋" w:eastAsia="仿宋" w:hAnsi="仿宋"/>
          <w:sz w:val="32"/>
          <w:lang w:eastAsia="zh-CN"/>
        </w:rPr>
        <w:t>峡江变</w:t>
      </w:r>
      <w:proofErr w:type="gramEnd"/>
      <w:r>
        <w:rPr>
          <w:rFonts w:ascii="仿宋" w:eastAsia="仿宋" w:hAnsi="仿宋"/>
          <w:sz w:val="32"/>
          <w:lang w:eastAsia="zh-CN"/>
        </w:rPr>
        <w:t>坦途，正所谓截断巫山云雨。高峡出平湖。神女应无恙，当惊世界</w:t>
      </w:r>
      <w:proofErr w:type="gramStart"/>
      <w:r>
        <w:rPr>
          <w:rFonts w:ascii="仿宋" w:eastAsia="仿宋" w:hAnsi="仿宋"/>
          <w:sz w:val="32"/>
          <w:lang w:eastAsia="zh-CN"/>
        </w:rPr>
        <w:t>殊</w:t>
      </w:r>
      <w:proofErr w:type="gramEnd"/>
      <w:r>
        <w:rPr>
          <w:rFonts w:ascii="仿宋" w:eastAsia="仿宋" w:hAnsi="仿宋"/>
          <w:sz w:val="32"/>
          <w:lang w:eastAsia="zh-CN"/>
        </w:rPr>
        <w:t>。</w:t>
      </w:r>
    </w:p>
    <w:p w14:paraId="1EDE7E60" w14:textId="77777777" w:rsidR="00E87C95" w:rsidRDefault="00000000">
      <w:pPr>
        <w:spacing w:after="0" w:line="579" w:lineRule="exact"/>
        <w:ind w:firstLine="640"/>
        <w:rPr>
          <w:lang w:eastAsia="zh-CN"/>
        </w:rPr>
      </w:pPr>
      <w:r>
        <w:rPr>
          <w:rFonts w:ascii="仿宋" w:eastAsia="仿宋" w:hAnsi="仿宋"/>
          <w:sz w:val="32"/>
          <w:lang w:eastAsia="zh-CN"/>
        </w:rPr>
        <w:t>好诗</w:t>
      </w:r>
      <w:proofErr w:type="gramStart"/>
      <w:r>
        <w:rPr>
          <w:rFonts w:ascii="仿宋" w:eastAsia="仿宋" w:hAnsi="仿宋"/>
          <w:sz w:val="32"/>
          <w:lang w:eastAsia="zh-CN"/>
        </w:rPr>
        <w:t>诗</w:t>
      </w:r>
      <w:proofErr w:type="gramEnd"/>
      <w:r>
        <w:rPr>
          <w:rFonts w:ascii="仿宋" w:eastAsia="仿宋" w:hAnsi="仿宋"/>
          <w:sz w:val="32"/>
          <w:lang w:eastAsia="zh-CN"/>
        </w:rPr>
        <w:t>有大格局，功成有大手笔。这三峡工程的储水量有多大？先生不愧是地理学家。这里的储水量已经达到了393</w:t>
      </w:r>
      <w:r>
        <w:rPr>
          <w:rFonts w:ascii="仿宋" w:eastAsia="仿宋" w:hAnsi="仿宋"/>
          <w:sz w:val="32"/>
          <w:lang w:eastAsia="zh-CN"/>
        </w:rPr>
        <w:lastRenderedPageBreak/>
        <w:t>亿立方米，接近黄河一年的水量。黄河一年的水量任人调配就是大禹、李冰都不敢想象。这会造福多少百姓啊？后世水利工程的大手笔还不仅仅三峡工程，更有南水北调。把长江水调往北方，实现江河交汇，南北互济。先生，</w:t>
      </w:r>
    </w:p>
    <w:p w14:paraId="58A2EE7B" w14:textId="77777777" w:rsidR="00E87C95" w:rsidRDefault="00000000">
      <w:pPr>
        <w:spacing w:after="0" w:line="579" w:lineRule="exact"/>
        <w:ind w:firstLine="640"/>
        <w:rPr>
          <w:lang w:eastAsia="zh-CN"/>
        </w:rPr>
      </w:pPr>
      <w:r>
        <w:rPr>
          <w:rFonts w:ascii="仿宋" w:eastAsia="仿宋" w:hAnsi="仿宋"/>
          <w:sz w:val="32"/>
          <w:lang w:eastAsia="zh-CN"/>
        </w:rPr>
        <w:t>这边请。你看。这是何处啊？这里就是南水北调的咽喉项目，穿黄工程的所在地，长江和黄河。在这里握手。南北水系在这里相遇，南水奔涌了千里之后，到达此地，通过穿黄隧洞。一路向北。去润泽中国的北方。长江和黄河。居然能相遇。</w:t>
      </w:r>
    </w:p>
    <w:p w14:paraId="7DA3DB11" w14:textId="77777777" w:rsidR="00E87C95" w:rsidRDefault="00000000">
      <w:pPr>
        <w:spacing w:after="0" w:line="579" w:lineRule="exact"/>
        <w:ind w:firstLine="640"/>
        <w:rPr>
          <w:lang w:eastAsia="zh-CN"/>
        </w:rPr>
      </w:pPr>
      <w:proofErr w:type="gramStart"/>
      <w:r>
        <w:rPr>
          <w:rFonts w:ascii="仿宋" w:eastAsia="仿宋" w:hAnsi="仿宋"/>
          <w:sz w:val="32"/>
          <w:lang w:eastAsia="zh-CN"/>
        </w:rPr>
        <w:t>叼</w:t>
      </w:r>
      <w:proofErr w:type="gramEnd"/>
      <w:r>
        <w:rPr>
          <w:rFonts w:ascii="仿宋" w:eastAsia="仿宋" w:hAnsi="仿宋"/>
          <w:sz w:val="32"/>
          <w:lang w:eastAsia="zh-CN"/>
        </w:rPr>
        <w:t>南方之水，润泽北方，这是我无法想象的事情。南水北调工程极大的缓解了北方用水的压力。今天，因为这项工程受益的人。已经超过了一亿五千万，长江三峡，高峡出平湖。南水北调长江</w:t>
      </w:r>
      <w:proofErr w:type="gramStart"/>
      <w:r>
        <w:rPr>
          <w:rFonts w:ascii="仿宋" w:eastAsia="仿宋" w:hAnsi="仿宋"/>
          <w:sz w:val="32"/>
          <w:lang w:eastAsia="zh-CN"/>
        </w:rPr>
        <w:t>水春越黄河</w:t>
      </w:r>
      <w:proofErr w:type="gramEnd"/>
      <w:r>
        <w:rPr>
          <w:rFonts w:ascii="仿宋" w:eastAsia="仿宋" w:hAnsi="仿宋"/>
          <w:sz w:val="32"/>
          <w:lang w:eastAsia="zh-CN"/>
        </w:rPr>
        <w:t>。</w:t>
      </w:r>
      <w:proofErr w:type="gramStart"/>
      <w:r>
        <w:rPr>
          <w:rFonts w:ascii="仿宋" w:eastAsia="仿宋" w:hAnsi="仿宋"/>
          <w:sz w:val="32"/>
          <w:lang w:eastAsia="zh-CN"/>
        </w:rPr>
        <w:t>萨</w:t>
      </w:r>
      <w:proofErr w:type="gramEnd"/>
      <w:r>
        <w:rPr>
          <w:rFonts w:ascii="仿宋" w:eastAsia="仿宋" w:hAnsi="仿宋"/>
          <w:sz w:val="32"/>
          <w:lang w:eastAsia="zh-CN"/>
        </w:rPr>
        <w:t>君所在的时代。真了不起呀。感谢</w:t>
      </w:r>
      <w:proofErr w:type="gramStart"/>
      <w:r>
        <w:rPr>
          <w:rFonts w:ascii="仿宋" w:eastAsia="仿宋" w:hAnsi="仿宋"/>
          <w:sz w:val="32"/>
          <w:lang w:eastAsia="zh-CN"/>
        </w:rPr>
        <w:t>察军让我</w:t>
      </w:r>
      <w:proofErr w:type="gramEnd"/>
      <w:r>
        <w:rPr>
          <w:rFonts w:ascii="仿宋" w:eastAsia="仿宋" w:hAnsi="仿宋"/>
          <w:sz w:val="32"/>
          <w:lang w:eastAsia="zh-CN"/>
        </w:rPr>
        <w:t>知道这些，我此生无憾呐。没有前人的开创。</w:t>
      </w:r>
    </w:p>
    <w:p w14:paraId="12181B15" w14:textId="77777777" w:rsidR="00E87C95" w:rsidRDefault="00000000">
      <w:pPr>
        <w:spacing w:after="0" w:line="579" w:lineRule="exact"/>
        <w:ind w:firstLine="640"/>
        <w:rPr>
          <w:lang w:eastAsia="zh-CN"/>
        </w:rPr>
      </w:pPr>
      <w:r>
        <w:rPr>
          <w:rFonts w:ascii="仿宋" w:eastAsia="仿宋" w:hAnsi="仿宋"/>
          <w:sz w:val="32"/>
          <w:lang w:eastAsia="zh-CN"/>
        </w:rPr>
        <w:t>哪来后人的发扬？感谢先生。为后世留下这部。水经注。熊掌</w:t>
      </w:r>
      <w:proofErr w:type="gramStart"/>
      <w:r>
        <w:rPr>
          <w:rFonts w:ascii="仿宋" w:eastAsia="仿宋" w:hAnsi="仿宋"/>
          <w:sz w:val="32"/>
          <w:lang w:eastAsia="zh-CN"/>
        </w:rPr>
        <w:t>熊掌</w:t>
      </w:r>
      <w:proofErr w:type="gramEnd"/>
      <w:r>
        <w:rPr>
          <w:rFonts w:ascii="仿宋" w:eastAsia="仿宋" w:hAnsi="仿宋"/>
          <w:sz w:val="32"/>
          <w:lang w:eastAsia="zh-CN"/>
        </w:rPr>
        <w:t>。我们该出发了。撒君。我得走了，先生，我送送您。先生。此行凶险先生。能不能不去？谦谦大于所言，吾受命于天。</w:t>
      </w:r>
    </w:p>
    <w:p w14:paraId="41D3AA81" w14:textId="77777777" w:rsidR="00E87C95" w:rsidRDefault="00000000">
      <w:pPr>
        <w:spacing w:after="0" w:line="579" w:lineRule="exact"/>
        <w:ind w:firstLine="640"/>
        <w:rPr>
          <w:lang w:eastAsia="zh-CN"/>
        </w:rPr>
      </w:pPr>
      <w:r>
        <w:rPr>
          <w:rFonts w:ascii="仿宋" w:eastAsia="仿宋" w:hAnsi="仿宋"/>
          <w:sz w:val="32"/>
          <w:lang w:eastAsia="zh-CN"/>
        </w:rPr>
        <w:t>竭力养民。生，性也；死。命受命于天。竭力养民。生，信也。死命也。公元</w:t>
      </w:r>
      <w:proofErr w:type="gramStart"/>
      <w:r>
        <w:rPr>
          <w:rFonts w:ascii="仿宋" w:eastAsia="仿宋" w:hAnsi="仿宋"/>
          <w:sz w:val="32"/>
          <w:lang w:eastAsia="zh-CN"/>
        </w:rPr>
        <w:t>五二七</w:t>
      </w:r>
      <w:proofErr w:type="gramEnd"/>
      <w:r>
        <w:rPr>
          <w:rFonts w:ascii="仿宋" w:eastAsia="仿宋" w:hAnsi="仿宋"/>
          <w:sz w:val="32"/>
          <w:lang w:eastAsia="zh-CN"/>
        </w:rPr>
        <w:t>年。北魏孝昌三年。郦道元携长</w:t>
      </w:r>
      <w:r>
        <w:rPr>
          <w:rFonts w:ascii="仿宋" w:eastAsia="仿宋" w:hAnsi="仿宋"/>
          <w:sz w:val="32"/>
          <w:lang w:eastAsia="zh-CN"/>
        </w:rPr>
        <w:lastRenderedPageBreak/>
        <w:t>子，次子及其二弟巡视</w:t>
      </w:r>
      <w:proofErr w:type="gramStart"/>
      <w:r>
        <w:rPr>
          <w:rFonts w:ascii="仿宋" w:eastAsia="仿宋" w:hAnsi="仿宋"/>
          <w:sz w:val="32"/>
          <w:lang w:eastAsia="zh-CN"/>
        </w:rPr>
        <w:t>雍</w:t>
      </w:r>
      <w:proofErr w:type="gramEnd"/>
      <w:r>
        <w:rPr>
          <w:rFonts w:ascii="仿宋" w:eastAsia="仿宋" w:hAnsi="仿宋"/>
          <w:sz w:val="32"/>
          <w:lang w:eastAsia="zh-CN"/>
        </w:rPr>
        <w:t>州，被意图谋反的雍州刺史萧宝夤。派兵围困于阴盘</w:t>
      </w:r>
      <w:proofErr w:type="gramStart"/>
      <w:r>
        <w:rPr>
          <w:rFonts w:ascii="仿宋" w:eastAsia="仿宋" w:hAnsi="仿宋"/>
          <w:sz w:val="32"/>
          <w:lang w:eastAsia="zh-CN"/>
        </w:rPr>
        <w:t>驿</w:t>
      </w:r>
      <w:proofErr w:type="gramEnd"/>
      <w:r>
        <w:rPr>
          <w:rFonts w:ascii="仿宋" w:eastAsia="仿宋" w:hAnsi="仿宋"/>
          <w:sz w:val="32"/>
          <w:lang w:eastAsia="zh-CN"/>
        </w:rPr>
        <w:t>亭。水尽粮绝。郦道元凿井十余丈，</w:t>
      </w:r>
    </w:p>
    <w:p w14:paraId="7040E157" w14:textId="77777777" w:rsidR="00E87C95" w:rsidRDefault="00000000">
      <w:pPr>
        <w:spacing w:after="0" w:line="579" w:lineRule="exact"/>
        <w:ind w:firstLine="640"/>
        <w:rPr>
          <w:lang w:eastAsia="zh-CN"/>
        </w:rPr>
      </w:pPr>
      <w:r>
        <w:rPr>
          <w:rFonts w:ascii="仿宋" w:eastAsia="仿宋" w:hAnsi="仿宋"/>
          <w:sz w:val="32"/>
          <w:lang w:eastAsia="zh-CN"/>
        </w:rPr>
        <w:t>仍不得水于饥渴交困中，被叛军所擒。一生忠勇刚直的郦道元。瞋目</w:t>
      </w:r>
      <w:proofErr w:type="gramStart"/>
      <w:r>
        <w:rPr>
          <w:rFonts w:ascii="仿宋" w:eastAsia="仿宋" w:hAnsi="仿宋"/>
          <w:sz w:val="32"/>
          <w:lang w:eastAsia="zh-CN"/>
        </w:rPr>
        <w:t>叱</w:t>
      </w:r>
      <w:proofErr w:type="gramEnd"/>
      <w:r>
        <w:rPr>
          <w:rFonts w:ascii="仿宋" w:eastAsia="仿宋" w:hAnsi="仿宋"/>
          <w:sz w:val="32"/>
          <w:lang w:eastAsia="zh-CN"/>
        </w:rPr>
        <w:t>贼。</w:t>
      </w:r>
      <w:proofErr w:type="gramStart"/>
      <w:r>
        <w:rPr>
          <w:rFonts w:ascii="仿宋" w:eastAsia="仿宋" w:hAnsi="仿宋"/>
          <w:sz w:val="32"/>
          <w:lang w:eastAsia="zh-CN"/>
        </w:rPr>
        <w:t>郦</w:t>
      </w:r>
      <w:proofErr w:type="gramEnd"/>
      <w:r>
        <w:rPr>
          <w:rFonts w:ascii="仿宋" w:eastAsia="仿宋" w:hAnsi="仿宋"/>
          <w:sz w:val="32"/>
          <w:lang w:eastAsia="zh-CN"/>
        </w:rPr>
        <w:t>家一门四人。为国。绚烂。我。所以我们得。在戏剧的最后，郦道元还是毅然决然的踏上了</w:t>
      </w:r>
      <w:proofErr w:type="gramStart"/>
      <w:r>
        <w:rPr>
          <w:rFonts w:ascii="仿宋" w:eastAsia="仿宋" w:hAnsi="仿宋"/>
          <w:sz w:val="32"/>
          <w:lang w:eastAsia="zh-CN"/>
        </w:rPr>
        <w:t>雍</w:t>
      </w:r>
      <w:proofErr w:type="gramEnd"/>
      <w:r>
        <w:rPr>
          <w:rFonts w:ascii="仿宋" w:eastAsia="仿宋" w:hAnsi="仿宋"/>
          <w:sz w:val="32"/>
          <w:lang w:eastAsia="zh-CN"/>
        </w:rPr>
        <w:t>州巡视之旅。我觉得最遗憾的就是他终其一生。为水经做注，但是最后却缺水而亡。这段戏剧看的让人非常唏嘘，</w:t>
      </w:r>
    </w:p>
    <w:p w14:paraId="0411B594" w14:textId="77777777" w:rsidR="00E87C95" w:rsidRDefault="00000000">
      <w:pPr>
        <w:spacing w:after="0" w:line="579" w:lineRule="exact"/>
        <w:ind w:firstLine="640"/>
        <w:rPr>
          <w:lang w:eastAsia="zh-CN"/>
        </w:rPr>
      </w:pPr>
      <w:r>
        <w:rPr>
          <w:rFonts w:ascii="仿宋" w:eastAsia="仿宋" w:hAnsi="仿宋"/>
          <w:sz w:val="32"/>
          <w:lang w:eastAsia="zh-CN"/>
        </w:rPr>
        <w:t>确实是典籍里的中国录了若干期了，这是第一次看到我们主人公的终章。但是我觉得呀，我最感慨的是后面的一部分就是</w:t>
      </w:r>
      <w:proofErr w:type="gramStart"/>
      <w:r>
        <w:rPr>
          <w:rFonts w:ascii="仿宋" w:eastAsia="仿宋" w:hAnsi="仿宋"/>
          <w:sz w:val="32"/>
          <w:lang w:eastAsia="zh-CN"/>
        </w:rPr>
        <w:t>撒老师</w:t>
      </w:r>
      <w:proofErr w:type="gramEnd"/>
      <w:r>
        <w:rPr>
          <w:rFonts w:ascii="仿宋" w:eastAsia="仿宋" w:hAnsi="仿宋"/>
          <w:sz w:val="32"/>
          <w:lang w:eastAsia="zh-CN"/>
        </w:rPr>
        <w:t>带着郦道元去看我们今天的南水北调。去看我们的三峡工程，我觉得这就是新时代的水经注啊，而且他贯彻的也是郦道元，那时候就在讲的所谓人定胜天的这种精神嘛。我想我们一代</w:t>
      </w:r>
      <w:proofErr w:type="gramStart"/>
      <w:r>
        <w:rPr>
          <w:rFonts w:ascii="仿宋" w:eastAsia="仿宋" w:hAnsi="仿宋"/>
          <w:sz w:val="32"/>
          <w:lang w:eastAsia="zh-CN"/>
        </w:rPr>
        <w:t>一代</w:t>
      </w:r>
      <w:proofErr w:type="gramEnd"/>
      <w:r>
        <w:rPr>
          <w:rFonts w:ascii="仿宋" w:eastAsia="仿宋" w:hAnsi="仿宋"/>
          <w:sz w:val="32"/>
          <w:lang w:eastAsia="zh-CN"/>
        </w:rPr>
        <w:t>人都为中国的水经做铸，我们一代</w:t>
      </w:r>
      <w:proofErr w:type="gramStart"/>
      <w:r>
        <w:rPr>
          <w:rFonts w:ascii="仿宋" w:eastAsia="仿宋" w:hAnsi="仿宋"/>
          <w:sz w:val="32"/>
          <w:lang w:eastAsia="zh-CN"/>
        </w:rPr>
        <w:t>一代</w:t>
      </w:r>
      <w:proofErr w:type="gramEnd"/>
      <w:r>
        <w:rPr>
          <w:rFonts w:ascii="仿宋" w:eastAsia="仿宋" w:hAnsi="仿宋"/>
          <w:sz w:val="32"/>
          <w:lang w:eastAsia="zh-CN"/>
        </w:rPr>
        <w:t>推进着中国的水利工程，我们把它推进好了，郦道元就不朽。水经注也不朽。从山川江河到水经注，从三峡工程到南水北调新修水利，</w:t>
      </w:r>
    </w:p>
    <w:p w14:paraId="366FA2B1" w14:textId="77777777" w:rsidR="00E87C95" w:rsidRDefault="00000000">
      <w:pPr>
        <w:spacing w:after="0" w:line="579" w:lineRule="exact"/>
        <w:ind w:firstLine="640"/>
        <w:rPr>
          <w:lang w:eastAsia="zh-CN"/>
        </w:rPr>
      </w:pPr>
      <w:r>
        <w:rPr>
          <w:rFonts w:ascii="仿宋" w:eastAsia="仿宋" w:hAnsi="仿宋"/>
          <w:sz w:val="32"/>
          <w:lang w:eastAsia="zh-CN"/>
        </w:rPr>
        <w:t xml:space="preserve">防治水害，历来呢，是中华民族治国安邦的一个大计。今年呢，我国的水利事业取得了历史性的成就，发生历史性变革。作为新时代的建设者，我们应当在传承中at </w:t>
      </w:r>
      <w:proofErr w:type="spellStart"/>
      <w:r>
        <w:rPr>
          <w:rFonts w:ascii="仿宋" w:eastAsia="仿宋" w:hAnsi="仿宋"/>
          <w:sz w:val="32"/>
          <w:lang w:eastAsia="zh-CN"/>
        </w:rPr>
        <w:t>ches</w:t>
      </w:r>
      <w:proofErr w:type="spellEnd"/>
      <w:r>
        <w:rPr>
          <w:rFonts w:ascii="仿宋" w:eastAsia="仿宋" w:hAnsi="仿宋"/>
          <w:sz w:val="32"/>
          <w:lang w:eastAsia="zh-CN"/>
        </w:rPr>
        <w:t>，取智慧，在创造中不断跨越。共同实现大江大河的岁岁安澜，谱写新时代治水新水的新篇章。水经注流传，千年影响深远。从明代以后呢，</w:t>
      </w:r>
    </w:p>
    <w:p w14:paraId="73C1356B" w14:textId="77777777" w:rsidR="00E87C95" w:rsidRDefault="00000000">
      <w:pPr>
        <w:spacing w:after="0" w:line="579" w:lineRule="exact"/>
        <w:ind w:firstLine="640"/>
        <w:rPr>
          <w:lang w:eastAsia="zh-CN"/>
        </w:rPr>
      </w:pPr>
      <w:r>
        <w:rPr>
          <w:rFonts w:ascii="仿宋" w:eastAsia="仿宋" w:hAnsi="仿宋"/>
          <w:sz w:val="32"/>
          <w:lang w:eastAsia="zh-CN"/>
        </w:rPr>
        <w:lastRenderedPageBreak/>
        <w:t>就有很多著名的学者投入到水印度的研究当中，从而形成了一门包罗万象的。世界性的专门学问</w:t>
      </w:r>
      <w:proofErr w:type="gramStart"/>
      <w:r>
        <w:rPr>
          <w:rFonts w:ascii="仿宋" w:eastAsia="仿宋" w:hAnsi="仿宋"/>
          <w:sz w:val="32"/>
          <w:lang w:eastAsia="zh-CN"/>
        </w:rPr>
        <w:t>郦学水</w:t>
      </w:r>
      <w:proofErr w:type="gramEnd"/>
      <w:r>
        <w:rPr>
          <w:rFonts w:ascii="仿宋" w:eastAsia="仿宋" w:hAnsi="仿宋"/>
          <w:sz w:val="32"/>
          <w:lang w:eastAsia="zh-CN"/>
        </w:rPr>
        <w:t>经注，不仅为我们提供了丰富的地理跟历史方面的资料，直到今天。它的技术依旧有非常高的学术价值。无数学者利用水经</w:t>
      </w:r>
      <w:proofErr w:type="gramStart"/>
      <w:r>
        <w:rPr>
          <w:rFonts w:ascii="仿宋" w:eastAsia="仿宋" w:hAnsi="仿宋"/>
          <w:sz w:val="32"/>
          <w:lang w:eastAsia="zh-CN"/>
        </w:rPr>
        <w:t>注做相关</w:t>
      </w:r>
      <w:proofErr w:type="gramEnd"/>
      <w:r>
        <w:rPr>
          <w:rFonts w:ascii="仿宋" w:eastAsia="仿宋" w:hAnsi="仿宋"/>
          <w:sz w:val="32"/>
          <w:lang w:eastAsia="zh-CN"/>
        </w:rPr>
        <w:t>的研究，取得了不少突破性的贡献。作为中国地理学史上一部璀璨的明珠，水经注至今，依旧熠熠生辉。水</w:t>
      </w:r>
      <w:proofErr w:type="gramStart"/>
      <w:r>
        <w:rPr>
          <w:rFonts w:ascii="仿宋" w:eastAsia="仿宋" w:hAnsi="仿宋"/>
          <w:sz w:val="32"/>
          <w:lang w:eastAsia="zh-CN"/>
        </w:rPr>
        <w:t>得寒河变</w:t>
      </w:r>
      <w:proofErr w:type="gramEnd"/>
      <w:r>
        <w:rPr>
          <w:rFonts w:ascii="仿宋" w:eastAsia="仿宋" w:hAnsi="仿宋"/>
          <w:sz w:val="32"/>
          <w:lang w:eastAsia="zh-CN"/>
        </w:rPr>
        <w:t>，通在我一部。水</w:t>
      </w:r>
      <w:proofErr w:type="gramStart"/>
      <w:r>
        <w:rPr>
          <w:rFonts w:ascii="仿宋" w:eastAsia="仿宋" w:hAnsi="仿宋"/>
          <w:sz w:val="32"/>
          <w:lang w:eastAsia="zh-CN"/>
        </w:rPr>
        <w:t>经注它蕴含</w:t>
      </w:r>
      <w:proofErr w:type="gramEnd"/>
      <w:r>
        <w:rPr>
          <w:rFonts w:ascii="仿宋" w:eastAsia="仿宋" w:hAnsi="仿宋"/>
          <w:sz w:val="32"/>
          <w:lang w:eastAsia="zh-CN"/>
        </w:rPr>
        <w:t>了中国古代先贤以民生为本，追求人水和谐的精神。</w:t>
      </w:r>
    </w:p>
    <w:p w14:paraId="562B30E5" w14:textId="77777777" w:rsidR="00E87C95" w:rsidRDefault="00000000">
      <w:pPr>
        <w:spacing w:after="0" w:line="579" w:lineRule="exact"/>
        <w:ind w:firstLine="640"/>
        <w:rPr>
          <w:lang w:eastAsia="zh-CN"/>
        </w:rPr>
      </w:pPr>
      <w:r>
        <w:rPr>
          <w:rFonts w:ascii="仿宋" w:eastAsia="仿宋" w:hAnsi="仿宋"/>
          <w:sz w:val="32"/>
          <w:lang w:eastAsia="zh-CN"/>
        </w:rPr>
        <w:t>直到今天，仍然是我们利用自然，改造自然的智慧之源，更是中华民族文化长河中当之无愧的瑰宝。再次感谢三位老师与我们一同识读水经，注谢谢。扫描屏幕上方二维码，下载央视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观看典籍里的中国完整视频专享幕后精彩内容。水经注描绘着祖国的大好河山，也</w:t>
      </w:r>
      <w:proofErr w:type="gramStart"/>
      <w:r>
        <w:rPr>
          <w:rFonts w:ascii="仿宋" w:eastAsia="仿宋" w:hAnsi="仿宋"/>
          <w:sz w:val="32"/>
          <w:lang w:eastAsia="zh-CN"/>
        </w:rPr>
        <w:t>传承着</w:t>
      </w:r>
      <w:proofErr w:type="gramEnd"/>
      <w:r>
        <w:rPr>
          <w:rFonts w:ascii="仿宋" w:eastAsia="仿宋" w:hAnsi="仿宋"/>
          <w:sz w:val="32"/>
          <w:lang w:eastAsia="zh-CN"/>
        </w:rPr>
        <w:t>中国人的智慧和精神。它如水一般，润泽后世，更鼓舞着后来者去开创更美好的未来。我是王嘉宁，下一本典籍，</w:t>
      </w:r>
    </w:p>
    <w:p w14:paraId="51FFB81A" w14:textId="77777777" w:rsidR="00E87C95" w:rsidRDefault="00000000">
      <w:pPr>
        <w:spacing w:after="0" w:line="579" w:lineRule="exact"/>
        <w:ind w:firstLine="640"/>
        <w:rPr>
          <w:lang w:eastAsia="zh-CN"/>
        </w:rPr>
      </w:pPr>
      <w:r>
        <w:rPr>
          <w:rFonts w:ascii="仿宋" w:eastAsia="仿宋" w:hAnsi="仿宋"/>
          <w:sz w:val="32"/>
          <w:lang w:eastAsia="zh-CN"/>
        </w:rPr>
        <w:t>我们再会！</w:t>
      </w:r>
    </w:p>
    <w:p w14:paraId="5A46A166" w14:textId="77777777" w:rsidR="00E87C95" w:rsidRDefault="00000000">
      <w:pPr>
        <w:rPr>
          <w:lang w:eastAsia="zh-CN"/>
        </w:rPr>
      </w:pPr>
      <w:r>
        <w:rPr>
          <w:lang w:eastAsia="zh-CN"/>
        </w:rPr>
        <w:br w:type="page"/>
      </w:r>
    </w:p>
    <w:p w14:paraId="62AAABBB" w14:textId="77777777" w:rsidR="00E87C95" w:rsidRDefault="00000000">
      <w:pPr>
        <w:spacing w:after="0" w:line="579" w:lineRule="exact"/>
        <w:jc w:val="center"/>
        <w:rPr>
          <w:lang w:eastAsia="zh-CN"/>
        </w:rPr>
      </w:pPr>
      <w:r>
        <w:rPr>
          <w:rFonts w:ascii="方正小标宋简体" w:eastAsia="方正小标宋简体" w:hAnsi="方正小标宋简体"/>
          <w:sz w:val="44"/>
          <w:lang w:eastAsia="zh-CN"/>
        </w:rPr>
        <w:lastRenderedPageBreak/>
        <w:t>第19集 《茶经》</w:t>
      </w:r>
    </w:p>
    <w:p w14:paraId="488B116E" w14:textId="77777777" w:rsidR="00E87C95" w:rsidRDefault="00000000">
      <w:pPr>
        <w:spacing w:after="0" w:line="579" w:lineRule="exact"/>
        <w:ind w:firstLine="640"/>
        <w:rPr>
          <w:lang w:eastAsia="zh-CN"/>
        </w:rPr>
      </w:pPr>
      <w:r>
        <w:rPr>
          <w:rFonts w:ascii="仿宋" w:eastAsia="仿宋" w:hAnsi="仿宋"/>
          <w:sz w:val="32"/>
          <w:lang w:eastAsia="zh-CN"/>
        </w:rPr>
        <w:t>茶起源于中国，盛行于世界。晚辈撒贝宁是从1200多年之后来的一个读书人，特来请教茶经。我一生爱茶如命，想要为茶种书，我要把种茶制茶的知识积累整理。我愿以一生</w:t>
      </w:r>
      <w:proofErr w:type="gramStart"/>
      <w:r>
        <w:rPr>
          <w:rFonts w:ascii="仿宋" w:eastAsia="仿宋" w:hAnsi="仿宋"/>
          <w:sz w:val="32"/>
          <w:lang w:eastAsia="zh-CN"/>
        </w:rPr>
        <w:t>沿袭撰筑茶几</w:t>
      </w:r>
      <w:proofErr w:type="gramEnd"/>
      <w:r>
        <w:rPr>
          <w:rFonts w:ascii="仿宋" w:eastAsia="仿宋" w:hAnsi="仿宋"/>
          <w:sz w:val="32"/>
          <w:lang w:eastAsia="zh-CN"/>
        </w:rPr>
        <w:t>，</w:t>
      </w:r>
      <w:proofErr w:type="gramStart"/>
      <w:r>
        <w:rPr>
          <w:rFonts w:ascii="仿宋" w:eastAsia="仿宋" w:hAnsi="仿宋"/>
          <w:sz w:val="32"/>
          <w:lang w:eastAsia="zh-CN"/>
        </w:rPr>
        <w:t>践行</w:t>
      </w:r>
      <w:proofErr w:type="gramEnd"/>
      <w:r>
        <w:rPr>
          <w:rFonts w:ascii="仿宋" w:eastAsia="仿宋" w:hAnsi="仿宋"/>
          <w:sz w:val="32"/>
          <w:lang w:eastAsia="zh-CN"/>
        </w:rPr>
        <w:t>传播茶几，茶之为饮，对以精心选择。巨人。公元</w:t>
      </w:r>
      <w:proofErr w:type="gramStart"/>
      <w:r>
        <w:rPr>
          <w:rFonts w:ascii="仿宋" w:eastAsia="仿宋" w:hAnsi="仿宋"/>
          <w:sz w:val="32"/>
          <w:lang w:eastAsia="zh-CN"/>
        </w:rPr>
        <w:t>八五一</w:t>
      </w:r>
      <w:proofErr w:type="gramEnd"/>
      <w:r>
        <w:rPr>
          <w:rFonts w:ascii="仿宋" w:eastAsia="仿宋" w:hAnsi="仿宋"/>
          <w:sz w:val="32"/>
          <w:lang w:eastAsia="zh-CN"/>
        </w:rPr>
        <w:t>年，唐朝湖州。茶者，</w:t>
      </w:r>
      <w:proofErr w:type="gramStart"/>
      <w:r>
        <w:rPr>
          <w:rFonts w:ascii="仿宋" w:eastAsia="仿宋" w:hAnsi="仿宋"/>
          <w:sz w:val="32"/>
          <w:lang w:eastAsia="zh-CN"/>
        </w:rPr>
        <w:t>南方之嘉木</w:t>
      </w:r>
      <w:proofErr w:type="gramEnd"/>
      <w:r>
        <w:rPr>
          <w:rFonts w:ascii="仿宋" w:eastAsia="仿宋" w:hAnsi="仿宋"/>
          <w:sz w:val="32"/>
          <w:lang w:eastAsia="zh-CN"/>
        </w:rPr>
        <w:t>也，</w:t>
      </w:r>
    </w:p>
    <w:p w14:paraId="1A288367" w14:textId="77777777" w:rsidR="00E87C95" w:rsidRDefault="00000000">
      <w:pPr>
        <w:spacing w:after="0" w:line="579" w:lineRule="exact"/>
        <w:ind w:firstLine="640"/>
        <w:rPr>
          <w:lang w:eastAsia="zh-CN"/>
        </w:rPr>
      </w:pPr>
      <w:r>
        <w:rPr>
          <w:rFonts w:ascii="仿宋" w:eastAsia="仿宋" w:hAnsi="仿宋"/>
          <w:sz w:val="32"/>
          <w:lang w:eastAsia="zh-CN"/>
        </w:rPr>
        <w:t>凡采茶在二月，三月。四月之间，凡采茶在二月，三月，四月之间。大人</w:t>
      </w:r>
      <w:proofErr w:type="gramStart"/>
      <w:r>
        <w:rPr>
          <w:rFonts w:ascii="仿宋" w:eastAsia="仿宋" w:hAnsi="仿宋"/>
          <w:sz w:val="32"/>
          <w:lang w:eastAsia="zh-CN"/>
        </w:rPr>
        <w:t>大人</w:t>
      </w:r>
      <w:proofErr w:type="gramEnd"/>
      <w:r>
        <w:rPr>
          <w:rFonts w:ascii="仿宋" w:eastAsia="仿宋" w:hAnsi="仿宋"/>
          <w:sz w:val="32"/>
          <w:lang w:eastAsia="zh-CN"/>
        </w:rPr>
        <w:t>，贡茶承运的公文，我们可以以此准备了好。听说杜</w:t>
      </w:r>
      <w:proofErr w:type="gramStart"/>
      <w:r>
        <w:rPr>
          <w:rFonts w:ascii="仿宋" w:eastAsia="仿宋" w:hAnsi="仿宋"/>
          <w:sz w:val="32"/>
          <w:lang w:eastAsia="zh-CN"/>
        </w:rPr>
        <w:t>公不久</w:t>
      </w:r>
      <w:proofErr w:type="gramEnd"/>
      <w:r>
        <w:rPr>
          <w:rFonts w:ascii="仿宋" w:eastAsia="仿宋" w:hAnsi="仿宋"/>
          <w:sz w:val="32"/>
          <w:lang w:eastAsia="zh-CN"/>
        </w:rPr>
        <w:t>将要回京了，刚来一年就要走啊。是啊，杜公的身体一直都不太好啊。哒哒哒。想当年啊，</w:t>
      </w:r>
    </w:p>
    <w:p w14:paraId="1F45C31D" w14:textId="77777777" w:rsidR="00E87C95" w:rsidRDefault="00000000">
      <w:pPr>
        <w:spacing w:after="0" w:line="579" w:lineRule="exact"/>
        <w:ind w:firstLine="640"/>
        <w:rPr>
          <w:lang w:eastAsia="zh-CN"/>
        </w:rPr>
      </w:pPr>
      <w:r>
        <w:rPr>
          <w:rFonts w:ascii="仿宋" w:eastAsia="仿宋" w:hAnsi="仿宋"/>
          <w:sz w:val="32"/>
          <w:lang w:eastAsia="zh-CN"/>
        </w:rPr>
        <w:t>陆羽教导制作第一批贡茶师傅，那师傅。您</w:t>
      </w:r>
      <w:proofErr w:type="gramStart"/>
      <w:r>
        <w:rPr>
          <w:rFonts w:ascii="仿宋" w:eastAsia="仿宋" w:hAnsi="仿宋"/>
          <w:sz w:val="32"/>
          <w:lang w:eastAsia="zh-CN"/>
        </w:rPr>
        <w:t>见过陆羽</w:t>
      </w:r>
      <w:proofErr w:type="gramEnd"/>
      <w:r>
        <w:rPr>
          <w:rFonts w:ascii="仿宋" w:eastAsia="仿宋" w:hAnsi="仿宋"/>
          <w:sz w:val="32"/>
          <w:lang w:eastAsia="zh-CN"/>
        </w:rPr>
        <w:t>。嗯。我爷爷见过。不过说起来啊，到我这儿是第三代贡茶人。师傅，那我算不算第四代？这茶经里说的很清楚啊。制茶呀，要经过采之、蒸之、捣之、拍之背穿风。西经墓等你把这些都学会了，你才算是第四代。师傅放心，</w:t>
      </w:r>
    </w:p>
    <w:p w14:paraId="525AE7F5" w14:textId="77777777" w:rsidR="00E87C95" w:rsidRDefault="00000000">
      <w:pPr>
        <w:spacing w:after="0" w:line="579" w:lineRule="exact"/>
        <w:ind w:firstLine="640"/>
        <w:rPr>
          <w:lang w:eastAsia="zh-CN"/>
        </w:rPr>
      </w:pPr>
      <w:r>
        <w:rPr>
          <w:rFonts w:ascii="仿宋" w:eastAsia="仿宋" w:hAnsi="仿宋"/>
          <w:sz w:val="32"/>
          <w:lang w:eastAsia="zh-CN"/>
        </w:rPr>
        <w:t>我好好干，绝对不辱没陆羽的名声，好好样的走。来来来，我去我</w:t>
      </w:r>
      <w:proofErr w:type="gramStart"/>
      <w:r>
        <w:rPr>
          <w:rFonts w:ascii="仿宋" w:eastAsia="仿宋" w:hAnsi="仿宋"/>
          <w:sz w:val="32"/>
          <w:lang w:eastAsia="zh-CN"/>
        </w:rPr>
        <w:t>不</w:t>
      </w:r>
      <w:proofErr w:type="gramEnd"/>
      <w:r>
        <w:rPr>
          <w:rFonts w:ascii="仿宋" w:eastAsia="仿宋" w:hAnsi="仿宋"/>
          <w:sz w:val="32"/>
          <w:lang w:eastAsia="zh-CN"/>
        </w:rPr>
        <w:t>你一样啊，好了，你休吧。哎</w:t>
      </w:r>
      <w:proofErr w:type="gramStart"/>
      <w:r>
        <w:rPr>
          <w:rFonts w:ascii="仿宋" w:eastAsia="仿宋" w:hAnsi="仿宋"/>
          <w:sz w:val="32"/>
          <w:lang w:eastAsia="zh-CN"/>
        </w:rPr>
        <w:t>呦</w:t>
      </w:r>
      <w:proofErr w:type="gramEnd"/>
      <w:r>
        <w:rPr>
          <w:rFonts w:ascii="仿宋" w:eastAsia="仿宋" w:hAnsi="仿宋"/>
          <w:sz w:val="32"/>
          <w:lang w:eastAsia="zh-CN"/>
        </w:rPr>
        <w:t>。来兄弟，好久不见啊，行了，我们再见。放松一点，放松一点。包括像我们现在</w:t>
      </w:r>
      <w:proofErr w:type="gramStart"/>
      <w:r>
        <w:rPr>
          <w:rFonts w:ascii="仿宋" w:eastAsia="仿宋" w:hAnsi="仿宋"/>
          <w:sz w:val="32"/>
          <w:lang w:eastAsia="zh-CN"/>
        </w:rPr>
        <w:t>在讲品</w:t>
      </w:r>
      <w:proofErr w:type="gramEnd"/>
      <w:r>
        <w:rPr>
          <w:rFonts w:ascii="仿宋" w:eastAsia="仿宋" w:hAnsi="仿宋"/>
          <w:sz w:val="32"/>
          <w:lang w:eastAsia="zh-CN"/>
        </w:rPr>
        <w:t>的，</w:t>
      </w:r>
    </w:p>
    <w:p w14:paraId="0481733B" w14:textId="77777777" w:rsidR="00E87C95" w:rsidRDefault="00000000">
      <w:pPr>
        <w:spacing w:after="0" w:line="579" w:lineRule="exact"/>
        <w:ind w:firstLine="640"/>
        <w:rPr>
          <w:lang w:eastAsia="zh-CN"/>
        </w:rPr>
      </w:pPr>
      <w:r>
        <w:rPr>
          <w:rFonts w:ascii="仿宋" w:eastAsia="仿宋" w:hAnsi="仿宋"/>
          <w:sz w:val="32"/>
          <w:lang w:eastAsia="zh-CN"/>
        </w:rPr>
        <w:t>包括他们的都是这个。都是对。来来来。杜公，这是今年新制的贡茶。您尝尝。茶香清雅，汤色尚佳，这茶喝下去。</w:t>
      </w:r>
      <w:r>
        <w:rPr>
          <w:rFonts w:ascii="仿宋" w:eastAsia="仿宋" w:hAnsi="仿宋"/>
          <w:sz w:val="32"/>
          <w:lang w:eastAsia="zh-CN"/>
        </w:rPr>
        <w:lastRenderedPageBreak/>
        <w:t>感觉这病都要好些，你爱喝，我再为你盛一碗有劳。欲开未开花，半阴半晴天。谁知病太守，</w:t>
      </w:r>
    </w:p>
    <w:p w14:paraId="752E4E03" w14:textId="77777777" w:rsidR="00E87C95" w:rsidRDefault="00000000">
      <w:pPr>
        <w:spacing w:after="0" w:line="579" w:lineRule="exact"/>
        <w:ind w:firstLine="640"/>
        <w:rPr>
          <w:lang w:eastAsia="zh-CN"/>
        </w:rPr>
      </w:pPr>
      <w:r>
        <w:rPr>
          <w:rFonts w:ascii="仿宋" w:eastAsia="仿宋" w:hAnsi="仿宋"/>
          <w:sz w:val="32"/>
          <w:lang w:eastAsia="zh-CN"/>
        </w:rPr>
        <w:t>犹得做茶仙。你是何人？晚辈王嘉宁来自1000多年后。千年后。我这诗句</w:t>
      </w:r>
      <w:proofErr w:type="gramStart"/>
      <w:r>
        <w:rPr>
          <w:rFonts w:ascii="仿宋" w:eastAsia="仿宋" w:hAnsi="仿宋"/>
          <w:sz w:val="32"/>
          <w:lang w:eastAsia="zh-CN"/>
        </w:rPr>
        <w:t>前日才</w:t>
      </w:r>
      <w:proofErr w:type="gramEnd"/>
      <w:r>
        <w:rPr>
          <w:rFonts w:ascii="仿宋" w:eastAsia="仿宋" w:hAnsi="仿宋"/>
          <w:sz w:val="32"/>
          <w:lang w:eastAsia="zh-CN"/>
        </w:rPr>
        <w:t>作得，并未曾使人，你为何可以吟诵？在后世，杜公与杜甫先生并称</w:t>
      </w:r>
      <w:proofErr w:type="gramStart"/>
      <w:r>
        <w:rPr>
          <w:rFonts w:ascii="仿宋" w:eastAsia="仿宋" w:hAnsi="仿宋"/>
          <w:sz w:val="32"/>
          <w:lang w:eastAsia="zh-CN"/>
        </w:rPr>
        <w:t>二杜您的</w:t>
      </w:r>
      <w:proofErr w:type="gramEnd"/>
      <w:r>
        <w:rPr>
          <w:rFonts w:ascii="仿宋" w:eastAsia="仿宋" w:hAnsi="仿宋"/>
          <w:sz w:val="32"/>
          <w:lang w:eastAsia="zh-CN"/>
        </w:rPr>
        <w:t>这首诗炙炙人口，尽人皆知。将我与</w:t>
      </w:r>
      <w:proofErr w:type="gramStart"/>
      <w:r>
        <w:rPr>
          <w:rFonts w:ascii="仿宋" w:eastAsia="仿宋" w:hAnsi="仿宋"/>
          <w:sz w:val="32"/>
          <w:lang w:eastAsia="zh-CN"/>
        </w:rPr>
        <w:t>杜公布</w:t>
      </w:r>
      <w:proofErr w:type="gramEnd"/>
      <w:r>
        <w:rPr>
          <w:rFonts w:ascii="仿宋" w:eastAsia="仿宋" w:hAnsi="仿宋"/>
          <w:sz w:val="32"/>
          <w:lang w:eastAsia="zh-CN"/>
        </w:rPr>
        <w:t>相提并论后世人。</w:t>
      </w:r>
      <w:proofErr w:type="gramStart"/>
      <w:r>
        <w:rPr>
          <w:rFonts w:ascii="仿宋" w:eastAsia="仿宋" w:hAnsi="仿宋"/>
          <w:sz w:val="32"/>
          <w:lang w:eastAsia="zh-CN"/>
        </w:rPr>
        <w:t>谬</w:t>
      </w:r>
      <w:proofErr w:type="gramEnd"/>
      <w:r>
        <w:rPr>
          <w:rFonts w:ascii="仿宋" w:eastAsia="仿宋" w:hAnsi="仿宋"/>
          <w:sz w:val="32"/>
          <w:lang w:eastAsia="zh-CN"/>
        </w:rPr>
        <w:t>赞了，江宁姑娘走。喝茶。贡茶果然名不虚传啊，</w:t>
      </w:r>
    </w:p>
    <w:p w14:paraId="0C73B00B" w14:textId="77777777" w:rsidR="00E87C95" w:rsidRDefault="00000000">
      <w:pPr>
        <w:spacing w:after="0" w:line="579" w:lineRule="exact"/>
        <w:ind w:firstLine="640"/>
        <w:rPr>
          <w:lang w:eastAsia="zh-CN"/>
        </w:rPr>
      </w:pPr>
      <w:r>
        <w:rPr>
          <w:rFonts w:ascii="仿宋" w:eastAsia="仿宋" w:hAnsi="仿宋"/>
          <w:sz w:val="32"/>
          <w:lang w:eastAsia="zh-CN"/>
        </w:rPr>
        <w:t>这茶是按照茶圣陆羽生前留下的记忆制作而成。虽然陆公先世已数十年，但这贡茶的味道醇香如前。据说茶圣陆</w:t>
      </w:r>
      <w:proofErr w:type="gramStart"/>
      <w:r>
        <w:rPr>
          <w:rFonts w:ascii="仿宋" w:eastAsia="仿宋" w:hAnsi="仿宋"/>
          <w:sz w:val="32"/>
          <w:lang w:eastAsia="zh-CN"/>
        </w:rPr>
        <w:t>羽就是</w:t>
      </w:r>
      <w:proofErr w:type="gramEnd"/>
      <w:r>
        <w:rPr>
          <w:rFonts w:ascii="仿宋" w:eastAsia="仿宋" w:hAnsi="仿宋"/>
          <w:sz w:val="32"/>
          <w:lang w:eastAsia="zh-CN"/>
        </w:rPr>
        <w:t>在湖州铸茶，经传茶经还制出此等好茶。茶成为贡茶，名扬天下。自此茶叶大行，惠泽芸芸众生。我几次上书朝廷。请求来到这里任职与追随陆羽饮茶之道，君子之风不无关系，那这《茶经》之中，杜公</w:t>
      </w:r>
      <w:proofErr w:type="gramStart"/>
      <w:r>
        <w:rPr>
          <w:rFonts w:ascii="仿宋" w:eastAsia="仿宋" w:hAnsi="仿宋"/>
          <w:sz w:val="32"/>
          <w:lang w:eastAsia="zh-CN"/>
        </w:rPr>
        <w:t>最爱哪</w:t>
      </w:r>
      <w:proofErr w:type="gramEnd"/>
      <w:r>
        <w:rPr>
          <w:rFonts w:ascii="仿宋" w:eastAsia="仿宋" w:hAnsi="仿宋"/>
          <w:sz w:val="32"/>
          <w:lang w:eastAsia="zh-CN"/>
        </w:rPr>
        <w:t>一句呢？</w:t>
      </w:r>
      <w:proofErr w:type="gramStart"/>
      <w:r>
        <w:rPr>
          <w:rFonts w:ascii="仿宋" w:eastAsia="仿宋" w:hAnsi="仿宋"/>
          <w:sz w:val="32"/>
          <w:lang w:eastAsia="zh-CN"/>
        </w:rPr>
        <w:t>嘉宁姑娘</w:t>
      </w:r>
      <w:proofErr w:type="gramEnd"/>
      <w:r>
        <w:rPr>
          <w:rFonts w:ascii="仿宋" w:eastAsia="仿宋" w:hAnsi="仿宋"/>
          <w:sz w:val="32"/>
          <w:lang w:eastAsia="zh-CN"/>
        </w:rPr>
        <w:t>想必也是熟读《茶经》之人，</w:t>
      </w:r>
    </w:p>
    <w:p w14:paraId="4D355FA6" w14:textId="77777777" w:rsidR="00E87C95" w:rsidRDefault="00000000">
      <w:pPr>
        <w:spacing w:after="0" w:line="579" w:lineRule="exact"/>
        <w:ind w:firstLine="640"/>
        <w:rPr>
          <w:lang w:eastAsia="zh-CN"/>
        </w:rPr>
      </w:pPr>
      <w:r>
        <w:rPr>
          <w:rFonts w:ascii="仿宋" w:eastAsia="仿宋" w:hAnsi="仿宋"/>
          <w:sz w:val="32"/>
          <w:lang w:eastAsia="zh-CN"/>
        </w:rPr>
        <w:t>我倒想听听你我二人喜爱的是否为同一句。那我就与杜公一同迎出，如何？好。茶之为用，味至寒为饮，</w:t>
      </w:r>
      <w:proofErr w:type="gramStart"/>
      <w:r>
        <w:rPr>
          <w:rFonts w:ascii="仿宋" w:eastAsia="仿宋" w:hAnsi="仿宋"/>
          <w:sz w:val="32"/>
          <w:lang w:eastAsia="zh-CN"/>
        </w:rPr>
        <w:t>最</w:t>
      </w:r>
      <w:proofErr w:type="gramEnd"/>
      <w:r>
        <w:rPr>
          <w:rFonts w:ascii="仿宋" w:eastAsia="仿宋" w:hAnsi="仿宋"/>
          <w:sz w:val="32"/>
          <w:lang w:eastAsia="zh-CN"/>
        </w:rPr>
        <w:t>宜</w:t>
      </w:r>
      <w:proofErr w:type="gramStart"/>
      <w:r>
        <w:rPr>
          <w:rFonts w:ascii="仿宋" w:eastAsia="仿宋" w:hAnsi="仿宋"/>
          <w:sz w:val="32"/>
          <w:lang w:eastAsia="zh-CN"/>
        </w:rPr>
        <w:t>精行俭</w:t>
      </w:r>
      <w:proofErr w:type="gramEnd"/>
      <w:r>
        <w:rPr>
          <w:rFonts w:ascii="仿宋" w:eastAsia="仿宋" w:hAnsi="仿宋"/>
          <w:sz w:val="32"/>
          <w:lang w:eastAsia="zh-CN"/>
        </w:rPr>
        <w:t>德之人。哈哈</w:t>
      </w:r>
      <w:proofErr w:type="gramStart"/>
      <w:r>
        <w:rPr>
          <w:rFonts w:ascii="仿宋" w:eastAsia="仿宋" w:hAnsi="仿宋"/>
          <w:sz w:val="32"/>
          <w:lang w:eastAsia="zh-CN"/>
        </w:rPr>
        <w:t>哈</w:t>
      </w:r>
      <w:proofErr w:type="gramEnd"/>
      <w:r>
        <w:rPr>
          <w:rFonts w:ascii="仿宋" w:eastAsia="仿宋" w:hAnsi="仿宋"/>
          <w:sz w:val="32"/>
          <w:lang w:eastAsia="zh-CN"/>
        </w:rPr>
        <w:t>。好啊，看来陆羽的茶经提倡之</w:t>
      </w:r>
      <w:proofErr w:type="gramStart"/>
      <w:r>
        <w:rPr>
          <w:rFonts w:ascii="仿宋" w:eastAsia="仿宋" w:hAnsi="仿宋"/>
          <w:sz w:val="32"/>
          <w:lang w:eastAsia="zh-CN"/>
        </w:rPr>
        <w:t>精行俭</w:t>
      </w:r>
      <w:proofErr w:type="gramEnd"/>
      <w:r>
        <w:rPr>
          <w:rFonts w:ascii="仿宋" w:eastAsia="仿宋" w:hAnsi="仿宋"/>
          <w:sz w:val="32"/>
          <w:lang w:eastAsia="zh-CN"/>
        </w:rPr>
        <w:t>德，君子之风以传之后世。身在。谢杜公让我尝到贡茶。茶之为用，味至寒，</w:t>
      </w:r>
    </w:p>
    <w:p w14:paraId="13A3525A" w14:textId="77777777" w:rsidR="00E87C95" w:rsidRDefault="00000000">
      <w:pPr>
        <w:spacing w:after="0" w:line="579" w:lineRule="exact"/>
        <w:ind w:firstLine="640"/>
        <w:rPr>
          <w:lang w:eastAsia="zh-CN"/>
        </w:rPr>
      </w:pPr>
      <w:r>
        <w:rPr>
          <w:rFonts w:ascii="仿宋" w:eastAsia="仿宋" w:hAnsi="仿宋"/>
          <w:sz w:val="32"/>
          <w:lang w:eastAsia="zh-CN"/>
        </w:rPr>
        <w:t>为饮</w:t>
      </w:r>
      <w:proofErr w:type="gramStart"/>
      <w:r>
        <w:rPr>
          <w:rFonts w:ascii="仿宋" w:eastAsia="仿宋" w:hAnsi="仿宋"/>
          <w:sz w:val="32"/>
          <w:lang w:eastAsia="zh-CN"/>
        </w:rPr>
        <w:t>最</w:t>
      </w:r>
      <w:proofErr w:type="gramEnd"/>
      <w:r>
        <w:rPr>
          <w:rFonts w:ascii="仿宋" w:eastAsia="仿宋" w:hAnsi="仿宋"/>
          <w:sz w:val="32"/>
          <w:lang w:eastAsia="zh-CN"/>
        </w:rPr>
        <w:t>宜精。</w:t>
      </w:r>
      <w:proofErr w:type="gramStart"/>
      <w:r>
        <w:rPr>
          <w:rFonts w:ascii="仿宋" w:eastAsia="仿宋" w:hAnsi="仿宋"/>
          <w:sz w:val="32"/>
          <w:lang w:eastAsia="zh-CN"/>
        </w:rPr>
        <w:t>行俭得之</w:t>
      </w:r>
      <w:proofErr w:type="gramEnd"/>
      <w:r>
        <w:rPr>
          <w:rFonts w:ascii="仿宋" w:eastAsia="仿宋" w:hAnsi="仿宋"/>
          <w:sz w:val="32"/>
          <w:lang w:eastAsia="zh-CN"/>
        </w:rPr>
        <w:t>人，今天在典籍里的中国，让我们一起识读。茶经。打开典籍品读中国，欢迎走进典籍里的中国。我是王嘉宁。茶起源于中国，盛行于世界，它已经深</w:t>
      </w:r>
      <w:r>
        <w:rPr>
          <w:rFonts w:ascii="仿宋" w:eastAsia="仿宋" w:hAnsi="仿宋"/>
          <w:sz w:val="32"/>
          <w:lang w:eastAsia="zh-CN"/>
        </w:rPr>
        <w:lastRenderedPageBreak/>
        <w:t>深融入中国人的生活中，也承载着中华民族的历史。和文化。唐代陆羽所著茶经被奉为茶文化之经典，今天就让我们一起来识读中国第一部茶学百科全书。</w:t>
      </w:r>
    </w:p>
    <w:p w14:paraId="7B9B0183" w14:textId="77777777" w:rsidR="00E87C95" w:rsidRDefault="00000000">
      <w:pPr>
        <w:spacing w:after="0" w:line="579" w:lineRule="exact"/>
        <w:ind w:firstLine="640"/>
        <w:rPr>
          <w:lang w:eastAsia="zh-CN"/>
        </w:rPr>
      </w:pPr>
      <w:r>
        <w:rPr>
          <w:rFonts w:ascii="仿宋" w:eastAsia="仿宋" w:hAnsi="仿宋"/>
          <w:sz w:val="32"/>
          <w:lang w:eastAsia="zh-CN"/>
        </w:rPr>
        <w:t>茶经。三位老师好，欢迎来到典籍里的中国。同时，今天出演戏剧的演员们此刻也就坐于官房间，与我们一起来聆听专家老师对于典籍的解读，欢迎他们。在刚才的开场戏剧当中，我去到了大唐贡茶院，见到了倾慕陆羽熟读《茶经》的唐代大诗人杜牧，亲身经历了湖州百姓一起采春茶的过程。可以说，茶就起源于我们中国，而且和我们中国人的生活是息息相关的。咱们中国有句老话说，</w:t>
      </w:r>
    </w:p>
    <w:p w14:paraId="0495EEFC" w14:textId="77777777" w:rsidR="00E87C95" w:rsidRDefault="00000000">
      <w:pPr>
        <w:spacing w:after="0" w:line="579" w:lineRule="exact"/>
        <w:ind w:firstLine="640"/>
        <w:rPr>
          <w:lang w:eastAsia="zh-CN"/>
        </w:rPr>
      </w:pPr>
      <w:r>
        <w:rPr>
          <w:rFonts w:ascii="仿宋" w:eastAsia="仿宋" w:hAnsi="仿宋"/>
          <w:sz w:val="32"/>
          <w:lang w:eastAsia="zh-CN"/>
        </w:rPr>
        <w:t>开门七件事，柴米油盐酱醋茶。我国茶的历史，那更是源远流长。没错儿，陆羽《茶经》里就写了茶之为饮，发乎神农氏。那《神农本草经》呢，也有一个记载说神农尝</w:t>
      </w:r>
      <w:proofErr w:type="gramStart"/>
      <w:r>
        <w:rPr>
          <w:rFonts w:ascii="仿宋" w:eastAsia="仿宋" w:hAnsi="仿宋"/>
          <w:sz w:val="32"/>
          <w:lang w:eastAsia="zh-CN"/>
        </w:rPr>
        <w:t>百草日</w:t>
      </w:r>
      <w:proofErr w:type="gramEnd"/>
      <w:r>
        <w:rPr>
          <w:rFonts w:ascii="仿宋" w:eastAsia="仿宋" w:hAnsi="仿宋"/>
          <w:sz w:val="32"/>
          <w:lang w:eastAsia="zh-CN"/>
        </w:rPr>
        <w:t>遇七十二毒，得荼而解之。这图就是茶。神农氏距离现在一般认为是5000年。二零零一年，浙江萧山考古发现8000年前煮茶的桃符，这可能意味着中国茶的历史比。</w:t>
      </w:r>
    </w:p>
    <w:p w14:paraId="06FDFEB6" w14:textId="77777777" w:rsidR="00E87C95" w:rsidRDefault="00000000">
      <w:pPr>
        <w:spacing w:after="0" w:line="579" w:lineRule="exact"/>
        <w:ind w:firstLine="640"/>
        <w:rPr>
          <w:lang w:eastAsia="zh-CN"/>
        </w:rPr>
      </w:pPr>
      <w:r>
        <w:rPr>
          <w:rFonts w:ascii="仿宋" w:eastAsia="仿宋" w:hAnsi="仿宋"/>
          <w:sz w:val="32"/>
          <w:lang w:eastAsia="zh-CN"/>
        </w:rPr>
        <w:t>神农尝百草这个传说还要久远。中国呀。真是茶的故乡。从这个史前时代，中华民族就开始对茶进行发现和使用了。最开始可以当药用，也可以去食用。那什么时候开始如此风雅的饮茶品茶了呢？顾炎武在《日知录》里说，自秦人取蜀而后时，</w:t>
      </w:r>
      <w:proofErr w:type="gramStart"/>
      <w:r>
        <w:rPr>
          <w:rFonts w:ascii="仿宋" w:eastAsia="仿宋" w:hAnsi="仿宋"/>
          <w:sz w:val="32"/>
          <w:lang w:eastAsia="zh-CN"/>
        </w:rPr>
        <w:t>有鸣饮之</w:t>
      </w:r>
      <w:proofErr w:type="gramEnd"/>
      <w:r>
        <w:rPr>
          <w:rFonts w:ascii="仿宋" w:eastAsia="仿宋" w:hAnsi="仿宋"/>
          <w:sz w:val="32"/>
          <w:lang w:eastAsia="zh-CN"/>
        </w:rPr>
        <w:t>事。说明秦在灭六国之前呢？我国的巴蜀</w:t>
      </w:r>
      <w:r>
        <w:rPr>
          <w:rFonts w:ascii="仿宋" w:eastAsia="仿宋" w:hAnsi="仿宋"/>
          <w:sz w:val="32"/>
          <w:lang w:eastAsia="zh-CN"/>
        </w:rPr>
        <w:lastRenderedPageBreak/>
        <w:t>地区便有了饮茶风俗，到了西汉时期，茶叶已经成为商品市场中的货物之一了。</w:t>
      </w:r>
    </w:p>
    <w:p w14:paraId="59213254" w14:textId="77777777" w:rsidR="00E87C95" w:rsidRDefault="00000000">
      <w:pPr>
        <w:spacing w:after="0" w:line="579" w:lineRule="exact"/>
        <w:ind w:firstLine="640"/>
        <w:rPr>
          <w:lang w:eastAsia="zh-CN"/>
        </w:rPr>
      </w:pPr>
      <w:proofErr w:type="gramStart"/>
      <w:r>
        <w:rPr>
          <w:rFonts w:ascii="仿宋" w:eastAsia="仿宋" w:hAnsi="仿宋"/>
          <w:sz w:val="32"/>
          <w:lang w:eastAsia="zh-CN"/>
        </w:rPr>
        <w:t>隋</w:t>
      </w:r>
      <w:proofErr w:type="gramEnd"/>
      <w:r>
        <w:rPr>
          <w:rFonts w:ascii="仿宋" w:eastAsia="仿宋" w:hAnsi="仿宋"/>
          <w:sz w:val="32"/>
          <w:lang w:eastAsia="zh-CN"/>
        </w:rPr>
        <w:t>唐帝开凿大运河，沟通南北，到了唐代呢，社会空前繁荣，交通也非常便捷，使南北的贸易，特别是茶叶贸易呢，也不断的发展，饮茶逐渐的就成为全国性的一种。风俗自周清以来，茶在文献典籍当中呢，只有零星的记载。直到</w:t>
      </w:r>
      <w:proofErr w:type="gramStart"/>
      <w:r>
        <w:rPr>
          <w:rFonts w:ascii="仿宋" w:eastAsia="仿宋" w:hAnsi="仿宋"/>
          <w:sz w:val="32"/>
          <w:lang w:eastAsia="zh-CN"/>
        </w:rPr>
        <w:t>陆羽才把</w:t>
      </w:r>
      <w:proofErr w:type="gramEnd"/>
      <w:r>
        <w:rPr>
          <w:rFonts w:ascii="仿宋" w:eastAsia="仿宋" w:hAnsi="仿宋"/>
          <w:sz w:val="32"/>
          <w:lang w:eastAsia="zh-CN"/>
        </w:rPr>
        <w:t>茶啊，发展成为一门专门的学问。唐代饮茶之风的盛行呢，</w:t>
      </w:r>
    </w:p>
    <w:p w14:paraId="6994B2C7" w14:textId="77777777" w:rsidR="00E87C95" w:rsidRDefault="00000000">
      <w:pPr>
        <w:spacing w:after="0" w:line="579" w:lineRule="exact"/>
        <w:ind w:firstLine="640"/>
        <w:rPr>
          <w:lang w:eastAsia="zh-CN"/>
        </w:rPr>
      </w:pPr>
      <w:r>
        <w:rPr>
          <w:rFonts w:ascii="仿宋" w:eastAsia="仿宋" w:hAnsi="仿宋"/>
          <w:sz w:val="32"/>
          <w:lang w:eastAsia="zh-CN"/>
        </w:rPr>
        <w:t>为陆羽写成茶经奠定了坚实的基础。陆羽发现，当时在跟茶。相关的许多方面都存在着问题，比如说在采制方面呢，如果不合时节制造不够精细夹杂着。枯枝败叶，这样的茶喝了就会生病，所以陆羽顺应社会经济的发展和百姓生活的需要。将自己有关茶的知识和经验总结出来，写成了我国也是世界第一部。茶学专著茶经。那么，茶经具体讲了哪些内容呢？《茶经》全书7000多字，</w:t>
      </w:r>
    </w:p>
    <w:p w14:paraId="089B7C93" w14:textId="77777777" w:rsidR="00E87C95" w:rsidRDefault="00000000">
      <w:pPr>
        <w:spacing w:after="0" w:line="579" w:lineRule="exact"/>
        <w:ind w:firstLine="640"/>
        <w:rPr>
          <w:lang w:eastAsia="zh-CN"/>
        </w:rPr>
      </w:pPr>
      <w:r>
        <w:rPr>
          <w:rFonts w:ascii="仿宋" w:eastAsia="仿宋" w:hAnsi="仿宋"/>
          <w:sz w:val="32"/>
          <w:lang w:eastAsia="zh-CN"/>
        </w:rPr>
        <w:t>有三卷十章，内容包括与</w:t>
      </w:r>
      <w:proofErr w:type="gramStart"/>
      <w:r>
        <w:rPr>
          <w:rFonts w:ascii="仿宋" w:eastAsia="仿宋" w:hAnsi="仿宋"/>
          <w:sz w:val="32"/>
          <w:lang w:eastAsia="zh-CN"/>
        </w:rPr>
        <w:t>茶相关</w:t>
      </w:r>
      <w:proofErr w:type="gramEnd"/>
      <w:r>
        <w:rPr>
          <w:rFonts w:ascii="仿宋" w:eastAsia="仿宋" w:hAnsi="仿宋"/>
          <w:sz w:val="32"/>
          <w:lang w:eastAsia="zh-CN"/>
        </w:rPr>
        <w:t>的历史文化。茶叶从生产，加工到消费各个环节的技术。以及由此而来的品</w:t>
      </w:r>
      <w:proofErr w:type="gramStart"/>
      <w:r>
        <w:rPr>
          <w:rFonts w:ascii="仿宋" w:eastAsia="仿宋" w:hAnsi="仿宋"/>
          <w:sz w:val="32"/>
          <w:lang w:eastAsia="zh-CN"/>
        </w:rPr>
        <w:t>饮艺术</w:t>
      </w:r>
      <w:proofErr w:type="gramEnd"/>
      <w:r>
        <w:rPr>
          <w:rFonts w:ascii="仿宋" w:eastAsia="仿宋" w:hAnsi="仿宋"/>
          <w:sz w:val="32"/>
          <w:lang w:eastAsia="zh-CN"/>
        </w:rPr>
        <w:t>等，像第一章益之源，</w:t>
      </w:r>
      <w:proofErr w:type="gramStart"/>
      <w:r>
        <w:rPr>
          <w:rFonts w:ascii="仿宋" w:eastAsia="仿宋" w:hAnsi="仿宋"/>
          <w:sz w:val="32"/>
          <w:lang w:eastAsia="zh-CN"/>
        </w:rPr>
        <w:t>陆羽就这样</w:t>
      </w:r>
      <w:proofErr w:type="gramEnd"/>
      <w:r>
        <w:rPr>
          <w:rFonts w:ascii="仿宋" w:eastAsia="仿宋" w:hAnsi="仿宋"/>
          <w:sz w:val="32"/>
          <w:lang w:eastAsia="zh-CN"/>
        </w:rPr>
        <w:t>写道，茶者。</w:t>
      </w:r>
      <w:proofErr w:type="gramStart"/>
      <w:r>
        <w:rPr>
          <w:rFonts w:ascii="仿宋" w:eastAsia="仿宋" w:hAnsi="仿宋"/>
          <w:sz w:val="32"/>
          <w:lang w:eastAsia="zh-CN"/>
        </w:rPr>
        <w:t>南方之嘉木</w:t>
      </w:r>
      <w:proofErr w:type="gramEnd"/>
      <w:r>
        <w:rPr>
          <w:rFonts w:ascii="仿宋" w:eastAsia="仿宋" w:hAnsi="仿宋"/>
          <w:sz w:val="32"/>
          <w:lang w:eastAsia="zh-CN"/>
        </w:rPr>
        <w:t>也系统的介绍了茶的产地，植物的性状，种茶方式以及饮茶者的人格，品性等内容。陆羽还说到呢，茶之为用，味至寒，</w:t>
      </w:r>
    </w:p>
    <w:p w14:paraId="5006C5AE" w14:textId="77777777" w:rsidR="00E87C95" w:rsidRDefault="00000000">
      <w:pPr>
        <w:spacing w:after="0" w:line="579" w:lineRule="exact"/>
        <w:ind w:firstLine="640"/>
        <w:rPr>
          <w:lang w:eastAsia="zh-CN"/>
        </w:rPr>
      </w:pPr>
      <w:r>
        <w:rPr>
          <w:rFonts w:ascii="仿宋" w:eastAsia="仿宋" w:hAnsi="仿宋"/>
          <w:sz w:val="32"/>
          <w:lang w:eastAsia="zh-CN"/>
        </w:rPr>
        <w:t>为饮</w:t>
      </w:r>
      <w:proofErr w:type="gramStart"/>
      <w:r>
        <w:rPr>
          <w:rFonts w:ascii="仿宋" w:eastAsia="仿宋" w:hAnsi="仿宋"/>
          <w:sz w:val="32"/>
          <w:lang w:eastAsia="zh-CN"/>
        </w:rPr>
        <w:t>最</w:t>
      </w:r>
      <w:proofErr w:type="gramEnd"/>
      <w:r>
        <w:rPr>
          <w:rFonts w:ascii="仿宋" w:eastAsia="仿宋" w:hAnsi="仿宋"/>
          <w:sz w:val="32"/>
          <w:lang w:eastAsia="zh-CN"/>
        </w:rPr>
        <w:t>宜精行，俭得之人。这是有史以来首次把人的品行引入到茶室之中，将茶的功能。从药用，食用，饮用提升</w:t>
      </w:r>
      <w:r>
        <w:rPr>
          <w:rFonts w:ascii="仿宋" w:eastAsia="仿宋" w:hAnsi="仿宋"/>
          <w:sz w:val="32"/>
          <w:lang w:eastAsia="zh-CN"/>
        </w:rPr>
        <w:lastRenderedPageBreak/>
        <w:t>到人文精神的高度。《茶经》的第七章七之事，有</w:t>
      </w:r>
      <w:proofErr w:type="gramStart"/>
      <w:r>
        <w:rPr>
          <w:rFonts w:ascii="仿宋" w:eastAsia="仿宋" w:hAnsi="仿宋"/>
          <w:sz w:val="32"/>
          <w:lang w:eastAsia="zh-CN"/>
        </w:rPr>
        <w:t>一个陆纳站直</w:t>
      </w:r>
      <w:proofErr w:type="gramEnd"/>
      <w:r>
        <w:rPr>
          <w:rFonts w:ascii="仿宋" w:eastAsia="仿宋" w:hAnsi="仿宋"/>
          <w:sz w:val="32"/>
          <w:lang w:eastAsia="zh-CN"/>
        </w:rPr>
        <w:t>的故事，说当时</w:t>
      </w:r>
      <w:proofErr w:type="gramStart"/>
      <w:r>
        <w:rPr>
          <w:rFonts w:ascii="仿宋" w:eastAsia="仿宋" w:hAnsi="仿宋"/>
          <w:sz w:val="32"/>
          <w:lang w:eastAsia="zh-CN"/>
        </w:rPr>
        <w:t>东晋有</w:t>
      </w:r>
      <w:proofErr w:type="gramEnd"/>
      <w:r>
        <w:rPr>
          <w:rFonts w:ascii="仿宋" w:eastAsia="仿宋" w:hAnsi="仿宋"/>
          <w:sz w:val="32"/>
          <w:lang w:eastAsia="zh-CN"/>
        </w:rPr>
        <w:t>一个名士叫陆纳，他呢，就是</w:t>
      </w:r>
      <w:proofErr w:type="gramStart"/>
      <w:r>
        <w:rPr>
          <w:rFonts w:ascii="仿宋" w:eastAsia="仿宋" w:hAnsi="仿宋"/>
          <w:sz w:val="32"/>
          <w:lang w:eastAsia="zh-CN"/>
        </w:rPr>
        <w:t>一个简德的</w:t>
      </w:r>
      <w:proofErr w:type="gramEnd"/>
      <w:r>
        <w:rPr>
          <w:rFonts w:ascii="仿宋" w:eastAsia="仿宋" w:hAnsi="仿宋"/>
          <w:sz w:val="32"/>
          <w:lang w:eastAsia="zh-CN"/>
        </w:rPr>
        <w:t>人，有一天呢。</w:t>
      </w:r>
      <w:proofErr w:type="gramStart"/>
      <w:r>
        <w:rPr>
          <w:rFonts w:ascii="仿宋" w:eastAsia="仿宋" w:hAnsi="仿宋"/>
          <w:sz w:val="32"/>
          <w:lang w:eastAsia="zh-CN"/>
        </w:rPr>
        <w:t>谢安去拜访</w:t>
      </w:r>
      <w:proofErr w:type="gramEnd"/>
      <w:r>
        <w:rPr>
          <w:rFonts w:ascii="仿宋" w:eastAsia="仿宋" w:hAnsi="仿宋"/>
          <w:sz w:val="32"/>
          <w:lang w:eastAsia="zh-CN"/>
        </w:rPr>
        <w:t>他这个陆纳准备什么来待客呢？就是茶果而已，</w:t>
      </w:r>
    </w:p>
    <w:p w14:paraId="2EDA797B" w14:textId="77777777" w:rsidR="00E87C95" w:rsidRDefault="00000000">
      <w:pPr>
        <w:spacing w:after="0" w:line="579" w:lineRule="exact"/>
        <w:ind w:firstLine="640"/>
        <w:rPr>
          <w:lang w:eastAsia="zh-CN"/>
        </w:rPr>
      </w:pPr>
      <w:r>
        <w:rPr>
          <w:rFonts w:ascii="仿宋" w:eastAsia="仿宋" w:hAnsi="仿宋"/>
          <w:sz w:val="32"/>
          <w:lang w:eastAsia="zh-CN"/>
        </w:rPr>
        <w:t>那他侄子觉得不行，说这</w:t>
      </w:r>
      <w:proofErr w:type="gramStart"/>
      <w:r>
        <w:rPr>
          <w:rFonts w:ascii="仿宋" w:eastAsia="仿宋" w:hAnsi="仿宋"/>
          <w:sz w:val="32"/>
          <w:lang w:eastAsia="zh-CN"/>
        </w:rPr>
        <w:t>不是拜卖人家</w:t>
      </w:r>
      <w:proofErr w:type="gramEnd"/>
      <w:r>
        <w:rPr>
          <w:rFonts w:ascii="仿宋" w:eastAsia="仿宋" w:hAnsi="仿宋"/>
          <w:sz w:val="32"/>
          <w:lang w:eastAsia="zh-CN"/>
        </w:rPr>
        <w:t>吗？就偷偷的准备了一大桌子，</w:t>
      </w:r>
      <w:proofErr w:type="gramStart"/>
      <w:r>
        <w:rPr>
          <w:rFonts w:ascii="仿宋" w:eastAsia="仿宋" w:hAnsi="仿宋"/>
          <w:sz w:val="32"/>
          <w:lang w:eastAsia="zh-CN"/>
        </w:rPr>
        <w:t>风摇圣传</w:t>
      </w:r>
      <w:proofErr w:type="gramEnd"/>
      <w:r>
        <w:rPr>
          <w:rFonts w:ascii="仿宋" w:eastAsia="仿宋" w:hAnsi="仿宋"/>
          <w:sz w:val="32"/>
          <w:lang w:eastAsia="zh-CN"/>
        </w:rPr>
        <w:t>，结果陆纳把他打了40大板。他说，你不仅没有给我们陆家光耀门美，还败坏了我的清俭之德呀。陆羽茶经呢，也正是推崇了这样的一种清俭的文化。为人风范。所以说品茶品味品人生，《唐才子传》中就说《茶经》问世之后，天下</w:t>
      </w:r>
      <w:proofErr w:type="gramStart"/>
      <w:r>
        <w:rPr>
          <w:rFonts w:ascii="仿宋" w:eastAsia="仿宋" w:hAnsi="仿宋"/>
          <w:sz w:val="32"/>
          <w:lang w:eastAsia="zh-CN"/>
        </w:rPr>
        <w:t>一</w:t>
      </w:r>
      <w:proofErr w:type="gramEnd"/>
      <w:r>
        <w:rPr>
          <w:rFonts w:ascii="仿宋" w:eastAsia="仿宋" w:hAnsi="仿宋"/>
          <w:sz w:val="32"/>
          <w:lang w:eastAsia="zh-CN"/>
        </w:rPr>
        <w:t>知饮茶矣，意思就是说《茶经》一问世，</w:t>
      </w:r>
    </w:p>
    <w:p w14:paraId="0E733249" w14:textId="77777777" w:rsidR="00E87C95" w:rsidRDefault="00000000">
      <w:pPr>
        <w:spacing w:after="0" w:line="579" w:lineRule="exact"/>
        <w:ind w:firstLine="640"/>
        <w:rPr>
          <w:lang w:eastAsia="zh-CN"/>
        </w:rPr>
      </w:pPr>
      <w:r>
        <w:rPr>
          <w:rFonts w:ascii="仿宋" w:eastAsia="仿宋" w:hAnsi="仿宋"/>
          <w:sz w:val="32"/>
          <w:lang w:eastAsia="zh-CN"/>
        </w:rPr>
        <w:t>大家都知道哎，该怎么喝茶了？也让茶文化上升到了新的阶段。没错，《茶经》推动了唐代以及后世茶叶经济的发展。可以说，茶经对中国茶叶。和世界茶叶发展做出了卓越贡献。茶能成为中国的名片，也有《茶经》的很大功劳啊，对这样一个茶学的百科全书，陆羽是怎样完成的呢？陆羽的人生非常坎坷，他三岁就成了孤儿。被智积禅师在路边发现收养在寺院中，</w:t>
      </w:r>
    </w:p>
    <w:p w14:paraId="745CE2BF" w14:textId="77777777" w:rsidR="00E87C95" w:rsidRDefault="00000000">
      <w:pPr>
        <w:spacing w:after="0" w:line="579" w:lineRule="exact"/>
        <w:ind w:firstLine="640"/>
        <w:rPr>
          <w:lang w:eastAsia="zh-CN"/>
        </w:rPr>
      </w:pPr>
      <w:r>
        <w:rPr>
          <w:rFonts w:ascii="仿宋" w:eastAsia="仿宋" w:hAnsi="仿宋"/>
          <w:sz w:val="32"/>
          <w:lang w:eastAsia="zh-CN"/>
        </w:rPr>
        <w:t>陆羽小的时候在寺院里面就经常给织机师傅煮茶，激发了他对茶浓厚的兴趣。安史之乱时，他跟随逃避战乱的刘明一起往南方迁</w:t>
      </w:r>
      <w:proofErr w:type="gramStart"/>
      <w:r>
        <w:rPr>
          <w:rFonts w:ascii="仿宋" w:eastAsia="仿宋" w:hAnsi="仿宋"/>
          <w:sz w:val="32"/>
          <w:lang w:eastAsia="zh-CN"/>
        </w:rPr>
        <w:t>禧</w:t>
      </w:r>
      <w:proofErr w:type="gramEnd"/>
      <w:r>
        <w:rPr>
          <w:rFonts w:ascii="仿宋" w:eastAsia="仿宋" w:hAnsi="仿宋"/>
          <w:sz w:val="32"/>
          <w:lang w:eastAsia="zh-CN"/>
        </w:rPr>
        <w:t>。当时江南产茶地区的百姓多以种茶为业。陆</w:t>
      </w:r>
      <w:proofErr w:type="gramStart"/>
      <w:r>
        <w:rPr>
          <w:rFonts w:ascii="仿宋" w:eastAsia="仿宋" w:hAnsi="仿宋"/>
          <w:sz w:val="32"/>
          <w:lang w:eastAsia="zh-CN"/>
        </w:rPr>
        <w:t>羽得以</w:t>
      </w:r>
      <w:proofErr w:type="gramEnd"/>
      <w:r>
        <w:rPr>
          <w:rFonts w:ascii="仿宋" w:eastAsia="仿宋" w:hAnsi="仿宋"/>
          <w:sz w:val="32"/>
          <w:lang w:eastAsia="zh-CN"/>
        </w:rPr>
        <w:t>一路考察茶室，做了大量</w:t>
      </w:r>
      <w:proofErr w:type="gramStart"/>
      <w:r>
        <w:rPr>
          <w:rFonts w:ascii="仿宋" w:eastAsia="仿宋" w:hAnsi="仿宋"/>
          <w:sz w:val="32"/>
          <w:lang w:eastAsia="zh-CN"/>
        </w:rPr>
        <w:t>茶有关</w:t>
      </w:r>
      <w:proofErr w:type="gramEnd"/>
      <w:r>
        <w:rPr>
          <w:rFonts w:ascii="仿宋" w:eastAsia="仿宋" w:hAnsi="仿宋"/>
          <w:sz w:val="32"/>
          <w:lang w:eastAsia="zh-CN"/>
        </w:rPr>
        <w:t>的技术，经过十余年，陆</w:t>
      </w:r>
      <w:proofErr w:type="gramStart"/>
      <w:r>
        <w:rPr>
          <w:rFonts w:ascii="仿宋" w:eastAsia="仿宋" w:hAnsi="仿宋"/>
          <w:sz w:val="32"/>
          <w:lang w:eastAsia="zh-CN"/>
        </w:rPr>
        <w:t>羽考察</w:t>
      </w:r>
      <w:proofErr w:type="gramEnd"/>
      <w:r>
        <w:rPr>
          <w:rFonts w:ascii="仿宋" w:eastAsia="仿宋" w:hAnsi="仿宋"/>
          <w:sz w:val="32"/>
          <w:lang w:eastAsia="zh-CN"/>
        </w:rPr>
        <w:t>了当时采茶的32个州郡。之后，在如今浙江湖</w:t>
      </w:r>
      <w:r>
        <w:rPr>
          <w:rFonts w:ascii="仿宋" w:eastAsia="仿宋" w:hAnsi="仿宋"/>
          <w:sz w:val="32"/>
          <w:lang w:eastAsia="zh-CN"/>
        </w:rPr>
        <w:lastRenderedPageBreak/>
        <w:t>州一带隐居开始，他对茶的研究和各种住宿。我们翻开茶经，可以看到许多陆羽外出考察茶室的踪迹，比如在茶经八之初当中，</w:t>
      </w:r>
    </w:p>
    <w:p w14:paraId="2A73BD7D" w14:textId="77777777" w:rsidR="00E87C95" w:rsidRDefault="00000000">
      <w:pPr>
        <w:spacing w:after="0" w:line="579" w:lineRule="exact"/>
        <w:ind w:firstLine="640"/>
        <w:rPr>
          <w:lang w:eastAsia="zh-CN"/>
        </w:rPr>
      </w:pPr>
      <w:r>
        <w:rPr>
          <w:rFonts w:ascii="仿宋" w:eastAsia="仿宋" w:hAnsi="仿宋"/>
          <w:sz w:val="32"/>
          <w:lang w:eastAsia="zh-CN"/>
        </w:rPr>
        <w:t>就提到浙西以湖州上。这里面呢，详细列举了湖州的许多茶产区，比如长兴的顾</w:t>
      </w:r>
      <w:proofErr w:type="gramStart"/>
      <w:r>
        <w:rPr>
          <w:rFonts w:ascii="仿宋" w:eastAsia="仿宋" w:hAnsi="仿宋"/>
          <w:sz w:val="32"/>
          <w:lang w:eastAsia="zh-CN"/>
        </w:rPr>
        <w:t>渚</w:t>
      </w:r>
      <w:proofErr w:type="gramEnd"/>
      <w:r>
        <w:rPr>
          <w:rFonts w:ascii="仿宋" w:eastAsia="仿宋" w:hAnsi="仿宋"/>
          <w:sz w:val="32"/>
          <w:lang w:eastAsia="zh-CN"/>
        </w:rPr>
        <w:t>山，安吉，还有武康等地。那么，在后世湖州市安吉县，还发现了</w:t>
      </w:r>
      <w:proofErr w:type="gramStart"/>
      <w:r>
        <w:rPr>
          <w:rFonts w:ascii="仿宋" w:eastAsia="仿宋" w:hAnsi="仿宋"/>
          <w:sz w:val="32"/>
          <w:lang w:eastAsia="zh-CN"/>
        </w:rPr>
        <w:t>一</w:t>
      </w:r>
      <w:proofErr w:type="gramEnd"/>
      <w:r>
        <w:rPr>
          <w:rFonts w:ascii="仿宋" w:eastAsia="仿宋" w:hAnsi="仿宋"/>
          <w:sz w:val="32"/>
          <w:lang w:eastAsia="zh-CN"/>
        </w:rPr>
        <w:t>种茶。形如兰荟夜，白麦萃，滋味鲜醇，可谓茶叶一绝。这个就是大家非常熟悉，鼎鼎有名的安吉白茶。</w:t>
      </w:r>
    </w:p>
    <w:p w14:paraId="353920E1" w14:textId="77777777" w:rsidR="00E87C95" w:rsidRDefault="00000000">
      <w:pPr>
        <w:spacing w:after="0" w:line="579" w:lineRule="exact"/>
        <w:ind w:firstLine="640"/>
        <w:rPr>
          <w:lang w:eastAsia="zh-CN"/>
        </w:rPr>
      </w:pPr>
      <w:r>
        <w:rPr>
          <w:rFonts w:ascii="仿宋" w:eastAsia="仿宋" w:hAnsi="仿宋"/>
          <w:sz w:val="32"/>
          <w:lang w:eastAsia="zh-CN"/>
        </w:rPr>
        <w:t>所以足以见得当年</w:t>
      </w:r>
      <w:proofErr w:type="gramStart"/>
      <w:r>
        <w:rPr>
          <w:rFonts w:ascii="仿宋" w:eastAsia="仿宋" w:hAnsi="仿宋"/>
          <w:sz w:val="32"/>
          <w:lang w:eastAsia="zh-CN"/>
        </w:rPr>
        <w:t>陆羽所记述</w:t>
      </w:r>
      <w:proofErr w:type="gramEnd"/>
      <w:r>
        <w:rPr>
          <w:rFonts w:ascii="仿宋" w:eastAsia="仿宋" w:hAnsi="仿宋"/>
          <w:sz w:val="32"/>
          <w:lang w:eastAsia="zh-CN"/>
        </w:rPr>
        <w:t>的这些地区，直到今天仍然是重要的茶产区。据说啊，陆羽的朋友圈也是有非常多传奇的，那常常是以茶会友，以茶论道，交流非常广泛，没错，陆羽啊，和我们唐朝的大书法家。狂草的代表人物怀素就是好朋友，他给怀素写过生怀素传呐。那是我们现在了解怀素的第一手资料啊，怀素也受陆羽的影响啊，很喜欢喝茶。</w:t>
      </w:r>
    </w:p>
    <w:p w14:paraId="6BAF219E" w14:textId="77777777" w:rsidR="00E87C95" w:rsidRDefault="00000000">
      <w:pPr>
        <w:spacing w:after="0" w:line="579" w:lineRule="exact"/>
        <w:ind w:firstLine="640"/>
        <w:rPr>
          <w:lang w:eastAsia="zh-CN"/>
        </w:rPr>
      </w:pPr>
      <w:r>
        <w:rPr>
          <w:rFonts w:ascii="仿宋" w:eastAsia="仿宋" w:hAnsi="仿宋"/>
          <w:sz w:val="32"/>
          <w:lang w:eastAsia="zh-CN"/>
        </w:rPr>
        <w:t>而且呢，留下了一个千古名作，叫做《苦笋帖》，一共就14个字儿，苦</w:t>
      </w:r>
      <w:proofErr w:type="gramStart"/>
      <w:r>
        <w:rPr>
          <w:rFonts w:ascii="仿宋" w:eastAsia="仿宋" w:hAnsi="仿宋"/>
          <w:sz w:val="32"/>
          <w:lang w:eastAsia="zh-CN"/>
        </w:rPr>
        <w:t>笋及茗异常</w:t>
      </w:r>
      <w:proofErr w:type="gramEnd"/>
      <w:r>
        <w:rPr>
          <w:rFonts w:ascii="仿宋" w:eastAsia="仿宋" w:hAnsi="仿宋"/>
          <w:sz w:val="32"/>
          <w:lang w:eastAsia="zh-CN"/>
        </w:rPr>
        <w:t>佳。乃可</w:t>
      </w:r>
      <w:proofErr w:type="gramStart"/>
      <w:r>
        <w:rPr>
          <w:rFonts w:ascii="仿宋" w:eastAsia="仿宋" w:hAnsi="仿宋"/>
          <w:sz w:val="32"/>
          <w:lang w:eastAsia="zh-CN"/>
        </w:rPr>
        <w:t>迳</w:t>
      </w:r>
      <w:proofErr w:type="gramEnd"/>
      <w:r>
        <w:rPr>
          <w:rFonts w:ascii="仿宋" w:eastAsia="仿宋" w:hAnsi="仿宋"/>
          <w:sz w:val="32"/>
          <w:lang w:eastAsia="zh-CN"/>
        </w:rPr>
        <w:t>来怀素上，哎呀，这个苦笋和</w:t>
      </w:r>
      <w:proofErr w:type="gramStart"/>
      <w:r>
        <w:rPr>
          <w:rFonts w:ascii="仿宋" w:eastAsia="仿宋" w:hAnsi="仿宋"/>
          <w:sz w:val="32"/>
          <w:lang w:eastAsia="zh-CN"/>
        </w:rPr>
        <w:t>茶呀</w:t>
      </w:r>
      <w:proofErr w:type="gramEnd"/>
      <w:r>
        <w:rPr>
          <w:rFonts w:ascii="仿宋" w:eastAsia="仿宋" w:hAnsi="仿宋"/>
          <w:sz w:val="32"/>
          <w:lang w:eastAsia="zh-CN"/>
        </w:rPr>
        <w:t>，味道都太好了，来吧。这就是怀素写给其他友人的信，赞美了这个名，也就是茶的美味呀，这件传世书法作品呢，也就成了我们中国茶。</w:t>
      </w:r>
    </w:p>
    <w:p w14:paraId="38A987FC" w14:textId="77777777" w:rsidR="00E87C95" w:rsidRDefault="00000000">
      <w:pPr>
        <w:spacing w:after="0" w:line="579" w:lineRule="exact"/>
        <w:ind w:firstLine="640"/>
        <w:rPr>
          <w:lang w:eastAsia="zh-CN"/>
        </w:rPr>
      </w:pPr>
      <w:r>
        <w:rPr>
          <w:rFonts w:ascii="仿宋" w:eastAsia="仿宋" w:hAnsi="仿宋"/>
          <w:sz w:val="32"/>
          <w:lang w:eastAsia="zh-CN"/>
        </w:rPr>
        <w:t>茶文化园地的艺术瑰宝啊。茶经其实也是奠定了陆羽茶圣的地位，用现在的话讲，那陆羽就是茶的代言人，陆羽呀，现在是以茶著称啊，但是在唐朝说起陆羽的时候，他是一个</w:t>
      </w:r>
      <w:r>
        <w:rPr>
          <w:rFonts w:ascii="仿宋" w:eastAsia="仿宋" w:hAnsi="仿宋"/>
          <w:sz w:val="32"/>
          <w:lang w:eastAsia="zh-CN"/>
        </w:rPr>
        <w:lastRenderedPageBreak/>
        <w:t>文人呐。历史学家呀，地理学家呀，而且也写过方志啊，当时他的诗歌也是很出名的。《全唐诗》里还收录他一个很有名的</w:t>
      </w:r>
      <w:proofErr w:type="gramStart"/>
      <w:r>
        <w:rPr>
          <w:rFonts w:ascii="仿宋" w:eastAsia="仿宋" w:hAnsi="仿宋"/>
          <w:sz w:val="32"/>
          <w:lang w:eastAsia="zh-CN"/>
        </w:rPr>
        <w:t>六羡歌</w:t>
      </w:r>
      <w:proofErr w:type="gramEnd"/>
      <w:r>
        <w:rPr>
          <w:rFonts w:ascii="仿宋" w:eastAsia="仿宋" w:hAnsi="仿宋"/>
          <w:sz w:val="32"/>
          <w:lang w:eastAsia="zh-CN"/>
        </w:rPr>
        <w:t>，不羡黄金罍，不羡白玉杯，</w:t>
      </w:r>
    </w:p>
    <w:p w14:paraId="5AD2A370" w14:textId="77777777" w:rsidR="00E87C95" w:rsidRDefault="00000000">
      <w:pPr>
        <w:spacing w:after="0" w:line="579" w:lineRule="exact"/>
        <w:ind w:firstLine="640"/>
        <w:rPr>
          <w:lang w:eastAsia="zh-CN"/>
        </w:rPr>
      </w:pPr>
      <w:proofErr w:type="spellStart"/>
      <w:r>
        <w:rPr>
          <w:rFonts w:ascii="仿宋" w:eastAsia="仿宋" w:hAnsi="仿宋"/>
          <w:sz w:val="32"/>
        </w:rPr>
        <w:t>不羡朝入省，不羡暮登台，千羡万羡西江水</w:t>
      </w:r>
      <w:proofErr w:type="spellEnd"/>
      <w:r>
        <w:rPr>
          <w:rFonts w:ascii="仿宋" w:eastAsia="仿宋" w:hAnsi="仿宋"/>
          <w:sz w:val="32"/>
        </w:rPr>
        <w:t>。</w:t>
      </w:r>
      <w:r>
        <w:rPr>
          <w:rFonts w:ascii="仿宋" w:eastAsia="仿宋" w:hAnsi="仿宋"/>
          <w:sz w:val="32"/>
          <w:lang w:eastAsia="zh-CN"/>
        </w:rPr>
        <w:t>曾向竟陵城下来，我不羡慕有钱，我也不羡慕别人做的官儿大，我只羡西江之水呀。他曾经在我家乡的竟陵城下鹰绕。这就是我们现在讲啊，非淡泊无以明志，非宁静无以致远呐，我想这个和茶经里所说的精行简德的茶德，哎，那是相得益彰的。感谢三位老师与我们一起来识读茶经，</w:t>
      </w:r>
    </w:p>
    <w:p w14:paraId="5DD4F82C" w14:textId="77777777" w:rsidR="00E87C95" w:rsidRDefault="00000000">
      <w:pPr>
        <w:spacing w:after="0" w:line="579" w:lineRule="exact"/>
        <w:ind w:firstLine="640"/>
        <w:rPr>
          <w:lang w:eastAsia="zh-CN"/>
        </w:rPr>
      </w:pPr>
      <w:r>
        <w:rPr>
          <w:rFonts w:ascii="仿宋" w:eastAsia="仿宋" w:hAnsi="仿宋"/>
          <w:sz w:val="32"/>
          <w:lang w:eastAsia="zh-CN"/>
        </w:rPr>
        <w:t>那么今天在点籍里的中国的舞台上将会怎样演绎陆羽和《茶经》的故事呢？我们一块去</w:t>
      </w:r>
      <w:proofErr w:type="gramStart"/>
      <w:r>
        <w:rPr>
          <w:rFonts w:ascii="仿宋" w:eastAsia="仿宋" w:hAnsi="仿宋"/>
          <w:sz w:val="32"/>
          <w:lang w:eastAsia="zh-CN"/>
        </w:rPr>
        <w:t>点读会</w:t>
      </w:r>
      <w:proofErr w:type="gramEnd"/>
      <w:r>
        <w:rPr>
          <w:rFonts w:ascii="仿宋" w:eastAsia="仿宋" w:hAnsi="仿宋"/>
          <w:sz w:val="32"/>
          <w:lang w:eastAsia="zh-CN"/>
        </w:rPr>
        <w:t>看看。大家好，欢迎来到典籍里的中国</w:t>
      </w:r>
      <w:proofErr w:type="gramStart"/>
      <w:r>
        <w:rPr>
          <w:rFonts w:ascii="仿宋" w:eastAsia="仿宋" w:hAnsi="仿宋"/>
          <w:sz w:val="32"/>
          <w:lang w:eastAsia="zh-CN"/>
        </w:rPr>
        <w:t>点读会</w:t>
      </w:r>
      <w:proofErr w:type="gramEnd"/>
      <w:r>
        <w:rPr>
          <w:rFonts w:ascii="仿宋" w:eastAsia="仿宋" w:hAnsi="仿宋"/>
          <w:sz w:val="32"/>
          <w:lang w:eastAsia="zh-CN"/>
        </w:rPr>
        <w:t>，我是当代读书人撒贝宁。请各位老师给观众做个自我介绍，大家好，我是王劲松，在戏剧中扮演陆羽，大家好，我是演员卢勇。扮演崔国辅。我是演员马文忠，我扮演颜真卿。大家好，</w:t>
      </w:r>
    </w:p>
    <w:p w14:paraId="4E418CD2" w14:textId="77777777" w:rsidR="00E87C95" w:rsidRDefault="00000000">
      <w:pPr>
        <w:spacing w:after="0" w:line="579" w:lineRule="exact"/>
        <w:ind w:firstLine="640"/>
        <w:rPr>
          <w:lang w:eastAsia="zh-CN"/>
        </w:rPr>
      </w:pPr>
      <w:r>
        <w:rPr>
          <w:rFonts w:ascii="仿宋" w:eastAsia="仿宋" w:hAnsi="仿宋"/>
          <w:sz w:val="32"/>
          <w:lang w:eastAsia="zh-CN"/>
        </w:rPr>
        <w:t>我是典籍里的中国总编剧张坤鹏。今天我们要走进的这部典籍啊，是被奉为茶文化的经典。中国第一部茶学百科全书。《茶经》所以今天各位面前都摆了一杯茶。咱们以茶会友好。各位老师请。怎么样？好，王劲松老师，您应该是喝茶的人，是我是平常离不开茶。我是觉得很荣幸能够扮演陆羽，我在把握陆羽的精神脉络当中呢，感受到一种很单纯的东西，</w:t>
      </w:r>
    </w:p>
    <w:p w14:paraId="43C43027" w14:textId="77777777" w:rsidR="00E87C95" w:rsidRDefault="00000000">
      <w:pPr>
        <w:spacing w:after="0" w:line="579" w:lineRule="exact"/>
        <w:ind w:firstLine="640"/>
        <w:rPr>
          <w:lang w:eastAsia="zh-CN"/>
        </w:rPr>
      </w:pPr>
      <w:r>
        <w:rPr>
          <w:rFonts w:ascii="仿宋" w:eastAsia="仿宋" w:hAnsi="仿宋"/>
          <w:sz w:val="32"/>
          <w:lang w:eastAsia="zh-CN"/>
        </w:rPr>
        <w:lastRenderedPageBreak/>
        <w:t>就是对产品。茶的这个精神的追求，对陆羽的一生啊，是为茶而奔走的一生。他对茶叶和</w:t>
      </w:r>
      <w:proofErr w:type="gramStart"/>
      <w:r>
        <w:rPr>
          <w:rFonts w:ascii="仿宋" w:eastAsia="仿宋" w:hAnsi="仿宋"/>
          <w:sz w:val="32"/>
          <w:lang w:eastAsia="zh-CN"/>
        </w:rPr>
        <w:t>茶文化</w:t>
      </w:r>
      <w:proofErr w:type="gramEnd"/>
      <w:r>
        <w:rPr>
          <w:rFonts w:ascii="仿宋" w:eastAsia="仿宋" w:hAnsi="仿宋"/>
          <w:sz w:val="32"/>
          <w:lang w:eastAsia="zh-CN"/>
        </w:rPr>
        <w:t>的传播呢，做了很多的贡献。他不仅著述茶经，据推测呢，他还曾经写下《吴兴志》，《武林山记》等地方史志。啊，这类的书籍。出于一生爱茶，富有实践精神，多年考察茶事。</w:t>
      </w:r>
    </w:p>
    <w:p w14:paraId="5878162B" w14:textId="77777777" w:rsidR="00E87C95" w:rsidRDefault="00000000">
      <w:pPr>
        <w:spacing w:after="0" w:line="579" w:lineRule="exact"/>
        <w:ind w:firstLine="640"/>
        <w:rPr>
          <w:lang w:eastAsia="zh-CN"/>
        </w:rPr>
      </w:pPr>
      <w:r>
        <w:rPr>
          <w:rFonts w:ascii="仿宋" w:eastAsia="仿宋" w:hAnsi="仿宋"/>
          <w:sz w:val="32"/>
          <w:lang w:eastAsia="zh-CN"/>
        </w:rPr>
        <w:t>同时，陆羽又有着自己的高洁理想和抱负。希望以茶祭事，让天下百姓受益。陆羽在历史上的记载，他的人生经历非常的丰富，他写出了茶经，把茶和</w:t>
      </w:r>
      <w:proofErr w:type="gramStart"/>
      <w:r>
        <w:rPr>
          <w:rFonts w:ascii="仿宋" w:eastAsia="仿宋" w:hAnsi="仿宋"/>
          <w:sz w:val="32"/>
          <w:lang w:eastAsia="zh-CN"/>
        </w:rPr>
        <w:t>茶文化</w:t>
      </w:r>
      <w:proofErr w:type="gramEnd"/>
      <w:r>
        <w:rPr>
          <w:rFonts w:ascii="仿宋" w:eastAsia="仿宋" w:hAnsi="仿宋"/>
          <w:sz w:val="32"/>
          <w:lang w:eastAsia="zh-CN"/>
        </w:rPr>
        <w:t>都推向了一个。发展的巅峰。所以张老师，我特别想知道怎么去讲述这个故事，节目组与专家组从历史资料和茶经当中。梳理出了一条线索。陆羽，他虽然是一个孤儿，</w:t>
      </w:r>
    </w:p>
    <w:p w14:paraId="11F74CD6" w14:textId="77777777" w:rsidR="00E87C95" w:rsidRDefault="00000000">
      <w:pPr>
        <w:spacing w:after="0" w:line="579" w:lineRule="exact"/>
        <w:ind w:firstLine="640"/>
        <w:rPr>
          <w:lang w:eastAsia="zh-CN"/>
        </w:rPr>
      </w:pPr>
      <w:r>
        <w:rPr>
          <w:rFonts w:ascii="仿宋" w:eastAsia="仿宋" w:hAnsi="仿宋"/>
          <w:sz w:val="32"/>
          <w:lang w:eastAsia="zh-CN"/>
        </w:rPr>
        <w:t>但是他有幸遇到了很多因茶相聚，给予他巨大帮助的朋友。节目组选择了崔国辅和颜真卿两位与陆羽撰写《茶经》的人生故事。进行了有机结合，并且融入了茶叶和</w:t>
      </w:r>
      <w:proofErr w:type="gramStart"/>
      <w:r>
        <w:rPr>
          <w:rFonts w:ascii="仿宋" w:eastAsia="仿宋" w:hAnsi="仿宋"/>
          <w:sz w:val="32"/>
          <w:lang w:eastAsia="zh-CN"/>
        </w:rPr>
        <w:t>茶文化</w:t>
      </w:r>
      <w:proofErr w:type="gramEnd"/>
      <w:r>
        <w:rPr>
          <w:rFonts w:ascii="仿宋" w:eastAsia="仿宋" w:hAnsi="仿宋"/>
          <w:sz w:val="32"/>
          <w:lang w:eastAsia="zh-CN"/>
        </w:rPr>
        <w:t>。在唐代发展的时代，背景完成了本期的剧本创作。茶经它不仅是一部茶学的著作，它同时也是茶文化交流传播的一个载体。大家如果看茶这个字儿很有意思，它是人在草木间是的，直到陆羽《茶经》的出现。茶这个名称才被确定下来，同时我们还了解</w:t>
      </w:r>
      <w:proofErr w:type="gramStart"/>
      <w:r>
        <w:rPr>
          <w:rFonts w:ascii="仿宋" w:eastAsia="仿宋" w:hAnsi="仿宋"/>
          <w:sz w:val="32"/>
          <w:lang w:eastAsia="zh-CN"/>
        </w:rPr>
        <w:t>到啊图可以</w:t>
      </w:r>
      <w:proofErr w:type="gramEnd"/>
      <w:r>
        <w:rPr>
          <w:rFonts w:ascii="仿宋" w:eastAsia="仿宋" w:hAnsi="仿宋"/>
          <w:sz w:val="32"/>
          <w:lang w:eastAsia="zh-CN"/>
        </w:rPr>
        <w:t>说是我们古代对茶最早的称谓之一。其他的还有像</w:t>
      </w:r>
      <w:proofErr w:type="gramStart"/>
      <w:r>
        <w:rPr>
          <w:rFonts w:ascii="仿宋" w:eastAsia="仿宋" w:hAnsi="仿宋"/>
          <w:sz w:val="32"/>
          <w:lang w:eastAsia="zh-CN"/>
        </w:rPr>
        <w:t>贾明喘等</w:t>
      </w:r>
      <w:proofErr w:type="gramEnd"/>
      <w:r>
        <w:rPr>
          <w:rFonts w:ascii="仿宋" w:eastAsia="仿宋" w:hAnsi="仿宋"/>
          <w:sz w:val="32"/>
          <w:lang w:eastAsia="zh-CN"/>
        </w:rPr>
        <w:t>多种称谓，</w:t>
      </w:r>
    </w:p>
    <w:p w14:paraId="574B5FB8" w14:textId="77777777" w:rsidR="00E87C95" w:rsidRDefault="00000000">
      <w:pPr>
        <w:spacing w:after="0" w:line="579" w:lineRule="exact"/>
        <w:ind w:firstLine="640"/>
        <w:rPr>
          <w:lang w:eastAsia="zh-CN"/>
        </w:rPr>
      </w:pPr>
      <w:r>
        <w:rPr>
          <w:rFonts w:ascii="仿宋" w:eastAsia="仿宋" w:hAnsi="仿宋"/>
          <w:sz w:val="32"/>
          <w:lang w:eastAsia="zh-CN"/>
        </w:rPr>
        <w:t>为了便于观众理解呢，我们在本期的戏剧创作当中就统一的是。使用茶渍。茶经以经明，茶</w:t>
      </w:r>
      <w:proofErr w:type="gramStart"/>
      <w:r>
        <w:rPr>
          <w:rFonts w:ascii="仿宋" w:eastAsia="仿宋" w:hAnsi="仿宋"/>
          <w:sz w:val="32"/>
          <w:lang w:eastAsia="zh-CN"/>
        </w:rPr>
        <w:t>茶</w:t>
      </w:r>
      <w:proofErr w:type="gramEnd"/>
      <w:r>
        <w:rPr>
          <w:rFonts w:ascii="仿宋" w:eastAsia="仿宋" w:hAnsi="仿宋"/>
          <w:sz w:val="32"/>
          <w:lang w:eastAsia="zh-CN"/>
        </w:rPr>
        <w:t>其实是和品行相关。</w:t>
      </w:r>
      <w:r>
        <w:rPr>
          <w:rFonts w:ascii="仿宋" w:eastAsia="仿宋" w:hAnsi="仿宋"/>
          <w:sz w:val="32"/>
          <w:lang w:eastAsia="zh-CN"/>
        </w:rPr>
        <w:lastRenderedPageBreak/>
        <w:t>陆羽对于一个人的品行，他用了四个字来高度的概括，</w:t>
      </w:r>
      <w:proofErr w:type="gramStart"/>
      <w:r>
        <w:rPr>
          <w:rFonts w:ascii="仿宋" w:eastAsia="仿宋" w:hAnsi="仿宋"/>
          <w:sz w:val="32"/>
          <w:lang w:eastAsia="zh-CN"/>
        </w:rPr>
        <w:t>叫精行俭</w:t>
      </w:r>
      <w:proofErr w:type="gramEnd"/>
      <w:r>
        <w:rPr>
          <w:rFonts w:ascii="仿宋" w:eastAsia="仿宋" w:hAnsi="仿宋"/>
          <w:sz w:val="32"/>
          <w:lang w:eastAsia="zh-CN"/>
        </w:rPr>
        <w:t>德。</w:t>
      </w:r>
      <w:proofErr w:type="gramStart"/>
      <w:r>
        <w:rPr>
          <w:rFonts w:ascii="仿宋" w:eastAsia="仿宋" w:hAnsi="仿宋"/>
          <w:sz w:val="32"/>
          <w:lang w:eastAsia="zh-CN"/>
        </w:rPr>
        <w:t>精行俭</w:t>
      </w:r>
      <w:proofErr w:type="gramEnd"/>
      <w:r>
        <w:rPr>
          <w:rFonts w:ascii="仿宋" w:eastAsia="仿宋" w:hAnsi="仿宋"/>
          <w:sz w:val="32"/>
          <w:lang w:eastAsia="zh-CN"/>
        </w:rPr>
        <w:t>德是陆羽。心目中的理想人口。可以理解为行为专程，德行，谦卑，只要做到了</w:t>
      </w:r>
      <w:proofErr w:type="gramStart"/>
      <w:r>
        <w:rPr>
          <w:rFonts w:ascii="仿宋" w:eastAsia="仿宋" w:hAnsi="仿宋"/>
          <w:sz w:val="32"/>
          <w:lang w:eastAsia="zh-CN"/>
        </w:rPr>
        <w:t>精行俭</w:t>
      </w:r>
      <w:proofErr w:type="gramEnd"/>
      <w:r>
        <w:rPr>
          <w:rFonts w:ascii="仿宋" w:eastAsia="仿宋" w:hAnsi="仿宋"/>
          <w:sz w:val="32"/>
          <w:lang w:eastAsia="zh-CN"/>
        </w:rPr>
        <w:t>德，才可以淡泊明志，</w:t>
      </w:r>
    </w:p>
    <w:p w14:paraId="01A3F59B" w14:textId="77777777" w:rsidR="00E87C95" w:rsidRDefault="00000000">
      <w:pPr>
        <w:spacing w:after="0" w:line="579" w:lineRule="exact"/>
        <w:ind w:firstLine="640"/>
        <w:rPr>
          <w:lang w:eastAsia="zh-CN"/>
        </w:rPr>
      </w:pPr>
      <w:r>
        <w:rPr>
          <w:rFonts w:ascii="仿宋" w:eastAsia="仿宋" w:hAnsi="仿宋"/>
          <w:sz w:val="32"/>
          <w:lang w:eastAsia="zh-CN"/>
        </w:rPr>
        <w:t>宁静致远。这也是贯穿《茶经》的重要思想，是陆羽希望通过茶传递的美好品格。有这么一句话，在茶经当中请劲松老师带着我们大家一块儿来诵读一下。茶之为用。味至寒。为饮。最宜精行，俭德之人。茶之为用，</w:t>
      </w:r>
      <w:proofErr w:type="gramStart"/>
      <w:r>
        <w:rPr>
          <w:rFonts w:ascii="仿宋" w:eastAsia="仿宋" w:hAnsi="仿宋"/>
          <w:sz w:val="32"/>
          <w:lang w:eastAsia="zh-CN"/>
        </w:rPr>
        <w:t>谓致寒</w:t>
      </w:r>
      <w:proofErr w:type="gramEnd"/>
      <w:r>
        <w:rPr>
          <w:rFonts w:ascii="仿宋" w:eastAsia="仿宋" w:hAnsi="仿宋"/>
          <w:sz w:val="32"/>
          <w:lang w:eastAsia="zh-CN"/>
        </w:rPr>
        <w:t>为领，最宜精行。</w:t>
      </w:r>
      <w:proofErr w:type="gramStart"/>
      <w:r>
        <w:rPr>
          <w:rFonts w:ascii="仿宋" w:eastAsia="仿宋" w:hAnsi="仿宋"/>
          <w:sz w:val="32"/>
          <w:lang w:eastAsia="zh-CN"/>
        </w:rPr>
        <w:t>俭</w:t>
      </w:r>
      <w:proofErr w:type="gramEnd"/>
      <w:r>
        <w:rPr>
          <w:rFonts w:ascii="仿宋" w:eastAsia="仿宋" w:hAnsi="仿宋"/>
          <w:sz w:val="32"/>
          <w:lang w:eastAsia="zh-CN"/>
        </w:rPr>
        <w:t>得之人。陆羽撰写的《茶经》是世界上第一部关于茶的专门著作书中。</w:t>
      </w:r>
    </w:p>
    <w:p w14:paraId="0A11F408" w14:textId="77777777" w:rsidR="00E87C95" w:rsidRDefault="00000000">
      <w:pPr>
        <w:spacing w:after="0" w:line="579" w:lineRule="exact"/>
        <w:ind w:firstLine="640"/>
        <w:rPr>
          <w:lang w:eastAsia="zh-CN"/>
        </w:rPr>
      </w:pPr>
      <w:r>
        <w:rPr>
          <w:rFonts w:ascii="仿宋" w:eastAsia="仿宋" w:hAnsi="仿宋"/>
          <w:sz w:val="32"/>
          <w:lang w:eastAsia="zh-CN"/>
        </w:rPr>
        <w:t>留给世人的不仅是一份珍贵的茶叶史料，更重要的是，他倡导的品茶理念。和</w:t>
      </w:r>
      <w:proofErr w:type="gramStart"/>
      <w:r>
        <w:rPr>
          <w:rFonts w:ascii="仿宋" w:eastAsia="仿宋" w:hAnsi="仿宋"/>
          <w:sz w:val="32"/>
          <w:lang w:eastAsia="zh-CN"/>
        </w:rPr>
        <w:t>精行俭</w:t>
      </w:r>
      <w:proofErr w:type="gramEnd"/>
      <w:r>
        <w:rPr>
          <w:rFonts w:ascii="仿宋" w:eastAsia="仿宋" w:hAnsi="仿宋"/>
          <w:sz w:val="32"/>
          <w:lang w:eastAsia="zh-CN"/>
        </w:rPr>
        <w:t>德的人格追求作为茶文化的开山者，茶圣陆羽写下茶经，希望我们这次演绎。能让大家体悟茶文化的内涵，为典籍传承奉献一份力量。来来来，大家注意脚底下啊，哎哎，你们几个来这边来，快快</w:t>
      </w:r>
      <w:proofErr w:type="gramStart"/>
      <w:r>
        <w:rPr>
          <w:rFonts w:ascii="仿宋" w:eastAsia="仿宋" w:hAnsi="仿宋"/>
          <w:sz w:val="32"/>
          <w:lang w:eastAsia="zh-CN"/>
        </w:rPr>
        <w:t>快</w:t>
      </w:r>
      <w:proofErr w:type="gramEnd"/>
      <w:r>
        <w:rPr>
          <w:rFonts w:ascii="仿宋" w:eastAsia="仿宋" w:hAnsi="仿宋"/>
          <w:sz w:val="32"/>
          <w:lang w:eastAsia="zh-CN"/>
        </w:rPr>
        <w:t>哎，我跟你们说啊，一会儿</w:t>
      </w:r>
      <w:proofErr w:type="gramStart"/>
      <w:r>
        <w:rPr>
          <w:rFonts w:ascii="仿宋" w:eastAsia="仿宋" w:hAnsi="仿宋"/>
          <w:sz w:val="32"/>
          <w:lang w:eastAsia="zh-CN"/>
        </w:rPr>
        <w:t>老周那300箱</w:t>
      </w:r>
      <w:proofErr w:type="gramEnd"/>
      <w:r>
        <w:rPr>
          <w:rFonts w:ascii="仿宋" w:eastAsia="仿宋" w:hAnsi="仿宋"/>
          <w:sz w:val="32"/>
          <w:lang w:eastAsia="zh-CN"/>
        </w:rPr>
        <w:t>上等茶啊，</w:t>
      </w:r>
    </w:p>
    <w:p w14:paraId="6DCB9DA3" w14:textId="77777777" w:rsidR="00E87C95" w:rsidRDefault="00000000">
      <w:pPr>
        <w:spacing w:after="0" w:line="579" w:lineRule="exact"/>
        <w:ind w:firstLine="640"/>
        <w:rPr>
          <w:lang w:eastAsia="zh-CN"/>
        </w:rPr>
      </w:pPr>
      <w:r>
        <w:rPr>
          <w:rFonts w:ascii="仿宋" w:eastAsia="仿宋" w:hAnsi="仿宋"/>
          <w:sz w:val="32"/>
          <w:lang w:eastAsia="zh-CN"/>
        </w:rPr>
        <w:t>走头团。好，大家别装混了好嘞。请请陆羽，沈工，哎哎，来了来了，哈哈</w:t>
      </w:r>
      <w:proofErr w:type="gramStart"/>
      <w:r>
        <w:rPr>
          <w:rFonts w:ascii="仿宋" w:eastAsia="仿宋" w:hAnsi="仿宋"/>
          <w:sz w:val="32"/>
          <w:lang w:eastAsia="zh-CN"/>
        </w:rPr>
        <w:t>哈</w:t>
      </w:r>
      <w:proofErr w:type="gramEnd"/>
      <w:r>
        <w:rPr>
          <w:rFonts w:ascii="仿宋" w:eastAsia="仿宋" w:hAnsi="仿宋"/>
          <w:sz w:val="32"/>
          <w:lang w:eastAsia="zh-CN"/>
        </w:rPr>
        <w:t>，我们周家来交货啦，哎呀，老周。成功的这批查货就差你的了，老陈哎，接</w:t>
      </w:r>
      <w:proofErr w:type="gramStart"/>
      <w:r>
        <w:rPr>
          <w:rFonts w:ascii="仿宋" w:eastAsia="仿宋" w:hAnsi="仿宋"/>
          <w:sz w:val="32"/>
          <w:lang w:eastAsia="zh-CN"/>
        </w:rPr>
        <w:t>一</w:t>
      </w:r>
      <w:proofErr w:type="gramEnd"/>
      <w:r>
        <w:rPr>
          <w:rFonts w:ascii="仿宋" w:eastAsia="仿宋" w:hAnsi="仿宋"/>
          <w:sz w:val="32"/>
          <w:lang w:eastAsia="zh-CN"/>
        </w:rPr>
        <w:t>下货哎，抽大客来行，</w:t>
      </w:r>
    </w:p>
    <w:p w14:paraId="376B6D8A" w14:textId="77777777" w:rsidR="00E87C95" w:rsidRDefault="00000000">
      <w:pPr>
        <w:spacing w:after="0" w:line="579" w:lineRule="exact"/>
        <w:ind w:firstLine="640"/>
        <w:rPr>
          <w:lang w:eastAsia="zh-CN"/>
        </w:rPr>
      </w:pPr>
      <w:r>
        <w:rPr>
          <w:rFonts w:ascii="仿宋" w:eastAsia="仿宋" w:hAnsi="仿宋"/>
          <w:sz w:val="32"/>
          <w:lang w:eastAsia="zh-CN"/>
        </w:rPr>
        <w:t>徐工哎，陆羽我前。哈哈</w:t>
      </w:r>
      <w:proofErr w:type="gramStart"/>
      <w:r>
        <w:rPr>
          <w:rFonts w:ascii="仿宋" w:eastAsia="仿宋" w:hAnsi="仿宋"/>
          <w:sz w:val="32"/>
          <w:lang w:eastAsia="zh-CN"/>
        </w:rPr>
        <w:t>哈</w:t>
      </w:r>
      <w:proofErr w:type="gramEnd"/>
      <w:r>
        <w:rPr>
          <w:rFonts w:ascii="仿宋" w:eastAsia="仿宋" w:hAnsi="仿宋"/>
          <w:sz w:val="32"/>
          <w:lang w:eastAsia="zh-CN"/>
        </w:rPr>
        <w:t>。这是茶货款，请您收好，来年呀，你们家的茶我全包了，那太好了。生意做了，朋友</w:t>
      </w:r>
      <w:r>
        <w:rPr>
          <w:rFonts w:ascii="仿宋" w:eastAsia="仿宋" w:hAnsi="仿宋"/>
          <w:sz w:val="32"/>
          <w:lang w:eastAsia="zh-CN"/>
        </w:rPr>
        <w:lastRenderedPageBreak/>
        <w:t>交了，如此甚好，来我敬二位。祝茶山丰收，祝生意兴旺好。神功过齐了。</w:t>
      </w:r>
    </w:p>
    <w:p w14:paraId="2F5617FB" w14:textId="77777777" w:rsidR="00E87C95" w:rsidRDefault="00000000">
      <w:pPr>
        <w:spacing w:after="0" w:line="579" w:lineRule="exact"/>
        <w:ind w:firstLine="640"/>
        <w:rPr>
          <w:lang w:eastAsia="zh-CN"/>
        </w:rPr>
      </w:pPr>
      <w:r>
        <w:rPr>
          <w:rFonts w:ascii="仿宋" w:eastAsia="仿宋" w:hAnsi="仿宋"/>
          <w:sz w:val="32"/>
          <w:lang w:eastAsia="zh-CN"/>
        </w:rPr>
        <w:t>知道啦，陆公周大哥</w:t>
      </w:r>
      <w:proofErr w:type="gramStart"/>
      <w:r>
        <w:rPr>
          <w:rFonts w:ascii="仿宋" w:eastAsia="仿宋" w:hAnsi="仿宋"/>
          <w:sz w:val="32"/>
          <w:lang w:eastAsia="zh-CN"/>
        </w:rPr>
        <w:t>保重保重保重</w:t>
      </w:r>
      <w:proofErr w:type="gramEnd"/>
      <w:r>
        <w:rPr>
          <w:rFonts w:ascii="仿宋" w:eastAsia="仿宋" w:hAnsi="仿宋"/>
          <w:sz w:val="32"/>
          <w:lang w:eastAsia="zh-CN"/>
        </w:rPr>
        <w:t>。老周坐哎，陆羽请陆羽啊，您在这茶经里写的太对了，茶者。</w:t>
      </w:r>
      <w:proofErr w:type="gramStart"/>
      <w:r>
        <w:rPr>
          <w:rFonts w:ascii="仿宋" w:eastAsia="仿宋" w:hAnsi="仿宋"/>
          <w:sz w:val="32"/>
          <w:lang w:eastAsia="zh-CN"/>
        </w:rPr>
        <w:t>南方之嘉木</w:t>
      </w:r>
      <w:proofErr w:type="gramEnd"/>
      <w:r>
        <w:rPr>
          <w:rFonts w:ascii="仿宋" w:eastAsia="仿宋" w:hAnsi="仿宋"/>
          <w:sz w:val="32"/>
          <w:lang w:eastAsia="zh-CN"/>
        </w:rPr>
        <w:t>也，请陆羽请。唐代</w:t>
      </w:r>
      <w:proofErr w:type="gramStart"/>
      <w:r>
        <w:rPr>
          <w:rFonts w:ascii="仿宋" w:eastAsia="仿宋" w:hAnsi="仿宋"/>
          <w:sz w:val="32"/>
          <w:lang w:eastAsia="zh-CN"/>
        </w:rPr>
        <w:t>贞</w:t>
      </w:r>
      <w:proofErr w:type="gramEnd"/>
      <w:r>
        <w:rPr>
          <w:rFonts w:ascii="仿宋" w:eastAsia="仿宋" w:hAnsi="仿宋"/>
          <w:sz w:val="32"/>
          <w:lang w:eastAsia="zh-CN"/>
        </w:rPr>
        <w:t>元年间。古稀之年的陆羽在湖州居住。他弘扬茶文化，教当地百姓种茶，制茶，造福一方陆羽，一生爱茶如命。</w:t>
      </w:r>
    </w:p>
    <w:p w14:paraId="14E2D1A7" w14:textId="77777777" w:rsidR="00E87C95" w:rsidRDefault="00000000">
      <w:pPr>
        <w:spacing w:after="0" w:line="579" w:lineRule="exact"/>
        <w:ind w:firstLine="640"/>
        <w:rPr>
          <w:lang w:eastAsia="zh-CN"/>
        </w:rPr>
      </w:pPr>
      <w:r>
        <w:rPr>
          <w:rFonts w:ascii="仿宋" w:eastAsia="仿宋" w:hAnsi="仿宋"/>
          <w:sz w:val="32"/>
          <w:lang w:eastAsia="zh-CN"/>
        </w:rPr>
        <w:t>他用</w:t>
      </w:r>
      <w:proofErr w:type="gramStart"/>
      <w:r>
        <w:rPr>
          <w:rFonts w:ascii="仿宋" w:eastAsia="仿宋" w:hAnsi="仿宋"/>
          <w:sz w:val="32"/>
          <w:lang w:eastAsia="zh-CN"/>
        </w:rPr>
        <w:t>一生撰注并</w:t>
      </w:r>
      <w:proofErr w:type="gramEnd"/>
      <w:r>
        <w:rPr>
          <w:rFonts w:ascii="仿宋" w:eastAsia="仿宋" w:hAnsi="仿宋"/>
          <w:sz w:val="32"/>
          <w:lang w:eastAsia="zh-CN"/>
        </w:rPr>
        <w:t>修改世界首部茶学百科全书茶经。使天下饮茶之风更盛。当事人尊称他为茶仙。陆羽。陆羽啊，那我们就先回茶山了，不好说。保重，保重。哈哈</w:t>
      </w:r>
      <w:proofErr w:type="gramStart"/>
      <w:r>
        <w:rPr>
          <w:rFonts w:ascii="仿宋" w:eastAsia="仿宋" w:hAnsi="仿宋"/>
          <w:sz w:val="32"/>
          <w:lang w:eastAsia="zh-CN"/>
        </w:rPr>
        <w:t>哈</w:t>
      </w:r>
      <w:proofErr w:type="gramEnd"/>
      <w:r>
        <w:rPr>
          <w:rFonts w:ascii="仿宋" w:eastAsia="仿宋" w:hAnsi="仿宋"/>
          <w:sz w:val="32"/>
          <w:lang w:eastAsia="zh-CN"/>
        </w:rPr>
        <w:t>。茶者，</w:t>
      </w:r>
      <w:proofErr w:type="gramStart"/>
      <w:r>
        <w:rPr>
          <w:rFonts w:ascii="仿宋" w:eastAsia="仿宋" w:hAnsi="仿宋"/>
          <w:sz w:val="32"/>
          <w:lang w:eastAsia="zh-CN"/>
        </w:rPr>
        <w:t>南方之嘉木</w:t>
      </w:r>
      <w:proofErr w:type="gramEnd"/>
      <w:r>
        <w:rPr>
          <w:rFonts w:ascii="仿宋" w:eastAsia="仿宋" w:hAnsi="仿宋"/>
          <w:sz w:val="32"/>
          <w:lang w:eastAsia="zh-CN"/>
        </w:rPr>
        <w:t>也。晚辈撒贝宁拜见陆羽先生。看你这装扮是哪国的客商晚辈不是客商，我是从1200多年之后来的一个读书人。</w:t>
      </w:r>
    </w:p>
    <w:p w14:paraId="5C91A27F" w14:textId="77777777" w:rsidR="00E87C95" w:rsidRDefault="00000000">
      <w:pPr>
        <w:spacing w:after="0" w:line="579" w:lineRule="exact"/>
        <w:ind w:firstLine="640"/>
        <w:rPr>
          <w:lang w:eastAsia="zh-CN"/>
        </w:rPr>
      </w:pPr>
      <w:r>
        <w:rPr>
          <w:rFonts w:ascii="仿宋" w:eastAsia="仿宋" w:hAnsi="仿宋"/>
          <w:sz w:val="32"/>
          <w:lang w:eastAsia="zh-CN"/>
        </w:rPr>
        <w:t>因为读了先生您写的茶经，特来请教。1200年后。我就知道这么说，先生一定不信，所以晚辈此行前来。特别想邀请先生跟我前往后世去尝尝我那个时代的好茶。好。即便你再说笑，只要有茶饮，我愿意跟你走一趟，先生。请。这个安全问题吗？真的。</w:t>
      </w:r>
    </w:p>
    <w:p w14:paraId="5A13D021" w14:textId="77777777" w:rsidR="00E87C95" w:rsidRDefault="00000000">
      <w:pPr>
        <w:spacing w:after="0" w:line="579" w:lineRule="exact"/>
        <w:ind w:firstLine="640"/>
        <w:rPr>
          <w:lang w:eastAsia="zh-CN"/>
        </w:rPr>
      </w:pPr>
      <w:r>
        <w:rPr>
          <w:rFonts w:ascii="仿宋" w:eastAsia="仿宋" w:hAnsi="仿宋"/>
          <w:sz w:val="32"/>
          <w:lang w:eastAsia="zh-CN"/>
        </w:rPr>
        <w:t>哎，大唐贡茶院对呀，先生，</w:t>
      </w:r>
      <w:proofErr w:type="gramStart"/>
      <w:r>
        <w:rPr>
          <w:rFonts w:ascii="仿宋" w:eastAsia="仿宋" w:hAnsi="仿宋"/>
          <w:sz w:val="32"/>
          <w:lang w:eastAsia="zh-CN"/>
        </w:rPr>
        <w:t>您推动</w:t>
      </w:r>
      <w:proofErr w:type="gramEnd"/>
      <w:r>
        <w:rPr>
          <w:rFonts w:ascii="仿宋" w:eastAsia="仿宋" w:hAnsi="仿宋"/>
          <w:sz w:val="32"/>
          <w:lang w:eastAsia="zh-CN"/>
        </w:rPr>
        <w:t>建立的大唐贡茶院。在漫长的历史岁月当中损毁了。但是到了我这个时代，人们又把它重建了起来。重建好啊，太好了。品新茶了，品新茶</w:t>
      </w:r>
      <w:r>
        <w:rPr>
          <w:rFonts w:ascii="仿宋" w:eastAsia="仿宋" w:hAnsi="仿宋"/>
          <w:sz w:val="32"/>
          <w:lang w:eastAsia="zh-CN"/>
        </w:rPr>
        <w:lastRenderedPageBreak/>
        <w:t>喽。欢迎参加今年的新茶品鉴会。今天的新茶种类繁多，有安吉白茶，顾</w:t>
      </w:r>
      <w:proofErr w:type="gramStart"/>
      <w:r>
        <w:rPr>
          <w:rFonts w:ascii="仿宋" w:eastAsia="仿宋" w:hAnsi="仿宋"/>
          <w:sz w:val="32"/>
          <w:lang w:eastAsia="zh-CN"/>
        </w:rPr>
        <w:t>渚</w:t>
      </w:r>
      <w:proofErr w:type="gramEnd"/>
      <w:r>
        <w:rPr>
          <w:rFonts w:ascii="仿宋" w:eastAsia="仿宋" w:hAnsi="仿宋"/>
          <w:sz w:val="32"/>
          <w:lang w:eastAsia="zh-CN"/>
        </w:rPr>
        <w:t>紫笋茶。</w:t>
      </w:r>
    </w:p>
    <w:p w14:paraId="452474B4" w14:textId="77777777" w:rsidR="00E87C95" w:rsidRDefault="00000000">
      <w:pPr>
        <w:spacing w:after="0" w:line="579" w:lineRule="exact"/>
        <w:ind w:firstLine="640"/>
        <w:rPr>
          <w:lang w:eastAsia="zh-CN"/>
        </w:rPr>
      </w:pPr>
      <w:r>
        <w:rPr>
          <w:rFonts w:ascii="仿宋" w:eastAsia="仿宋" w:hAnsi="仿宋"/>
          <w:sz w:val="32"/>
          <w:lang w:eastAsia="zh-CN"/>
        </w:rPr>
        <w:t>宜兴阳羡茶，莫干黄芽。还有苏州的碧螺春。后世之茶种类如此丰富啊，对我家的茶。今年收了两万多斤，欢迎大家都来听歌啊，两万斤。在我那个时代啊，整个湖州产的贡茶也只有一万多斤，呵呵，先生，现在湖州一年的茶产量。2000多万斤，2000万。</w:t>
      </w:r>
    </w:p>
    <w:p w14:paraId="229DFAC1" w14:textId="77777777" w:rsidR="00E87C95" w:rsidRDefault="00000000">
      <w:pPr>
        <w:spacing w:after="0" w:line="579" w:lineRule="exact"/>
        <w:ind w:firstLine="640"/>
        <w:rPr>
          <w:lang w:eastAsia="zh-CN"/>
        </w:rPr>
      </w:pPr>
      <w:r>
        <w:rPr>
          <w:rFonts w:ascii="仿宋" w:eastAsia="仿宋" w:hAnsi="仿宋"/>
          <w:sz w:val="32"/>
          <w:lang w:eastAsia="zh-CN"/>
        </w:rPr>
        <w:t>如此产量。得惠及多少百姓啊？这不是</w:t>
      </w:r>
      <w:proofErr w:type="gramStart"/>
      <w:r>
        <w:rPr>
          <w:rFonts w:ascii="仿宋" w:eastAsia="仿宋" w:hAnsi="仿宋"/>
          <w:sz w:val="32"/>
          <w:lang w:eastAsia="zh-CN"/>
        </w:rPr>
        <w:t>撒老师</w:t>
      </w:r>
      <w:proofErr w:type="gramEnd"/>
      <w:r>
        <w:rPr>
          <w:rFonts w:ascii="仿宋" w:eastAsia="仿宋" w:hAnsi="仿宋"/>
          <w:sz w:val="32"/>
          <w:lang w:eastAsia="zh-CN"/>
        </w:rPr>
        <w:t>吗？您怎么来了？</w:t>
      </w:r>
      <w:proofErr w:type="gramStart"/>
      <w:r>
        <w:rPr>
          <w:rFonts w:ascii="仿宋" w:eastAsia="仿宋" w:hAnsi="仿宋"/>
          <w:sz w:val="32"/>
          <w:lang w:eastAsia="zh-CN"/>
        </w:rPr>
        <w:t>您好您好您好撒老师</w:t>
      </w:r>
      <w:proofErr w:type="gramEnd"/>
      <w:r>
        <w:rPr>
          <w:rFonts w:ascii="仿宋" w:eastAsia="仿宋" w:hAnsi="仿宋"/>
          <w:sz w:val="32"/>
          <w:lang w:eastAsia="zh-CN"/>
        </w:rPr>
        <w:t>这儿哈哈，大家好，大家好，大家好，大家好，</w:t>
      </w:r>
      <w:proofErr w:type="gramStart"/>
      <w:r>
        <w:rPr>
          <w:rFonts w:ascii="仿宋" w:eastAsia="仿宋" w:hAnsi="仿宋"/>
          <w:sz w:val="32"/>
          <w:lang w:eastAsia="zh-CN"/>
        </w:rPr>
        <w:t>我们呀录节目</w:t>
      </w:r>
      <w:proofErr w:type="gramEnd"/>
      <w:r>
        <w:rPr>
          <w:rFonts w:ascii="仿宋" w:eastAsia="仿宋" w:hAnsi="仿宋"/>
          <w:sz w:val="32"/>
          <w:lang w:eastAsia="zh-CN"/>
        </w:rPr>
        <w:t>。典籍里的中国刚好今天说的是茶经太好了，欢迎欢迎谢谢谢来先生请好，我</w:t>
      </w:r>
      <w:proofErr w:type="gramStart"/>
      <w:r>
        <w:rPr>
          <w:rFonts w:ascii="仿宋" w:eastAsia="仿宋" w:hAnsi="仿宋"/>
          <w:sz w:val="32"/>
          <w:lang w:eastAsia="zh-CN"/>
        </w:rPr>
        <w:t>用撒老师</w:t>
      </w:r>
      <w:proofErr w:type="gramEnd"/>
      <w:r>
        <w:rPr>
          <w:rFonts w:ascii="仿宋" w:eastAsia="仿宋" w:hAnsi="仿宋"/>
          <w:sz w:val="32"/>
          <w:lang w:eastAsia="zh-CN"/>
        </w:rPr>
        <w:t>啊，谢谢谢。啊啊。</w:t>
      </w:r>
    </w:p>
    <w:p w14:paraId="21A97E07" w14:textId="77777777" w:rsidR="00E87C95" w:rsidRDefault="00000000">
      <w:pPr>
        <w:spacing w:after="0" w:line="579" w:lineRule="exact"/>
        <w:ind w:firstLine="640"/>
        <w:rPr>
          <w:lang w:eastAsia="zh-CN"/>
        </w:rPr>
      </w:pPr>
      <w:r>
        <w:rPr>
          <w:rFonts w:ascii="仿宋" w:eastAsia="仿宋" w:hAnsi="仿宋"/>
          <w:sz w:val="32"/>
          <w:lang w:eastAsia="zh-CN"/>
        </w:rPr>
        <w:t>请请请，这是茶的盛宴啊，哎，那这位老先生演的肯定就是陆羽了，在下证实。快给</w:t>
      </w:r>
      <w:proofErr w:type="gramStart"/>
      <w:r>
        <w:rPr>
          <w:rFonts w:ascii="仿宋" w:eastAsia="仿宋" w:hAnsi="仿宋"/>
          <w:sz w:val="32"/>
          <w:lang w:eastAsia="zh-CN"/>
        </w:rPr>
        <w:t>撒老师</w:t>
      </w:r>
      <w:proofErr w:type="gramEnd"/>
      <w:r>
        <w:rPr>
          <w:rFonts w:ascii="仿宋" w:eastAsia="仿宋" w:hAnsi="仿宋"/>
          <w:sz w:val="32"/>
          <w:lang w:eastAsia="zh-CN"/>
        </w:rPr>
        <w:t>和陆羽先生尝尝我家的新茶好，谢谢谢。您请好。长者为先哦，您先请哈哈，多谢。三军，这是什么饮法哦？这个时代啊，人们更爱喝茶，</w:t>
      </w:r>
    </w:p>
    <w:p w14:paraId="7E54AA0E" w14:textId="77777777" w:rsidR="00E87C95" w:rsidRDefault="00000000">
      <w:pPr>
        <w:spacing w:after="0" w:line="579" w:lineRule="exact"/>
        <w:ind w:firstLine="640"/>
        <w:rPr>
          <w:lang w:eastAsia="zh-CN"/>
        </w:rPr>
      </w:pPr>
      <w:r>
        <w:rPr>
          <w:rFonts w:ascii="仿宋" w:eastAsia="仿宋" w:hAnsi="仿宋"/>
          <w:sz w:val="32"/>
          <w:lang w:eastAsia="zh-CN"/>
        </w:rPr>
        <w:t>但是喝茶。喝茶的器具呀，方法呀，更加的多样化，这应该是最方便的一种喝法了。老先生，</w:t>
      </w:r>
      <w:proofErr w:type="gramStart"/>
      <w:r>
        <w:rPr>
          <w:rFonts w:ascii="仿宋" w:eastAsia="仿宋" w:hAnsi="仿宋"/>
          <w:sz w:val="32"/>
          <w:lang w:eastAsia="zh-CN"/>
        </w:rPr>
        <w:t>您演陆羽</w:t>
      </w:r>
      <w:proofErr w:type="gramEnd"/>
      <w:r>
        <w:rPr>
          <w:rFonts w:ascii="仿宋" w:eastAsia="仿宋" w:hAnsi="仿宋"/>
          <w:sz w:val="32"/>
          <w:lang w:eastAsia="zh-CN"/>
        </w:rPr>
        <w:t>肯定懂茶，凡采茶在二月，三月，四月之间，您看我这茶。都是早春茶呀，哎呀，你背诵的一字也不差呀，这天下爱茶之人谁没读过茶经啊？</w:t>
      </w:r>
    </w:p>
    <w:p w14:paraId="110CE149" w14:textId="77777777" w:rsidR="00E87C95" w:rsidRDefault="00000000">
      <w:pPr>
        <w:spacing w:after="0" w:line="579" w:lineRule="exact"/>
        <w:ind w:firstLine="640"/>
        <w:rPr>
          <w:lang w:eastAsia="zh-CN"/>
        </w:rPr>
      </w:pPr>
      <w:r>
        <w:rPr>
          <w:rFonts w:ascii="仿宋" w:eastAsia="仿宋" w:hAnsi="仿宋"/>
          <w:sz w:val="32"/>
          <w:lang w:eastAsia="zh-CN"/>
        </w:rPr>
        <w:lastRenderedPageBreak/>
        <w:t>这喝茶种茶的人，谁不感谢茶圣陆羽先生啊？说的是。老先生，这茶怎么样？好喝。好喝。老周啊。你这个茶是真不错呀，</w:t>
      </w:r>
      <w:proofErr w:type="gramStart"/>
      <w:r>
        <w:rPr>
          <w:rFonts w:ascii="仿宋" w:eastAsia="仿宋" w:hAnsi="仿宋"/>
          <w:sz w:val="32"/>
          <w:lang w:eastAsia="zh-CN"/>
        </w:rPr>
        <w:t>谈笔生意</w:t>
      </w:r>
      <w:proofErr w:type="gramEnd"/>
      <w:r>
        <w:rPr>
          <w:rFonts w:ascii="仿宋" w:eastAsia="仿宋" w:hAnsi="仿宋"/>
          <w:sz w:val="32"/>
          <w:lang w:eastAsia="zh-CN"/>
        </w:rPr>
        <w:t>如何好，这样吧，两位先忙着我们呀，告辞了啊。因为后面还有拍摄任务呃，我们就先回去了，</w:t>
      </w:r>
    </w:p>
    <w:p w14:paraId="362B6D49" w14:textId="77777777" w:rsidR="00E87C95" w:rsidRDefault="00000000">
      <w:pPr>
        <w:spacing w:after="0" w:line="579" w:lineRule="exact"/>
        <w:ind w:firstLine="640"/>
        <w:rPr>
          <w:lang w:eastAsia="zh-CN"/>
        </w:rPr>
      </w:pPr>
      <w:r>
        <w:rPr>
          <w:rFonts w:ascii="仿宋" w:eastAsia="仿宋" w:hAnsi="仿宋"/>
          <w:sz w:val="32"/>
          <w:lang w:eastAsia="zh-CN"/>
        </w:rPr>
        <w:t>好好</w:t>
      </w:r>
      <w:proofErr w:type="gramStart"/>
      <w:r>
        <w:rPr>
          <w:rFonts w:ascii="仿宋" w:eastAsia="仿宋" w:hAnsi="仿宋"/>
          <w:sz w:val="32"/>
          <w:lang w:eastAsia="zh-CN"/>
        </w:rPr>
        <w:t>好</w:t>
      </w:r>
      <w:proofErr w:type="gramEnd"/>
      <w:r>
        <w:rPr>
          <w:rFonts w:ascii="仿宋" w:eastAsia="仿宋" w:hAnsi="仿宋"/>
          <w:sz w:val="32"/>
          <w:lang w:eastAsia="zh-CN"/>
        </w:rPr>
        <w:t>，</w:t>
      </w:r>
      <w:proofErr w:type="gramStart"/>
      <w:r>
        <w:rPr>
          <w:rFonts w:ascii="仿宋" w:eastAsia="仿宋" w:hAnsi="仿宋"/>
          <w:sz w:val="32"/>
          <w:lang w:eastAsia="zh-CN"/>
        </w:rPr>
        <w:t>撒老师</w:t>
      </w:r>
      <w:proofErr w:type="gramEnd"/>
      <w:r>
        <w:rPr>
          <w:rFonts w:ascii="仿宋" w:eastAsia="仿宋" w:hAnsi="仿宋"/>
          <w:sz w:val="32"/>
          <w:lang w:eastAsia="zh-CN"/>
        </w:rPr>
        <w:t>再见，</w:t>
      </w:r>
      <w:proofErr w:type="gramStart"/>
      <w:r>
        <w:rPr>
          <w:rFonts w:ascii="仿宋" w:eastAsia="仿宋" w:hAnsi="仿宋"/>
          <w:sz w:val="32"/>
          <w:lang w:eastAsia="zh-CN"/>
        </w:rPr>
        <w:t>撒老师</w:t>
      </w:r>
      <w:proofErr w:type="gramEnd"/>
      <w:r>
        <w:rPr>
          <w:rFonts w:ascii="仿宋" w:eastAsia="仿宋" w:hAnsi="仿宋"/>
          <w:sz w:val="32"/>
          <w:lang w:eastAsia="zh-CN"/>
        </w:rPr>
        <w:t>再见，再见</w:t>
      </w:r>
      <w:proofErr w:type="gramStart"/>
      <w:r>
        <w:rPr>
          <w:rFonts w:ascii="仿宋" w:eastAsia="仿宋" w:hAnsi="仿宋"/>
          <w:sz w:val="32"/>
          <w:lang w:eastAsia="zh-CN"/>
        </w:rPr>
        <w:t>再见</w:t>
      </w:r>
      <w:proofErr w:type="gramEnd"/>
      <w:r>
        <w:rPr>
          <w:rFonts w:ascii="仿宋" w:eastAsia="仿宋" w:hAnsi="仿宋"/>
          <w:sz w:val="32"/>
          <w:lang w:eastAsia="zh-CN"/>
        </w:rPr>
        <w:t>。先生，</w:t>
      </w:r>
      <w:proofErr w:type="gramStart"/>
      <w:r>
        <w:rPr>
          <w:rFonts w:ascii="仿宋" w:eastAsia="仿宋" w:hAnsi="仿宋"/>
          <w:sz w:val="32"/>
          <w:lang w:eastAsia="zh-CN"/>
        </w:rPr>
        <w:t>请请刘撒老师</w:t>
      </w:r>
      <w:proofErr w:type="gramEnd"/>
      <w:r>
        <w:rPr>
          <w:rFonts w:ascii="仿宋" w:eastAsia="仿宋" w:hAnsi="仿宋"/>
          <w:sz w:val="32"/>
          <w:lang w:eastAsia="zh-CN"/>
        </w:rPr>
        <w:t>慢走好，再见。</w:t>
      </w:r>
      <w:proofErr w:type="gramStart"/>
      <w:r>
        <w:rPr>
          <w:rFonts w:ascii="仿宋" w:eastAsia="仿宋" w:hAnsi="仿宋"/>
          <w:sz w:val="32"/>
          <w:lang w:eastAsia="zh-CN"/>
        </w:rPr>
        <w:t>哎撒老师</w:t>
      </w:r>
      <w:proofErr w:type="gramEnd"/>
      <w:r>
        <w:rPr>
          <w:rFonts w:ascii="仿宋" w:eastAsia="仿宋" w:hAnsi="仿宋"/>
          <w:sz w:val="32"/>
          <w:lang w:eastAsia="zh-CN"/>
        </w:rPr>
        <w:t>，老先生二位留步。我这几包茶呀，是用非遗记忆做的茶饼，您二位带回去啊，谢谢煮着喝，煮着喝，下次再说。</w:t>
      </w:r>
    </w:p>
    <w:p w14:paraId="3B0C531A" w14:textId="77777777" w:rsidR="00E87C95" w:rsidRDefault="00000000">
      <w:pPr>
        <w:spacing w:after="0" w:line="579" w:lineRule="exact"/>
        <w:ind w:firstLine="640"/>
        <w:rPr>
          <w:lang w:eastAsia="zh-CN"/>
        </w:rPr>
      </w:pPr>
      <w:r>
        <w:rPr>
          <w:rFonts w:ascii="仿宋" w:eastAsia="仿宋" w:hAnsi="仿宋"/>
          <w:sz w:val="32"/>
          <w:lang w:eastAsia="zh-CN"/>
        </w:rPr>
        <w:t>太珍贵了，但是刚才说这个</w:t>
      </w:r>
      <w:proofErr w:type="gramStart"/>
      <w:r>
        <w:rPr>
          <w:rFonts w:ascii="仿宋" w:eastAsia="仿宋" w:hAnsi="仿宋"/>
          <w:sz w:val="32"/>
          <w:lang w:eastAsia="zh-CN"/>
        </w:rPr>
        <w:t>茶建议</w:t>
      </w:r>
      <w:proofErr w:type="gramEnd"/>
      <w:r>
        <w:rPr>
          <w:rFonts w:ascii="仿宋" w:eastAsia="仿宋" w:hAnsi="仿宋"/>
          <w:sz w:val="32"/>
          <w:lang w:eastAsia="zh-CN"/>
        </w:rPr>
        <w:t>我们煮着喝，不知道煮着喝是什么味道？我有风炉啊，反被迫不及待。</w:t>
      </w:r>
      <w:proofErr w:type="gramStart"/>
      <w:r>
        <w:rPr>
          <w:rFonts w:ascii="仿宋" w:eastAsia="仿宋" w:hAnsi="仿宋"/>
          <w:sz w:val="32"/>
          <w:lang w:eastAsia="zh-CN"/>
        </w:rPr>
        <w:t>萨</w:t>
      </w:r>
      <w:proofErr w:type="gramEnd"/>
      <w:r>
        <w:rPr>
          <w:rFonts w:ascii="仿宋" w:eastAsia="仿宋" w:hAnsi="仿宋"/>
          <w:sz w:val="32"/>
          <w:lang w:eastAsia="zh-CN"/>
        </w:rPr>
        <w:t>君请坐，谢谢先生，我要为萨君亲手煮茶，能喝到茶圣主的茶，这是晚辈的福分呀！</w:t>
      </w:r>
      <w:proofErr w:type="gramStart"/>
      <w:r>
        <w:rPr>
          <w:rFonts w:ascii="仿宋" w:eastAsia="仿宋" w:hAnsi="仿宋"/>
          <w:sz w:val="32"/>
          <w:lang w:eastAsia="zh-CN"/>
        </w:rPr>
        <w:t>萨</w:t>
      </w:r>
      <w:proofErr w:type="gramEnd"/>
      <w:r>
        <w:rPr>
          <w:rFonts w:ascii="仿宋" w:eastAsia="仿宋" w:hAnsi="仿宋"/>
          <w:sz w:val="32"/>
          <w:lang w:eastAsia="zh-CN"/>
        </w:rPr>
        <w:t>君过千了。有什么尽管问。先生在茶经里说过，茶之为饮。发乎神农氏。</w:t>
      </w:r>
    </w:p>
    <w:p w14:paraId="62DCCE28" w14:textId="77777777" w:rsidR="00E87C95" w:rsidRDefault="00000000">
      <w:pPr>
        <w:spacing w:after="0" w:line="579" w:lineRule="exact"/>
        <w:ind w:firstLine="640"/>
        <w:rPr>
          <w:lang w:eastAsia="zh-CN"/>
        </w:rPr>
      </w:pPr>
      <w:r>
        <w:rPr>
          <w:rFonts w:ascii="仿宋" w:eastAsia="仿宋" w:hAnsi="仿宋"/>
          <w:sz w:val="32"/>
          <w:lang w:eastAsia="zh-CN"/>
        </w:rPr>
        <w:t>文娱鲁周公，如果真的从神农氏算起，那到先生您生活的唐代，那中华饮茶的历史。就已经超过3000年了。但先生</w:t>
      </w:r>
      <w:proofErr w:type="gramStart"/>
      <w:r>
        <w:rPr>
          <w:rFonts w:ascii="仿宋" w:eastAsia="仿宋" w:hAnsi="仿宋"/>
          <w:sz w:val="32"/>
          <w:lang w:eastAsia="zh-CN"/>
        </w:rPr>
        <w:t>是未察著书</w:t>
      </w:r>
      <w:proofErr w:type="gramEnd"/>
      <w:r>
        <w:rPr>
          <w:rFonts w:ascii="仿宋" w:eastAsia="仿宋" w:hAnsi="仿宋"/>
          <w:sz w:val="32"/>
          <w:lang w:eastAsia="zh-CN"/>
        </w:rPr>
        <w:t>的第一人。您的这部茶经啊，在后世被誉为茶学百科全书，意蕴丰厚。而且您是第一个把茶的自然属性和</w:t>
      </w:r>
      <w:proofErr w:type="gramStart"/>
      <w:r>
        <w:rPr>
          <w:rFonts w:ascii="仿宋" w:eastAsia="仿宋" w:hAnsi="仿宋"/>
          <w:sz w:val="32"/>
          <w:lang w:eastAsia="zh-CN"/>
        </w:rPr>
        <w:t>精行俭</w:t>
      </w:r>
      <w:proofErr w:type="gramEnd"/>
      <w:r>
        <w:rPr>
          <w:rFonts w:ascii="仿宋" w:eastAsia="仿宋" w:hAnsi="仿宋"/>
          <w:sz w:val="32"/>
          <w:lang w:eastAsia="zh-CN"/>
        </w:rPr>
        <w:t>德的人文精神结合到一块儿，您为后世。留下了一部宝贵的典籍啊。先生是怎么想到要为</w:t>
      </w:r>
      <w:proofErr w:type="gramStart"/>
      <w:r>
        <w:rPr>
          <w:rFonts w:ascii="仿宋" w:eastAsia="仿宋" w:hAnsi="仿宋"/>
          <w:sz w:val="32"/>
          <w:lang w:eastAsia="zh-CN"/>
        </w:rPr>
        <w:t>茶助精</w:t>
      </w:r>
      <w:proofErr w:type="gramEnd"/>
      <w:r>
        <w:rPr>
          <w:rFonts w:ascii="仿宋" w:eastAsia="仿宋" w:hAnsi="仿宋"/>
          <w:sz w:val="32"/>
          <w:lang w:eastAsia="zh-CN"/>
        </w:rPr>
        <w:t>的呢？这个说来话长了，我一生爱茶如命，</w:t>
      </w:r>
    </w:p>
    <w:p w14:paraId="4BDDB9D5" w14:textId="77777777" w:rsidR="00E87C95" w:rsidRDefault="00000000">
      <w:pPr>
        <w:spacing w:after="0" w:line="579" w:lineRule="exact"/>
        <w:ind w:firstLine="640"/>
        <w:rPr>
          <w:lang w:eastAsia="zh-CN"/>
        </w:rPr>
      </w:pPr>
      <w:r>
        <w:rPr>
          <w:rFonts w:ascii="仿宋" w:eastAsia="仿宋" w:hAnsi="仿宋"/>
          <w:sz w:val="32"/>
          <w:lang w:eastAsia="zh-CN"/>
        </w:rPr>
        <w:t>似乎与茶有不解之缘。我是一个孤儿，自幼被父母弃养至今，禅师在湖边捡到了。把我收到寺院。抚养长大禅师每</w:t>
      </w:r>
      <w:r>
        <w:rPr>
          <w:rFonts w:ascii="仿宋" w:eastAsia="仿宋" w:hAnsi="仿宋"/>
          <w:sz w:val="32"/>
          <w:lang w:eastAsia="zh-CN"/>
        </w:rPr>
        <w:lastRenderedPageBreak/>
        <w:t>日不可少茶，所以自打我记事起。每日必喝禅师学茶，为他煮茶。随着年龄的增长，我心目孔圣之文。离开了寺院。尽落参军戏班。做灵人为生，直到在一次集会上，</w:t>
      </w:r>
    </w:p>
    <w:p w14:paraId="142F1066" w14:textId="77777777" w:rsidR="00E87C95" w:rsidRDefault="00000000">
      <w:pPr>
        <w:spacing w:after="0" w:line="579" w:lineRule="exact"/>
        <w:ind w:firstLine="640"/>
        <w:rPr>
          <w:lang w:eastAsia="zh-CN"/>
        </w:rPr>
      </w:pPr>
      <w:r>
        <w:rPr>
          <w:rFonts w:ascii="仿宋" w:eastAsia="仿宋" w:hAnsi="仿宋"/>
          <w:sz w:val="32"/>
          <w:lang w:eastAsia="zh-CN"/>
        </w:rPr>
        <w:t>我遇到</w:t>
      </w:r>
      <w:proofErr w:type="gramStart"/>
      <w:r>
        <w:rPr>
          <w:rFonts w:ascii="仿宋" w:eastAsia="仿宋" w:hAnsi="仿宋"/>
          <w:sz w:val="32"/>
          <w:lang w:eastAsia="zh-CN"/>
        </w:rPr>
        <w:t>了李齐物</w:t>
      </w:r>
      <w:proofErr w:type="gramEnd"/>
      <w:r>
        <w:rPr>
          <w:rFonts w:ascii="仿宋" w:eastAsia="仿宋" w:hAnsi="仿宋"/>
          <w:sz w:val="32"/>
          <w:lang w:eastAsia="zh-CN"/>
        </w:rPr>
        <w:t>大人。李大人是我生命中的恩人和伯乐，我有幸与他煮茶相谈。李公不嫌我身世卑微，对我的茶技和诗文大加赏识。并推荐我到了声名远播的火门山书院。求学。在那儿</w:t>
      </w:r>
      <w:proofErr w:type="gramStart"/>
      <w:r>
        <w:rPr>
          <w:rFonts w:ascii="仿宋" w:eastAsia="仿宋" w:hAnsi="仿宋"/>
          <w:sz w:val="32"/>
          <w:lang w:eastAsia="zh-CN"/>
        </w:rPr>
        <w:t>我得育了</w:t>
      </w:r>
      <w:proofErr w:type="gramEnd"/>
      <w:r>
        <w:rPr>
          <w:rFonts w:ascii="仿宋" w:eastAsia="仿宋" w:hAnsi="仿宋"/>
          <w:sz w:val="32"/>
          <w:lang w:eastAsia="zh-CN"/>
        </w:rPr>
        <w:t>我的恩师邹父子。他是一方大儒，他怜悯我出身，孤苦爱惜我，求学若渴。叫我百家之名。</w:t>
      </w:r>
      <w:proofErr w:type="gramStart"/>
      <w:r>
        <w:rPr>
          <w:rFonts w:ascii="仿宋" w:eastAsia="仿宋" w:hAnsi="仿宋"/>
          <w:sz w:val="32"/>
          <w:lang w:eastAsia="zh-CN"/>
        </w:rPr>
        <w:t>邹</w:t>
      </w:r>
      <w:proofErr w:type="gramEnd"/>
      <w:r>
        <w:rPr>
          <w:rFonts w:ascii="仿宋" w:eastAsia="仿宋" w:hAnsi="仿宋"/>
          <w:sz w:val="32"/>
          <w:lang w:eastAsia="zh-CN"/>
        </w:rPr>
        <w:t>夫子也是一个爱茶如命之人，他每日必饮，</w:t>
      </w:r>
    </w:p>
    <w:p w14:paraId="6C94E1BC" w14:textId="77777777" w:rsidR="00E87C95" w:rsidRDefault="00000000">
      <w:pPr>
        <w:spacing w:after="0" w:line="579" w:lineRule="exact"/>
        <w:ind w:firstLine="640"/>
        <w:rPr>
          <w:lang w:eastAsia="zh-CN"/>
        </w:rPr>
      </w:pPr>
      <w:r>
        <w:rPr>
          <w:rFonts w:ascii="仿宋" w:eastAsia="仿宋" w:hAnsi="仿宋"/>
          <w:sz w:val="32"/>
          <w:lang w:eastAsia="zh-CN"/>
        </w:rPr>
        <w:t>我给他煮的茶。哈哈</w:t>
      </w:r>
      <w:proofErr w:type="gramStart"/>
      <w:r>
        <w:rPr>
          <w:rFonts w:ascii="仿宋" w:eastAsia="仿宋" w:hAnsi="仿宋"/>
          <w:sz w:val="32"/>
          <w:lang w:eastAsia="zh-CN"/>
        </w:rPr>
        <w:t>哈</w:t>
      </w:r>
      <w:proofErr w:type="gramEnd"/>
      <w:r>
        <w:rPr>
          <w:rFonts w:ascii="仿宋" w:eastAsia="仿宋" w:hAnsi="仿宋"/>
          <w:sz w:val="32"/>
          <w:lang w:eastAsia="zh-CN"/>
        </w:rPr>
        <w:t>，我也是在他。鼓励和启发之下，</w:t>
      </w:r>
      <w:proofErr w:type="gramStart"/>
      <w:r>
        <w:rPr>
          <w:rFonts w:ascii="仿宋" w:eastAsia="仿宋" w:hAnsi="仿宋"/>
          <w:sz w:val="32"/>
          <w:lang w:eastAsia="zh-CN"/>
        </w:rPr>
        <w:t>对茶深加</w:t>
      </w:r>
      <w:proofErr w:type="gramEnd"/>
      <w:r>
        <w:rPr>
          <w:rFonts w:ascii="仿宋" w:eastAsia="仿宋" w:hAnsi="仿宋"/>
          <w:sz w:val="32"/>
          <w:lang w:eastAsia="zh-CN"/>
        </w:rPr>
        <w:t>钻研。更加的挚爱。杀菌擦好了。请用茶。我们得。我是我们的。香气扑鼻。夫子一家说了，您的身体不能久坐。呃，就在这儿。</w:t>
      </w:r>
    </w:p>
    <w:p w14:paraId="26A4CA7B" w14:textId="77777777" w:rsidR="00E87C95" w:rsidRDefault="00000000">
      <w:pPr>
        <w:spacing w:after="0" w:line="579" w:lineRule="exact"/>
        <w:ind w:firstLine="640"/>
        <w:rPr>
          <w:lang w:eastAsia="zh-CN"/>
        </w:rPr>
      </w:pPr>
      <w:r>
        <w:rPr>
          <w:rFonts w:ascii="仿宋" w:eastAsia="仿宋" w:hAnsi="仿宋"/>
          <w:sz w:val="32"/>
          <w:lang w:eastAsia="zh-CN"/>
        </w:rPr>
        <w:t>等雨儿回来，雨儿是不是今天回来？明儿是您80寿辰，鸿渐走时就说他今日必回。好啊，夫子。父子。我回来了。鸿渐拜见夫子。快起来，快起来，快起来，夫子，我天天都在想您呐。我知道啊，</w:t>
      </w:r>
    </w:p>
    <w:p w14:paraId="1AF89ACA" w14:textId="77777777" w:rsidR="00E87C95" w:rsidRDefault="00000000">
      <w:pPr>
        <w:spacing w:after="0" w:line="579" w:lineRule="exact"/>
        <w:ind w:firstLine="640"/>
        <w:rPr>
          <w:lang w:eastAsia="zh-CN"/>
        </w:rPr>
      </w:pPr>
      <w:r>
        <w:rPr>
          <w:rFonts w:ascii="仿宋" w:eastAsia="仿宋" w:hAnsi="仿宋"/>
          <w:sz w:val="32"/>
          <w:lang w:eastAsia="zh-CN"/>
        </w:rPr>
        <w:t>哎呀。这胡子都长了，这</w:t>
      </w:r>
      <w:proofErr w:type="gramStart"/>
      <w:r>
        <w:rPr>
          <w:rFonts w:ascii="仿宋" w:eastAsia="仿宋" w:hAnsi="仿宋"/>
          <w:sz w:val="32"/>
          <w:lang w:eastAsia="zh-CN"/>
        </w:rPr>
        <w:t>这</w:t>
      </w:r>
      <w:proofErr w:type="gramEnd"/>
      <w:r>
        <w:rPr>
          <w:rFonts w:ascii="仿宋" w:eastAsia="仿宋" w:hAnsi="仿宋"/>
          <w:sz w:val="32"/>
          <w:lang w:eastAsia="zh-CN"/>
        </w:rPr>
        <w:t>这风吹日晒的脸儿也晒黑了，倒是多了一些老成，您就是说。我变丑了呗，哎呀，我看谁？都没有看你顺眼，我知道啊，夫子啊，您的身体怎么样？哎呀，无碍无碍。哎呀，</w:t>
      </w:r>
    </w:p>
    <w:p w14:paraId="4E570382" w14:textId="77777777" w:rsidR="00E87C95" w:rsidRDefault="00000000">
      <w:pPr>
        <w:spacing w:after="0" w:line="579" w:lineRule="exact"/>
        <w:ind w:firstLine="640"/>
        <w:rPr>
          <w:lang w:eastAsia="zh-CN"/>
        </w:rPr>
      </w:pPr>
      <w:r>
        <w:rPr>
          <w:rFonts w:ascii="仿宋" w:eastAsia="仿宋" w:hAnsi="仿宋"/>
          <w:sz w:val="32"/>
          <w:lang w:eastAsia="zh-CN"/>
        </w:rPr>
        <w:lastRenderedPageBreak/>
        <w:t>这些天啊，你跟着</w:t>
      </w:r>
      <w:proofErr w:type="gramStart"/>
      <w:r>
        <w:rPr>
          <w:rFonts w:ascii="仿宋" w:eastAsia="仿宋" w:hAnsi="仿宋"/>
          <w:sz w:val="32"/>
          <w:lang w:eastAsia="zh-CN"/>
        </w:rPr>
        <w:t>崔</w:t>
      </w:r>
      <w:proofErr w:type="gramEnd"/>
      <w:r>
        <w:rPr>
          <w:rFonts w:ascii="仿宋" w:eastAsia="仿宋" w:hAnsi="仿宋"/>
          <w:sz w:val="32"/>
          <w:lang w:eastAsia="zh-CN"/>
        </w:rPr>
        <w:t>公牛咧。</w:t>
      </w:r>
      <w:proofErr w:type="gramStart"/>
      <w:r>
        <w:rPr>
          <w:rFonts w:ascii="仿宋" w:eastAsia="仿宋" w:hAnsi="仿宋"/>
          <w:sz w:val="32"/>
          <w:lang w:eastAsia="zh-CN"/>
        </w:rPr>
        <w:t>访茶呀</w:t>
      </w:r>
      <w:proofErr w:type="gramEnd"/>
      <w:r>
        <w:rPr>
          <w:rFonts w:ascii="仿宋" w:eastAsia="仿宋" w:hAnsi="仿宋"/>
          <w:sz w:val="32"/>
          <w:lang w:eastAsia="zh-CN"/>
        </w:rPr>
        <w:t>，都到过什么地方？我们到了不少的地方，崔公啊，心系民生，他想</w:t>
      </w:r>
      <w:proofErr w:type="gramStart"/>
      <w:r>
        <w:rPr>
          <w:rFonts w:ascii="仿宋" w:eastAsia="仿宋" w:hAnsi="仿宋"/>
          <w:sz w:val="32"/>
          <w:lang w:eastAsia="zh-CN"/>
        </w:rPr>
        <w:t>在竟陵发展</w:t>
      </w:r>
      <w:proofErr w:type="gramEnd"/>
      <w:r>
        <w:rPr>
          <w:rFonts w:ascii="仿宋" w:eastAsia="仿宋" w:hAnsi="仿宋"/>
          <w:sz w:val="32"/>
          <w:lang w:eastAsia="zh-CN"/>
        </w:rPr>
        <w:t>茶业。不仅考察了竟陵的水土，我们还到了其他州县的茶山对了。这一路上收获颇丰，我把所思所想都记在这上面了，好好</w:t>
      </w:r>
      <w:proofErr w:type="gramStart"/>
      <w:r>
        <w:rPr>
          <w:rFonts w:ascii="仿宋" w:eastAsia="仿宋" w:hAnsi="仿宋"/>
          <w:sz w:val="32"/>
          <w:lang w:eastAsia="zh-CN"/>
        </w:rPr>
        <w:t>好</w:t>
      </w:r>
      <w:proofErr w:type="gramEnd"/>
      <w:r>
        <w:rPr>
          <w:rFonts w:ascii="仿宋" w:eastAsia="仿宋" w:hAnsi="仿宋"/>
          <w:sz w:val="32"/>
          <w:lang w:eastAsia="zh-CN"/>
        </w:rPr>
        <w:t>，父子请看。呵呵</w:t>
      </w:r>
      <w:proofErr w:type="gramStart"/>
      <w:r>
        <w:rPr>
          <w:rFonts w:ascii="仿宋" w:eastAsia="仿宋" w:hAnsi="仿宋"/>
          <w:sz w:val="32"/>
          <w:lang w:eastAsia="zh-CN"/>
        </w:rPr>
        <w:t>呵</w:t>
      </w:r>
      <w:proofErr w:type="gramEnd"/>
      <w:r>
        <w:rPr>
          <w:rFonts w:ascii="仿宋" w:eastAsia="仿宋" w:hAnsi="仿宋"/>
          <w:sz w:val="32"/>
          <w:lang w:eastAsia="zh-CN"/>
        </w:rPr>
        <w:t>，</w:t>
      </w:r>
    </w:p>
    <w:p w14:paraId="7B2E810B" w14:textId="77777777" w:rsidR="00E87C95" w:rsidRDefault="00000000">
      <w:pPr>
        <w:spacing w:after="0" w:line="579" w:lineRule="exact"/>
        <w:ind w:firstLine="640"/>
        <w:rPr>
          <w:lang w:eastAsia="zh-CN"/>
        </w:rPr>
      </w:pPr>
      <w:r>
        <w:rPr>
          <w:rFonts w:ascii="仿宋" w:eastAsia="仿宋" w:hAnsi="仿宋"/>
          <w:sz w:val="32"/>
          <w:lang w:eastAsia="zh-CN"/>
        </w:rPr>
        <w:t>哎呀。老了，看不清了，父子我来给您念。哈哈</w:t>
      </w:r>
      <w:proofErr w:type="gramStart"/>
      <w:r>
        <w:rPr>
          <w:rFonts w:ascii="仿宋" w:eastAsia="仿宋" w:hAnsi="仿宋"/>
          <w:sz w:val="32"/>
          <w:lang w:eastAsia="zh-CN"/>
        </w:rPr>
        <w:t>哈</w:t>
      </w:r>
      <w:proofErr w:type="gramEnd"/>
      <w:r>
        <w:rPr>
          <w:rFonts w:ascii="仿宋" w:eastAsia="仿宋" w:hAnsi="仿宋"/>
          <w:sz w:val="32"/>
          <w:lang w:eastAsia="zh-CN"/>
        </w:rPr>
        <w:t>。茶者。</w:t>
      </w:r>
      <w:proofErr w:type="gramStart"/>
      <w:r>
        <w:rPr>
          <w:rFonts w:ascii="仿宋" w:eastAsia="仿宋" w:hAnsi="仿宋"/>
          <w:sz w:val="32"/>
          <w:lang w:eastAsia="zh-CN"/>
        </w:rPr>
        <w:t>南方之嘉木</w:t>
      </w:r>
      <w:proofErr w:type="gramEnd"/>
      <w:r>
        <w:rPr>
          <w:rFonts w:ascii="仿宋" w:eastAsia="仿宋" w:hAnsi="仿宋"/>
          <w:sz w:val="32"/>
          <w:lang w:eastAsia="zh-CN"/>
        </w:rPr>
        <w:t>也。爬山行动。哦，</w:t>
      </w:r>
      <w:proofErr w:type="gramStart"/>
      <w:r>
        <w:rPr>
          <w:rFonts w:ascii="仿宋" w:eastAsia="仿宋" w:hAnsi="仿宋"/>
          <w:sz w:val="32"/>
          <w:lang w:eastAsia="zh-CN"/>
        </w:rPr>
        <w:t>空间空间</w:t>
      </w:r>
      <w:proofErr w:type="gramEnd"/>
      <w:r>
        <w:rPr>
          <w:rFonts w:ascii="仿宋" w:eastAsia="仿宋" w:hAnsi="仿宋"/>
          <w:sz w:val="32"/>
          <w:lang w:eastAsia="zh-CN"/>
        </w:rPr>
        <w:t>来来来了来了来和他们一起喊。来茶山行了。哦，哈哈</w:t>
      </w:r>
      <w:proofErr w:type="gramStart"/>
      <w:r>
        <w:rPr>
          <w:rFonts w:ascii="仿宋" w:eastAsia="仿宋" w:hAnsi="仿宋"/>
          <w:sz w:val="32"/>
          <w:lang w:eastAsia="zh-CN"/>
        </w:rPr>
        <w:t>哈</w:t>
      </w:r>
      <w:proofErr w:type="gramEnd"/>
      <w:r>
        <w:rPr>
          <w:rFonts w:ascii="仿宋" w:eastAsia="仿宋" w:hAnsi="仿宋"/>
          <w:sz w:val="32"/>
          <w:lang w:eastAsia="zh-CN"/>
        </w:rPr>
        <w:t>，老弟啊啊，这惊蛰</w:t>
      </w:r>
      <w:proofErr w:type="gramStart"/>
      <w:r>
        <w:rPr>
          <w:rFonts w:ascii="仿宋" w:eastAsia="仿宋" w:hAnsi="仿宋"/>
          <w:sz w:val="32"/>
          <w:lang w:eastAsia="zh-CN"/>
        </w:rPr>
        <w:t>日喊山</w:t>
      </w:r>
      <w:proofErr w:type="gramEnd"/>
      <w:r>
        <w:rPr>
          <w:rFonts w:ascii="仿宋" w:eastAsia="仿宋" w:hAnsi="仿宋"/>
          <w:sz w:val="32"/>
          <w:lang w:eastAsia="zh-CN"/>
        </w:rPr>
        <w:t>有何寓意啊？</w:t>
      </w:r>
    </w:p>
    <w:p w14:paraId="421975A3" w14:textId="77777777" w:rsidR="00E87C95" w:rsidRDefault="00000000">
      <w:pPr>
        <w:spacing w:after="0" w:line="579" w:lineRule="exact"/>
        <w:ind w:firstLine="640"/>
        <w:rPr>
          <w:lang w:eastAsia="zh-CN"/>
        </w:rPr>
      </w:pPr>
      <w:r>
        <w:rPr>
          <w:rFonts w:ascii="仿宋" w:eastAsia="仿宋" w:hAnsi="仿宋"/>
          <w:sz w:val="32"/>
          <w:lang w:eastAsia="zh-CN"/>
        </w:rPr>
        <w:t>唤醒过度的茶树，祝茶叶丰收啊哦。哦，也是提醒茶农要打理茶山了哦，这位先生好漂亮。老兄，你这茶山一半是沙粒，一半是泥土，和我们书院的茶山啊，土质大不相同。这粗粒沙土中长出的茶树啊，算是中等那种适合稻谷生长的黄土。长出的茶树啊，却是下等。看那。</w:t>
      </w:r>
    </w:p>
    <w:p w14:paraId="65C2C4C1" w14:textId="77777777" w:rsidR="00E87C95" w:rsidRDefault="00000000">
      <w:pPr>
        <w:spacing w:after="0" w:line="579" w:lineRule="exact"/>
        <w:ind w:firstLine="640"/>
        <w:rPr>
          <w:lang w:eastAsia="zh-CN"/>
        </w:rPr>
      </w:pPr>
      <w:r>
        <w:rPr>
          <w:rFonts w:ascii="仿宋" w:eastAsia="仿宋" w:hAnsi="仿宋"/>
          <w:sz w:val="32"/>
          <w:lang w:eastAsia="zh-CN"/>
        </w:rPr>
        <w:t>那高山上烂石中长出的茶树啊，却是</w:t>
      </w:r>
      <w:proofErr w:type="gramStart"/>
      <w:r>
        <w:rPr>
          <w:rFonts w:ascii="仿宋" w:eastAsia="仿宋" w:hAnsi="仿宋"/>
          <w:sz w:val="32"/>
          <w:lang w:eastAsia="zh-CN"/>
        </w:rPr>
        <w:t>最</w:t>
      </w:r>
      <w:proofErr w:type="gramEnd"/>
      <w:r>
        <w:rPr>
          <w:rFonts w:ascii="仿宋" w:eastAsia="仿宋" w:hAnsi="仿宋"/>
          <w:sz w:val="32"/>
          <w:lang w:eastAsia="zh-CN"/>
        </w:rPr>
        <w:t>上等。是啊，茶树不与稻谷争良田。竟陵这个地方多，沙土滥石，适合种茶。我就是想啊，让这竟陵的荒山，便知茶树为百姓谋福啊好。那我就把种茶制茶的知识积累整理。以资国计民生。好好</w:t>
      </w:r>
      <w:proofErr w:type="gramStart"/>
      <w:r>
        <w:rPr>
          <w:rFonts w:ascii="仿宋" w:eastAsia="仿宋" w:hAnsi="仿宋"/>
          <w:sz w:val="32"/>
          <w:lang w:eastAsia="zh-CN"/>
        </w:rPr>
        <w:t>好</w:t>
      </w:r>
      <w:proofErr w:type="gramEnd"/>
      <w:r>
        <w:rPr>
          <w:rFonts w:ascii="仿宋" w:eastAsia="仿宋" w:hAnsi="仿宋"/>
          <w:sz w:val="32"/>
          <w:lang w:eastAsia="zh-CN"/>
        </w:rPr>
        <w:t>，鸿渐，你有如此抱负，</w:t>
      </w:r>
    </w:p>
    <w:p w14:paraId="7C031872" w14:textId="77777777" w:rsidR="00E87C95" w:rsidRDefault="00000000">
      <w:pPr>
        <w:spacing w:after="0" w:line="579" w:lineRule="exact"/>
        <w:ind w:firstLine="640"/>
        <w:rPr>
          <w:lang w:eastAsia="zh-CN"/>
        </w:rPr>
      </w:pPr>
      <w:r>
        <w:rPr>
          <w:rFonts w:ascii="仿宋" w:eastAsia="仿宋" w:hAnsi="仿宋"/>
          <w:sz w:val="32"/>
          <w:lang w:eastAsia="zh-CN"/>
        </w:rPr>
        <w:t>太好了。父子请听。其地上者生烂石，中者生利染。下者生黄土。父子，我要把种茶的知识总结成文字，力求直白浅显，不做过多的修饰。希望人人都能懂。女儿。于是啊，</w:t>
      </w:r>
      <w:r>
        <w:rPr>
          <w:rFonts w:ascii="仿宋" w:eastAsia="仿宋" w:hAnsi="仿宋"/>
          <w:sz w:val="32"/>
          <w:lang w:eastAsia="zh-CN"/>
        </w:rPr>
        <w:lastRenderedPageBreak/>
        <w:t>很高兴。你已经懂得以己所见所学利益世人了。那还不是父子教得好，</w:t>
      </w:r>
    </w:p>
    <w:p w14:paraId="1DCDC2AE" w14:textId="77777777" w:rsidR="00E87C95" w:rsidRDefault="00000000">
      <w:pPr>
        <w:spacing w:after="0" w:line="579" w:lineRule="exact"/>
        <w:ind w:firstLine="640"/>
        <w:rPr>
          <w:lang w:eastAsia="zh-CN"/>
        </w:rPr>
      </w:pPr>
      <w:r>
        <w:rPr>
          <w:rFonts w:ascii="仿宋" w:eastAsia="仿宋" w:hAnsi="仿宋"/>
          <w:sz w:val="32"/>
          <w:lang w:eastAsia="zh-CN"/>
        </w:rPr>
        <w:t>这就是你嘴甜呐，父子妈去了爹。</w:t>
      </w:r>
      <w:proofErr w:type="gramStart"/>
      <w:r>
        <w:rPr>
          <w:rFonts w:ascii="仿宋" w:eastAsia="仿宋" w:hAnsi="仿宋"/>
          <w:sz w:val="32"/>
          <w:lang w:eastAsia="zh-CN"/>
        </w:rPr>
        <w:t>好凡采茶</w:t>
      </w:r>
      <w:proofErr w:type="gramEnd"/>
      <w:r>
        <w:rPr>
          <w:rFonts w:ascii="仿宋" w:eastAsia="仿宋" w:hAnsi="仿宋"/>
          <w:sz w:val="32"/>
          <w:lang w:eastAsia="zh-CN"/>
        </w:rPr>
        <w:t>在二月。三月四月之间。猜成。弓箭来来来看看。帮我看看我采的这个茶怎么样？我看看。崔公啊，</w:t>
      </w:r>
      <w:proofErr w:type="gramStart"/>
      <w:r>
        <w:rPr>
          <w:rFonts w:ascii="仿宋" w:eastAsia="仿宋" w:hAnsi="仿宋"/>
          <w:sz w:val="32"/>
          <w:lang w:eastAsia="zh-CN"/>
        </w:rPr>
        <w:t>你没采过</w:t>
      </w:r>
      <w:proofErr w:type="gramEnd"/>
      <w:r>
        <w:rPr>
          <w:rFonts w:ascii="仿宋" w:eastAsia="仿宋" w:hAnsi="仿宋"/>
          <w:sz w:val="32"/>
          <w:lang w:eastAsia="zh-CN"/>
        </w:rPr>
        <w:t>茶吧，你这话里有话呀，老弟呀，来帮我看看。哎，我采的</w:t>
      </w:r>
      <w:proofErr w:type="gramStart"/>
      <w:r>
        <w:rPr>
          <w:rFonts w:ascii="仿宋" w:eastAsia="仿宋" w:hAnsi="仿宋"/>
          <w:sz w:val="32"/>
          <w:lang w:eastAsia="zh-CN"/>
        </w:rPr>
        <w:t>茶不好</w:t>
      </w:r>
      <w:proofErr w:type="gramEnd"/>
      <w:r>
        <w:rPr>
          <w:rFonts w:ascii="仿宋" w:eastAsia="仿宋" w:hAnsi="仿宋"/>
          <w:sz w:val="32"/>
          <w:lang w:eastAsia="zh-CN"/>
        </w:rPr>
        <w:t>吗？</w:t>
      </w:r>
    </w:p>
    <w:p w14:paraId="79B24B06" w14:textId="77777777" w:rsidR="00E87C95" w:rsidRDefault="00000000">
      <w:pPr>
        <w:spacing w:after="0" w:line="579" w:lineRule="exact"/>
        <w:ind w:firstLine="640"/>
        <w:rPr>
          <w:lang w:eastAsia="zh-CN"/>
        </w:rPr>
      </w:pPr>
      <w:r>
        <w:rPr>
          <w:rFonts w:ascii="仿宋" w:eastAsia="仿宋" w:hAnsi="仿宋"/>
          <w:sz w:val="32"/>
          <w:lang w:eastAsia="zh-CN"/>
        </w:rPr>
        <w:t>我看看嗯，</w:t>
      </w:r>
      <w:proofErr w:type="gramStart"/>
      <w:r>
        <w:rPr>
          <w:rFonts w:ascii="仿宋" w:eastAsia="仿宋" w:hAnsi="仿宋"/>
          <w:sz w:val="32"/>
          <w:lang w:eastAsia="zh-CN"/>
        </w:rPr>
        <w:t>大人您采这茶</w:t>
      </w:r>
      <w:proofErr w:type="gramEnd"/>
      <w:r>
        <w:rPr>
          <w:rFonts w:ascii="仿宋" w:eastAsia="仿宋" w:hAnsi="仿宋"/>
          <w:sz w:val="32"/>
          <w:lang w:eastAsia="zh-CN"/>
        </w:rPr>
        <w:t>呀，边缘平整。体型硕大，但是品质不佳</w:t>
      </w:r>
      <w:proofErr w:type="gramStart"/>
      <w:r>
        <w:rPr>
          <w:rFonts w:ascii="仿宋" w:eastAsia="仿宋" w:hAnsi="仿宋"/>
          <w:sz w:val="32"/>
          <w:lang w:eastAsia="zh-CN"/>
        </w:rPr>
        <w:t>诶</w:t>
      </w:r>
      <w:proofErr w:type="gramEnd"/>
      <w:r>
        <w:rPr>
          <w:rFonts w:ascii="仿宋" w:eastAsia="仿宋" w:hAnsi="仿宋"/>
          <w:sz w:val="32"/>
          <w:lang w:eastAsia="zh-CN"/>
        </w:rPr>
        <w:t>，为何品质不佳呀？大人您看。采茶要挑这种崖边反卷的，</w:t>
      </w:r>
      <w:proofErr w:type="gramStart"/>
      <w:r>
        <w:rPr>
          <w:rFonts w:ascii="仿宋" w:eastAsia="仿宋" w:hAnsi="仿宋"/>
          <w:sz w:val="32"/>
          <w:lang w:eastAsia="zh-CN"/>
        </w:rPr>
        <w:t>采这样</w:t>
      </w:r>
      <w:proofErr w:type="gramEnd"/>
      <w:r>
        <w:rPr>
          <w:rFonts w:ascii="仿宋" w:eastAsia="仿宋" w:hAnsi="仿宋"/>
          <w:sz w:val="32"/>
          <w:lang w:eastAsia="zh-CN"/>
        </w:rPr>
        <w:t>的才是好茶来看看我采的。大人，您看啊，这位先生采的，就算是好茶，这向阳山坡的茶树啊，茶叶以紫色的好。</w:t>
      </w:r>
    </w:p>
    <w:p w14:paraId="47F51FC3" w14:textId="77777777" w:rsidR="00E87C95" w:rsidRDefault="00000000">
      <w:pPr>
        <w:spacing w:after="0" w:line="579" w:lineRule="exact"/>
        <w:ind w:firstLine="640"/>
        <w:rPr>
          <w:lang w:eastAsia="zh-CN"/>
        </w:rPr>
      </w:pPr>
      <w:r>
        <w:rPr>
          <w:rFonts w:ascii="仿宋" w:eastAsia="仿宋" w:hAnsi="仿宋"/>
          <w:sz w:val="32"/>
          <w:lang w:eastAsia="zh-CN"/>
        </w:rPr>
        <w:t>绿色的就稍差那么一些，哎，这种茶叶肥壮抱团的好呃，</w:t>
      </w:r>
      <w:proofErr w:type="gramStart"/>
      <w:r>
        <w:rPr>
          <w:rFonts w:ascii="仿宋" w:eastAsia="仿宋" w:hAnsi="仿宋"/>
          <w:sz w:val="32"/>
          <w:lang w:eastAsia="zh-CN"/>
        </w:rPr>
        <w:t>您采的</w:t>
      </w:r>
      <w:proofErr w:type="gramEnd"/>
      <w:r>
        <w:rPr>
          <w:rFonts w:ascii="仿宋" w:eastAsia="仿宋" w:hAnsi="仿宋"/>
          <w:sz w:val="32"/>
          <w:lang w:eastAsia="zh-CN"/>
        </w:rPr>
        <w:t>这种展开的就差些。我懂了，我懂了，这采茶呀，不能专挑个儿大的</w:t>
      </w:r>
      <w:proofErr w:type="gramStart"/>
      <w:r>
        <w:rPr>
          <w:rFonts w:ascii="仿宋" w:eastAsia="仿宋" w:hAnsi="仿宋"/>
          <w:sz w:val="32"/>
          <w:lang w:eastAsia="zh-CN"/>
        </w:rPr>
        <w:t>灸</w:t>
      </w:r>
      <w:proofErr w:type="gramEnd"/>
      <w:r>
        <w:rPr>
          <w:rFonts w:ascii="仿宋" w:eastAsia="仿宋" w:hAnsi="仿宋"/>
          <w:sz w:val="32"/>
          <w:lang w:eastAsia="zh-CN"/>
        </w:rPr>
        <w:t>。夫子请听：</w:t>
      </w:r>
      <w:proofErr w:type="gramStart"/>
      <w:r>
        <w:rPr>
          <w:rFonts w:ascii="仿宋" w:eastAsia="仿宋" w:hAnsi="仿宋"/>
          <w:sz w:val="32"/>
          <w:lang w:eastAsia="zh-CN"/>
        </w:rPr>
        <w:t>阳崖阴林</w:t>
      </w:r>
      <w:proofErr w:type="gramEnd"/>
      <w:r>
        <w:rPr>
          <w:rFonts w:ascii="仿宋" w:eastAsia="仿宋" w:hAnsi="仿宋"/>
          <w:sz w:val="32"/>
          <w:lang w:eastAsia="zh-CN"/>
        </w:rPr>
        <w:t>，紫者，上绿者，</w:t>
      </w:r>
      <w:proofErr w:type="gramStart"/>
      <w:r>
        <w:rPr>
          <w:rFonts w:ascii="仿宋" w:eastAsia="仿宋" w:hAnsi="仿宋"/>
          <w:sz w:val="32"/>
          <w:lang w:eastAsia="zh-CN"/>
        </w:rPr>
        <w:t>刺损者</w:t>
      </w:r>
      <w:proofErr w:type="gramEnd"/>
      <w:r>
        <w:rPr>
          <w:rFonts w:ascii="仿宋" w:eastAsia="仿宋" w:hAnsi="仿宋"/>
          <w:sz w:val="32"/>
          <w:lang w:eastAsia="zh-CN"/>
        </w:rPr>
        <w:t>，上牙者刺。；叶卷上，</w:t>
      </w:r>
      <w:proofErr w:type="gramStart"/>
      <w:r>
        <w:rPr>
          <w:rFonts w:ascii="仿宋" w:eastAsia="仿宋" w:hAnsi="仿宋"/>
          <w:sz w:val="32"/>
          <w:lang w:eastAsia="zh-CN"/>
        </w:rPr>
        <w:t>叶舒次</w:t>
      </w:r>
      <w:proofErr w:type="gramEnd"/>
      <w:r>
        <w:rPr>
          <w:rFonts w:ascii="仿宋" w:eastAsia="仿宋" w:hAnsi="仿宋"/>
          <w:sz w:val="32"/>
          <w:lang w:eastAsia="zh-CN"/>
        </w:rPr>
        <w:t>陆羽以竹笋之状</w:t>
      </w:r>
      <w:proofErr w:type="gramStart"/>
      <w:r>
        <w:rPr>
          <w:rFonts w:ascii="仿宋" w:eastAsia="仿宋" w:hAnsi="仿宋"/>
          <w:sz w:val="32"/>
          <w:lang w:eastAsia="zh-CN"/>
        </w:rPr>
        <w:t>描述紧致的</w:t>
      </w:r>
      <w:proofErr w:type="gramEnd"/>
      <w:r>
        <w:rPr>
          <w:rFonts w:ascii="仿宋" w:eastAsia="仿宋" w:hAnsi="仿宋"/>
          <w:sz w:val="32"/>
          <w:lang w:eastAsia="zh-CN"/>
        </w:rPr>
        <w:t>细节。新发茶芽，甚是传神啊！</w:t>
      </w:r>
    </w:p>
    <w:p w14:paraId="21D05BFA" w14:textId="77777777" w:rsidR="00E87C95" w:rsidRDefault="00000000">
      <w:pPr>
        <w:spacing w:after="0" w:line="579" w:lineRule="exact"/>
        <w:ind w:firstLine="640"/>
        <w:rPr>
          <w:lang w:eastAsia="zh-CN"/>
        </w:rPr>
      </w:pPr>
      <w:r>
        <w:rPr>
          <w:rFonts w:ascii="仿宋" w:eastAsia="仿宋" w:hAnsi="仿宋"/>
          <w:sz w:val="32"/>
          <w:lang w:eastAsia="zh-CN"/>
        </w:rPr>
        <w:t>写得好，不仅是采茶，制茶要领，也是很多的。自采至于</w:t>
      </w:r>
      <w:proofErr w:type="gramStart"/>
      <w:r>
        <w:rPr>
          <w:rFonts w:ascii="仿宋" w:eastAsia="仿宋" w:hAnsi="仿宋"/>
          <w:sz w:val="32"/>
          <w:lang w:eastAsia="zh-CN"/>
        </w:rPr>
        <w:t>风七经目</w:t>
      </w:r>
      <w:proofErr w:type="gramEnd"/>
      <w:r>
        <w:rPr>
          <w:rFonts w:ascii="仿宋" w:eastAsia="仿宋" w:hAnsi="仿宋"/>
          <w:sz w:val="32"/>
          <w:lang w:eastAsia="zh-CN"/>
        </w:rPr>
        <w:t>，自</w:t>
      </w:r>
      <w:proofErr w:type="gramStart"/>
      <w:r>
        <w:rPr>
          <w:rFonts w:ascii="仿宋" w:eastAsia="仿宋" w:hAnsi="仿宋"/>
          <w:sz w:val="32"/>
          <w:lang w:eastAsia="zh-CN"/>
        </w:rPr>
        <w:t>胡靴至于霜荷</w:t>
      </w:r>
      <w:proofErr w:type="gramEnd"/>
      <w:r>
        <w:rPr>
          <w:rFonts w:ascii="仿宋" w:eastAsia="仿宋" w:hAnsi="仿宋"/>
          <w:sz w:val="32"/>
          <w:lang w:eastAsia="zh-CN"/>
        </w:rPr>
        <w:t>八等。就是说从采摘到封装，要经过七道工序。这茶也可分成八个等级，没错。现在啊，茶叶贸易日渐繁盛，这江南的产茶之地的农家呀，十有二三都有种茶。而且这茶种的越来越好了。</w:t>
      </w:r>
    </w:p>
    <w:p w14:paraId="51653B05" w14:textId="77777777" w:rsidR="00E87C95" w:rsidRDefault="00000000">
      <w:pPr>
        <w:spacing w:after="0" w:line="579" w:lineRule="exact"/>
        <w:ind w:firstLine="640"/>
        <w:rPr>
          <w:lang w:eastAsia="zh-CN"/>
        </w:rPr>
      </w:pPr>
      <w:proofErr w:type="gramStart"/>
      <w:r>
        <w:rPr>
          <w:rFonts w:ascii="仿宋" w:eastAsia="仿宋" w:hAnsi="仿宋"/>
          <w:sz w:val="32"/>
          <w:lang w:eastAsia="zh-CN"/>
        </w:rPr>
        <w:lastRenderedPageBreak/>
        <w:t>茶就是</w:t>
      </w:r>
      <w:proofErr w:type="gramEnd"/>
      <w:r>
        <w:rPr>
          <w:rFonts w:ascii="仿宋" w:eastAsia="仿宋" w:hAnsi="仿宋"/>
          <w:sz w:val="32"/>
          <w:lang w:eastAsia="zh-CN"/>
        </w:rPr>
        <w:t>个好东西。神医华佗曾经说过，苦茶久食。益意思。饮茶的好处我都记下了好。父子弟子有一个大胆的想法。我来听听。哈哈</w:t>
      </w:r>
      <w:proofErr w:type="gramStart"/>
      <w:r>
        <w:rPr>
          <w:rFonts w:ascii="仿宋" w:eastAsia="仿宋" w:hAnsi="仿宋"/>
          <w:sz w:val="32"/>
          <w:lang w:eastAsia="zh-CN"/>
        </w:rPr>
        <w:t>哈</w:t>
      </w:r>
      <w:proofErr w:type="gramEnd"/>
      <w:r>
        <w:rPr>
          <w:rFonts w:ascii="仿宋" w:eastAsia="仿宋" w:hAnsi="仿宋"/>
          <w:sz w:val="32"/>
          <w:lang w:eastAsia="zh-CN"/>
        </w:rPr>
        <w:t>。弟子一生与茶有缘，经过这次游历。发现人世间爱茶之人愈多。饮茶之风日盛。以茶为生的人，何止万千？可是这世上却没有一部茶的专注弟子。</w:t>
      </w:r>
    </w:p>
    <w:p w14:paraId="3396074F" w14:textId="77777777" w:rsidR="00E87C95" w:rsidRDefault="00000000">
      <w:pPr>
        <w:spacing w:after="0" w:line="579" w:lineRule="exact"/>
        <w:ind w:firstLine="640"/>
        <w:rPr>
          <w:lang w:eastAsia="zh-CN"/>
        </w:rPr>
      </w:pPr>
      <w:r>
        <w:rPr>
          <w:rFonts w:ascii="仿宋" w:eastAsia="仿宋" w:hAnsi="仿宋"/>
          <w:sz w:val="32"/>
          <w:lang w:eastAsia="zh-CN"/>
        </w:rPr>
        <w:t>想要为茶做书。那此书你从何下笔呀？分若干个篇目。从茶之源头到茶之栽培。从茶之制造到茶之饮用，凡茶叶所涉及的知识，尽量包罗与</w:t>
      </w:r>
      <w:proofErr w:type="gramStart"/>
      <w:r>
        <w:rPr>
          <w:rFonts w:ascii="仿宋" w:eastAsia="仿宋" w:hAnsi="仿宋"/>
          <w:sz w:val="32"/>
          <w:lang w:eastAsia="zh-CN"/>
        </w:rPr>
        <w:t>茶相关</w:t>
      </w:r>
      <w:proofErr w:type="gramEnd"/>
      <w:r>
        <w:rPr>
          <w:rFonts w:ascii="仿宋" w:eastAsia="仿宋" w:hAnsi="仿宋"/>
          <w:sz w:val="32"/>
          <w:lang w:eastAsia="zh-CN"/>
        </w:rPr>
        <w:t>之文化广为收纳。那书名想叫什么呢？学生</w:t>
      </w:r>
      <w:proofErr w:type="gramStart"/>
      <w:r>
        <w:rPr>
          <w:rFonts w:ascii="仿宋" w:eastAsia="仿宋" w:hAnsi="仿宋"/>
          <w:sz w:val="32"/>
          <w:lang w:eastAsia="zh-CN"/>
        </w:rPr>
        <w:t>斗胆想</w:t>
      </w:r>
      <w:proofErr w:type="gramEnd"/>
      <w:r>
        <w:rPr>
          <w:rFonts w:ascii="仿宋" w:eastAsia="仿宋" w:hAnsi="仿宋"/>
          <w:sz w:val="32"/>
          <w:lang w:eastAsia="zh-CN"/>
        </w:rPr>
        <w:t>为这部茶的专著取名茶经。我的书。以《茶经》为名。很容易。然当得《茶经》之名。很艰难呐。弟子。</w:t>
      </w:r>
    </w:p>
    <w:p w14:paraId="1DA32909" w14:textId="77777777" w:rsidR="00E87C95" w:rsidRDefault="00000000">
      <w:pPr>
        <w:spacing w:after="0" w:line="579" w:lineRule="exact"/>
        <w:ind w:firstLine="640"/>
        <w:rPr>
          <w:lang w:eastAsia="zh-CN"/>
        </w:rPr>
      </w:pPr>
      <w:r>
        <w:rPr>
          <w:rFonts w:ascii="仿宋" w:eastAsia="仿宋" w:hAnsi="仿宋"/>
          <w:sz w:val="32"/>
          <w:lang w:eastAsia="zh-CN"/>
        </w:rPr>
        <w:t>愿以一生</w:t>
      </w:r>
      <w:proofErr w:type="gramStart"/>
      <w:r>
        <w:rPr>
          <w:rFonts w:ascii="仿宋" w:eastAsia="仿宋" w:hAnsi="仿宋"/>
          <w:sz w:val="32"/>
          <w:lang w:eastAsia="zh-CN"/>
        </w:rPr>
        <w:t>沿袭撰注茶几</w:t>
      </w:r>
      <w:proofErr w:type="gramEnd"/>
      <w:r>
        <w:rPr>
          <w:rFonts w:ascii="仿宋" w:eastAsia="仿宋" w:hAnsi="仿宋"/>
          <w:sz w:val="32"/>
          <w:lang w:eastAsia="zh-CN"/>
        </w:rPr>
        <w:t>。愿意一生</w:t>
      </w:r>
      <w:proofErr w:type="gramStart"/>
      <w:r>
        <w:rPr>
          <w:rFonts w:ascii="仿宋" w:eastAsia="仿宋" w:hAnsi="仿宋"/>
          <w:sz w:val="32"/>
          <w:lang w:eastAsia="zh-CN"/>
        </w:rPr>
        <w:t>践行</w:t>
      </w:r>
      <w:proofErr w:type="gramEnd"/>
      <w:r>
        <w:rPr>
          <w:rFonts w:ascii="仿宋" w:eastAsia="仿宋" w:hAnsi="仿宋"/>
          <w:sz w:val="32"/>
          <w:lang w:eastAsia="zh-CN"/>
        </w:rPr>
        <w:t>传播茶经。好，很好，父子。这是我专为您亲手做的茶饼。祝夫子如南山之寿。</w:t>
      </w:r>
      <w:proofErr w:type="gramStart"/>
      <w:r>
        <w:rPr>
          <w:rFonts w:ascii="仿宋" w:eastAsia="仿宋" w:hAnsi="仿宋"/>
          <w:sz w:val="32"/>
          <w:lang w:eastAsia="zh-CN"/>
        </w:rPr>
        <w:t>可好可好</w:t>
      </w:r>
      <w:proofErr w:type="gramEnd"/>
      <w:r>
        <w:rPr>
          <w:rFonts w:ascii="仿宋" w:eastAsia="仿宋" w:hAnsi="仿宋"/>
          <w:sz w:val="32"/>
          <w:lang w:eastAsia="zh-CN"/>
        </w:rPr>
        <w:t>了。这是我。收到的最好的礼物了。我现在就想喝。</w:t>
      </w:r>
      <w:proofErr w:type="gramStart"/>
      <w:r>
        <w:rPr>
          <w:rFonts w:ascii="仿宋" w:eastAsia="仿宋" w:hAnsi="仿宋"/>
          <w:sz w:val="32"/>
          <w:lang w:eastAsia="zh-CN"/>
        </w:rPr>
        <w:t>好的好的</w:t>
      </w:r>
      <w:proofErr w:type="gramEnd"/>
      <w:r>
        <w:rPr>
          <w:rFonts w:ascii="仿宋" w:eastAsia="仿宋" w:hAnsi="仿宋"/>
          <w:sz w:val="32"/>
          <w:lang w:eastAsia="zh-CN"/>
        </w:rPr>
        <w:t>弟子，这就为你煮茶，快坐。我。</w:t>
      </w:r>
    </w:p>
    <w:p w14:paraId="1769EEC0" w14:textId="77777777" w:rsidR="00E87C95" w:rsidRDefault="00000000">
      <w:pPr>
        <w:spacing w:after="0" w:line="579" w:lineRule="exact"/>
        <w:ind w:firstLine="640"/>
        <w:rPr>
          <w:lang w:eastAsia="zh-CN"/>
        </w:rPr>
      </w:pPr>
      <w:r>
        <w:rPr>
          <w:rFonts w:ascii="仿宋" w:eastAsia="仿宋" w:hAnsi="仿宋"/>
          <w:sz w:val="32"/>
          <w:lang w:eastAsia="zh-CN"/>
        </w:rPr>
        <w:t>父子茶煮好了。负责。副词。请用茶。好吧。鸿渐啊，我已亲笔写下这封书信，拜托长安的朋友。多照应你。感谢大人。你我。同游三年。忘年之交，情谊厚重啊，我聊</w:t>
      </w:r>
      <w:proofErr w:type="gramStart"/>
      <w:r>
        <w:rPr>
          <w:rFonts w:ascii="仿宋" w:eastAsia="仿宋" w:hAnsi="仿宋"/>
          <w:sz w:val="32"/>
          <w:lang w:eastAsia="zh-CN"/>
        </w:rPr>
        <w:t>以</w:t>
      </w:r>
      <w:proofErr w:type="gramEnd"/>
      <w:r>
        <w:rPr>
          <w:rFonts w:ascii="仿宋" w:eastAsia="仿宋" w:hAnsi="仿宋"/>
          <w:sz w:val="32"/>
          <w:lang w:eastAsia="zh-CN"/>
        </w:rPr>
        <w:t>。</w:t>
      </w:r>
    </w:p>
    <w:p w14:paraId="55F9033B" w14:textId="77777777" w:rsidR="00E87C95" w:rsidRDefault="00000000">
      <w:pPr>
        <w:spacing w:after="0" w:line="579" w:lineRule="exact"/>
        <w:ind w:firstLine="640"/>
        <w:rPr>
          <w:lang w:eastAsia="zh-CN"/>
        </w:rPr>
      </w:pPr>
      <w:r>
        <w:rPr>
          <w:rFonts w:ascii="仿宋" w:eastAsia="仿宋" w:hAnsi="仿宋"/>
          <w:sz w:val="32"/>
          <w:lang w:eastAsia="zh-CN"/>
        </w:rPr>
        <w:t>清茶一碗。为你送行。罪过请。待我再回竟陵，再为崔公煮茶好。</w:t>
      </w:r>
      <w:proofErr w:type="gramStart"/>
      <w:r>
        <w:rPr>
          <w:rFonts w:ascii="仿宋" w:eastAsia="仿宋" w:hAnsi="仿宋"/>
          <w:sz w:val="32"/>
          <w:lang w:eastAsia="zh-CN"/>
        </w:rPr>
        <w:t>我在竟陵</w:t>
      </w:r>
      <w:proofErr w:type="gramEnd"/>
      <w:r>
        <w:rPr>
          <w:rFonts w:ascii="仿宋" w:eastAsia="仿宋" w:hAnsi="仿宋"/>
          <w:sz w:val="32"/>
          <w:lang w:eastAsia="zh-CN"/>
        </w:rPr>
        <w:t>等你。所以我们得。在组织上查了各方面。对，这是剑南的彭州茶，您看看。客官，您请坐。来碗茶好嘞，一碗茶。</w:t>
      </w:r>
    </w:p>
    <w:p w14:paraId="4CFDD336" w14:textId="77777777" w:rsidR="00E87C95" w:rsidRDefault="00000000">
      <w:pPr>
        <w:spacing w:after="0" w:line="579" w:lineRule="exact"/>
        <w:ind w:firstLine="640"/>
        <w:rPr>
          <w:lang w:eastAsia="zh-CN"/>
        </w:rPr>
      </w:pPr>
      <w:r>
        <w:rPr>
          <w:rFonts w:ascii="仿宋" w:eastAsia="仿宋" w:hAnsi="仿宋"/>
          <w:sz w:val="32"/>
          <w:lang w:eastAsia="zh-CN"/>
        </w:rPr>
        <w:lastRenderedPageBreak/>
        <w:t>健，看看这个图片啊。来客官</w:t>
      </w:r>
      <w:proofErr w:type="gramStart"/>
      <w:r>
        <w:rPr>
          <w:rFonts w:ascii="仿宋" w:eastAsia="仿宋" w:hAnsi="仿宋"/>
          <w:sz w:val="32"/>
          <w:lang w:eastAsia="zh-CN"/>
        </w:rPr>
        <w:t>客官</w:t>
      </w:r>
      <w:proofErr w:type="gramEnd"/>
      <w:r>
        <w:rPr>
          <w:rFonts w:ascii="仿宋" w:eastAsia="仿宋" w:hAnsi="仿宋"/>
          <w:sz w:val="32"/>
          <w:lang w:eastAsia="zh-CN"/>
        </w:rPr>
        <w:t>，您慢用。这个</w:t>
      </w:r>
      <w:proofErr w:type="gramStart"/>
      <w:r>
        <w:rPr>
          <w:rFonts w:ascii="仿宋" w:eastAsia="仿宋" w:hAnsi="仿宋"/>
          <w:sz w:val="32"/>
          <w:lang w:eastAsia="zh-CN"/>
        </w:rPr>
        <w:t>茶室茶货很全</w:t>
      </w:r>
      <w:proofErr w:type="gramEnd"/>
      <w:r>
        <w:rPr>
          <w:rFonts w:ascii="仿宋" w:eastAsia="仿宋" w:hAnsi="仿宋"/>
          <w:sz w:val="32"/>
          <w:lang w:eastAsia="zh-CN"/>
        </w:rPr>
        <w:t>呐，那是当然的，这是我们方圆几百里啊，最大</w:t>
      </w:r>
      <w:proofErr w:type="gramStart"/>
      <w:r>
        <w:rPr>
          <w:rFonts w:ascii="仿宋" w:eastAsia="仿宋" w:hAnsi="仿宋"/>
          <w:sz w:val="32"/>
          <w:lang w:eastAsia="zh-CN"/>
        </w:rPr>
        <w:t>的茶货市场</w:t>
      </w:r>
      <w:proofErr w:type="gramEnd"/>
      <w:r>
        <w:rPr>
          <w:rFonts w:ascii="仿宋" w:eastAsia="仿宋" w:hAnsi="仿宋"/>
          <w:sz w:val="32"/>
          <w:lang w:eastAsia="zh-CN"/>
        </w:rPr>
        <w:t>，但要说是齐全，那您还是得到长安城去，到了长安城啊。您才知道什么叫做齐全呢？来你的茶点，谢谢客官，客官慢走，</w:t>
      </w:r>
    </w:p>
    <w:p w14:paraId="409CA438" w14:textId="77777777" w:rsidR="00E87C95" w:rsidRDefault="00000000">
      <w:pPr>
        <w:spacing w:after="0" w:line="579" w:lineRule="exact"/>
        <w:ind w:firstLine="640"/>
        <w:rPr>
          <w:lang w:eastAsia="zh-CN"/>
        </w:rPr>
      </w:pPr>
      <w:r>
        <w:rPr>
          <w:rFonts w:ascii="仿宋" w:eastAsia="仿宋" w:hAnsi="仿宋"/>
          <w:sz w:val="32"/>
          <w:lang w:eastAsia="zh-CN"/>
        </w:rPr>
        <w:t>客官您看看你这是什么厂？浙东越州</w:t>
      </w:r>
      <w:proofErr w:type="gramStart"/>
      <w:r>
        <w:rPr>
          <w:rFonts w:ascii="仿宋" w:eastAsia="仿宋" w:hAnsi="仿宋"/>
          <w:sz w:val="32"/>
          <w:lang w:eastAsia="zh-CN"/>
        </w:rPr>
        <w:t>瀑布泉岭的</w:t>
      </w:r>
      <w:proofErr w:type="gramEnd"/>
      <w:r>
        <w:rPr>
          <w:rFonts w:ascii="仿宋" w:eastAsia="仿宋" w:hAnsi="仿宋"/>
          <w:sz w:val="32"/>
          <w:lang w:eastAsia="zh-CN"/>
        </w:rPr>
        <w:t>鲜明。茶味甚香，客官这传说可是神仙喝的茶，哪位神仙？你看让客人问住了吧？来来来，您看看我的茶好。这是剑南的彭州茶，您再看看这茶饼。哎，</w:t>
      </w:r>
      <w:proofErr w:type="gramStart"/>
      <w:r>
        <w:rPr>
          <w:rFonts w:ascii="仿宋" w:eastAsia="仿宋" w:hAnsi="仿宋"/>
          <w:sz w:val="32"/>
          <w:lang w:eastAsia="zh-CN"/>
        </w:rPr>
        <w:t>这茶饼像胡人</w:t>
      </w:r>
      <w:proofErr w:type="gramEnd"/>
      <w:r>
        <w:rPr>
          <w:rFonts w:ascii="仿宋" w:eastAsia="仿宋" w:hAnsi="仿宋"/>
          <w:sz w:val="32"/>
          <w:lang w:eastAsia="zh-CN"/>
        </w:rPr>
        <w:t>靴子上的褶皱好茶呀，好茶哎，先生这好茶呀，得配好茶碗来，</w:t>
      </w:r>
    </w:p>
    <w:p w14:paraId="5454DDDF" w14:textId="77777777" w:rsidR="00E87C95" w:rsidRDefault="00000000">
      <w:pPr>
        <w:spacing w:after="0" w:line="579" w:lineRule="exact"/>
        <w:ind w:firstLine="640"/>
        <w:rPr>
          <w:lang w:eastAsia="zh-CN"/>
        </w:rPr>
      </w:pPr>
      <w:r>
        <w:rPr>
          <w:rFonts w:ascii="仿宋" w:eastAsia="仿宋" w:hAnsi="仿宋"/>
          <w:sz w:val="32"/>
          <w:lang w:eastAsia="zh-CN"/>
        </w:rPr>
        <w:t>您看看我这的茶器。多漂亮，多漂亮，出大事了，</w:t>
      </w:r>
      <w:proofErr w:type="gramStart"/>
      <w:r>
        <w:rPr>
          <w:rFonts w:ascii="仿宋" w:eastAsia="仿宋" w:hAnsi="仿宋"/>
          <w:sz w:val="32"/>
          <w:lang w:eastAsia="zh-CN"/>
        </w:rPr>
        <w:t>兄长兄长</w:t>
      </w:r>
      <w:proofErr w:type="gramEnd"/>
      <w:r>
        <w:rPr>
          <w:rFonts w:ascii="仿宋" w:eastAsia="仿宋" w:hAnsi="仿宋"/>
          <w:sz w:val="32"/>
          <w:lang w:eastAsia="zh-CN"/>
        </w:rPr>
        <w:t>出事了，兄长哎。出大事了，我怎么了？洛阳沦陷了。我们快走啊，快快</w:t>
      </w:r>
      <w:proofErr w:type="gramStart"/>
      <w:r>
        <w:rPr>
          <w:rFonts w:ascii="仿宋" w:eastAsia="仿宋" w:hAnsi="仿宋"/>
          <w:sz w:val="32"/>
          <w:lang w:eastAsia="zh-CN"/>
        </w:rPr>
        <w:t>快</w:t>
      </w:r>
      <w:proofErr w:type="gramEnd"/>
      <w:r>
        <w:rPr>
          <w:rFonts w:ascii="仿宋" w:eastAsia="仿宋" w:hAnsi="仿宋"/>
          <w:sz w:val="32"/>
          <w:lang w:eastAsia="zh-CN"/>
        </w:rPr>
        <w:t>，不走啊，就没命了，把茶叶都装上，先生您也</w:t>
      </w:r>
      <w:proofErr w:type="gramStart"/>
      <w:r>
        <w:rPr>
          <w:rFonts w:ascii="仿宋" w:eastAsia="仿宋" w:hAnsi="仿宋"/>
          <w:sz w:val="32"/>
          <w:lang w:eastAsia="zh-CN"/>
        </w:rPr>
        <w:t>别在这待了</w:t>
      </w:r>
      <w:proofErr w:type="gramEnd"/>
      <w:r>
        <w:rPr>
          <w:rFonts w:ascii="仿宋" w:eastAsia="仿宋" w:hAnsi="仿宋"/>
          <w:sz w:val="32"/>
          <w:lang w:eastAsia="zh-CN"/>
        </w:rPr>
        <w:t>，</w:t>
      </w:r>
    </w:p>
    <w:p w14:paraId="56D09292" w14:textId="77777777" w:rsidR="00E87C95" w:rsidRDefault="00000000">
      <w:pPr>
        <w:spacing w:after="0" w:line="579" w:lineRule="exact"/>
        <w:ind w:firstLine="640"/>
        <w:rPr>
          <w:lang w:eastAsia="zh-CN"/>
        </w:rPr>
      </w:pPr>
      <w:r>
        <w:rPr>
          <w:rFonts w:ascii="仿宋" w:eastAsia="仿宋" w:hAnsi="仿宋"/>
          <w:sz w:val="32"/>
          <w:lang w:eastAsia="zh-CN"/>
        </w:rPr>
        <w:t>赶紧逃命去吧。一个盛世大唐，转眼之间。一是人心惶惶狼藉，遍地北方之地，百姓流离失所，繁华的市镇转为萧条。天下各行各业，皆遭战火摧残。那是大唐天宝14载。11月初九，安禄山起兵很快战了洛阳，直逼潼关。这场霍乱后世称为安史之乱，它的确是大唐由盛而衰的一个转折点。</w:t>
      </w:r>
    </w:p>
    <w:p w14:paraId="1A93CDB9" w14:textId="77777777" w:rsidR="00E87C95" w:rsidRDefault="00000000">
      <w:pPr>
        <w:spacing w:after="0" w:line="579" w:lineRule="exact"/>
        <w:ind w:firstLine="640"/>
        <w:rPr>
          <w:lang w:eastAsia="zh-CN"/>
        </w:rPr>
      </w:pPr>
      <w:r>
        <w:rPr>
          <w:rFonts w:ascii="仿宋" w:eastAsia="仿宋" w:hAnsi="仿宋"/>
          <w:sz w:val="32"/>
          <w:lang w:eastAsia="zh-CN"/>
        </w:rPr>
        <w:t>我颠沛流离，终于回到了境内。不行。并迎来。天大的噩耗。陆羽，我家主人一直在等您回来。他在临终前。还在</w:t>
      </w:r>
      <w:r>
        <w:rPr>
          <w:rFonts w:ascii="仿宋" w:eastAsia="仿宋" w:hAnsi="仿宋"/>
          <w:sz w:val="32"/>
          <w:lang w:eastAsia="zh-CN"/>
        </w:rPr>
        <w:lastRenderedPageBreak/>
        <w:t>伏案，给您写信。还没写完他就。这是大人未完成的书信。我像一个人。在崔公的书房里坐一坐。贼死安禄山。</w:t>
      </w:r>
    </w:p>
    <w:p w14:paraId="3347EE27" w14:textId="77777777" w:rsidR="00E87C95" w:rsidRDefault="00000000">
      <w:pPr>
        <w:spacing w:after="0" w:line="579" w:lineRule="exact"/>
        <w:ind w:firstLine="640"/>
        <w:rPr>
          <w:lang w:eastAsia="zh-CN"/>
        </w:rPr>
      </w:pPr>
      <w:r>
        <w:rPr>
          <w:rFonts w:ascii="仿宋" w:eastAsia="仿宋" w:hAnsi="仿宋"/>
          <w:sz w:val="32"/>
          <w:lang w:eastAsia="zh-CN"/>
        </w:rPr>
        <w:t>贼死安禄山。起兵反叛。换我审核。哈哈</w:t>
      </w:r>
      <w:proofErr w:type="gramStart"/>
      <w:r>
        <w:rPr>
          <w:rFonts w:ascii="仿宋" w:eastAsia="仿宋" w:hAnsi="仿宋"/>
          <w:sz w:val="32"/>
          <w:lang w:eastAsia="zh-CN"/>
        </w:rPr>
        <w:t>哈</w:t>
      </w:r>
      <w:proofErr w:type="gramEnd"/>
      <w:r>
        <w:rPr>
          <w:rFonts w:ascii="仿宋" w:eastAsia="仿宋" w:hAnsi="仿宋"/>
          <w:sz w:val="32"/>
          <w:lang w:eastAsia="zh-CN"/>
        </w:rPr>
        <w:t>。可他。可恨呐。崔国辅啊，你这个老朽。你这个病夫。竟不能提见。上阵杀敌。不能。还我大</w:t>
      </w:r>
      <w:proofErr w:type="gramStart"/>
      <w:r>
        <w:rPr>
          <w:rFonts w:ascii="仿宋" w:eastAsia="仿宋" w:hAnsi="仿宋"/>
          <w:sz w:val="32"/>
          <w:lang w:eastAsia="zh-CN"/>
        </w:rPr>
        <w:t>唐山河仇</w:t>
      </w:r>
      <w:proofErr w:type="gramEnd"/>
      <w:r>
        <w:rPr>
          <w:rFonts w:ascii="仿宋" w:eastAsia="仿宋" w:hAnsi="仿宋"/>
          <w:sz w:val="32"/>
          <w:lang w:eastAsia="zh-CN"/>
        </w:rPr>
        <w:t>光啊。鸿渐。</w:t>
      </w:r>
      <w:proofErr w:type="gramStart"/>
      <w:r>
        <w:rPr>
          <w:rFonts w:ascii="仿宋" w:eastAsia="仿宋" w:hAnsi="仿宋"/>
          <w:sz w:val="32"/>
          <w:lang w:eastAsia="zh-CN"/>
        </w:rPr>
        <w:t>鸿</w:t>
      </w:r>
      <w:proofErr w:type="gramEnd"/>
      <w:r>
        <w:rPr>
          <w:rFonts w:ascii="仿宋" w:eastAsia="仿宋" w:hAnsi="仿宋"/>
          <w:sz w:val="32"/>
          <w:lang w:eastAsia="zh-CN"/>
        </w:rPr>
        <w:t>渐去了长安怎么办？</w:t>
      </w:r>
    </w:p>
    <w:p w14:paraId="69880DA1" w14:textId="77777777" w:rsidR="00E87C95" w:rsidRDefault="00000000">
      <w:pPr>
        <w:spacing w:after="0" w:line="579" w:lineRule="exact"/>
        <w:ind w:firstLine="640"/>
        <w:rPr>
          <w:lang w:eastAsia="zh-CN"/>
        </w:rPr>
      </w:pPr>
      <w:r>
        <w:rPr>
          <w:rFonts w:ascii="仿宋" w:eastAsia="仿宋" w:hAnsi="仿宋"/>
          <w:sz w:val="32"/>
          <w:lang w:eastAsia="zh-CN"/>
        </w:rPr>
        <w:t>鸿渐。催宫。鸿渐。鸿</w:t>
      </w:r>
      <w:proofErr w:type="gramStart"/>
      <w:r>
        <w:rPr>
          <w:rFonts w:ascii="仿宋" w:eastAsia="仿宋" w:hAnsi="仿宋"/>
          <w:sz w:val="32"/>
          <w:lang w:eastAsia="zh-CN"/>
        </w:rPr>
        <w:t>渐催弓</w:t>
      </w:r>
      <w:proofErr w:type="gramEnd"/>
      <w:r>
        <w:rPr>
          <w:rFonts w:ascii="仿宋" w:eastAsia="仿宋" w:hAnsi="仿宋"/>
          <w:sz w:val="32"/>
          <w:lang w:eastAsia="zh-CN"/>
        </w:rPr>
        <w:t>。鸿渐。你回来了。我平安的回来了。回来就好。我需要你。我也想你呀。想你。给我煮茶喝。好崔公。上座。我来给你。</w:t>
      </w:r>
    </w:p>
    <w:p w14:paraId="237FD3EC" w14:textId="77777777" w:rsidR="00E87C95" w:rsidRDefault="00000000">
      <w:pPr>
        <w:spacing w:after="0" w:line="579" w:lineRule="exact"/>
        <w:ind w:firstLine="640"/>
        <w:rPr>
          <w:lang w:eastAsia="zh-CN"/>
        </w:rPr>
      </w:pPr>
      <w:r>
        <w:rPr>
          <w:rFonts w:ascii="仿宋" w:eastAsia="仿宋" w:hAnsi="仿宋"/>
          <w:sz w:val="32"/>
          <w:lang w:eastAsia="zh-CN"/>
        </w:rPr>
        <w:t>好。快坐，快坐。快坐快坐，我来煮茶，我来煮茶。茶者。南方</w:t>
      </w:r>
      <w:proofErr w:type="gramStart"/>
      <w:r>
        <w:rPr>
          <w:rFonts w:ascii="仿宋" w:eastAsia="仿宋" w:hAnsi="仿宋"/>
          <w:sz w:val="32"/>
          <w:lang w:eastAsia="zh-CN"/>
        </w:rPr>
        <w:t>之嘉木也茶</w:t>
      </w:r>
      <w:proofErr w:type="gramEnd"/>
      <w:r>
        <w:rPr>
          <w:rFonts w:ascii="仿宋" w:eastAsia="仿宋" w:hAnsi="仿宋"/>
          <w:sz w:val="32"/>
          <w:lang w:eastAsia="zh-CN"/>
        </w:rPr>
        <w:t>者，</w:t>
      </w:r>
      <w:proofErr w:type="gramStart"/>
      <w:r>
        <w:rPr>
          <w:rFonts w:ascii="仿宋" w:eastAsia="仿宋" w:hAnsi="仿宋"/>
          <w:sz w:val="32"/>
          <w:lang w:eastAsia="zh-CN"/>
        </w:rPr>
        <w:t>南方之嘉木</w:t>
      </w:r>
      <w:proofErr w:type="gramEnd"/>
      <w:r>
        <w:rPr>
          <w:rFonts w:ascii="仿宋" w:eastAsia="仿宋" w:hAnsi="仿宋"/>
          <w:sz w:val="32"/>
          <w:lang w:eastAsia="zh-CN"/>
        </w:rPr>
        <w:t>也。好了好了。我想对你说一句。崔公。在刚才的这段戏剧当中，陆羽遭逢乱世，同时他又失去了在他生命当中非常重要的伯乐，</w:t>
      </w:r>
    </w:p>
    <w:p w14:paraId="79F1D6ED" w14:textId="77777777" w:rsidR="00E87C95" w:rsidRDefault="00000000">
      <w:pPr>
        <w:spacing w:after="0" w:line="579" w:lineRule="exact"/>
        <w:ind w:firstLine="640"/>
        <w:rPr>
          <w:lang w:eastAsia="zh-CN"/>
        </w:rPr>
      </w:pPr>
      <w:r>
        <w:rPr>
          <w:rFonts w:ascii="仿宋" w:eastAsia="仿宋" w:hAnsi="仿宋"/>
          <w:sz w:val="32"/>
          <w:lang w:eastAsia="zh-CN"/>
        </w:rPr>
        <w:t>也是恩师崔国辅。这两个人的感情其实是非常深厚的，确实是这样，两个人呢，有很多很多的生动的故事记载。《唐才子传》就说，交情至厚，学校</w:t>
      </w:r>
      <w:proofErr w:type="gramStart"/>
      <w:r>
        <w:rPr>
          <w:rFonts w:ascii="仿宋" w:eastAsia="仿宋" w:hAnsi="仿宋"/>
          <w:sz w:val="32"/>
          <w:lang w:eastAsia="zh-CN"/>
        </w:rPr>
        <w:t>永日雅逸</w:t>
      </w:r>
      <w:proofErr w:type="gramEnd"/>
      <w:r>
        <w:rPr>
          <w:rFonts w:ascii="仿宋" w:eastAsia="仿宋" w:hAnsi="仿宋"/>
          <w:sz w:val="32"/>
          <w:lang w:eastAsia="zh-CN"/>
        </w:rPr>
        <w:t>，高情一时。所上啊，说他们俩天天像朋友这样在</w:t>
      </w:r>
      <w:proofErr w:type="gramStart"/>
      <w:r>
        <w:rPr>
          <w:rFonts w:ascii="仿宋" w:eastAsia="仿宋" w:hAnsi="仿宋"/>
          <w:sz w:val="32"/>
          <w:lang w:eastAsia="zh-CN"/>
        </w:rPr>
        <w:t>一</w:t>
      </w:r>
      <w:proofErr w:type="gramEnd"/>
      <w:r>
        <w:rPr>
          <w:rFonts w:ascii="仿宋" w:eastAsia="仿宋" w:hAnsi="仿宋"/>
          <w:sz w:val="32"/>
          <w:lang w:eastAsia="zh-CN"/>
        </w:rPr>
        <w:t>起开玩笑啊，让别人都非常羡慕的呀。我想也让陆羽在一定程度上摆脱了孤独感。陆羽呢，一生当中遇到过</w:t>
      </w:r>
      <w:proofErr w:type="gramStart"/>
      <w:r>
        <w:rPr>
          <w:rFonts w:ascii="仿宋" w:eastAsia="仿宋" w:hAnsi="仿宋"/>
          <w:sz w:val="32"/>
          <w:lang w:eastAsia="zh-CN"/>
        </w:rPr>
        <w:t>不少哈像</w:t>
      </w:r>
      <w:proofErr w:type="gramEnd"/>
      <w:r>
        <w:rPr>
          <w:rFonts w:ascii="仿宋" w:eastAsia="仿宋" w:hAnsi="仿宋"/>
          <w:sz w:val="32"/>
          <w:lang w:eastAsia="zh-CN"/>
        </w:rPr>
        <w:t>崔国辅一样的贵人。</w:t>
      </w:r>
    </w:p>
    <w:p w14:paraId="4DCF4C44" w14:textId="77777777" w:rsidR="00E87C95" w:rsidRDefault="00000000">
      <w:pPr>
        <w:spacing w:after="0" w:line="579" w:lineRule="exact"/>
        <w:ind w:firstLine="640"/>
        <w:rPr>
          <w:lang w:eastAsia="zh-CN"/>
        </w:rPr>
      </w:pPr>
      <w:r>
        <w:rPr>
          <w:rFonts w:ascii="仿宋" w:eastAsia="仿宋" w:hAnsi="仿宋"/>
          <w:sz w:val="32"/>
          <w:lang w:eastAsia="zh-CN"/>
        </w:rPr>
        <w:t>陆羽从寺院离开以后，遇到</w:t>
      </w:r>
      <w:proofErr w:type="gramStart"/>
      <w:r>
        <w:rPr>
          <w:rFonts w:ascii="仿宋" w:eastAsia="仿宋" w:hAnsi="仿宋"/>
          <w:sz w:val="32"/>
          <w:lang w:eastAsia="zh-CN"/>
        </w:rPr>
        <w:t>了请临太守</w:t>
      </w:r>
      <w:proofErr w:type="gramEnd"/>
      <w:r>
        <w:rPr>
          <w:rFonts w:ascii="仿宋" w:eastAsia="仿宋" w:hAnsi="仿宋"/>
          <w:sz w:val="32"/>
          <w:lang w:eastAsia="zh-CN"/>
        </w:rPr>
        <w:t>李齐物。李齐</w:t>
      </w:r>
      <w:proofErr w:type="gramStart"/>
      <w:r>
        <w:rPr>
          <w:rFonts w:ascii="仿宋" w:eastAsia="仿宋" w:hAnsi="仿宋"/>
          <w:sz w:val="32"/>
          <w:lang w:eastAsia="zh-CN"/>
        </w:rPr>
        <w:t>物见到</w:t>
      </w:r>
      <w:proofErr w:type="gramEnd"/>
      <w:r>
        <w:rPr>
          <w:rFonts w:ascii="仿宋" w:eastAsia="仿宋" w:hAnsi="仿宋"/>
          <w:sz w:val="32"/>
          <w:lang w:eastAsia="zh-CN"/>
        </w:rPr>
        <w:t>少年陆羽之后呢，握着他的手，拍着他的背，亲自把自己的诗集传授给陆羽，还把他推荐到了当时呃天门</w:t>
      </w:r>
      <w:proofErr w:type="gramStart"/>
      <w:r>
        <w:rPr>
          <w:rFonts w:ascii="仿宋" w:eastAsia="仿宋" w:hAnsi="仿宋"/>
          <w:sz w:val="32"/>
          <w:lang w:eastAsia="zh-CN"/>
        </w:rPr>
        <w:t>哈非常</w:t>
      </w:r>
      <w:proofErr w:type="gramEnd"/>
      <w:r>
        <w:rPr>
          <w:rFonts w:ascii="仿宋" w:eastAsia="仿宋" w:hAnsi="仿宋"/>
          <w:sz w:val="32"/>
          <w:lang w:eastAsia="zh-CN"/>
        </w:rPr>
        <w:t>有</w:t>
      </w:r>
      <w:r>
        <w:rPr>
          <w:rFonts w:ascii="仿宋" w:eastAsia="仿宋" w:hAnsi="仿宋"/>
          <w:sz w:val="32"/>
          <w:lang w:eastAsia="zh-CN"/>
        </w:rPr>
        <w:lastRenderedPageBreak/>
        <w:t>名的邹夫子那里去学习。陆羽能够被这么多人赏识，绝不只是因为幸运。陆羽虽然是一个孤儿，但是在艰苦的条件下。他仍然坚持学习诗文典籍，也不会放弃在社会中有所作为的理想。我觉得呢，陆羽是一个很有使命感的人。</w:t>
      </w:r>
    </w:p>
    <w:p w14:paraId="24ADA472" w14:textId="77777777" w:rsidR="00E87C95" w:rsidRDefault="00000000">
      <w:pPr>
        <w:spacing w:after="0" w:line="579" w:lineRule="exact"/>
        <w:ind w:firstLine="640"/>
        <w:rPr>
          <w:lang w:eastAsia="zh-CN"/>
        </w:rPr>
      </w:pPr>
      <w:r>
        <w:rPr>
          <w:rFonts w:ascii="仿宋" w:eastAsia="仿宋" w:hAnsi="仿宋"/>
          <w:sz w:val="32"/>
          <w:lang w:eastAsia="zh-CN"/>
        </w:rPr>
        <w:t>崔国辅的逝世，安史之乱的爆发，让陆羽陷入了人生低谷。唐朝的国事在持续八年的战乱中由盛而衰，特别是北方地区受到的打击更为严重，那么南方地区的茶叶生产。成为当时恢复社会经济的重要选项。安史之乱之后，陆羽到南方更加深入的了解茶室，希望能够有益民生，所以在安史之乱这样一个动荡时局之下，陆羽也一定有着匡石记事这样的心愿。而他也将</w:t>
      </w:r>
      <w:proofErr w:type="gramStart"/>
      <w:r>
        <w:rPr>
          <w:rFonts w:ascii="仿宋" w:eastAsia="仿宋" w:hAnsi="仿宋"/>
          <w:sz w:val="32"/>
          <w:lang w:eastAsia="zh-CN"/>
        </w:rPr>
        <w:t>这份愿景融入</w:t>
      </w:r>
      <w:proofErr w:type="gramEnd"/>
      <w:r>
        <w:rPr>
          <w:rFonts w:ascii="仿宋" w:eastAsia="仿宋" w:hAnsi="仿宋"/>
          <w:sz w:val="32"/>
          <w:lang w:eastAsia="zh-CN"/>
        </w:rPr>
        <w:t>了《茶经》之中，流传后世。扫描屏幕上方二维码，</w:t>
      </w:r>
    </w:p>
    <w:p w14:paraId="348A77CA" w14:textId="77777777" w:rsidR="00E87C95" w:rsidRDefault="00000000">
      <w:pPr>
        <w:spacing w:after="0" w:line="579" w:lineRule="exact"/>
        <w:ind w:firstLine="640"/>
        <w:rPr>
          <w:lang w:eastAsia="zh-CN"/>
        </w:rPr>
      </w:pPr>
      <w:r>
        <w:rPr>
          <w:rFonts w:ascii="仿宋" w:eastAsia="仿宋" w:hAnsi="仿宋"/>
          <w:sz w:val="32"/>
          <w:lang w:eastAsia="zh-CN"/>
        </w:rPr>
        <w:t>下载央视</w:t>
      </w:r>
      <w:proofErr w:type="gramStart"/>
      <w:r>
        <w:rPr>
          <w:rFonts w:ascii="仿宋" w:eastAsia="仿宋" w:hAnsi="仿宋"/>
          <w:sz w:val="32"/>
          <w:lang w:eastAsia="zh-CN"/>
        </w:rPr>
        <w:t>频</w:t>
      </w:r>
      <w:proofErr w:type="gramEnd"/>
      <w:r>
        <w:rPr>
          <w:rFonts w:ascii="仿宋" w:eastAsia="仿宋" w:hAnsi="仿宋"/>
          <w:sz w:val="32"/>
          <w:lang w:eastAsia="zh-CN"/>
        </w:rPr>
        <w:t>APP，观看典籍里的中国完整视频，专享幕后精彩内容。在刚才的戏剧当中，我们看到陆羽面对着挚友的离世，国家的动荡，那么他该如何去完成茶经这</w:t>
      </w:r>
      <w:proofErr w:type="gramStart"/>
      <w:r>
        <w:rPr>
          <w:rFonts w:ascii="仿宋" w:eastAsia="仿宋" w:hAnsi="仿宋"/>
          <w:sz w:val="32"/>
          <w:lang w:eastAsia="zh-CN"/>
        </w:rPr>
        <w:t>部著</w:t>
      </w:r>
      <w:proofErr w:type="gramEnd"/>
      <w:r>
        <w:rPr>
          <w:rFonts w:ascii="仿宋" w:eastAsia="仿宋" w:hAnsi="仿宋"/>
          <w:sz w:val="32"/>
          <w:lang w:eastAsia="zh-CN"/>
        </w:rPr>
        <w:t>作呢？我们接着往下看。请用茶，谢谢陆羽</w:t>
      </w:r>
      <w:proofErr w:type="gramStart"/>
      <w:r>
        <w:rPr>
          <w:rFonts w:ascii="仿宋" w:eastAsia="仿宋" w:hAnsi="仿宋"/>
          <w:sz w:val="32"/>
          <w:lang w:eastAsia="zh-CN"/>
        </w:rPr>
        <w:t>诶</w:t>
      </w:r>
      <w:proofErr w:type="gramEnd"/>
      <w:r>
        <w:rPr>
          <w:rFonts w:ascii="仿宋" w:eastAsia="仿宋" w:hAnsi="仿宋"/>
          <w:sz w:val="32"/>
          <w:lang w:eastAsia="zh-CN"/>
        </w:rPr>
        <w:t>，同样的茶，陆羽煮的就更香一些，大家说是不是啊？是啊，好喝。</w:t>
      </w:r>
    </w:p>
    <w:p w14:paraId="3F225A13" w14:textId="77777777" w:rsidR="00E87C95" w:rsidRDefault="00000000">
      <w:pPr>
        <w:spacing w:after="0" w:line="579" w:lineRule="exact"/>
        <w:ind w:firstLine="640"/>
        <w:rPr>
          <w:lang w:eastAsia="zh-CN"/>
        </w:rPr>
      </w:pPr>
      <w:r>
        <w:rPr>
          <w:rFonts w:ascii="仿宋" w:eastAsia="仿宋" w:hAnsi="仿宋"/>
          <w:sz w:val="32"/>
          <w:lang w:eastAsia="zh-CN"/>
        </w:rPr>
        <w:t>好喝今日啊，就是来教大家煮茶来买茶的商客都会品茶，茶煮的好，自然茶会卖出个好价钱。大伙儿啊，都是从北方来到湖州啊，开垦荒山种茶，自从安禄山史思明作乱以来，为了节省粮食，朝廷颁布了禁酒令。世人多以茶代酒。这茶的销路就好了起来。大家好，生经营将来啊。平定了叛乱，</w:t>
      </w:r>
    </w:p>
    <w:p w14:paraId="23E64EA4" w14:textId="77777777" w:rsidR="00E87C95" w:rsidRDefault="00000000">
      <w:pPr>
        <w:spacing w:after="0" w:line="579" w:lineRule="exact"/>
        <w:ind w:firstLine="640"/>
        <w:rPr>
          <w:lang w:eastAsia="zh-CN"/>
        </w:rPr>
      </w:pPr>
      <w:r>
        <w:rPr>
          <w:rFonts w:ascii="仿宋" w:eastAsia="仿宋" w:hAnsi="仿宋"/>
          <w:sz w:val="32"/>
          <w:lang w:eastAsia="zh-CN"/>
        </w:rPr>
        <w:lastRenderedPageBreak/>
        <w:t>打通了南北的商路，买茶的客人啊，会越来越多的好啊好陆羽。您赶快教我们煮茶吧。煮茶呀。用心最为重要。掌握好火候。可以成圣贤。什么戏？听说过伊尹吗？没有跟我们讲讲呗，伊公啊，跟我的身世相仿。自小啊，也是一个孤儿。</w:t>
      </w:r>
    </w:p>
    <w:p w14:paraId="5563A4D8" w14:textId="77777777" w:rsidR="00E87C95" w:rsidRDefault="00000000">
      <w:pPr>
        <w:spacing w:after="0" w:line="579" w:lineRule="exact"/>
        <w:ind w:firstLine="640"/>
        <w:rPr>
          <w:lang w:eastAsia="zh-CN"/>
        </w:rPr>
      </w:pPr>
      <w:r>
        <w:rPr>
          <w:rFonts w:ascii="仿宋" w:eastAsia="仿宋" w:hAnsi="仿宋"/>
          <w:sz w:val="32"/>
          <w:lang w:eastAsia="zh-CN"/>
        </w:rPr>
        <w:t>《史记》记一人处世康使仁。聘迎之无反，然后肯往从汤。伊尹先生。这是我第五次来求见你，我是</w:t>
      </w:r>
      <w:proofErr w:type="gramStart"/>
      <w:r>
        <w:rPr>
          <w:rFonts w:ascii="仿宋" w:eastAsia="仿宋" w:hAnsi="仿宋"/>
          <w:sz w:val="32"/>
          <w:lang w:eastAsia="zh-CN"/>
        </w:rPr>
        <w:t>个袍人</w:t>
      </w:r>
      <w:proofErr w:type="gramEnd"/>
      <w:r>
        <w:rPr>
          <w:rFonts w:ascii="仿宋" w:eastAsia="仿宋" w:hAnsi="仿宋"/>
          <w:sz w:val="32"/>
          <w:lang w:eastAsia="zh-CN"/>
        </w:rPr>
        <w:t>，只善于调羹，帮不了大王什么，请回吧。我长途跋涉，饿</w:t>
      </w:r>
      <w:proofErr w:type="gramStart"/>
      <w:r>
        <w:rPr>
          <w:rFonts w:ascii="仿宋" w:eastAsia="仿宋" w:hAnsi="仿宋"/>
          <w:sz w:val="32"/>
          <w:lang w:eastAsia="zh-CN"/>
        </w:rPr>
        <w:t>了求伊公</w:t>
      </w:r>
      <w:proofErr w:type="gramEnd"/>
      <w:r>
        <w:rPr>
          <w:rFonts w:ascii="仿宋" w:eastAsia="仿宋" w:hAnsi="仿宋"/>
          <w:sz w:val="32"/>
          <w:lang w:eastAsia="zh-CN"/>
        </w:rPr>
        <w:t>一碗羹吃。大王请坐谢一国。我从未吃过如此好吃的羹，义工是怎么做的？只需掌握好火候，</w:t>
      </w:r>
    </w:p>
    <w:p w14:paraId="6AB7E64E" w14:textId="77777777" w:rsidR="00E87C95" w:rsidRDefault="00000000">
      <w:pPr>
        <w:spacing w:after="0" w:line="579" w:lineRule="exact"/>
        <w:ind w:firstLine="640"/>
        <w:rPr>
          <w:lang w:eastAsia="zh-CN"/>
        </w:rPr>
      </w:pPr>
      <w:r>
        <w:rPr>
          <w:rFonts w:ascii="仿宋" w:eastAsia="仿宋" w:hAnsi="仿宋"/>
          <w:sz w:val="32"/>
          <w:lang w:eastAsia="zh-CN"/>
        </w:rPr>
        <w:t>调和好味道。一共。看在我五次往返的份上，可否给我讲讲治国之道啊？我还是被大王。先讲讲。如何</w:t>
      </w:r>
      <w:proofErr w:type="gramStart"/>
      <w:r>
        <w:rPr>
          <w:rFonts w:ascii="仿宋" w:eastAsia="仿宋" w:hAnsi="仿宋"/>
          <w:sz w:val="32"/>
          <w:lang w:eastAsia="zh-CN"/>
        </w:rPr>
        <w:t>调更吧</w:t>
      </w:r>
      <w:proofErr w:type="gramEnd"/>
      <w:r>
        <w:rPr>
          <w:rFonts w:ascii="仿宋" w:eastAsia="仿宋" w:hAnsi="仿宋"/>
          <w:sz w:val="32"/>
          <w:lang w:eastAsia="zh-CN"/>
        </w:rPr>
        <w:t>。您讲。以顶调羹。最重要的无非是两点，掌握好火候，如同君子善于把握好时机。调和好味道，就</w:t>
      </w:r>
      <w:proofErr w:type="gramStart"/>
      <w:r>
        <w:rPr>
          <w:rFonts w:ascii="仿宋" w:eastAsia="仿宋" w:hAnsi="仿宋"/>
          <w:sz w:val="32"/>
          <w:lang w:eastAsia="zh-CN"/>
        </w:rPr>
        <w:t>如同咸王善于</w:t>
      </w:r>
      <w:proofErr w:type="gramEnd"/>
      <w:r>
        <w:rPr>
          <w:rFonts w:ascii="仿宋" w:eastAsia="仿宋" w:hAnsi="仿宋"/>
          <w:sz w:val="32"/>
          <w:lang w:eastAsia="zh-CN"/>
        </w:rPr>
        <w:t>调剂天下民生。做到这两点。</w:t>
      </w:r>
    </w:p>
    <w:p w14:paraId="2C0B377F" w14:textId="77777777" w:rsidR="00E87C95" w:rsidRDefault="00000000">
      <w:pPr>
        <w:spacing w:after="0" w:line="579" w:lineRule="exact"/>
        <w:ind w:firstLine="640"/>
        <w:rPr>
          <w:lang w:eastAsia="zh-CN"/>
        </w:rPr>
      </w:pPr>
      <w:r>
        <w:rPr>
          <w:rFonts w:ascii="仿宋" w:eastAsia="仿宋" w:hAnsi="仿宋"/>
          <w:sz w:val="32"/>
          <w:lang w:eastAsia="zh-CN"/>
        </w:rPr>
        <w:t>就能。调成一碗好羹。感谢伊公以这调羹之理，教我治理天下。伊公。可否再为我辨析当今时势。下接暴政。您不堪其苦。商帝。却在您的治理下，民生安乐。可见。天命。已然在上。大王要善于把握拾机而动，</w:t>
      </w:r>
    </w:p>
    <w:p w14:paraId="455CD1F6" w14:textId="77777777" w:rsidR="00E87C95" w:rsidRDefault="00000000">
      <w:pPr>
        <w:spacing w:after="0" w:line="579" w:lineRule="exact"/>
        <w:ind w:firstLine="640"/>
        <w:rPr>
          <w:lang w:eastAsia="zh-CN"/>
        </w:rPr>
      </w:pPr>
      <w:r>
        <w:rPr>
          <w:rFonts w:ascii="仿宋" w:eastAsia="仿宋" w:hAnsi="仿宋"/>
          <w:sz w:val="32"/>
          <w:lang w:eastAsia="zh-CN"/>
        </w:rPr>
        <w:t>欲成王道，须凝聚人心。要善用各种力量，如同善用五味，才能调好这一碗羹。只要大王。是民心为天命，必能诛</w:t>
      </w:r>
      <w:r>
        <w:rPr>
          <w:rFonts w:ascii="仿宋" w:eastAsia="仿宋" w:hAnsi="仿宋"/>
          <w:sz w:val="32"/>
          <w:lang w:eastAsia="zh-CN"/>
        </w:rPr>
        <w:lastRenderedPageBreak/>
        <w:t>灭暴政。造值，厘米。以故实乃天下大贤。康愿求宁为相，实为天下百姓，请勿再推辞。伊尹宴未，</w:t>
      </w:r>
    </w:p>
    <w:p w14:paraId="14EFA782" w14:textId="77777777" w:rsidR="00E87C95" w:rsidRDefault="00000000">
      <w:pPr>
        <w:spacing w:after="0" w:line="579" w:lineRule="exact"/>
        <w:ind w:firstLine="640"/>
        <w:rPr>
          <w:lang w:eastAsia="zh-CN"/>
        </w:rPr>
      </w:pPr>
      <w:r>
        <w:rPr>
          <w:rFonts w:ascii="仿宋" w:eastAsia="仿宋" w:hAnsi="仿宋"/>
          <w:sz w:val="32"/>
          <w:lang w:eastAsia="zh-CN"/>
        </w:rPr>
        <w:t>大王调羹。</w:t>
      </w:r>
      <w:proofErr w:type="gramStart"/>
      <w:r>
        <w:rPr>
          <w:rFonts w:ascii="仿宋" w:eastAsia="仿宋" w:hAnsi="仿宋"/>
          <w:sz w:val="32"/>
          <w:lang w:eastAsia="zh-CN"/>
        </w:rPr>
        <w:t>谢伊公</w:t>
      </w:r>
      <w:proofErr w:type="gramEnd"/>
      <w:r>
        <w:rPr>
          <w:rFonts w:ascii="仿宋" w:eastAsia="仿宋" w:hAnsi="仿宋"/>
          <w:sz w:val="32"/>
          <w:lang w:eastAsia="zh-CN"/>
        </w:rPr>
        <w:t>。近日，我终于为天下黎明。求得</w:t>
      </w:r>
      <w:proofErr w:type="gramStart"/>
      <w:r>
        <w:rPr>
          <w:rFonts w:ascii="仿宋" w:eastAsia="仿宋" w:hAnsi="仿宋"/>
          <w:sz w:val="32"/>
          <w:lang w:eastAsia="zh-CN"/>
        </w:rPr>
        <w:t>这伊公耕</w:t>
      </w:r>
      <w:proofErr w:type="gramEnd"/>
      <w:r>
        <w:rPr>
          <w:rFonts w:ascii="仿宋" w:eastAsia="仿宋" w:hAnsi="仿宋"/>
          <w:sz w:val="32"/>
          <w:lang w:eastAsia="zh-CN"/>
        </w:rPr>
        <w:t>啊。哈哈</w:t>
      </w:r>
      <w:proofErr w:type="gramStart"/>
      <w:r>
        <w:rPr>
          <w:rFonts w:ascii="仿宋" w:eastAsia="仿宋" w:hAnsi="仿宋"/>
          <w:sz w:val="32"/>
          <w:lang w:eastAsia="zh-CN"/>
        </w:rPr>
        <w:t>哈</w:t>
      </w:r>
      <w:proofErr w:type="gramEnd"/>
      <w:r>
        <w:rPr>
          <w:rFonts w:ascii="仿宋" w:eastAsia="仿宋" w:hAnsi="仿宋"/>
          <w:sz w:val="32"/>
          <w:lang w:eastAsia="zh-CN"/>
        </w:rPr>
        <w:t>。这就是。伊公羹的故事。伊公调羹就如路，公煮茶都是在调理百姓的生计，正可谓伊</w:t>
      </w:r>
      <w:proofErr w:type="gramStart"/>
      <w:r>
        <w:rPr>
          <w:rFonts w:ascii="仿宋" w:eastAsia="仿宋" w:hAnsi="仿宋"/>
          <w:sz w:val="32"/>
          <w:lang w:eastAsia="zh-CN"/>
        </w:rPr>
        <w:t>公羹入市场</w:t>
      </w:r>
      <w:proofErr w:type="gramEnd"/>
      <w:r>
        <w:rPr>
          <w:rFonts w:ascii="仿宋" w:eastAsia="仿宋" w:hAnsi="仿宋"/>
          <w:sz w:val="32"/>
          <w:lang w:eastAsia="zh-CN"/>
        </w:rPr>
        <w:t>，伊公羹。陆氏茶。陆羽陆羽。陆羽陆羽。</w:t>
      </w:r>
    </w:p>
    <w:p w14:paraId="48F9D13C" w14:textId="77777777" w:rsidR="00E87C95" w:rsidRDefault="00000000">
      <w:pPr>
        <w:spacing w:after="0" w:line="579" w:lineRule="exact"/>
        <w:ind w:firstLine="640"/>
        <w:rPr>
          <w:lang w:eastAsia="zh-CN"/>
        </w:rPr>
      </w:pPr>
      <w:r>
        <w:rPr>
          <w:rFonts w:ascii="仿宋" w:eastAsia="仿宋" w:hAnsi="仿宋"/>
          <w:sz w:val="32"/>
          <w:lang w:eastAsia="zh-CN"/>
        </w:rPr>
        <w:t>冠军收复洛阳了，冠军收复洛阳了，真的千真万确，</w:t>
      </w:r>
      <w:proofErr w:type="gramStart"/>
      <w:r>
        <w:rPr>
          <w:rFonts w:ascii="仿宋" w:eastAsia="仿宋" w:hAnsi="仿宋"/>
          <w:sz w:val="32"/>
          <w:lang w:eastAsia="zh-CN"/>
        </w:rPr>
        <w:t>又军收复</w:t>
      </w:r>
      <w:proofErr w:type="gramEnd"/>
      <w:r>
        <w:rPr>
          <w:rFonts w:ascii="仿宋" w:eastAsia="仿宋" w:hAnsi="仿宋"/>
          <w:sz w:val="32"/>
          <w:lang w:eastAsia="zh-CN"/>
        </w:rPr>
        <w:t>洛阳了。冠军收复洛阳，冠军收复洛阳了，冠军收入洛阳，洛阳。崔公。冠军。收获洛阳了。茶山醒了，茶发芽了，茶山醒了，茶发芽了。</w:t>
      </w:r>
    </w:p>
    <w:p w14:paraId="32DCCEAD" w14:textId="77777777" w:rsidR="00E87C95" w:rsidRDefault="00000000">
      <w:pPr>
        <w:spacing w:after="0" w:line="579" w:lineRule="exact"/>
        <w:ind w:firstLine="640"/>
        <w:rPr>
          <w:lang w:eastAsia="zh-CN"/>
        </w:rPr>
      </w:pPr>
      <w:r>
        <w:rPr>
          <w:rFonts w:ascii="仿宋" w:eastAsia="仿宋" w:hAnsi="仿宋"/>
          <w:sz w:val="32"/>
          <w:lang w:eastAsia="zh-CN"/>
        </w:rPr>
        <w:t>他说要洗澡。叛乱平定以后啊。国家恢复了稳定，百姓得以休养生息，南北商路再次被打通。使得茶艺贸易需求大增，各个茶产区的茶农们都在努力的扩大生产。我们知道您不仅去了杭州，苏州，常州，越州等地考察，而且还在常州，湖州推动紫笋产业。成为了贡茶，这也促成了历史上第一座官办贡茶院的成立，</w:t>
      </w:r>
    </w:p>
    <w:p w14:paraId="5BF1A18E" w14:textId="77777777" w:rsidR="00E87C95" w:rsidRDefault="00000000">
      <w:pPr>
        <w:spacing w:after="0" w:line="579" w:lineRule="exact"/>
        <w:ind w:firstLine="640"/>
        <w:rPr>
          <w:lang w:eastAsia="zh-CN"/>
        </w:rPr>
      </w:pPr>
      <w:r>
        <w:rPr>
          <w:rFonts w:ascii="仿宋" w:eastAsia="仿宋" w:hAnsi="仿宋"/>
          <w:sz w:val="32"/>
          <w:lang w:eastAsia="zh-CN"/>
        </w:rPr>
        <w:t>极大地推动了茶文化的传播和发展。司长好啊，这一次的贡茶好啊。贡茶院大历十二年进贡。朝廷的皇家贡茶</w:t>
      </w:r>
      <w:proofErr w:type="gramStart"/>
      <w:r>
        <w:rPr>
          <w:rFonts w:ascii="仿宋" w:eastAsia="仿宋" w:hAnsi="仿宋"/>
          <w:sz w:val="32"/>
          <w:lang w:eastAsia="zh-CN"/>
        </w:rPr>
        <w:t>经关崖</w:t>
      </w:r>
      <w:proofErr w:type="gramEnd"/>
      <w:r>
        <w:rPr>
          <w:rFonts w:ascii="仿宋" w:eastAsia="仿宋" w:hAnsi="仿宋"/>
          <w:sz w:val="32"/>
          <w:lang w:eastAsia="zh-CN"/>
        </w:rPr>
        <w:t>验收。轻点封装，以备陆羽。请宣告走查。吉时已到，贡茶承认。呵呵</w:t>
      </w:r>
      <w:proofErr w:type="gramStart"/>
      <w:r>
        <w:rPr>
          <w:rFonts w:ascii="仿宋" w:eastAsia="仿宋" w:hAnsi="仿宋"/>
          <w:sz w:val="32"/>
          <w:lang w:eastAsia="zh-CN"/>
        </w:rPr>
        <w:t>呵</w:t>
      </w:r>
      <w:proofErr w:type="gramEnd"/>
      <w:r>
        <w:rPr>
          <w:rFonts w:ascii="仿宋" w:eastAsia="仿宋" w:hAnsi="仿宋"/>
          <w:sz w:val="32"/>
          <w:lang w:eastAsia="zh-CN"/>
        </w:rPr>
        <w:t>。诸位。颜某即将回京赴任。今日。向大家辞别</w:t>
      </w:r>
      <w:proofErr w:type="gramStart"/>
      <w:r>
        <w:rPr>
          <w:rFonts w:ascii="仿宋" w:eastAsia="仿宋" w:hAnsi="仿宋"/>
          <w:sz w:val="32"/>
          <w:lang w:eastAsia="zh-CN"/>
        </w:rPr>
        <w:t>了颜公回</w:t>
      </w:r>
      <w:proofErr w:type="gramEnd"/>
      <w:r>
        <w:rPr>
          <w:rFonts w:ascii="仿宋" w:eastAsia="仿宋" w:hAnsi="仿宋"/>
          <w:sz w:val="32"/>
          <w:lang w:eastAsia="zh-CN"/>
        </w:rPr>
        <w:t>京赴任是件大好的事情。</w:t>
      </w:r>
    </w:p>
    <w:p w14:paraId="5FCFB534" w14:textId="77777777" w:rsidR="00E87C95" w:rsidRDefault="00000000">
      <w:pPr>
        <w:spacing w:after="0" w:line="579" w:lineRule="exact"/>
        <w:ind w:firstLine="640"/>
        <w:rPr>
          <w:lang w:eastAsia="zh-CN"/>
        </w:rPr>
      </w:pPr>
      <w:r>
        <w:rPr>
          <w:rFonts w:ascii="仿宋" w:eastAsia="仿宋" w:hAnsi="仿宋"/>
          <w:sz w:val="32"/>
          <w:lang w:eastAsia="zh-CN"/>
        </w:rPr>
        <w:lastRenderedPageBreak/>
        <w:t>恭喜史勋。使君来到我们这儿大兴茶叶。和陆羽一起为我们家乡茶扬名为百姓造福带，大家过上了好日子。安禄山反叛河北24郡。唯有颜氏一门，敢与叛军抗战。</w:t>
      </w:r>
      <w:proofErr w:type="gramStart"/>
      <w:r>
        <w:rPr>
          <w:rFonts w:ascii="仿宋" w:eastAsia="仿宋" w:hAnsi="仿宋"/>
          <w:sz w:val="32"/>
          <w:lang w:eastAsia="zh-CN"/>
        </w:rPr>
        <w:t>世</w:t>
      </w:r>
      <w:proofErr w:type="gramEnd"/>
      <w:r>
        <w:rPr>
          <w:rFonts w:ascii="仿宋" w:eastAsia="仿宋" w:hAnsi="仿宋"/>
          <w:sz w:val="32"/>
          <w:lang w:eastAsia="zh-CN"/>
        </w:rPr>
        <w:t>君，湖州的百姓舍不得您走，我也舍不得诸位啊。</w:t>
      </w:r>
      <w:proofErr w:type="gramStart"/>
      <w:r>
        <w:rPr>
          <w:rFonts w:ascii="仿宋" w:eastAsia="仿宋" w:hAnsi="仿宋"/>
          <w:sz w:val="32"/>
          <w:lang w:eastAsia="zh-CN"/>
        </w:rPr>
        <w:t>世勋到</w:t>
      </w:r>
      <w:proofErr w:type="gramEnd"/>
      <w:r>
        <w:rPr>
          <w:rFonts w:ascii="仿宋" w:eastAsia="仿宋" w:hAnsi="仿宋"/>
          <w:sz w:val="32"/>
          <w:lang w:eastAsia="zh-CN"/>
        </w:rPr>
        <w:t>了京城，别忘了我们这里永远是您的家。父老相信，时刻恭候。使劲回家，</w:t>
      </w:r>
    </w:p>
    <w:p w14:paraId="3E6765F4" w14:textId="77777777" w:rsidR="00E87C95" w:rsidRDefault="00000000">
      <w:pPr>
        <w:spacing w:after="0" w:line="579" w:lineRule="exact"/>
        <w:ind w:firstLine="640"/>
        <w:rPr>
          <w:lang w:eastAsia="zh-CN"/>
        </w:rPr>
      </w:pPr>
      <w:r>
        <w:rPr>
          <w:rFonts w:ascii="仿宋" w:eastAsia="仿宋" w:hAnsi="仿宋"/>
          <w:sz w:val="32"/>
          <w:lang w:eastAsia="zh-CN"/>
        </w:rPr>
        <w:t>我使劲回家。谢诸位。诸位保重。使心保重。颜公，我随您休撰《韵海镜源》，</w:t>
      </w:r>
      <w:proofErr w:type="gramStart"/>
      <w:r>
        <w:rPr>
          <w:rFonts w:ascii="仿宋" w:eastAsia="仿宋" w:hAnsi="仿宋"/>
          <w:sz w:val="32"/>
          <w:lang w:eastAsia="zh-CN"/>
        </w:rPr>
        <w:t>便阅典籍</w:t>
      </w:r>
      <w:proofErr w:type="gramEnd"/>
      <w:r>
        <w:rPr>
          <w:rFonts w:ascii="仿宋" w:eastAsia="仿宋" w:hAnsi="仿宋"/>
          <w:sz w:val="32"/>
          <w:lang w:eastAsia="zh-CN"/>
        </w:rPr>
        <w:t>，颇有感悟。随即又对茶经细加修改，这是大致定稿的茶经。</w:t>
      </w:r>
      <w:proofErr w:type="gramStart"/>
      <w:r>
        <w:rPr>
          <w:rFonts w:ascii="仿宋" w:eastAsia="仿宋" w:hAnsi="仿宋"/>
          <w:sz w:val="32"/>
          <w:lang w:eastAsia="zh-CN"/>
        </w:rPr>
        <w:t>赠与颜公一跃</w:t>
      </w:r>
      <w:proofErr w:type="gramEnd"/>
      <w:r>
        <w:rPr>
          <w:rFonts w:ascii="仿宋" w:eastAsia="仿宋" w:hAnsi="仿宋"/>
          <w:sz w:val="32"/>
          <w:lang w:eastAsia="zh-CN"/>
        </w:rPr>
        <w:t>。啊。《茶经》</w:t>
      </w:r>
      <w:proofErr w:type="gramStart"/>
      <w:r>
        <w:rPr>
          <w:rFonts w:ascii="仿宋" w:eastAsia="仿宋" w:hAnsi="仿宋"/>
          <w:sz w:val="32"/>
          <w:lang w:eastAsia="zh-CN"/>
        </w:rPr>
        <w:t>一</w:t>
      </w:r>
      <w:proofErr w:type="gramEnd"/>
      <w:r>
        <w:rPr>
          <w:rFonts w:ascii="仿宋" w:eastAsia="仿宋" w:hAnsi="仿宋"/>
          <w:sz w:val="32"/>
          <w:lang w:eastAsia="zh-CN"/>
        </w:rPr>
        <w:t>邪就。鲁恭精益求精，殚精竭虑不断修改</w:t>
      </w:r>
      <w:proofErr w:type="gramStart"/>
      <w:r>
        <w:rPr>
          <w:rFonts w:ascii="仿宋" w:eastAsia="仿宋" w:hAnsi="仿宋"/>
          <w:sz w:val="32"/>
          <w:lang w:eastAsia="zh-CN"/>
        </w:rPr>
        <w:t>九凭子</w:t>
      </w:r>
      <w:proofErr w:type="gramEnd"/>
      <w:r>
        <w:rPr>
          <w:rFonts w:ascii="仿宋" w:eastAsia="仿宋" w:hAnsi="仿宋"/>
          <w:sz w:val="32"/>
          <w:lang w:eastAsia="zh-CN"/>
        </w:rPr>
        <w:t>精神。</w:t>
      </w:r>
    </w:p>
    <w:p w14:paraId="1FBF2838" w14:textId="77777777" w:rsidR="00E87C95" w:rsidRDefault="00000000">
      <w:pPr>
        <w:spacing w:after="0" w:line="579" w:lineRule="exact"/>
        <w:ind w:firstLine="640"/>
        <w:rPr>
          <w:lang w:eastAsia="zh-CN"/>
        </w:rPr>
      </w:pPr>
      <w:r>
        <w:rPr>
          <w:rFonts w:ascii="仿宋" w:eastAsia="仿宋" w:hAnsi="仿宋"/>
          <w:sz w:val="32"/>
          <w:lang w:eastAsia="zh-CN"/>
        </w:rPr>
        <w:t>让我颜某钦佩不已。</w:t>
      </w:r>
      <w:proofErr w:type="gramStart"/>
      <w:r>
        <w:rPr>
          <w:rFonts w:ascii="仿宋" w:eastAsia="仿宋" w:hAnsi="仿宋"/>
          <w:sz w:val="32"/>
          <w:lang w:eastAsia="zh-CN"/>
        </w:rPr>
        <w:t>颜公过欲</w:t>
      </w:r>
      <w:proofErr w:type="gramEnd"/>
      <w:r>
        <w:rPr>
          <w:rFonts w:ascii="仿宋" w:eastAsia="仿宋" w:hAnsi="仿宋"/>
          <w:sz w:val="32"/>
          <w:lang w:eastAsia="zh-CN"/>
        </w:rPr>
        <w:t>了此次修改。就是在原有的基础上增补了七之事篇。追溯茶的起源，探寻茶的文化精髓。好啊，神农识清。茶名酒服，令人有力。</w:t>
      </w:r>
      <w:proofErr w:type="gramStart"/>
      <w:r>
        <w:rPr>
          <w:rFonts w:ascii="仿宋" w:eastAsia="仿宋" w:hAnsi="仿宋"/>
          <w:sz w:val="32"/>
          <w:lang w:eastAsia="zh-CN"/>
        </w:rPr>
        <w:t>悦志我走遍</w:t>
      </w:r>
      <w:proofErr w:type="gramEnd"/>
      <w:r>
        <w:rPr>
          <w:rFonts w:ascii="仿宋" w:eastAsia="仿宋" w:hAnsi="仿宋"/>
          <w:sz w:val="32"/>
          <w:lang w:eastAsia="zh-CN"/>
        </w:rPr>
        <w:t>神州，遍尝百草。一日遇七十二毒。后得茶而解之茶。实之使人，精力饱满。</w:t>
      </w:r>
    </w:p>
    <w:p w14:paraId="0376B960" w14:textId="77777777" w:rsidR="00E87C95" w:rsidRDefault="00000000">
      <w:pPr>
        <w:spacing w:after="0" w:line="579" w:lineRule="exact"/>
        <w:ind w:firstLine="640"/>
        <w:rPr>
          <w:lang w:eastAsia="zh-CN"/>
        </w:rPr>
      </w:pPr>
      <w:r>
        <w:rPr>
          <w:rFonts w:ascii="仿宋" w:eastAsia="仿宋" w:hAnsi="仿宋"/>
          <w:sz w:val="32"/>
          <w:lang w:eastAsia="zh-CN"/>
        </w:rPr>
        <w:t>心情愉悦。天宫神农食经所记是茶的历史。推到了上古时期。《晏子春秋》应向齐，景公时</w:t>
      </w:r>
      <w:proofErr w:type="gramStart"/>
      <w:r>
        <w:rPr>
          <w:rFonts w:ascii="仿宋" w:eastAsia="仿宋" w:hAnsi="仿宋"/>
          <w:sz w:val="32"/>
          <w:lang w:eastAsia="zh-CN"/>
        </w:rPr>
        <w:t>食脱素</w:t>
      </w:r>
      <w:proofErr w:type="gramEnd"/>
      <w:r>
        <w:rPr>
          <w:rFonts w:ascii="仿宋" w:eastAsia="仿宋" w:hAnsi="仿宋"/>
          <w:sz w:val="32"/>
          <w:lang w:eastAsia="zh-CN"/>
        </w:rPr>
        <w:t>之。</w:t>
      </w:r>
      <w:proofErr w:type="gramStart"/>
      <w:r>
        <w:rPr>
          <w:rFonts w:ascii="仿宋" w:eastAsia="仿宋" w:hAnsi="仿宋"/>
          <w:sz w:val="32"/>
          <w:lang w:eastAsia="zh-CN"/>
        </w:rPr>
        <w:t>饭至三易无</w:t>
      </w:r>
      <w:proofErr w:type="gramEnd"/>
      <w:r>
        <w:rPr>
          <w:rFonts w:ascii="仿宋" w:eastAsia="仿宋" w:hAnsi="仿宋"/>
          <w:sz w:val="32"/>
          <w:lang w:eastAsia="zh-CN"/>
        </w:rPr>
        <w:t>卵。</w:t>
      </w:r>
      <w:proofErr w:type="gramStart"/>
      <w:r>
        <w:rPr>
          <w:rFonts w:ascii="仿宋" w:eastAsia="仿宋" w:hAnsi="仿宋"/>
          <w:sz w:val="32"/>
          <w:lang w:eastAsia="zh-CN"/>
        </w:rPr>
        <w:t>明菜而已</w:t>
      </w:r>
      <w:proofErr w:type="gramEnd"/>
      <w:r>
        <w:rPr>
          <w:rFonts w:ascii="仿宋" w:eastAsia="仿宋" w:hAnsi="仿宋"/>
          <w:sz w:val="32"/>
          <w:lang w:eastAsia="zh-CN"/>
        </w:rPr>
        <w:t>，我身为齐国国相。欲内忧外患，更要以俭德要求自己餐食，力求简单。解渴有一碗茶即可。晏子为齐国</w:t>
      </w:r>
      <w:proofErr w:type="gramStart"/>
      <w:r>
        <w:rPr>
          <w:rFonts w:ascii="仿宋" w:eastAsia="仿宋" w:hAnsi="仿宋"/>
          <w:sz w:val="32"/>
          <w:lang w:eastAsia="zh-CN"/>
        </w:rPr>
        <w:t>国</w:t>
      </w:r>
      <w:proofErr w:type="gramEnd"/>
      <w:r>
        <w:rPr>
          <w:rFonts w:ascii="仿宋" w:eastAsia="仿宋" w:hAnsi="仿宋"/>
          <w:sz w:val="32"/>
          <w:lang w:eastAsia="zh-CN"/>
        </w:rPr>
        <w:t>相时，就以简单的茶饭规范自身，教导世人俭以养德，</w:t>
      </w:r>
    </w:p>
    <w:p w14:paraId="7CB240DB" w14:textId="77777777" w:rsidR="00E87C95" w:rsidRDefault="00000000">
      <w:pPr>
        <w:spacing w:after="0" w:line="579" w:lineRule="exact"/>
        <w:ind w:firstLine="640"/>
        <w:rPr>
          <w:lang w:eastAsia="zh-CN"/>
        </w:rPr>
      </w:pPr>
      <w:r>
        <w:rPr>
          <w:rFonts w:ascii="仿宋" w:eastAsia="仿宋" w:hAnsi="仿宋"/>
          <w:sz w:val="32"/>
          <w:lang w:eastAsia="zh-CN"/>
        </w:rPr>
        <w:lastRenderedPageBreak/>
        <w:t>君子俭德。而茶之为饮，</w:t>
      </w:r>
      <w:proofErr w:type="gramStart"/>
      <w:r>
        <w:rPr>
          <w:rFonts w:ascii="仿宋" w:eastAsia="仿宋" w:hAnsi="仿宋"/>
          <w:sz w:val="32"/>
          <w:lang w:eastAsia="zh-CN"/>
        </w:rPr>
        <w:t>最</w:t>
      </w:r>
      <w:proofErr w:type="gramEnd"/>
      <w:r>
        <w:rPr>
          <w:rFonts w:ascii="仿宋" w:eastAsia="仿宋" w:hAnsi="仿宋"/>
          <w:sz w:val="32"/>
          <w:lang w:eastAsia="zh-CN"/>
        </w:rPr>
        <w:t>宜精行。俭德之人，若世人能以先贤为楷模，精于行持，俭以养德。我大唐复兴有望啊。鸿</w:t>
      </w:r>
      <w:proofErr w:type="gramStart"/>
      <w:r>
        <w:rPr>
          <w:rFonts w:ascii="仿宋" w:eastAsia="仿宋" w:hAnsi="仿宋"/>
          <w:sz w:val="32"/>
          <w:lang w:eastAsia="zh-CN"/>
        </w:rPr>
        <w:t>渐正是</w:t>
      </w:r>
      <w:proofErr w:type="gramEnd"/>
      <w:r>
        <w:rPr>
          <w:rFonts w:ascii="仿宋" w:eastAsia="仿宋" w:hAnsi="仿宋"/>
          <w:sz w:val="32"/>
          <w:lang w:eastAsia="zh-CN"/>
        </w:rPr>
        <w:t>想以这部茶书引导世人成为一个精勤俭德的君子。嗯，好一个</w:t>
      </w:r>
      <w:proofErr w:type="gramStart"/>
      <w:r>
        <w:rPr>
          <w:rFonts w:ascii="仿宋" w:eastAsia="仿宋" w:hAnsi="仿宋"/>
          <w:sz w:val="32"/>
          <w:lang w:eastAsia="zh-CN"/>
        </w:rPr>
        <w:t>精行俭</w:t>
      </w:r>
      <w:proofErr w:type="gramEnd"/>
      <w:r>
        <w:rPr>
          <w:rFonts w:ascii="仿宋" w:eastAsia="仿宋" w:hAnsi="仿宋"/>
          <w:sz w:val="32"/>
          <w:lang w:eastAsia="zh-CN"/>
        </w:rPr>
        <w:t>德呀。此刊为《茶经》之精髓。</w:t>
      </w:r>
      <w:proofErr w:type="gramStart"/>
      <w:r>
        <w:rPr>
          <w:rFonts w:ascii="仿宋" w:eastAsia="仿宋" w:hAnsi="仿宋"/>
          <w:sz w:val="32"/>
          <w:lang w:eastAsia="zh-CN"/>
        </w:rPr>
        <w:t>鸿渐误明了</w:t>
      </w:r>
      <w:proofErr w:type="gramEnd"/>
      <w:r>
        <w:rPr>
          <w:rFonts w:ascii="仿宋" w:eastAsia="仿宋" w:hAnsi="仿宋"/>
          <w:sz w:val="32"/>
          <w:lang w:eastAsia="zh-CN"/>
        </w:rPr>
        <w:t>此意，方觉。茶经完成，</w:t>
      </w:r>
    </w:p>
    <w:p w14:paraId="5D6F1F79" w14:textId="77777777" w:rsidR="00E87C95" w:rsidRDefault="00000000">
      <w:pPr>
        <w:spacing w:after="0" w:line="579" w:lineRule="exact"/>
        <w:ind w:firstLine="640"/>
        <w:rPr>
          <w:lang w:eastAsia="zh-CN"/>
        </w:rPr>
      </w:pPr>
      <w:r>
        <w:rPr>
          <w:rFonts w:ascii="仿宋" w:eastAsia="仿宋" w:hAnsi="仿宋"/>
          <w:sz w:val="32"/>
          <w:lang w:eastAsia="zh-CN"/>
        </w:rPr>
        <w:t>若天下之人都能向陆羽为一部书，一件事。倾尽全力补益大唐民生。我大唐。重新有望啊。我已年近七旬。此次赴京，我是勉励为止啊，我想到那一天我告老还乡。还来到这灵秀山水之间与你。共煮青茶。颜公，我和湖州的百姓永远为您备好一碗清茶。我们等着您。颜公。</w:t>
      </w:r>
    </w:p>
    <w:p w14:paraId="0B174000" w14:textId="77777777" w:rsidR="00E87C95" w:rsidRDefault="00000000">
      <w:pPr>
        <w:spacing w:after="0" w:line="579" w:lineRule="exact"/>
        <w:ind w:firstLine="640"/>
        <w:rPr>
          <w:lang w:eastAsia="zh-CN"/>
        </w:rPr>
      </w:pPr>
      <w:r>
        <w:rPr>
          <w:rFonts w:ascii="仿宋" w:eastAsia="仿宋" w:hAnsi="仿宋"/>
          <w:sz w:val="32"/>
          <w:lang w:eastAsia="zh-CN"/>
        </w:rPr>
        <w:t>上卿夫人。为国操劳。转眼就是七年。建中三年，淮西节度使李希烈起兵谋反。朝廷前75岁高龄的颜公。在危难之际，前去招降</w:t>
      </w:r>
      <w:proofErr w:type="gramStart"/>
      <w:r>
        <w:rPr>
          <w:rFonts w:ascii="仿宋" w:eastAsia="仿宋" w:hAnsi="仿宋"/>
          <w:sz w:val="32"/>
          <w:lang w:eastAsia="zh-CN"/>
        </w:rPr>
        <w:t>叛</w:t>
      </w:r>
      <w:proofErr w:type="gramEnd"/>
      <w:r>
        <w:rPr>
          <w:rFonts w:ascii="仿宋" w:eastAsia="仿宋" w:hAnsi="仿宋"/>
          <w:sz w:val="32"/>
          <w:lang w:eastAsia="zh-CN"/>
        </w:rPr>
        <w:t>贼，颜公为了大</w:t>
      </w:r>
      <w:proofErr w:type="gramStart"/>
      <w:r>
        <w:rPr>
          <w:rFonts w:ascii="仿宋" w:eastAsia="仿宋" w:hAnsi="仿宋"/>
          <w:sz w:val="32"/>
          <w:lang w:eastAsia="zh-CN"/>
        </w:rPr>
        <w:t>唐国家</w:t>
      </w:r>
      <w:proofErr w:type="gramEnd"/>
      <w:r>
        <w:rPr>
          <w:rFonts w:ascii="仿宋" w:eastAsia="仿宋" w:hAnsi="仿宋"/>
          <w:sz w:val="32"/>
          <w:lang w:eastAsia="zh-CN"/>
        </w:rPr>
        <w:t>设计。义无反顾的前往。不幸这遭</w:t>
      </w:r>
      <w:proofErr w:type="gramStart"/>
      <w:r>
        <w:rPr>
          <w:rFonts w:ascii="仿宋" w:eastAsia="仿宋" w:hAnsi="仿宋"/>
          <w:sz w:val="32"/>
          <w:lang w:eastAsia="zh-CN"/>
        </w:rPr>
        <w:t>叛</w:t>
      </w:r>
      <w:proofErr w:type="gramEnd"/>
      <w:r>
        <w:rPr>
          <w:rFonts w:ascii="仿宋" w:eastAsia="仿宋" w:hAnsi="仿宋"/>
          <w:sz w:val="32"/>
          <w:lang w:eastAsia="zh-CN"/>
        </w:rPr>
        <w:t>贼。积压一年有余。判罪了一系列。频频威逼利诱。可颜公。</w:t>
      </w:r>
    </w:p>
    <w:p w14:paraId="15FEE7B7" w14:textId="77777777" w:rsidR="00E87C95" w:rsidRDefault="00000000">
      <w:pPr>
        <w:spacing w:after="0" w:line="579" w:lineRule="exact"/>
        <w:ind w:firstLine="640"/>
        <w:rPr>
          <w:lang w:eastAsia="zh-CN"/>
        </w:rPr>
      </w:pPr>
      <w:r>
        <w:rPr>
          <w:rFonts w:ascii="仿宋" w:eastAsia="仿宋" w:hAnsi="仿宋"/>
          <w:sz w:val="32"/>
          <w:lang w:eastAsia="zh-CN"/>
        </w:rPr>
        <w:t>宁死不屈。并且为自己写了仪表墓志。以明心迹。行人。元年八月，颜公。以77岁高龄。被害于蔡州龙兴寺。的号传来。敬仰颜公的百姓。贾家。都供了一碗清茶。缅怀严恭。先生，节哀。</w:t>
      </w:r>
    </w:p>
    <w:p w14:paraId="6F0C154B" w14:textId="77777777" w:rsidR="00E87C95" w:rsidRDefault="00000000">
      <w:pPr>
        <w:spacing w:after="0" w:line="579" w:lineRule="exact"/>
        <w:ind w:firstLine="640"/>
        <w:rPr>
          <w:lang w:eastAsia="zh-CN"/>
        </w:rPr>
      </w:pPr>
      <w:r>
        <w:rPr>
          <w:rFonts w:ascii="仿宋" w:eastAsia="仿宋" w:hAnsi="仿宋"/>
          <w:sz w:val="32"/>
          <w:lang w:eastAsia="zh-CN"/>
        </w:rPr>
        <w:t>我解然一身。来到这世上。无儿无女。最终。也要孤独的离开。我一生爱茶。一生携茶。要感念的人。太多了。与良师益友。共度此时。我是一个。享受人间温情。我。鱼儿。</w:t>
      </w:r>
    </w:p>
    <w:p w14:paraId="3D99D8D4" w14:textId="77777777" w:rsidR="00E87C95" w:rsidRDefault="00000000">
      <w:pPr>
        <w:spacing w:after="0" w:line="579" w:lineRule="exact"/>
        <w:ind w:firstLine="640"/>
        <w:rPr>
          <w:lang w:eastAsia="zh-CN"/>
        </w:rPr>
      </w:pPr>
      <w:r>
        <w:rPr>
          <w:rFonts w:ascii="仿宋" w:eastAsia="仿宋" w:hAnsi="仿宋"/>
          <w:sz w:val="32"/>
          <w:lang w:eastAsia="zh-CN"/>
        </w:rPr>
        <w:lastRenderedPageBreak/>
        <w:t>父子。啊。夫子。吹过。颜公。父子。请受弟子一拜，爷儿</w:t>
      </w:r>
      <w:proofErr w:type="gramStart"/>
      <w:r>
        <w:rPr>
          <w:rFonts w:ascii="仿宋" w:eastAsia="仿宋" w:hAnsi="仿宋"/>
          <w:sz w:val="32"/>
          <w:lang w:eastAsia="zh-CN"/>
        </w:rPr>
        <w:t>爷儿</w:t>
      </w:r>
      <w:proofErr w:type="gramEnd"/>
      <w:r>
        <w:rPr>
          <w:rFonts w:ascii="仿宋" w:eastAsia="仿宋" w:hAnsi="仿宋"/>
          <w:sz w:val="32"/>
          <w:lang w:eastAsia="zh-CN"/>
        </w:rPr>
        <w:t>。女儿啊。为师啊，想</w:t>
      </w:r>
      <w:proofErr w:type="gramStart"/>
      <w:r>
        <w:rPr>
          <w:rFonts w:ascii="仿宋" w:eastAsia="仿宋" w:hAnsi="仿宋"/>
          <w:sz w:val="32"/>
          <w:lang w:eastAsia="zh-CN"/>
        </w:rPr>
        <w:t>喝你煮的</w:t>
      </w:r>
      <w:proofErr w:type="gramEnd"/>
      <w:r>
        <w:rPr>
          <w:rFonts w:ascii="仿宋" w:eastAsia="仿宋" w:hAnsi="仿宋"/>
          <w:sz w:val="32"/>
          <w:lang w:eastAsia="zh-CN"/>
        </w:rPr>
        <w:t>茶。我们也是啊，太好了，太好了，快请上座。</w:t>
      </w:r>
    </w:p>
    <w:p w14:paraId="52201D26" w14:textId="77777777" w:rsidR="00E87C95" w:rsidRDefault="00000000">
      <w:pPr>
        <w:spacing w:after="0" w:line="579" w:lineRule="exact"/>
        <w:ind w:firstLine="640"/>
        <w:rPr>
          <w:lang w:eastAsia="zh-CN"/>
        </w:rPr>
      </w:pPr>
      <w:r>
        <w:rPr>
          <w:rFonts w:ascii="仿宋" w:eastAsia="仿宋" w:hAnsi="仿宋"/>
          <w:sz w:val="32"/>
          <w:lang w:eastAsia="zh-CN"/>
        </w:rPr>
        <w:t>快请坐，我来煮茶。我还真差，那我还真查。哈哈。查好了，查好了。父子亲人。颜公请。</w:t>
      </w:r>
      <w:proofErr w:type="gramStart"/>
      <w:r>
        <w:rPr>
          <w:rFonts w:ascii="仿宋" w:eastAsia="仿宋" w:hAnsi="仿宋"/>
          <w:sz w:val="32"/>
          <w:lang w:eastAsia="zh-CN"/>
        </w:rPr>
        <w:t>腿够轻哦</w:t>
      </w:r>
      <w:proofErr w:type="gramEnd"/>
      <w:r>
        <w:rPr>
          <w:rFonts w:ascii="仿宋" w:eastAsia="仿宋" w:hAnsi="仿宋"/>
          <w:sz w:val="32"/>
          <w:lang w:eastAsia="zh-CN"/>
        </w:rPr>
        <w:t>，呵呵呵。我想到那一天我告老还乡与你。公主倾城。嗯。我聊</w:t>
      </w:r>
      <w:proofErr w:type="gramStart"/>
      <w:r>
        <w:rPr>
          <w:rFonts w:ascii="仿宋" w:eastAsia="仿宋" w:hAnsi="仿宋"/>
          <w:sz w:val="32"/>
          <w:lang w:eastAsia="zh-CN"/>
        </w:rPr>
        <w:t>以</w:t>
      </w:r>
      <w:proofErr w:type="gramEnd"/>
      <w:r>
        <w:rPr>
          <w:rFonts w:ascii="仿宋" w:eastAsia="仿宋" w:hAnsi="仿宋"/>
          <w:sz w:val="32"/>
          <w:lang w:eastAsia="zh-CN"/>
        </w:rPr>
        <w:t>。</w:t>
      </w:r>
    </w:p>
    <w:p w14:paraId="350B165E" w14:textId="77777777" w:rsidR="00E87C95" w:rsidRDefault="00000000">
      <w:pPr>
        <w:spacing w:after="0" w:line="579" w:lineRule="exact"/>
        <w:ind w:firstLine="640"/>
        <w:rPr>
          <w:lang w:eastAsia="zh-CN"/>
        </w:rPr>
      </w:pPr>
      <w:r>
        <w:rPr>
          <w:rFonts w:ascii="仿宋" w:eastAsia="仿宋" w:hAnsi="仿宋"/>
          <w:sz w:val="32"/>
          <w:lang w:eastAsia="zh-CN"/>
        </w:rPr>
        <w:t>清茶一碗。为你送行，待我再回竟陵，再为崔公煮茶。我啊，就算是等女儿回来。给我煮茶喝。嗯。好茶。这茶呀，只有我们</w:t>
      </w:r>
      <w:proofErr w:type="gramStart"/>
      <w:r>
        <w:rPr>
          <w:rFonts w:ascii="仿宋" w:eastAsia="仿宋" w:hAnsi="仿宋"/>
          <w:sz w:val="32"/>
          <w:lang w:eastAsia="zh-CN"/>
        </w:rPr>
        <w:t>语文儿煮的</w:t>
      </w:r>
      <w:proofErr w:type="gramEnd"/>
      <w:r>
        <w:rPr>
          <w:rFonts w:ascii="仿宋" w:eastAsia="仿宋" w:hAnsi="仿宋"/>
          <w:sz w:val="32"/>
          <w:lang w:eastAsia="zh-CN"/>
        </w:rPr>
        <w:t>是最好喝的，我最喜欢。</w:t>
      </w:r>
      <w:proofErr w:type="gramStart"/>
      <w:r>
        <w:rPr>
          <w:rFonts w:ascii="仿宋" w:eastAsia="仿宋" w:hAnsi="仿宋"/>
          <w:sz w:val="32"/>
          <w:lang w:eastAsia="zh-CN"/>
        </w:rPr>
        <w:t>鸿渐煮的</w:t>
      </w:r>
      <w:proofErr w:type="gramEnd"/>
      <w:r>
        <w:rPr>
          <w:rFonts w:ascii="仿宋" w:eastAsia="仿宋" w:hAnsi="仿宋"/>
          <w:sz w:val="32"/>
          <w:lang w:eastAsia="zh-CN"/>
        </w:rPr>
        <w:t>茶，这碗茶呀。我想了八年了好。</w:t>
      </w:r>
    </w:p>
    <w:p w14:paraId="0565ECA5" w14:textId="77777777" w:rsidR="00E87C95" w:rsidRDefault="00000000">
      <w:pPr>
        <w:spacing w:after="0" w:line="579" w:lineRule="exact"/>
        <w:ind w:firstLine="640"/>
        <w:rPr>
          <w:lang w:eastAsia="zh-CN"/>
        </w:rPr>
      </w:pPr>
      <w:r>
        <w:rPr>
          <w:rFonts w:ascii="仿宋" w:eastAsia="仿宋" w:hAnsi="仿宋"/>
          <w:sz w:val="32"/>
          <w:lang w:eastAsia="zh-CN"/>
        </w:rPr>
        <w:t>我在为各位煮茶，哎呀，鸿渐。来来来，坐啊坐。打者。</w:t>
      </w:r>
      <w:proofErr w:type="gramStart"/>
      <w:r>
        <w:rPr>
          <w:rFonts w:ascii="仿宋" w:eastAsia="仿宋" w:hAnsi="仿宋"/>
          <w:sz w:val="32"/>
          <w:lang w:eastAsia="zh-CN"/>
        </w:rPr>
        <w:t>南方之嘉木</w:t>
      </w:r>
      <w:proofErr w:type="gramEnd"/>
      <w:r>
        <w:rPr>
          <w:rFonts w:ascii="仿宋" w:eastAsia="仿宋" w:hAnsi="仿宋"/>
          <w:sz w:val="32"/>
          <w:lang w:eastAsia="zh-CN"/>
        </w:rPr>
        <w:t>也。哈哈</w:t>
      </w:r>
      <w:proofErr w:type="gramStart"/>
      <w:r>
        <w:rPr>
          <w:rFonts w:ascii="仿宋" w:eastAsia="仿宋" w:hAnsi="仿宋"/>
          <w:sz w:val="32"/>
          <w:lang w:eastAsia="zh-CN"/>
        </w:rPr>
        <w:t>哈</w:t>
      </w:r>
      <w:proofErr w:type="gramEnd"/>
      <w:r>
        <w:rPr>
          <w:rFonts w:ascii="仿宋" w:eastAsia="仿宋" w:hAnsi="仿宋"/>
          <w:sz w:val="32"/>
          <w:lang w:eastAsia="zh-CN"/>
        </w:rPr>
        <w:t>，茶之为饮，最宜精行，俭得之人。茶之为饮，</w:t>
      </w:r>
      <w:proofErr w:type="gramStart"/>
      <w:r>
        <w:rPr>
          <w:rFonts w:ascii="仿宋" w:eastAsia="仿宋" w:hAnsi="仿宋"/>
          <w:sz w:val="32"/>
          <w:lang w:eastAsia="zh-CN"/>
        </w:rPr>
        <w:t>最</w:t>
      </w:r>
      <w:proofErr w:type="gramEnd"/>
      <w:r>
        <w:rPr>
          <w:rFonts w:ascii="仿宋" w:eastAsia="仿宋" w:hAnsi="仿宋"/>
          <w:sz w:val="32"/>
          <w:lang w:eastAsia="zh-CN"/>
        </w:rPr>
        <w:t>以精行。俭德之人，哈哈</w:t>
      </w:r>
      <w:proofErr w:type="gramStart"/>
      <w:r>
        <w:rPr>
          <w:rFonts w:ascii="仿宋" w:eastAsia="仿宋" w:hAnsi="仿宋"/>
          <w:sz w:val="32"/>
          <w:lang w:eastAsia="zh-CN"/>
        </w:rPr>
        <w:t>哈</w:t>
      </w:r>
      <w:proofErr w:type="gramEnd"/>
      <w:r>
        <w:rPr>
          <w:rFonts w:ascii="仿宋" w:eastAsia="仿宋" w:hAnsi="仿宋"/>
          <w:sz w:val="32"/>
          <w:lang w:eastAsia="zh-CN"/>
        </w:rPr>
        <w:t>。</w:t>
      </w:r>
    </w:p>
    <w:p w14:paraId="323416E9" w14:textId="77777777" w:rsidR="00E87C95" w:rsidRDefault="00000000">
      <w:pPr>
        <w:spacing w:after="0" w:line="579" w:lineRule="exact"/>
        <w:ind w:firstLine="640"/>
        <w:rPr>
          <w:lang w:eastAsia="zh-CN"/>
        </w:rPr>
      </w:pPr>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。对吧？在戏剧的最后，陆羽同恩师和友人品茶之至味，共同言出茶之为用，味至寒，为饮</w:t>
      </w:r>
      <w:proofErr w:type="gramStart"/>
      <w:r>
        <w:rPr>
          <w:rFonts w:ascii="仿宋" w:eastAsia="仿宋" w:hAnsi="仿宋"/>
          <w:sz w:val="32"/>
          <w:lang w:eastAsia="zh-CN"/>
        </w:rPr>
        <w:t>最</w:t>
      </w:r>
      <w:proofErr w:type="gramEnd"/>
      <w:r>
        <w:rPr>
          <w:rFonts w:ascii="仿宋" w:eastAsia="仿宋" w:hAnsi="仿宋"/>
          <w:sz w:val="32"/>
          <w:lang w:eastAsia="zh-CN"/>
        </w:rPr>
        <w:t>宜精行。</w:t>
      </w:r>
      <w:proofErr w:type="gramStart"/>
      <w:r>
        <w:rPr>
          <w:rFonts w:ascii="仿宋" w:eastAsia="仿宋" w:hAnsi="仿宋"/>
          <w:sz w:val="32"/>
          <w:lang w:eastAsia="zh-CN"/>
        </w:rPr>
        <w:t>俭</w:t>
      </w:r>
      <w:proofErr w:type="gramEnd"/>
      <w:r>
        <w:rPr>
          <w:rFonts w:ascii="仿宋" w:eastAsia="仿宋" w:hAnsi="仿宋"/>
          <w:sz w:val="32"/>
          <w:lang w:eastAsia="zh-CN"/>
        </w:rPr>
        <w:t>得之人看到这一幕，场景其实也感觉像。一碗茶汤一般淡泊宁乡悠远，千百年来，陆羽的茶经以及他所倡导的茶文化也深远地影响着后世人的社会生活，思想精神，还有艺术审美。后世人用自己的方式在</w:t>
      </w:r>
      <w:proofErr w:type="gramStart"/>
      <w:r>
        <w:rPr>
          <w:rFonts w:ascii="仿宋" w:eastAsia="仿宋" w:hAnsi="仿宋"/>
          <w:sz w:val="32"/>
          <w:lang w:eastAsia="zh-CN"/>
        </w:rPr>
        <w:t>诠释着</w:t>
      </w:r>
      <w:proofErr w:type="gramEnd"/>
      <w:r>
        <w:rPr>
          <w:rFonts w:ascii="仿宋" w:eastAsia="仿宋" w:hAnsi="仿宋"/>
          <w:sz w:val="32"/>
          <w:lang w:eastAsia="zh-CN"/>
        </w:rPr>
        <w:t>心目当中的茶圣陆羽。</w:t>
      </w:r>
    </w:p>
    <w:p w14:paraId="135FBF7D" w14:textId="77777777" w:rsidR="00E87C95" w:rsidRDefault="00000000">
      <w:pPr>
        <w:spacing w:after="0" w:line="579" w:lineRule="exact"/>
        <w:ind w:firstLine="640"/>
        <w:rPr>
          <w:lang w:eastAsia="zh-CN"/>
        </w:rPr>
      </w:pPr>
      <w:r>
        <w:rPr>
          <w:rFonts w:ascii="仿宋" w:eastAsia="仿宋" w:hAnsi="仿宋"/>
          <w:sz w:val="32"/>
          <w:lang w:eastAsia="zh-CN"/>
        </w:rPr>
        <w:t>当代画家范曾先生就以茶圣陆羽为题，创作过许多幅画作。而这些画作也成为了陆羽形象的经典。而时至今日，陆羽与茶的故事仍然被不断的演绎传诵。确实啊，我个人非常</w:t>
      </w:r>
      <w:r>
        <w:rPr>
          <w:rFonts w:ascii="仿宋" w:eastAsia="仿宋" w:hAnsi="仿宋"/>
          <w:sz w:val="32"/>
          <w:lang w:eastAsia="zh-CN"/>
        </w:rPr>
        <w:lastRenderedPageBreak/>
        <w:t>喜欢结尾这场戏的设计，就是在陆羽人生的最后阶段呐，他通过这么一碗茶和自己人生中的伯乐呀，知己呀，再度相会，我觉得这个。场景也正是对茶这种和</w:t>
      </w:r>
      <w:proofErr w:type="gramStart"/>
      <w:r>
        <w:rPr>
          <w:rFonts w:ascii="仿宋" w:eastAsia="仿宋" w:hAnsi="仿宋"/>
          <w:sz w:val="32"/>
          <w:lang w:eastAsia="zh-CN"/>
        </w:rPr>
        <w:t>而</w:t>
      </w:r>
      <w:proofErr w:type="gramEnd"/>
      <w:r>
        <w:rPr>
          <w:rFonts w:ascii="仿宋" w:eastAsia="仿宋" w:hAnsi="仿宋"/>
          <w:sz w:val="32"/>
          <w:lang w:eastAsia="zh-CN"/>
        </w:rPr>
        <w:t>不同的理念，最好的诠释。千百年来，</w:t>
      </w:r>
    </w:p>
    <w:p w14:paraId="5B41E5E4" w14:textId="77777777" w:rsidR="00E87C95" w:rsidRDefault="00000000">
      <w:pPr>
        <w:spacing w:after="0" w:line="579" w:lineRule="exact"/>
        <w:ind w:firstLine="640"/>
        <w:rPr>
          <w:lang w:eastAsia="zh-CN"/>
        </w:rPr>
      </w:pPr>
      <w:r>
        <w:rPr>
          <w:rFonts w:ascii="仿宋" w:eastAsia="仿宋" w:hAnsi="仿宋"/>
          <w:sz w:val="32"/>
          <w:lang w:eastAsia="zh-CN"/>
        </w:rPr>
        <w:t>茶不仅仅融入了老百姓的日常生活，也在走向世界。成为包括咖啡可可在内的全世界三大无酒精饮料之</w:t>
      </w:r>
      <w:proofErr w:type="gramStart"/>
      <w:r>
        <w:rPr>
          <w:rFonts w:ascii="仿宋" w:eastAsia="仿宋" w:hAnsi="仿宋"/>
          <w:sz w:val="32"/>
          <w:lang w:eastAsia="zh-CN"/>
        </w:rPr>
        <w:t>首就是</w:t>
      </w:r>
      <w:proofErr w:type="gramEnd"/>
      <w:r>
        <w:rPr>
          <w:rFonts w:ascii="仿宋" w:eastAsia="仿宋" w:hAnsi="仿宋"/>
          <w:sz w:val="32"/>
          <w:lang w:eastAsia="zh-CN"/>
        </w:rPr>
        <w:t>这样的一个小小的南方佳木，但是它可以沟通。中国的古往今来，也可以连接世界的东南西北。《茶经》问世以后，1200多年来被翻译成多种语言文字，广泛的流传到海外，促进了中外文化经济的交流。日本的茶道。韩国的茶礼以及近代以来在东南亚和欧美盛行的茶文化，无一不是在陆羽《茶经》的初始影响下。而逐渐发展起来的。二零一九年，</w:t>
      </w:r>
    </w:p>
    <w:p w14:paraId="0A1D409C" w14:textId="77777777" w:rsidR="00E87C95" w:rsidRDefault="00000000">
      <w:pPr>
        <w:spacing w:after="0" w:line="579" w:lineRule="exact"/>
        <w:ind w:firstLine="640"/>
        <w:rPr>
          <w:lang w:eastAsia="zh-CN"/>
        </w:rPr>
      </w:pPr>
      <w:r>
        <w:rPr>
          <w:rFonts w:ascii="仿宋" w:eastAsia="仿宋" w:hAnsi="仿宋"/>
          <w:sz w:val="32"/>
          <w:lang w:eastAsia="zh-CN"/>
        </w:rPr>
        <w:t>联合国将每年5月21日定为国际茶日。二零二二年11月，中国传统制茶技艺及相关习俗申遗成功。可以说，</w:t>
      </w:r>
      <w:proofErr w:type="gramStart"/>
      <w:r>
        <w:rPr>
          <w:rFonts w:ascii="仿宋" w:eastAsia="仿宋" w:hAnsi="仿宋"/>
          <w:sz w:val="32"/>
          <w:lang w:eastAsia="zh-CN"/>
        </w:rPr>
        <w:t>茶就是</w:t>
      </w:r>
      <w:proofErr w:type="gramEnd"/>
      <w:r>
        <w:rPr>
          <w:rFonts w:ascii="仿宋" w:eastAsia="仿宋" w:hAnsi="仿宋"/>
          <w:sz w:val="32"/>
          <w:lang w:eastAsia="zh-CN"/>
        </w:rPr>
        <w:t>承载历史和文化的一张靓丽的中国名片。说得好。</w:t>
      </w:r>
      <w:proofErr w:type="gramStart"/>
      <w:r>
        <w:rPr>
          <w:rFonts w:ascii="仿宋" w:eastAsia="仿宋" w:hAnsi="仿宋"/>
          <w:sz w:val="32"/>
          <w:lang w:eastAsia="zh-CN"/>
        </w:rPr>
        <w:t>茶别与</w:t>
      </w:r>
      <w:proofErr w:type="gramEnd"/>
      <w:r>
        <w:rPr>
          <w:rFonts w:ascii="仿宋" w:eastAsia="仿宋" w:hAnsi="仿宋"/>
          <w:sz w:val="32"/>
          <w:lang w:eastAsia="zh-CN"/>
        </w:rPr>
        <w:t>国计，民生息息相关。如今，小小的茶叶成为乡村振兴拉动民生的大产业。当下，全国有1000多个县，3000多万名茶农靠一片叶子。来发家致富。中华民族5000年的文明画卷，</w:t>
      </w:r>
    </w:p>
    <w:p w14:paraId="1F445FEA" w14:textId="77777777" w:rsidR="00E87C95" w:rsidRDefault="00000000">
      <w:pPr>
        <w:spacing w:after="0" w:line="579" w:lineRule="exact"/>
        <w:ind w:firstLine="640"/>
        <w:rPr>
          <w:lang w:eastAsia="zh-CN"/>
        </w:rPr>
      </w:pPr>
      <w:r>
        <w:rPr>
          <w:rFonts w:ascii="仿宋" w:eastAsia="仿宋" w:hAnsi="仿宋"/>
          <w:sz w:val="32"/>
          <w:lang w:eastAsia="zh-CN"/>
        </w:rPr>
        <w:t>每一卷都飘荡着清幽的茶香。在我们如今这个新的时代，茶也成为了咱们中国人</w:t>
      </w:r>
      <w:proofErr w:type="gramStart"/>
      <w:r>
        <w:rPr>
          <w:rFonts w:ascii="仿宋" w:eastAsia="仿宋" w:hAnsi="仿宋"/>
          <w:sz w:val="32"/>
          <w:lang w:eastAsia="zh-CN"/>
        </w:rPr>
        <w:t>最</w:t>
      </w:r>
      <w:proofErr w:type="gramEnd"/>
      <w:r>
        <w:rPr>
          <w:rFonts w:ascii="仿宋" w:eastAsia="仿宋" w:hAnsi="仿宋"/>
          <w:sz w:val="32"/>
          <w:lang w:eastAsia="zh-CN"/>
        </w:rPr>
        <w:t>时尚的传统饮品。再次感谢三位老师与我们一同来品读茶经，谢谢。扫描屏幕上方二维码，下载央视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观看典籍里的中国完整视频专享幕后精彩内容。茶</w:t>
      </w:r>
      <w:r>
        <w:rPr>
          <w:rFonts w:ascii="仿宋" w:eastAsia="仿宋" w:hAnsi="仿宋"/>
          <w:sz w:val="32"/>
          <w:lang w:eastAsia="zh-CN"/>
        </w:rPr>
        <w:lastRenderedPageBreak/>
        <w:t>是柴米油盐酱醋，茶也是琴棋书画诗酒茶。佳木一叶蕴藏着5000年的文化基因，让我们在传承中不断发挥民族创造力。贡品茶香茶韵，共创美好生活。我是王嘉宁，下一本典籍，</w:t>
      </w:r>
    </w:p>
    <w:p w14:paraId="1D20532D" w14:textId="77777777" w:rsidR="00E87C95" w:rsidRDefault="00000000">
      <w:pPr>
        <w:spacing w:after="0" w:line="579" w:lineRule="exact"/>
        <w:ind w:firstLine="640"/>
        <w:rPr>
          <w:lang w:eastAsia="zh-CN"/>
        </w:rPr>
      </w:pPr>
      <w:r>
        <w:rPr>
          <w:rFonts w:ascii="仿宋" w:eastAsia="仿宋" w:hAnsi="仿宋"/>
          <w:sz w:val="32"/>
          <w:lang w:eastAsia="zh-CN"/>
        </w:rPr>
        <w:t>我们再会。</w:t>
      </w:r>
    </w:p>
    <w:p w14:paraId="7C239D8A" w14:textId="77777777" w:rsidR="00E87C95" w:rsidRDefault="00000000">
      <w:pPr>
        <w:rPr>
          <w:lang w:eastAsia="zh-CN"/>
        </w:rPr>
      </w:pPr>
      <w:r>
        <w:rPr>
          <w:lang w:eastAsia="zh-CN"/>
        </w:rPr>
        <w:br w:type="page"/>
      </w:r>
    </w:p>
    <w:p w14:paraId="7D5FC02C" w14:textId="77777777" w:rsidR="00E87C95" w:rsidRDefault="00000000">
      <w:pPr>
        <w:spacing w:after="0" w:line="579" w:lineRule="exact"/>
        <w:jc w:val="center"/>
        <w:rPr>
          <w:lang w:eastAsia="zh-CN"/>
        </w:rPr>
      </w:pPr>
      <w:r>
        <w:rPr>
          <w:rFonts w:ascii="方正小标宋简体" w:eastAsia="方正小标宋简体" w:hAnsi="方正小标宋简体"/>
          <w:sz w:val="44"/>
          <w:lang w:eastAsia="zh-CN"/>
        </w:rPr>
        <w:lastRenderedPageBreak/>
        <w:t>第20集 《说文解字》</w:t>
      </w:r>
    </w:p>
    <w:p w14:paraId="5D5C60BA" w14:textId="77777777" w:rsidR="00E87C95" w:rsidRDefault="00000000">
      <w:pPr>
        <w:spacing w:after="0" w:line="579" w:lineRule="exact"/>
        <w:ind w:firstLine="640"/>
        <w:rPr>
          <w:lang w:eastAsia="zh-CN"/>
        </w:rPr>
      </w:pPr>
      <w:r>
        <w:rPr>
          <w:rFonts w:ascii="仿宋" w:eastAsia="仿宋" w:hAnsi="仿宋"/>
          <w:sz w:val="32"/>
          <w:lang w:eastAsia="zh-CN"/>
        </w:rPr>
        <w:t>洞</w:t>
      </w:r>
      <w:proofErr w:type="gramStart"/>
      <w:r>
        <w:rPr>
          <w:rFonts w:ascii="仿宋" w:eastAsia="仿宋" w:hAnsi="仿宋"/>
          <w:sz w:val="32"/>
          <w:lang w:eastAsia="zh-CN"/>
        </w:rPr>
        <w:t>席文字</w:t>
      </w:r>
      <w:proofErr w:type="gramEnd"/>
      <w:r>
        <w:rPr>
          <w:rFonts w:ascii="仿宋" w:eastAsia="仿宋" w:hAnsi="仿宋"/>
          <w:sz w:val="32"/>
          <w:lang w:eastAsia="zh-CN"/>
        </w:rPr>
        <w:t>演变发展规律诠释文字内在联系今天在典籍里的中国，就让我们共同识读说文。解字我华夏，文字乃先贤。所创</w:t>
      </w:r>
      <w:proofErr w:type="gramStart"/>
      <w:r>
        <w:rPr>
          <w:rFonts w:ascii="仿宋" w:eastAsia="仿宋" w:hAnsi="仿宋"/>
          <w:sz w:val="32"/>
          <w:lang w:eastAsia="zh-CN"/>
        </w:rPr>
        <w:t>感文字</w:t>
      </w:r>
      <w:proofErr w:type="gramEnd"/>
      <w:r>
        <w:rPr>
          <w:rFonts w:ascii="仿宋" w:eastAsia="仿宋" w:hAnsi="仿宋"/>
          <w:sz w:val="32"/>
          <w:lang w:eastAsia="zh-CN"/>
        </w:rPr>
        <w:t>者，</w:t>
      </w:r>
      <w:proofErr w:type="gramStart"/>
      <w:r>
        <w:rPr>
          <w:rFonts w:ascii="仿宋" w:eastAsia="仿宋" w:hAnsi="仿宋"/>
          <w:sz w:val="32"/>
          <w:lang w:eastAsia="zh-CN"/>
        </w:rPr>
        <w:t>经艺之</w:t>
      </w:r>
      <w:proofErr w:type="gramEnd"/>
      <w:r>
        <w:rPr>
          <w:rFonts w:ascii="仿宋" w:eastAsia="仿宋" w:hAnsi="仿宋"/>
          <w:sz w:val="32"/>
          <w:lang w:eastAsia="zh-CN"/>
        </w:rPr>
        <w:t>本，王政之始。我要为世人说我解字。赛民先贤创立文字之原意，前人所以回望，后人所以识古，</w:t>
      </w:r>
      <w:proofErr w:type="gramStart"/>
      <w:r>
        <w:rPr>
          <w:rFonts w:ascii="仿宋" w:eastAsia="仿宋" w:hAnsi="仿宋"/>
          <w:sz w:val="32"/>
          <w:lang w:eastAsia="zh-CN"/>
        </w:rPr>
        <w:t>故曰本立</w:t>
      </w:r>
      <w:proofErr w:type="gramEnd"/>
      <w:r>
        <w:rPr>
          <w:rFonts w:ascii="仿宋" w:eastAsia="仿宋" w:hAnsi="仿宋"/>
          <w:sz w:val="32"/>
          <w:lang w:eastAsia="zh-CN"/>
        </w:rPr>
        <w:t>而道。据《说文解字·叙》所记汉字起源久远，相传伏羲观天查地。近取诸身，远取诸物。</w:t>
      </w:r>
    </w:p>
    <w:p w14:paraId="3BF7AC71" w14:textId="77777777" w:rsidR="00E87C95" w:rsidRDefault="00000000">
      <w:pPr>
        <w:spacing w:after="0" w:line="579" w:lineRule="exact"/>
        <w:ind w:firstLine="640"/>
        <w:rPr>
          <w:lang w:eastAsia="zh-CN"/>
        </w:rPr>
      </w:pPr>
      <w:r>
        <w:rPr>
          <w:rFonts w:ascii="仿宋" w:eastAsia="仿宋" w:hAnsi="仿宋"/>
          <w:sz w:val="32"/>
          <w:lang w:eastAsia="zh-CN"/>
        </w:rPr>
        <w:t>演乾坤大，</w:t>
      </w:r>
      <w:proofErr w:type="gramStart"/>
      <w:r>
        <w:rPr>
          <w:rFonts w:ascii="仿宋" w:eastAsia="仿宋" w:hAnsi="仿宋"/>
          <w:sz w:val="32"/>
          <w:lang w:eastAsia="zh-CN"/>
        </w:rPr>
        <w:t>道流天地</w:t>
      </w:r>
      <w:proofErr w:type="gramEnd"/>
      <w:r>
        <w:rPr>
          <w:rFonts w:ascii="仿宋" w:eastAsia="仿宋" w:hAnsi="仿宋"/>
          <w:sz w:val="32"/>
          <w:lang w:eastAsia="zh-CN"/>
        </w:rPr>
        <w:t>之下。到了神农氏时期，结绳记事。然而，事务繁杂，</w:t>
      </w:r>
      <w:proofErr w:type="gramStart"/>
      <w:r>
        <w:rPr>
          <w:rFonts w:ascii="仿宋" w:eastAsia="仿宋" w:hAnsi="仿宋"/>
          <w:sz w:val="32"/>
          <w:lang w:eastAsia="zh-CN"/>
        </w:rPr>
        <w:t>巧视伪诈</w:t>
      </w:r>
      <w:proofErr w:type="gramEnd"/>
      <w:r>
        <w:rPr>
          <w:rFonts w:ascii="仿宋" w:eastAsia="仿宋" w:hAnsi="仿宋"/>
          <w:sz w:val="32"/>
          <w:lang w:eastAsia="zh-CN"/>
        </w:rPr>
        <w:t>，不断产生相传到黄帝时期。中华文族仓颉。</w:t>
      </w:r>
      <w:proofErr w:type="gramStart"/>
      <w:r>
        <w:rPr>
          <w:rFonts w:ascii="仿宋" w:eastAsia="仿宋" w:hAnsi="仿宋"/>
          <w:sz w:val="32"/>
          <w:lang w:eastAsia="zh-CN"/>
        </w:rPr>
        <w:t>史创文字</w:t>
      </w:r>
      <w:proofErr w:type="gramEnd"/>
      <w:r>
        <w:rPr>
          <w:rFonts w:ascii="仿宋" w:eastAsia="仿宋" w:hAnsi="仿宋"/>
          <w:sz w:val="32"/>
          <w:lang w:eastAsia="zh-CN"/>
        </w:rPr>
        <w:t>。五。与同僚辅佐皇帝治理天下，搜集人们使用的刻画符号。有关鸟兽足迹，天地万象加以整理补充，</w:t>
      </w:r>
    </w:p>
    <w:p w14:paraId="279F41F8" w14:textId="77777777" w:rsidR="00E87C95" w:rsidRDefault="00000000">
      <w:pPr>
        <w:spacing w:after="0" w:line="579" w:lineRule="exact"/>
        <w:ind w:firstLine="640"/>
        <w:rPr>
          <w:lang w:eastAsia="zh-CN"/>
        </w:rPr>
      </w:pPr>
      <w:r>
        <w:rPr>
          <w:rFonts w:ascii="仿宋" w:eastAsia="仿宋" w:hAnsi="仿宋"/>
          <w:sz w:val="32"/>
          <w:lang w:eastAsia="zh-CN"/>
        </w:rPr>
        <w:t>将之记录。创造。文字。相传仓颉造字，天降苏武。这是关于中华文字起源的传说。到了周宣王时期，一位</w:t>
      </w:r>
      <w:proofErr w:type="gramStart"/>
      <w:r>
        <w:rPr>
          <w:rFonts w:ascii="仿宋" w:eastAsia="仿宋" w:hAnsi="仿宋"/>
          <w:sz w:val="32"/>
          <w:lang w:eastAsia="zh-CN"/>
        </w:rPr>
        <w:t>名叫皱的</w:t>
      </w:r>
      <w:proofErr w:type="gramEnd"/>
      <w:r>
        <w:rPr>
          <w:rFonts w:ascii="仿宋" w:eastAsia="仿宋" w:hAnsi="仿宋"/>
          <w:sz w:val="32"/>
          <w:lang w:eastAsia="zh-CN"/>
        </w:rPr>
        <w:t>太师效法仓竭，改进文字。我作文字15篇，是因仓颉所造文字演变已久。须整理规范，以便于世人学习运用。立于王道，推行四方。</w:t>
      </w:r>
    </w:p>
    <w:p w14:paraId="23B2958C" w14:textId="77777777" w:rsidR="00E87C95" w:rsidRDefault="00000000">
      <w:pPr>
        <w:spacing w:after="0" w:line="579" w:lineRule="exact"/>
        <w:ind w:firstLine="640"/>
        <w:rPr>
          <w:lang w:eastAsia="zh-CN"/>
        </w:rPr>
      </w:pPr>
      <w:r>
        <w:rPr>
          <w:rFonts w:ascii="仿宋" w:eastAsia="仿宋" w:hAnsi="仿宋"/>
          <w:sz w:val="32"/>
          <w:lang w:eastAsia="zh-CN"/>
        </w:rPr>
        <w:t>西周</w:t>
      </w:r>
      <w:proofErr w:type="gramStart"/>
      <w:r>
        <w:rPr>
          <w:rFonts w:ascii="仿宋" w:eastAsia="仿宋" w:hAnsi="仿宋"/>
          <w:sz w:val="32"/>
          <w:lang w:eastAsia="zh-CN"/>
        </w:rPr>
        <w:t>太</w:t>
      </w:r>
      <w:proofErr w:type="gramEnd"/>
      <w:r>
        <w:rPr>
          <w:rFonts w:ascii="仿宋" w:eastAsia="仿宋" w:hAnsi="仿宋"/>
          <w:sz w:val="32"/>
          <w:lang w:eastAsia="zh-CN"/>
        </w:rPr>
        <w:t>史籀所作文字15篇，被称为《史籀篇》，而由他整理的字体被称为咒文，也就是。大篆公元前</w:t>
      </w:r>
      <w:proofErr w:type="gramStart"/>
      <w:r>
        <w:rPr>
          <w:rFonts w:ascii="仿宋" w:eastAsia="仿宋" w:hAnsi="仿宋"/>
          <w:sz w:val="32"/>
          <w:lang w:eastAsia="zh-CN"/>
        </w:rPr>
        <w:t>二二一</w:t>
      </w:r>
      <w:proofErr w:type="gramEnd"/>
      <w:r>
        <w:rPr>
          <w:rFonts w:ascii="仿宋" w:eastAsia="仿宋" w:hAnsi="仿宋"/>
          <w:sz w:val="32"/>
          <w:lang w:eastAsia="zh-CN"/>
        </w:rPr>
        <w:t>年，秦始皇统一</w:t>
      </w:r>
      <w:proofErr w:type="gramStart"/>
      <w:r>
        <w:rPr>
          <w:rFonts w:ascii="仿宋" w:eastAsia="仿宋" w:hAnsi="仿宋"/>
          <w:sz w:val="32"/>
          <w:lang w:eastAsia="zh-CN"/>
        </w:rPr>
        <w:t>六国秦向</w:t>
      </w:r>
      <w:proofErr w:type="gramEnd"/>
      <w:r>
        <w:rPr>
          <w:rFonts w:ascii="仿宋" w:eastAsia="仿宋" w:hAnsi="仿宋"/>
          <w:sz w:val="32"/>
          <w:lang w:eastAsia="zh-CN"/>
        </w:rPr>
        <w:t>李斯奏请统一文字。史称书同文。各国文字繁杂，天下书册难以通知。我为秦相，与同僚共取</w:t>
      </w:r>
      <w:proofErr w:type="gramStart"/>
      <w:r>
        <w:rPr>
          <w:rFonts w:ascii="仿宋" w:eastAsia="仿宋" w:hAnsi="仿宋"/>
          <w:sz w:val="32"/>
          <w:lang w:eastAsia="zh-CN"/>
        </w:rPr>
        <w:t>太</w:t>
      </w:r>
      <w:proofErr w:type="gramEnd"/>
      <w:r>
        <w:rPr>
          <w:rFonts w:ascii="仿宋" w:eastAsia="仿宋" w:hAnsi="仿宋"/>
          <w:sz w:val="32"/>
          <w:lang w:eastAsia="zh-CN"/>
        </w:rPr>
        <w:t>史籀，大传删繁就简，力求齐整标准。视为小篆。秦设郡县制，</w:t>
      </w:r>
    </w:p>
    <w:p w14:paraId="151FD628" w14:textId="77777777" w:rsidR="00E87C95" w:rsidRDefault="00000000">
      <w:pPr>
        <w:spacing w:after="0" w:line="579" w:lineRule="exact"/>
        <w:ind w:firstLine="640"/>
        <w:rPr>
          <w:lang w:eastAsia="zh-CN"/>
        </w:rPr>
      </w:pPr>
      <w:r>
        <w:rPr>
          <w:rFonts w:ascii="仿宋" w:eastAsia="仿宋" w:hAnsi="仿宋"/>
          <w:sz w:val="32"/>
          <w:lang w:eastAsia="zh-CN"/>
        </w:rPr>
        <w:lastRenderedPageBreak/>
        <w:t>天下36郡，政务繁杂，文书众多。为了便于书写，逐渐出现了隶书。到了汉朝，隶书逐渐成为了书写的主流，但是出现了乱讲汉字的现象。直到一部专门的文字书的出现，才讲明了表意汉字真实的面貌。盖文字者，</w:t>
      </w:r>
      <w:proofErr w:type="gramStart"/>
      <w:r>
        <w:rPr>
          <w:rFonts w:ascii="仿宋" w:eastAsia="仿宋" w:hAnsi="仿宋"/>
          <w:sz w:val="32"/>
          <w:lang w:eastAsia="zh-CN"/>
        </w:rPr>
        <w:t>经艺之</w:t>
      </w:r>
      <w:proofErr w:type="gramEnd"/>
      <w:r>
        <w:rPr>
          <w:rFonts w:ascii="仿宋" w:eastAsia="仿宋" w:hAnsi="仿宋"/>
          <w:sz w:val="32"/>
          <w:lang w:eastAsia="zh-CN"/>
        </w:rPr>
        <w:t>本。王政之始，前人所以垂后。后人所以识古。</w:t>
      </w:r>
    </w:p>
    <w:p w14:paraId="01677C26" w14:textId="77777777" w:rsidR="00E87C95" w:rsidRDefault="00000000">
      <w:pPr>
        <w:spacing w:after="0" w:line="579" w:lineRule="exact"/>
        <w:ind w:firstLine="640"/>
        <w:rPr>
          <w:lang w:eastAsia="zh-CN"/>
        </w:rPr>
      </w:pPr>
      <w:r>
        <w:rPr>
          <w:rFonts w:ascii="仿宋" w:eastAsia="仿宋" w:hAnsi="仿宋"/>
          <w:sz w:val="32"/>
          <w:lang w:eastAsia="zh-CN"/>
        </w:rPr>
        <w:t>而如今，有些人甚至以为隶书就是仓皇时期的文字。全然不顾文字流变，文化传承之规律。我搜集整理小传。结合古文皱纹。考察解释文字。是学习的人，明白先贤造字的深刻意志做。说文解字据说文解字。据所记相传，仓颉创造文字。太史</w:t>
      </w:r>
      <w:proofErr w:type="gramStart"/>
      <w:r>
        <w:rPr>
          <w:rFonts w:ascii="仿宋" w:eastAsia="仿宋" w:hAnsi="仿宋"/>
          <w:sz w:val="32"/>
          <w:lang w:eastAsia="zh-CN"/>
        </w:rPr>
        <w:t>籀</w:t>
      </w:r>
      <w:proofErr w:type="gramEnd"/>
      <w:r>
        <w:rPr>
          <w:rFonts w:ascii="仿宋" w:eastAsia="仿宋" w:hAnsi="仿宋"/>
          <w:sz w:val="32"/>
          <w:lang w:eastAsia="zh-CN"/>
        </w:rPr>
        <w:t>著大篆15篇，李斯作小篆。文字随时代的发展，</w:t>
      </w:r>
    </w:p>
    <w:p w14:paraId="7A127972" w14:textId="77777777" w:rsidR="00E87C95" w:rsidRDefault="00000000">
      <w:pPr>
        <w:spacing w:after="0" w:line="579" w:lineRule="exact"/>
        <w:ind w:firstLine="640"/>
        <w:rPr>
          <w:lang w:eastAsia="zh-CN"/>
        </w:rPr>
      </w:pPr>
      <w:r>
        <w:rPr>
          <w:rFonts w:ascii="仿宋" w:eastAsia="仿宋" w:hAnsi="仿宋"/>
          <w:sz w:val="32"/>
          <w:lang w:eastAsia="zh-CN"/>
        </w:rPr>
        <w:t>因为现实的需要而不断的演进。东汉文字学家许慎。洞</w:t>
      </w:r>
      <w:proofErr w:type="gramStart"/>
      <w:r>
        <w:rPr>
          <w:rFonts w:ascii="仿宋" w:eastAsia="仿宋" w:hAnsi="仿宋"/>
          <w:sz w:val="32"/>
          <w:lang w:eastAsia="zh-CN"/>
        </w:rPr>
        <w:t>席文字</w:t>
      </w:r>
      <w:proofErr w:type="gramEnd"/>
      <w:r>
        <w:rPr>
          <w:rFonts w:ascii="仿宋" w:eastAsia="仿宋" w:hAnsi="仿宋"/>
          <w:sz w:val="32"/>
          <w:lang w:eastAsia="zh-CN"/>
        </w:rPr>
        <w:t>演变发展规律诠释文字内在联系，为后世留下了一部文字发展史上里程碑式的典籍。而许慎也被后世尊为字圣。今天在典籍里的中国，就让我们共同识读字圣，为我们留下的这部说文解字。写字。打开典籍品读中国，欢迎走进典籍里的中国。我是王嘉宁。文字是文明的象征，也是文化的载体。东汉许慎编著的《说文解字》是汉字文明史上一座不朽的丰碑，</w:t>
      </w:r>
    </w:p>
    <w:p w14:paraId="31C9FABC" w14:textId="77777777" w:rsidR="00E87C95" w:rsidRDefault="00000000">
      <w:pPr>
        <w:spacing w:after="0" w:line="579" w:lineRule="exact"/>
        <w:ind w:firstLine="640"/>
        <w:rPr>
          <w:lang w:eastAsia="zh-CN"/>
        </w:rPr>
      </w:pPr>
      <w:r>
        <w:rPr>
          <w:rFonts w:ascii="仿宋" w:eastAsia="仿宋" w:hAnsi="仿宋"/>
          <w:sz w:val="32"/>
          <w:lang w:eastAsia="zh-CN"/>
        </w:rPr>
        <w:t>也是我们开启中华历史文化宝库的一把钥匙。今天就让我们一起来识读中国文字学的奠基之作，说文解字。三位老师好。那么，此刻出演今天戏剧的演员们也在官房间与我们一起来聆听专家老师对于典籍的解读，欢迎他们。我们知道</w:t>
      </w:r>
      <w:r>
        <w:rPr>
          <w:rFonts w:ascii="仿宋" w:eastAsia="仿宋" w:hAnsi="仿宋"/>
          <w:sz w:val="32"/>
          <w:lang w:eastAsia="zh-CN"/>
        </w:rPr>
        <w:lastRenderedPageBreak/>
        <w:t>汉字是世界上唯一流传至今从未中断的表意文字，那我们现在所说的文字，其实在说文解字里面是两个字，而且含义是不一样的，对吗？确实是这样，</w:t>
      </w:r>
      <w:proofErr w:type="gramStart"/>
      <w:r>
        <w:rPr>
          <w:rFonts w:ascii="仿宋" w:eastAsia="仿宋" w:hAnsi="仿宋"/>
          <w:sz w:val="32"/>
          <w:lang w:eastAsia="zh-CN"/>
        </w:rPr>
        <w:t>就像许慎</w:t>
      </w:r>
      <w:proofErr w:type="gramEnd"/>
      <w:r>
        <w:rPr>
          <w:rFonts w:ascii="仿宋" w:eastAsia="仿宋" w:hAnsi="仿宋"/>
          <w:sz w:val="32"/>
          <w:lang w:eastAsia="zh-CN"/>
        </w:rPr>
        <w:t>《说文解字·叙》里边所说的呀，</w:t>
      </w:r>
      <w:proofErr w:type="gramStart"/>
      <w:r>
        <w:rPr>
          <w:rFonts w:ascii="仿宋" w:eastAsia="仿宋" w:hAnsi="仿宋"/>
          <w:sz w:val="32"/>
          <w:lang w:eastAsia="zh-CN"/>
        </w:rPr>
        <w:t>闻者勿相之</w:t>
      </w:r>
      <w:proofErr w:type="gramEnd"/>
      <w:r>
        <w:rPr>
          <w:rFonts w:ascii="仿宋" w:eastAsia="仿宋" w:hAnsi="仿宋"/>
          <w:sz w:val="32"/>
          <w:lang w:eastAsia="zh-CN"/>
        </w:rPr>
        <w:t>本质者，</w:t>
      </w:r>
    </w:p>
    <w:p w14:paraId="2CA4C81A" w14:textId="77777777" w:rsidR="00E87C95" w:rsidRDefault="00000000">
      <w:pPr>
        <w:spacing w:after="0" w:line="579" w:lineRule="exact"/>
        <w:ind w:firstLine="640"/>
        <w:rPr>
          <w:lang w:eastAsia="zh-CN"/>
        </w:rPr>
      </w:pPr>
      <w:r>
        <w:rPr>
          <w:rFonts w:ascii="仿宋" w:eastAsia="仿宋" w:hAnsi="仿宋"/>
          <w:sz w:val="32"/>
          <w:lang w:eastAsia="zh-CN"/>
        </w:rPr>
        <w:t>言</w:t>
      </w:r>
      <w:proofErr w:type="gramStart"/>
      <w:r>
        <w:rPr>
          <w:rFonts w:ascii="仿宋" w:eastAsia="仿宋" w:hAnsi="仿宋"/>
          <w:sz w:val="32"/>
          <w:lang w:eastAsia="zh-CN"/>
        </w:rPr>
        <w:t>之儒而</w:t>
      </w:r>
      <w:proofErr w:type="gramEnd"/>
      <w:r>
        <w:rPr>
          <w:rFonts w:ascii="仿宋" w:eastAsia="仿宋" w:hAnsi="仿宋"/>
          <w:sz w:val="32"/>
          <w:lang w:eastAsia="zh-CN"/>
        </w:rPr>
        <w:t>尽多也。这个闻实际上就是古人在最初造了一批描</w:t>
      </w:r>
      <w:proofErr w:type="gramStart"/>
      <w:r>
        <w:rPr>
          <w:rFonts w:ascii="仿宋" w:eastAsia="仿宋" w:hAnsi="仿宋"/>
          <w:sz w:val="32"/>
          <w:lang w:eastAsia="zh-CN"/>
        </w:rPr>
        <w:t>缪</w:t>
      </w:r>
      <w:proofErr w:type="gramEnd"/>
      <w:r>
        <w:rPr>
          <w:rFonts w:ascii="仿宋" w:eastAsia="仿宋" w:hAnsi="仿宋"/>
          <w:sz w:val="32"/>
          <w:lang w:eastAsia="zh-CN"/>
        </w:rPr>
        <w:t>客观事物形象的象形字，那这一批字就叫文。随着社会事物越来越繁多，光靠闻的方式不足以去应对这种表达的需求，于是人们就用原来所造的那批文。有的</w:t>
      </w:r>
      <w:proofErr w:type="gramStart"/>
      <w:r>
        <w:rPr>
          <w:rFonts w:ascii="仿宋" w:eastAsia="仿宋" w:hAnsi="仿宋"/>
          <w:sz w:val="32"/>
          <w:lang w:eastAsia="zh-CN"/>
        </w:rPr>
        <w:t>做形符</w:t>
      </w:r>
      <w:proofErr w:type="gramEnd"/>
      <w:r>
        <w:rPr>
          <w:rFonts w:ascii="仿宋" w:eastAsia="仿宋" w:hAnsi="仿宋"/>
          <w:sz w:val="32"/>
          <w:lang w:eastAsia="zh-CN"/>
        </w:rPr>
        <w:t>，有的做声符，最后繁衍增长出来的一批字就叫字。所谓的独体为文，合体为字文，它是独体的，它是不可以分解的。因此就叫做说文而字呢，它是可以解析的，</w:t>
      </w:r>
    </w:p>
    <w:p w14:paraId="489D6410" w14:textId="77777777" w:rsidR="00E87C95" w:rsidRDefault="00000000">
      <w:pPr>
        <w:spacing w:after="0" w:line="579" w:lineRule="exact"/>
        <w:ind w:firstLine="640"/>
        <w:rPr>
          <w:lang w:eastAsia="zh-CN"/>
        </w:rPr>
      </w:pPr>
      <w:r>
        <w:rPr>
          <w:rFonts w:ascii="仿宋" w:eastAsia="仿宋" w:hAnsi="仿宋"/>
          <w:sz w:val="32"/>
          <w:lang w:eastAsia="zh-CN"/>
        </w:rPr>
        <w:t>因此叫解字，这就是《说文解字》这部书书名的含义。我们知道汉字一直在根据时代的发展不断的演变，许慎所处的汉代也正是文字发生巨大变革的时代，据说这也是</w:t>
      </w:r>
      <w:proofErr w:type="gramStart"/>
      <w:r>
        <w:rPr>
          <w:rFonts w:ascii="仿宋" w:eastAsia="仿宋" w:hAnsi="仿宋"/>
          <w:sz w:val="32"/>
          <w:lang w:eastAsia="zh-CN"/>
        </w:rPr>
        <w:t>许慎写这本</w:t>
      </w:r>
      <w:proofErr w:type="gramEnd"/>
      <w:r>
        <w:rPr>
          <w:rFonts w:ascii="仿宋" w:eastAsia="仿宋" w:hAnsi="仿宋"/>
          <w:sz w:val="32"/>
          <w:lang w:eastAsia="zh-CN"/>
        </w:rPr>
        <w:t>《说文解字》的重要原因是吗？是这样的，咱们中国古代的文字啊，从大的方向来讲，它分为两个发展阶段，第一个阶段呢，叫古文字，你比方说殷商的甲骨文呐，西周的金文呐。春秋战国时期，各国的那些文字啊，</w:t>
      </w:r>
    </w:p>
    <w:p w14:paraId="591492C0" w14:textId="77777777" w:rsidR="00E87C95" w:rsidRDefault="00000000">
      <w:pPr>
        <w:spacing w:after="0" w:line="579" w:lineRule="exact"/>
        <w:ind w:firstLine="640"/>
        <w:rPr>
          <w:lang w:eastAsia="zh-CN"/>
        </w:rPr>
      </w:pPr>
      <w:r>
        <w:rPr>
          <w:rFonts w:ascii="仿宋" w:eastAsia="仿宋" w:hAnsi="仿宋"/>
          <w:sz w:val="32"/>
          <w:lang w:eastAsia="zh-CN"/>
        </w:rPr>
        <w:t>包括秦统一之后的小篆，这古文字特点是什么呢？就是画出来的，后来呢，到了汉朝秦汉时代就是。古文字向今文字发展的一个重要的转折时期了，就开始形成我们现在所说的这个横竖</w:t>
      </w:r>
      <w:proofErr w:type="gramStart"/>
      <w:r>
        <w:rPr>
          <w:rFonts w:ascii="仿宋" w:eastAsia="仿宋" w:hAnsi="仿宋"/>
          <w:sz w:val="32"/>
          <w:lang w:eastAsia="zh-CN"/>
        </w:rPr>
        <w:t>撇</w:t>
      </w:r>
      <w:proofErr w:type="gramEnd"/>
      <w:r>
        <w:rPr>
          <w:rFonts w:ascii="仿宋" w:eastAsia="仿宋" w:hAnsi="仿宋"/>
          <w:sz w:val="32"/>
          <w:lang w:eastAsia="zh-CN"/>
        </w:rPr>
        <w:t>点缀缀，就是写出来的字了。从汉朝的隶书开</w:t>
      </w:r>
      <w:r>
        <w:rPr>
          <w:rFonts w:ascii="仿宋" w:eastAsia="仿宋" w:hAnsi="仿宋"/>
          <w:sz w:val="32"/>
          <w:lang w:eastAsia="zh-CN"/>
        </w:rPr>
        <w:lastRenderedPageBreak/>
        <w:t>始，后来的楷书啊，行书啊，草书啊，就是金文字了，那么在隶书这样的一个从画到写的过程中，有很多的简化，</w:t>
      </w:r>
    </w:p>
    <w:p w14:paraId="054EC0E5" w14:textId="77777777" w:rsidR="00E87C95" w:rsidRDefault="00000000">
      <w:pPr>
        <w:spacing w:after="0" w:line="579" w:lineRule="exact"/>
        <w:ind w:firstLine="640"/>
        <w:rPr>
          <w:lang w:eastAsia="zh-CN"/>
        </w:rPr>
      </w:pPr>
      <w:r>
        <w:rPr>
          <w:rFonts w:ascii="仿宋" w:eastAsia="仿宋" w:hAnsi="仿宋"/>
          <w:sz w:val="32"/>
          <w:lang w:eastAsia="zh-CN"/>
        </w:rPr>
        <w:t>汉朝的有些金文经学家们。就开始望文生义呀，就胡乱解释这个字的意思，但是呢，许慎觉得这样不对。他说这个字啊，</w:t>
      </w:r>
      <w:proofErr w:type="gramStart"/>
      <w:r>
        <w:rPr>
          <w:rFonts w:ascii="仿宋" w:eastAsia="仿宋" w:hAnsi="仿宋"/>
          <w:sz w:val="32"/>
          <w:lang w:eastAsia="zh-CN"/>
        </w:rPr>
        <w:t>是经艺之</w:t>
      </w:r>
      <w:proofErr w:type="gramEnd"/>
      <w:r>
        <w:rPr>
          <w:rFonts w:ascii="仿宋" w:eastAsia="仿宋" w:hAnsi="仿宋"/>
          <w:sz w:val="32"/>
          <w:lang w:eastAsia="zh-CN"/>
        </w:rPr>
        <w:t>本，王政之始啊，你把这个字弄清楚了，你才知道那些精是什么意思，你才足以按照这些意思来施政。所以他才要写这么一本说文解字，就像蒙曼老师刚才说的，汉代常用的汉字其实已经演变为了隶书。但是我们去翻看说文解字这本书，</w:t>
      </w:r>
    </w:p>
    <w:p w14:paraId="394ACF4F" w14:textId="77777777" w:rsidR="00E87C95" w:rsidRDefault="00000000">
      <w:pPr>
        <w:spacing w:after="0" w:line="579" w:lineRule="exact"/>
        <w:ind w:firstLine="640"/>
        <w:rPr>
          <w:lang w:eastAsia="zh-CN"/>
        </w:rPr>
      </w:pPr>
      <w:r>
        <w:rPr>
          <w:rFonts w:ascii="仿宋" w:eastAsia="仿宋" w:hAnsi="仿宋"/>
          <w:sz w:val="32"/>
          <w:lang w:eastAsia="zh-CN"/>
        </w:rPr>
        <w:t>会发现许慎还是以这个小篆为字头进行研究的，那他为什么选小篆呢？这应该是取胜经过了师兄师妹以后的一个结果，我们首先可以举例来看一看小篆和隶书的区别。大家看小钻的盘子呢，外面好像一个房子的形状，里头是有一个人，它的四周实际上是脊椎干草，而且在这个门的下面可以看到冰的形状。大家可以想象，就是一个人</w:t>
      </w:r>
      <w:proofErr w:type="gramStart"/>
      <w:r>
        <w:rPr>
          <w:rFonts w:ascii="仿宋" w:eastAsia="仿宋" w:hAnsi="仿宋"/>
          <w:sz w:val="32"/>
          <w:lang w:eastAsia="zh-CN"/>
        </w:rPr>
        <w:t>诠</w:t>
      </w:r>
      <w:proofErr w:type="gramEnd"/>
      <w:r>
        <w:rPr>
          <w:rFonts w:ascii="仿宋" w:eastAsia="仿宋" w:hAnsi="仿宋"/>
          <w:sz w:val="32"/>
          <w:lang w:eastAsia="zh-CN"/>
        </w:rPr>
        <w:t>缩在一堆干草里，还仍然觉得寒冷错过。看这个小篆的汉字，就感觉零下20度，起码是有了对，</w:t>
      </w:r>
    </w:p>
    <w:p w14:paraId="05FFD36F" w14:textId="77777777" w:rsidR="00E87C95" w:rsidRDefault="00000000">
      <w:pPr>
        <w:spacing w:after="0" w:line="579" w:lineRule="exact"/>
        <w:ind w:firstLine="640"/>
        <w:rPr>
          <w:lang w:eastAsia="zh-CN"/>
        </w:rPr>
      </w:pPr>
      <w:r>
        <w:rPr>
          <w:rFonts w:ascii="仿宋" w:eastAsia="仿宋" w:hAnsi="仿宋"/>
          <w:sz w:val="32"/>
          <w:lang w:eastAsia="zh-CN"/>
        </w:rPr>
        <w:t>由此我们可以看出来小篆的这个字形呢，它是有很强的象形性。那隶书的盘子大家看，虽然结构非常的规整，而且书写也非常的方便，但是呢，它的象形的意味就大为减弱。取胜，他选的小篆其实最主要的一个原因就是小篆的字形，它更能够显示出来造字，它本身的本意根据这个字形才能够</w:t>
      </w:r>
      <w:r>
        <w:rPr>
          <w:rFonts w:ascii="仿宋" w:eastAsia="仿宋" w:hAnsi="仿宋"/>
          <w:sz w:val="32"/>
          <w:lang w:eastAsia="zh-CN"/>
        </w:rPr>
        <w:lastRenderedPageBreak/>
        <w:t>正本清源。达到解谬误，</w:t>
      </w:r>
      <w:proofErr w:type="gramStart"/>
      <w:r>
        <w:rPr>
          <w:rFonts w:ascii="仿宋" w:eastAsia="仿宋" w:hAnsi="仿宋"/>
          <w:sz w:val="32"/>
          <w:lang w:eastAsia="zh-CN"/>
        </w:rPr>
        <w:t>小学者拿</w:t>
      </w:r>
      <w:proofErr w:type="gramEnd"/>
      <w:r>
        <w:rPr>
          <w:rFonts w:ascii="仿宋" w:eastAsia="仿宋" w:hAnsi="仿宋"/>
          <w:sz w:val="32"/>
          <w:lang w:eastAsia="zh-CN"/>
        </w:rPr>
        <w:t>绳子这样一个目的，更好的来传承当时的一些古文的经典。直到今天，</w:t>
      </w:r>
    </w:p>
    <w:p w14:paraId="425EF29C" w14:textId="77777777" w:rsidR="00E87C95" w:rsidRDefault="00000000">
      <w:pPr>
        <w:spacing w:after="0" w:line="579" w:lineRule="exact"/>
        <w:ind w:firstLine="640"/>
        <w:rPr>
          <w:lang w:eastAsia="zh-CN"/>
        </w:rPr>
      </w:pPr>
      <w:r>
        <w:rPr>
          <w:rFonts w:ascii="仿宋" w:eastAsia="仿宋" w:hAnsi="仿宋"/>
          <w:sz w:val="32"/>
          <w:lang w:eastAsia="zh-CN"/>
        </w:rPr>
        <w:t>我们依然能够通过说文解字来辨认，来试读新发现的一些数千年前的青铜器的铭文呐，战国竹简呐，甚至甲骨文当中的一些古文字。数千年的文字都能够通过说文解字连通起来。真了不起。所以可以这样讲，正是因为有了说文解字，我们才得以洞见汉字流传了千年背后所蕴藏的文化和文明是的。说文解字，它是我国第一部分析字形说解字意辨识生读的一部字书。他总共收录了9353个政字，字头绝大多数都是小篆。另外，他还收录了1163个古文皱纹的作为重文。</w:t>
      </w:r>
    </w:p>
    <w:p w14:paraId="4F8E27BB" w14:textId="77777777" w:rsidR="00E87C95" w:rsidRDefault="00000000">
      <w:pPr>
        <w:spacing w:after="0" w:line="579" w:lineRule="exact"/>
        <w:ind w:firstLine="640"/>
        <w:rPr>
          <w:lang w:eastAsia="zh-CN"/>
        </w:rPr>
      </w:pPr>
      <w:r>
        <w:rPr>
          <w:rFonts w:ascii="仿宋" w:eastAsia="仿宋" w:hAnsi="仿宋"/>
          <w:sz w:val="32"/>
          <w:lang w:eastAsia="zh-CN"/>
        </w:rPr>
        <w:t>那我们知道现在常用的字可能就3500多字，但是呢，它收录了近万字这么多的字。许慎是怎么去编排的呢？这个问题呢？就涉及到许慎的另外一个重要的贡献。他在众多的汉字当中啊。归纳提炼出540部这样一个完整的部署系统。许慎，那时候的部首跟我们现在的部首还是不太一样的，它不仅仅是个形体部首，它是形意兼顾的。比如说像佳宁的这个家字，《说文解字》说美，也从住家生，</w:t>
      </w:r>
    </w:p>
    <w:p w14:paraId="1B9721B4" w14:textId="77777777" w:rsidR="00E87C95" w:rsidRDefault="00000000">
      <w:pPr>
        <w:spacing w:after="0" w:line="579" w:lineRule="exact"/>
        <w:ind w:firstLine="640"/>
        <w:rPr>
          <w:lang w:eastAsia="zh-CN"/>
        </w:rPr>
      </w:pPr>
      <w:r>
        <w:rPr>
          <w:rFonts w:ascii="仿宋" w:eastAsia="仿宋" w:hAnsi="仿宋"/>
          <w:sz w:val="32"/>
          <w:lang w:eastAsia="zh-CN"/>
        </w:rPr>
        <w:t>这怎么解释呢？首先。这个美也，它就是对家的意义的解释，美好的意思。所以从注</w:t>
      </w:r>
      <w:proofErr w:type="gramStart"/>
      <w:r>
        <w:rPr>
          <w:rFonts w:ascii="仿宋" w:eastAsia="仿宋" w:hAnsi="仿宋"/>
          <w:sz w:val="32"/>
          <w:lang w:eastAsia="zh-CN"/>
        </w:rPr>
        <w:t>注</w:t>
      </w:r>
      <w:proofErr w:type="gramEnd"/>
      <w:r>
        <w:rPr>
          <w:rFonts w:ascii="仿宋" w:eastAsia="仿宋" w:hAnsi="仿宋"/>
          <w:sz w:val="32"/>
          <w:lang w:eastAsia="zh-CN"/>
        </w:rPr>
        <w:t>呢，就是家的部首，</w:t>
      </w:r>
      <w:proofErr w:type="gramStart"/>
      <w:r>
        <w:rPr>
          <w:rFonts w:ascii="仿宋" w:eastAsia="仿宋" w:hAnsi="仿宋"/>
          <w:sz w:val="32"/>
          <w:lang w:eastAsia="zh-CN"/>
        </w:rPr>
        <w:t>那注是</w:t>
      </w:r>
      <w:proofErr w:type="gramEnd"/>
      <w:r>
        <w:rPr>
          <w:rFonts w:ascii="仿宋" w:eastAsia="仿宋" w:hAnsi="仿宋"/>
          <w:sz w:val="32"/>
          <w:lang w:eastAsia="zh-CN"/>
        </w:rPr>
        <w:t>什么呢？注实际上</w:t>
      </w:r>
      <w:proofErr w:type="gramStart"/>
      <w:r>
        <w:rPr>
          <w:rFonts w:ascii="仿宋" w:eastAsia="仿宋" w:hAnsi="仿宋"/>
          <w:sz w:val="32"/>
          <w:lang w:eastAsia="zh-CN"/>
        </w:rPr>
        <w:t>就是古它的</w:t>
      </w:r>
      <w:proofErr w:type="gramEnd"/>
      <w:r>
        <w:rPr>
          <w:rFonts w:ascii="仿宋" w:eastAsia="仿宋" w:hAnsi="仿宋"/>
          <w:sz w:val="32"/>
          <w:lang w:eastAsia="zh-CN"/>
        </w:rPr>
        <w:t>古文字的。字形呢，是像古代的束骨之形，代表一种喜庆的氛围。我们联想到其他重铸的字，你比如说喜庆的喜还有。敲锣打鼓的鼓，</w:t>
      </w:r>
    </w:p>
    <w:p w14:paraId="0FF4B808" w14:textId="77777777" w:rsidR="00E87C95" w:rsidRDefault="00000000">
      <w:pPr>
        <w:spacing w:after="0" w:line="579" w:lineRule="exact"/>
        <w:ind w:firstLine="640"/>
        <w:rPr>
          <w:lang w:eastAsia="zh-CN"/>
        </w:rPr>
      </w:pPr>
      <w:r>
        <w:rPr>
          <w:rFonts w:ascii="仿宋" w:eastAsia="仿宋" w:hAnsi="仿宋"/>
          <w:sz w:val="32"/>
          <w:lang w:eastAsia="zh-CN"/>
        </w:rPr>
        <w:lastRenderedPageBreak/>
        <w:t>因此从柱的字，它一般都是跟喜庆啊，</w:t>
      </w:r>
      <w:proofErr w:type="gramStart"/>
      <w:r>
        <w:rPr>
          <w:rFonts w:ascii="仿宋" w:eastAsia="仿宋" w:hAnsi="仿宋"/>
          <w:sz w:val="32"/>
          <w:lang w:eastAsia="zh-CN"/>
        </w:rPr>
        <w:t>跟美好</w:t>
      </w:r>
      <w:proofErr w:type="gramEnd"/>
      <w:r>
        <w:rPr>
          <w:rFonts w:ascii="仿宋" w:eastAsia="仿宋" w:hAnsi="仿宋"/>
          <w:sz w:val="32"/>
          <w:lang w:eastAsia="zh-CN"/>
        </w:rPr>
        <w:t>啊有关系。你再比如这个羊也是个部首。阳说文解字说是</w:t>
      </w:r>
      <w:proofErr w:type="gramStart"/>
      <w:r>
        <w:rPr>
          <w:rFonts w:ascii="仿宋" w:eastAsia="仿宋" w:hAnsi="仿宋"/>
          <w:sz w:val="32"/>
          <w:lang w:eastAsia="zh-CN"/>
        </w:rPr>
        <w:t>祥</w:t>
      </w:r>
      <w:proofErr w:type="gramEnd"/>
      <w:r>
        <w:rPr>
          <w:rFonts w:ascii="仿宋" w:eastAsia="仿宋" w:hAnsi="仿宋"/>
          <w:sz w:val="32"/>
          <w:lang w:eastAsia="zh-CN"/>
        </w:rPr>
        <w:t>也因为阳呢，它在古代六畜当中啊，它是主己善的。所以这个羊呢，它就有了吉祥的象征，因此当这个字里边有个羊的像美呀，</w:t>
      </w:r>
      <w:proofErr w:type="gramStart"/>
      <w:r>
        <w:rPr>
          <w:rFonts w:ascii="仿宋" w:eastAsia="仿宋" w:hAnsi="仿宋"/>
          <w:sz w:val="32"/>
          <w:lang w:eastAsia="zh-CN"/>
        </w:rPr>
        <w:t>像善啊</w:t>
      </w:r>
      <w:proofErr w:type="gramEnd"/>
      <w:r>
        <w:rPr>
          <w:rFonts w:ascii="仿宋" w:eastAsia="仿宋" w:hAnsi="仿宋"/>
          <w:sz w:val="32"/>
          <w:lang w:eastAsia="zh-CN"/>
        </w:rPr>
        <w:t>，像吉祥的祥。他们的意思呢，也都是比较美好的。实际上呢，</w:t>
      </w:r>
    </w:p>
    <w:p w14:paraId="3A44C2E1" w14:textId="77777777" w:rsidR="00E87C95" w:rsidRDefault="00000000">
      <w:pPr>
        <w:spacing w:after="0" w:line="579" w:lineRule="exact"/>
        <w:ind w:firstLine="640"/>
        <w:rPr>
          <w:lang w:eastAsia="zh-CN"/>
        </w:rPr>
      </w:pPr>
      <w:r>
        <w:rPr>
          <w:rFonts w:ascii="仿宋" w:eastAsia="仿宋" w:hAnsi="仿宋"/>
          <w:sz w:val="32"/>
          <w:lang w:eastAsia="zh-CN"/>
        </w:rPr>
        <w:t>这540部首许慎也是根据形状跟含义相统一。也就是所谓据</w:t>
      </w:r>
      <w:proofErr w:type="gramStart"/>
      <w:r>
        <w:rPr>
          <w:rFonts w:ascii="仿宋" w:eastAsia="仿宋" w:hAnsi="仿宋"/>
          <w:sz w:val="32"/>
          <w:lang w:eastAsia="zh-CN"/>
        </w:rPr>
        <w:t>形系联</w:t>
      </w:r>
      <w:proofErr w:type="gramEnd"/>
      <w:r>
        <w:rPr>
          <w:rFonts w:ascii="仿宋" w:eastAsia="仿宋" w:hAnsi="仿宋"/>
          <w:sz w:val="32"/>
          <w:lang w:eastAsia="zh-CN"/>
        </w:rPr>
        <w:t>这样一个原则，按照始一终亥的这个顺序进行了编排，从一部开始到亥部结束。凸显了汉字的规律。在说文解字以后呢？汉字这种表意的文字才能够非常理性的哈，被理解哈，被考据，所以我们说说文解字，它是中国文字学上的一个奠基之作。也是一个开山之作嗯，听完老师们的解读，我真的是叹为观止，大家想啊，</w:t>
      </w:r>
    </w:p>
    <w:p w14:paraId="7AF4FF83" w14:textId="77777777" w:rsidR="00E87C95" w:rsidRDefault="00000000">
      <w:pPr>
        <w:spacing w:after="0" w:line="579" w:lineRule="exact"/>
        <w:ind w:firstLine="640"/>
        <w:rPr>
          <w:lang w:eastAsia="zh-CN"/>
        </w:rPr>
      </w:pPr>
      <w:r>
        <w:rPr>
          <w:rFonts w:ascii="仿宋" w:eastAsia="仿宋" w:hAnsi="仿宋"/>
          <w:sz w:val="32"/>
          <w:lang w:eastAsia="zh-CN"/>
        </w:rPr>
        <w:t>那个年代哪儿有什么电脑啊，所以它就是在大脑当中构建了这样一个如此系统。繁杂而且非常有条理的这样一个编排方式，这个许慎肯定不是一般人，那确实不是一般人呐，从小许慎就广泛</w:t>
      </w:r>
      <w:proofErr w:type="gramStart"/>
      <w:r>
        <w:rPr>
          <w:rFonts w:ascii="仿宋" w:eastAsia="仿宋" w:hAnsi="仿宋"/>
          <w:sz w:val="32"/>
          <w:lang w:eastAsia="zh-CN"/>
        </w:rPr>
        <w:t>阅</w:t>
      </w:r>
      <w:proofErr w:type="gramEnd"/>
      <w:r>
        <w:rPr>
          <w:rFonts w:ascii="仿宋" w:eastAsia="仿宋" w:hAnsi="仿宋"/>
          <w:sz w:val="32"/>
          <w:lang w:eastAsia="zh-CN"/>
        </w:rPr>
        <w:t>。阅读经书后，来败在汉朝的古文经学大师贾逵的门下，是贾逵非常得意的弟子。当事人怎么评价这个许慎呐？说五经</w:t>
      </w:r>
      <w:proofErr w:type="gramStart"/>
      <w:r>
        <w:rPr>
          <w:rFonts w:ascii="仿宋" w:eastAsia="仿宋" w:hAnsi="仿宋"/>
          <w:sz w:val="32"/>
          <w:lang w:eastAsia="zh-CN"/>
        </w:rPr>
        <w:t>无双许叔重，叔重</w:t>
      </w:r>
      <w:proofErr w:type="gramEnd"/>
      <w:r>
        <w:rPr>
          <w:rFonts w:ascii="仿宋" w:eastAsia="仿宋" w:hAnsi="仿宋"/>
          <w:sz w:val="32"/>
          <w:lang w:eastAsia="zh-CN"/>
        </w:rPr>
        <w:t>是它的字嘛，你看当时的人是赤手一经啊。一辈子就研究一部经典，但是呢，</w:t>
      </w:r>
    </w:p>
    <w:p w14:paraId="23FB3343" w14:textId="77777777" w:rsidR="00E87C95" w:rsidRDefault="00000000">
      <w:pPr>
        <w:spacing w:after="0" w:line="579" w:lineRule="exact"/>
        <w:ind w:firstLine="640"/>
        <w:rPr>
          <w:lang w:eastAsia="zh-CN"/>
        </w:rPr>
      </w:pPr>
      <w:r>
        <w:rPr>
          <w:rFonts w:ascii="仿宋" w:eastAsia="仿宋" w:hAnsi="仿宋"/>
          <w:sz w:val="32"/>
          <w:lang w:eastAsia="zh-CN"/>
        </w:rPr>
        <w:t>许慎这个人，他把五经都通解了，他就是一个人脑的检索系统。五经无双</w:t>
      </w:r>
      <w:proofErr w:type="gramStart"/>
      <w:r>
        <w:rPr>
          <w:rFonts w:ascii="仿宋" w:eastAsia="仿宋" w:hAnsi="仿宋"/>
          <w:sz w:val="32"/>
          <w:lang w:eastAsia="zh-CN"/>
        </w:rPr>
        <w:t>徐叔重</w:t>
      </w:r>
      <w:proofErr w:type="gramEnd"/>
      <w:r>
        <w:rPr>
          <w:rFonts w:ascii="仿宋" w:eastAsia="仿宋" w:hAnsi="仿宋"/>
          <w:sz w:val="32"/>
          <w:lang w:eastAsia="zh-CN"/>
        </w:rPr>
        <w:t>，哎呀，不敢当，不敢当，许慎呢！</w:t>
      </w:r>
      <w:r>
        <w:rPr>
          <w:rFonts w:ascii="仿宋" w:eastAsia="仿宋" w:hAnsi="仿宋"/>
          <w:sz w:val="32"/>
          <w:lang w:eastAsia="zh-CN"/>
        </w:rPr>
        <w:lastRenderedPageBreak/>
        <w:t>他不仅学识渊博，而且治学非常的严谨。他在。撰写《说文解字》的时候啊，坚持信而有征，不知盖缺，对于每个字的说解。</w:t>
      </w:r>
    </w:p>
    <w:p w14:paraId="76EA4FC1" w14:textId="77777777" w:rsidR="00E87C95" w:rsidRDefault="00000000">
      <w:pPr>
        <w:spacing w:after="0" w:line="579" w:lineRule="exact"/>
        <w:ind w:firstLine="640"/>
        <w:rPr>
          <w:lang w:eastAsia="zh-CN"/>
        </w:rPr>
      </w:pPr>
      <w:r>
        <w:rPr>
          <w:rFonts w:ascii="仿宋" w:eastAsia="仿宋" w:hAnsi="仿宋"/>
          <w:sz w:val="32"/>
          <w:lang w:eastAsia="zh-CN"/>
        </w:rPr>
        <w:t>他都争取做到言而有据，他都需要去翻查大量的经典著作。他还经常去了解征集大家的意见。博采众说，兼容并蓄。正是因为呀，许慎他有这样的学识和学品，才能够成就说文解字这样一部伟大的。文字学的著作。感谢三位老师与我们一起识读说文解字，那么在今天典籍里的中国的舞台上又会如何用戏剧呈现这部书呢？我们一块去</w:t>
      </w:r>
      <w:proofErr w:type="gramStart"/>
      <w:r>
        <w:rPr>
          <w:rFonts w:ascii="仿宋" w:eastAsia="仿宋" w:hAnsi="仿宋"/>
          <w:sz w:val="32"/>
          <w:lang w:eastAsia="zh-CN"/>
        </w:rPr>
        <w:t>点读会</w:t>
      </w:r>
      <w:proofErr w:type="gramEnd"/>
      <w:r>
        <w:rPr>
          <w:rFonts w:ascii="仿宋" w:eastAsia="仿宋" w:hAnsi="仿宋"/>
          <w:sz w:val="32"/>
          <w:lang w:eastAsia="zh-CN"/>
        </w:rPr>
        <w:t>看看。各位好，欢迎来到典籍里的中</w:t>
      </w:r>
      <w:proofErr w:type="gramStart"/>
      <w:r>
        <w:rPr>
          <w:rFonts w:ascii="仿宋" w:eastAsia="仿宋" w:hAnsi="仿宋"/>
          <w:sz w:val="32"/>
          <w:lang w:eastAsia="zh-CN"/>
        </w:rPr>
        <w:t>国典读会</w:t>
      </w:r>
      <w:proofErr w:type="gramEnd"/>
      <w:r>
        <w:rPr>
          <w:rFonts w:ascii="仿宋" w:eastAsia="仿宋" w:hAnsi="仿宋"/>
          <w:sz w:val="32"/>
          <w:lang w:eastAsia="zh-CN"/>
        </w:rPr>
        <w:t>，我是当代读书人撒贝宁，</w:t>
      </w:r>
    </w:p>
    <w:p w14:paraId="160284B8" w14:textId="77777777" w:rsidR="00E87C95" w:rsidRDefault="00000000">
      <w:pPr>
        <w:spacing w:after="0" w:line="579" w:lineRule="exact"/>
        <w:ind w:firstLine="640"/>
        <w:rPr>
          <w:lang w:eastAsia="zh-CN"/>
        </w:rPr>
      </w:pPr>
      <w:r>
        <w:rPr>
          <w:rFonts w:ascii="仿宋" w:eastAsia="仿宋" w:hAnsi="仿宋"/>
          <w:sz w:val="32"/>
          <w:lang w:eastAsia="zh-CN"/>
        </w:rPr>
        <w:t>今天呢，要带各位走进中国文字学的奠基之作。说文解字，首先我们还是请在座的各位给大家做一个自我介绍，大家好，我是陈晓，在《说文解字》当中饰演许慎。大家好，我是石兆琪饰演的角色是贾逵，我是李健饰演马文，我是典籍里的中国总编剧张坤鹏。在中国文字的发展历史当中，《说文解字》是你永远绕不开的一部重要的典籍，所以对于这样一部重要的典籍，咱们的戏剧表达是以一个什么样的方式来展开。</w:t>
      </w:r>
    </w:p>
    <w:p w14:paraId="79AA4601" w14:textId="77777777" w:rsidR="00E87C95" w:rsidRDefault="00000000">
      <w:pPr>
        <w:spacing w:after="0" w:line="579" w:lineRule="exact"/>
        <w:ind w:firstLine="640"/>
        <w:rPr>
          <w:lang w:eastAsia="zh-CN"/>
        </w:rPr>
      </w:pPr>
      <w:r>
        <w:rPr>
          <w:rFonts w:ascii="仿宋" w:eastAsia="仿宋" w:hAnsi="仿宋"/>
          <w:sz w:val="32"/>
          <w:lang w:eastAsia="zh-CN"/>
        </w:rPr>
        <w:t>这个故事说文解字呢？它不仅是破译汉字密码宝库的一部字书，而且这部书呢，内容</w:t>
      </w:r>
      <w:proofErr w:type="gramStart"/>
      <w:r>
        <w:rPr>
          <w:rFonts w:ascii="仿宋" w:eastAsia="仿宋" w:hAnsi="仿宋"/>
          <w:sz w:val="32"/>
          <w:lang w:eastAsia="zh-CN"/>
        </w:rPr>
        <w:t>非常</w:t>
      </w:r>
      <w:proofErr w:type="gramEnd"/>
      <w:r>
        <w:rPr>
          <w:rFonts w:ascii="仿宋" w:eastAsia="仿宋" w:hAnsi="仿宋"/>
          <w:sz w:val="32"/>
          <w:lang w:eastAsia="zh-CN"/>
        </w:rPr>
        <w:t>浩瀚，所谓是史。世间人事莫不必载，因此创作这一期的剧本呢，难度尤其之大。在经过和专家组反复讨论后。节目组决定从许慎的性格着手，</w:t>
      </w:r>
      <w:r>
        <w:rPr>
          <w:rFonts w:ascii="仿宋" w:eastAsia="仿宋" w:hAnsi="仿宋"/>
          <w:sz w:val="32"/>
          <w:lang w:eastAsia="zh-CN"/>
        </w:rPr>
        <w:lastRenderedPageBreak/>
        <w:t>围绕他姓名中的慎字和他字</w:t>
      </w:r>
      <w:proofErr w:type="gramStart"/>
      <w:r>
        <w:rPr>
          <w:rFonts w:ascii="仿宋" w:eastAsia="仿宋" w:hAnsi="仿宋"/>
          <w:sz w:val="32"/>
          <w:lang w:eastAsia="zh-CN"/>
        </w:rPr>
        <w:t>叔重当中</w:t>
      </w:r>
      <w:proofErr w:type="gramEnd"/>
      <w:r>
        <w:rPr>
          <w:rFonts w:ascii="仿宋" w:eastAsia="仿宋" w:hAnsi="仿宋"/>
          <w:sz w:val="32"/>
          <w:lang w:eastAsia="zh-CN"/>
        </w:rPr>
        <w:t>的重字。来塑造这个人物，此外，我们根据史料中考之于逵的记载，在戏剧中融入了许慎的恩师。</w:t>
      </w:r>
    </w:p>
    <w:p w14:paraId="144C994A" w14:textId="77777777" w:rsidR="00E87C95" w:rsidRDefault="00000000">
      <w:pPr>
        <w:spacing w:after="0" w:line="579" w:lineRule="exact"/>
        <w:ind w:firstLine="640"/>
        <w:rPr>
          <w:lang w:eastAsia="zh-CN"/>
        </w:rPr>
      </w:pPr>
      <w:r>
        <w:rPr>
          <w:rFonts w:ascii="仿宋" w:eastAsia="仿宋" w:hAnsi="仿宋"/>
          <w:sz w:val="32"/>
          <w:lang w:eastAsia="zh-CN"/>
        </w:rPr>
        <w:t>东汉大儒贾逵又根据</w:t>
      </w:r>
      <w:proofErr w:type="gramStart"/>
      <w:r>
        <w:rPr>
          <w:rFonts w:ascii="仿宋" w:eastAsia="仿宋" w:hAnsi="仿宋"/>
          <w:sz w:val="32"/>
          <w:lang w:eastAsia="zh-CN"/>
        </w:rPr>
        <w:t>后汉叔重马融常推敬</w:t>
      </w:r>
      <w:proofErr w:type="gramEnd"/>
      <w:r>
        <w:rPr>
          <w:rFonts w:ascii="仿宋" w:eastAsia="仿宋" w:hAnsi="仿宋"/>
          <w:sz w:val="32"/>
          <w:lang w:eastAsia="zh-CN"/>
        </w:rPr>
        <w:t>之等描述我们创作出了。以大经学家马融为原型的许慎的挚友马文，以此来完成了本期剧本的创作。我知道陈晓是主动请莺，想要扮演许慎这个角色，是的，其实我小的时候有练习过书法，对于我们中国的汉字，可能从小就是有一种感情在里头。能感觉到我们国家的这个汉字很美，对后来知道了字圣许慎先生的故事，很仰慕这位学者大家。所以呢，也非常珍惜这一次，有机会可以去试验它。</w:t>
      </w:r>
    </w:p>
    <w:p w14:paraId="59A16859" w14:textId="77777777" w:rsidR="00E87C95" w:rsidRDefault="00000000">
      <w:pPr>
        <w:spacing w:after="0" w:line="579" w:lineRule="exact"/>
        <w:ind w:firstLine="640"/>
        <w:rPr>
          <w:lang w:eastAsia="zh-CN"/>
        </w:rPr>
      </w:pPr>
      <w:r>
        <w:rPr>
          <w:rFonts w:ascii="仿宋" w:eastAsia="仿宋" w:hAnsi="仿宋"/>
          <w:sz w:val="32"/>
          <w:lang w:eastAsia="zh-CN"/>
        </w:rPr>
        <w:t>慎重二字传达了许慎编著说文解字时严谨的这种态度。其中有一些他自己不确定的地方，他宁愿写上缺，也不愿意做随意的解释。我觉得是一种求是的精神，他用一辈子去做一件事情，才让我们看到了现在的说文解字。我会用心的去揣摩，演绎好这个纯粹的，严谨的学者。正是因为许慎如此严谨的治学态度，才成就了他在学术的深刻造矣。许慎被尊称为字圣，我觉得当之无愧。在许慎的儿子啊，</w:t>
      </w:r>
    </w:p>
    <w:p w14:paraId="202D0E94" w14:textId="77777777" w:rsidR="00E87C95" w:rsidRDefault="00000000">
      <w:pPr>
        <w:spacing w:after="0" w:line="579" w:lineRule="exact"/>
        <w:ind w:firstLine="640"/>
        <w:rPr>
          <w:lang w:eastAsia="zh-CN"/>
        </w:rPr>
      </w:pPr>
      <w:r>
        <w:rPr>
          <w:rFonts w:ascii="仿宋" w:eastAsia="仿宋" w:hAnsi="仿宋"/>
          <w:sz w:val="32"/>
          <w:lang w:eastAsia="zh-CN"/>
        </w:rPr>
        <w:t>把说文解字敬献给朝廷的时候，他写了一篇表文，表文里面就有丛奎授骨学这样的表述。对，也就是说，贾逵是许慎的恩师，贾逵是东汉时期有名望的文学家。和经学家说实在的，我跟这个角色相近的呢，是身高据史料上的记载，贾</w:t>
      </w:r>
      <w:r>
        <w:rPr>
          <w:rFonts w:ascii="仿宋" w:eastAsia="仿宋" w:hAnsi="仿宋"/>
          <w:sz w:val="32"/>
          <w:lang w:eastAsia="zh-CN"/>
        </w:rPr>
        <w:lastRenderedPageBreak/>
        <w:t>逵。身高是八尺二寸哇，折合成现在的标准的就是一米八九，还有呢，就是有人说他问世不休，</w:t>
      </w:r>
    </w:p>
    <w:p w14:paraId="7B94FAFC" w14:textId="77777777" w:rsidR="00E87C95" w:rsidRDefault="00000000">
      <w:pPr>
        <w:spacing w:after="0" w:line="579" w:lineRule="exact"/>
        <w:ind w:firstLine="640"/>
        <w:rPr>
          <w:lang w:eastAsia="zh-CN"/>
        </w:rPr>
      </w:pPr>
      <w:r>
        <w:rPr>
          <w:rFonts w:ascii="仿宋" w:eastAsia="仿宋" w:hAnsi="仿宋"/>
          <w:sz w:val="32"/>
          <w:lang w:eastAsia="zh-CN"/>
        </w:rPr>
        <w:t>他和许慎一样，也是</w:t>
      </w:r>
      <w:proofErr w:type="gramStart"/>
      <w:r>
        <w:rPr>
          <w:rFonts w:ascii="仿宋" w:eastAsia="仿宋" w:hAnsi="仿宋"/>
          <w:sz w:val="32"/>
          <w:lang w:eastAsia="zh-CN"/>
        </w:rPr>
        <w:t>属于爱</w:t>
      </w:r>
      <w:proofErr w:type="gramEnd"/>
      <w:r>
        <w:rPr>
          <w:rFonts w:ascii="仿宋" w:eastAsia="仿宋" w:hAnsi="仿宋"/>
          <w:sz w:val="32"/>
          <w:lang w:eastAsia="zh-CN"/>
        </w:rPr>
        <w:t>刨根儿问底儿的学者。这可能是贾逵选中许慎做学生的原因之一。他在许慎的身上看到了他年轻时候的影子。许慎修书时遇到的疑难问题，不同的观点每每。考之于逵，贾逵总不厌其烦，耐心解答，可以说《说文解字》的，也</w:t>
      </w:r>
      <w:proofErr w:type="gramStart"/>
      <w:r>
        <w:rPr>
          <w:rFonts w:ascii="仿宋" w:eastAsia="仿宋" w:hAnsi="仿宋"/>
          <w:sz w:val="32"/>
          <w:lang w:eastAsia="zh-CN"/>
        </w:rPr>
        <w:t>积淀着</w:t>
      </w:r>
      <w:proofErr w:type="gramEnd"/>
      <w:r>
        <w:rPr>
          <w:rFonts w:ascii="仿宋" w:eastAsia="仿宋" w:hAnsi="仿宋"/>
          <w:sz w:val="32"/>
          <w:lang w:eastAsia="zh-CN"/>
        </w:rPr>
        <w:t>他的心血。听完这个恩师的对自己的角色的理解之后，再来听一听许慎的挚友马文先生。但实际上，刚才张老师说了，</w:t>
      </w:r>
    </w:p>
    <w:p w14:paraId="1D6D90BB" w14:textId="77777777" w:rsidR="00E87C95" w:rsidRDefault="00000000">
      <w:pPr>
        <w:spacing w:after="0" w:line="579" w:lineRule="exact"/>
        <w:ind w:firstLine="640"/>
        <w:rPr>
          <w:lang w:eastAsia="zh-CN"/>
        </w:rPr>
      </w:pPr>
      <w:r>
        <w:rPr>
          <w:rFonts w:ascii="仿宋" w:eastAsia="仿宋" w:hAnsi="仿宋"/>
          <w:sz w:val="32"/>
          <w:lang w:eastAsia="zh-CN"/>
        </w:rPr>
        <w:t>历史上并没有马文这个人物是根据东汉大儒马融为原型创作出的一个。戏剧人物马蓉跟许慎曾经同时在东观教书。马蓉也被许慎的才华所折服，对她特别的敬重，我想马文这个角色就是那些敬佩许慎才华的。一路帮助过他，陪伴过他的东汉，学者们的缩影。在《说文解字》的序当中啊，作者许慎用一句高度概括的话表达了文字的重要性和他著书的意义，我们请。陈晓带着我们大家一块来诵读一下。盖文字者，</w:t>
      </w:r>
      <w:proofErr w:type="gramStart"/>
      <w:r>
        <w:rPr>
          <w:rFonts w:ascii="仿宋" w:eastAsia="仿宋" w:hAnsi="仿宋"/>
          <w:sz w:val="32"/>
          <w:lang w:eastAsia="zh-CN"/>
        </w:rPr>
        <w:t>经艺之</w:t>
      </w:r>
      <w:proofErr w:type="gramEnd"/>
      <w:r>
        <w:rPr>
          <w:rFonts w:ascii="仿宋" w:eastAsia="仿宋" w:hAnsi="仿宋"/>
          <w:sz w:val="32"/>
          <w:lang w:eastAsia="zh-CN"/>
        </w:rPr>
        <w:t>本，王政之始。</w:t>
      </w:r>
    </w:p>
    <w:p w14:paraId="0F562117" w14:textId="77777777" w:rsidR="00E87C95" w:rsidRDefault="00000000">
      <w:pPr>
        <w:spacing w:after="0" w:line="579" w:lineRule="exact"/>
        <w:ind w:firstLine="640"/>
        <w:rPr>
          <w:lang w:eastAsia="zh-CN"/>
        </w:rPr>
      </w:pPr>
      <w:r>
        <w:rPr>
          <w:rFonts w:ascii="仿宋" w:eastAsia="仿宋" w:hAnsi="仿宋"/>
          <w:sz w:val="32"/>
          <w:lang w:eastAsia="zh-CN"/>
        </w:rPr>
        <w:t>前人所以垂后。后人所以识古。故曰，本立而道生。盖文字者，</w:t>
      </w:r>
      <w:proofErr w:type="gramStart"/>
      <w:r>
        <w:rPr>
          <w:rFonts w:ascii="仿宋" w:eastAsia="仿宋" w:hAnsi="仿宋"/>
          <w:sz w:val="32"/>
          <w:lang w:eastAsia="zh-CN"/>
        </w:rPr>
        <w:t>经艺之</w:t>
      </w:r>
      <w:proofErr w:type="gramEnd"/>
      <w:r>
        <w:rPr>
          <w:rFonts w:ascii="仿宋" w:eastAsia="仿宋" w:hAnsi="仿宋"/>
          <w:sz w:val="32"/>
          <w:lang w:eastAsia="zh-CN"/>
        </w:rPr>
        <w:t>本，王政之始。前人所以垂后。后人所以持古故于本，立而道生。这次我要扮演青年，中年，老年三个不同年龄段的学生，对我来说是一个不小的挑战。汉字连同古今。</w:t>
      </w:r>
    </w:p>
    <w:p w14:paraId="764029F2" w14:textId="77777777" w:rsidR="00E87C95" w:rsidRDefault="00000000">
      <w:pPr>
        <w:spacing w:after="0" w:line="579" w:lineRule="exact"/>
        <w:ind w:firstLine="640"/>
        <w:rPr>
          <w:lang w:eastAsia="zh-CN"/>
        </w:rPr>
      </w:pPr>
      <w:proofErr w:type="gramStart"/>
      <w:r>
        <w:rPr>
          <w:rFonts w:ascii="仿宋" w:eastAsia="仿宋" w:hAnsi="仿宋"/>
          <w:sz w:val="32"/>
          <w:lang w:eastAsia="zh-CN"/>
        </w:rPr>
        <w:lastRenderedPageBreak/>
        <w:t>沉淀着</w:t>
      </w:r>
      <w:proofErr w:type="gramEnd"/>
      <w:r>
        <w:rPr>
          <w:rFonts w:ascii="仿宋" w:eastAsia="仿宋" w:hAnsi="仿宋"/>
          <w:sz w:val="32"/>
          <w:lang w:eastAsia="zh-CN"/>
        </w:rPr>
        <w:t>华夏文明的厚重，记录着兴衰历史的变迁。正因为如此，他才会对每一个文字都饱含着热情与执着。说文解字不仅是一部伟大的字书，更是一部传承经典之书。希望我们的演绎能让更多人走进说文解字，走进中华浩瀚典籍。先生，我出门去忘了，并没有人来。冲而去京城，向陛下尽显说文解字。走了这么多天了，也该回来了，</w:t>
      </w:r>
    </w:p>
    <w:p w14:paraId="16962AC5" w14:textId="77777777" w:rsidR="00E87C95" w:rsidRDefault="00000000">
      <w:pPr>
        <w:spacing w:after="0" w:line="579" w:lineRule="exact"/>
        <w:ind w:firstLine="640"/>
        <w:rPr>
          <w:lang w:eastAsia="zh-CN"/>
        </w:rPr>
      </w:pPr>
      <w:r>
        <w:rPr>
          <w:rFonts w:ascii="仿宋" w:eastAsia="仿宋" w:hAnsi="仿宋"/>
          <w:sz w:val="32"/>
          <w:lang w:eastAsia="zh-CN"/>
        </w:rPr>
        <w:t>先生莫急，汝南到</w:t>
      </w:r>
      <w:proofErr w:type="gramStart"/>
      <w:r>
        <w:rPr>
          <w:rFonts w:ascii="仿宋" w:eastAsia="仿宋" w:hAnsi="仿宋"/>
          <w:sz w:val="32"/>
          <w:lang w:eastAsia="zh-CN"/>
        </w:rPr>
        <w:t>洛阳数</w:t>
      </w:r>
      <w:proofErr w:type="gramEnd"/>
      <w:r>
        <w:rPr>
          <w:rFonts w:ascii="仿宋" w:eastAsia="仿宋" w:hAnsi="仿宋"/>
          <w:sz w:val="32"/>
          <w:lang w:eastAsia="zh-CN"/>
        </w:rPr>
        <w:t>百里地呢，路上耽搁几日也是有的。我这眼睛啊，越发的不中用了，先生我来。真的是老了。东汉文字学家经学大家。许慎。在生命的最后阶段，回到了汝南老家居住。他对自己花费数十年心血写就的说文解字进行了最后的教定，并且儿子许冲。敬献给朝廷。此时，</w:t>
      </w:r>
    </w:p>
    <w:p w14:paraId="19F372CD" w14:textId="77777777" w:rsidR="00E87C95" w:rsidRDefault="00000000">
      <w:pPr>
        <w:spacing w:after="0" w:line="579" w:lineRule="exact"/>
        <w:ind w:firstLine="640"/>
        <w:rPr>
          <w:lang w:eastAsia="zh-CN"/>
        </w:rPr>
      </w:pPr>
      <w:r>
        <w:rPr>
          <w:rFonts w:ascii="仿宋" w:eastAsia="仿宋" w:hAnsi="仿宋"/>
          <w:sz w:val="32"/>
          <w:lang w:eastAsia="zh-CN"/>
        </w:rPr>
        <w:t>这位一生细究文字的天才。却被严重的眼疾所困扰。几乎看不清文字了。晚辈撒贝宁拜见许慎先生。你是何人？晚辈是来自1900多年后的读书人，特来拜访。你说你来自1900多年后，正是。有意思，有意思，晚辈知道五经无双的许叔重先生。自然不会轻信别人的话。这样晚辈为您带来了一份来自后世的礼物，先生请看。</w:t>
      </w:r>
    </w:p>
    <w:p w14:paraId="2B87F4E5" w14:textId="77777777" w:rsidR="00E87C95" w:rsidRDefault="00000000">
      <w:pPr>
        <w:spacing w:after="0" w:line="579" w:lineRule="exact"/>
        <w:ind w:firstLine="640"/>
        <w:rPr>
          <w:lang w:eastAsia="zh-CN"/>
        </w:rPr>
      </w:pPr>
      <w:r>
        <w:rPr>
          <w:rFonts w:ascii="仿宋" w:eastAsia="仿宋" w:hAnsi="仿宋"/>
          <w:sz w:val="32"/>
          <w:lang w:eastAsia="zh-CN"/>
        </w:rPr>
        <w:t>您将这个至于。阅读的文字之上。试试如何。我看清了。我看见了，看见了。</w:t>
      </w:r>
      <w:proofErr w:type="gramStart"/>
      <w:r>
        <w:rPr>
          <w:rFonts w:ascii="仿宋" w:eastAsia="仿宋" w:hAnsi="仿宋"/>
          <w:sz w:val="32"/>
          <w:lang w:eastAsia="zh-CN"/>
        </w:rPr>
        <w:t>萨君此</w:t>
      </w:r>
      <w:proofErr w:type="gramEnd"/>
      <w:r>
        <w:rPr>
          <w:rFonts w:ascii="仿宋" w:eastAsia="仿宋" w:hAnsi="仿宋"/>
          <w:sz w:val="32"/>
          <w:lang w:eastAsia="zh-CN"/>
        </w:rPr>
        <w:t>为何物啊？在后世啊，我们管这个叫放大镜。它能帮助您看清书简上的文字放大镜，有意思。有意思，</w:t>
      </w:r>
      <w:proofErr w:type="gramStart"/>
      <w:r>
        <w:rPr>
          <w:rFonts w:ascii="仿宋" w:eastAsia="仿宋" w:hAnsi="仿宋"/>
          <w:sz w:val="32"/>
          <w:lang w:eastAsia="zh-CN"/>
        </w:rPr>
        <w:t>萨</w:t>
      </w:r>
      <w:proofErr w:type="gramEnd"/>
      <w:r>
        <w:rPr>
          <w:rFonts w:ascii="仿宋" w:eastAsia="仿宋" w:hAnsi="仿宋"/>
          <w:sz w:val="32"/>
          <w:lang w:eastAsia="zh-CN"/>
        </w:rPr>
        <w:t>君。你来这里算为何事啊？晚辈在</w:t>
      </w:r>
      <w:proofErr w:type="gramStart"/>
      <w:r>
        <w:rPr>
          <w:rFonts w:ascii="仿宋" w:eastAsia="仿宋" w:hAnsi="仿宋"/>
          <w:sz w:val="32"/>
          <w:lang w:eastAsia="zh-CN"/>
        </w:rPr>
        <w:t>后世读</w:t>
      </w:r>
      <w:proofErr w:type="gramEnd"/>
      <w:r>
        <w:rPr>
          <w:rFonts w:ascii="仿宋" w:eastAsia="仿宋" w:hAnsi="仿宋"/>
          <w:sz w:val="32"/>
          <w:lang w:eastAsia="zh-CN"/>
        </w:rPr>
        <w:t>过先生的说文解字。</w:t>
      </w:r>
    </w:p>
    <w:p w14:paraId="19CAC78A" w14:textId="77777777" w:rsidR="00E87C95" w:rsidRDefault="00000000">
      <w:pPr>
        <w:spacing w:after="0" w:line="579" w:lineRule="exact"/>
        <w:ind w:firstLine="640"/>
        <w:rPr>
          <w:lang w:eastAsia="zh-CN"/>
        </w:rPr>
      </w:pPr>
      <w:r>
        <w:rPr>
          <w:rFonts w:ascii="仿宋" w:eastAsia="仿宋" w:hAnsi="仿宋"/>
          <w:sz w:val="32"/>
          <w:lang w:eastAsia="zh-CN"/>
        </w:rPr>
        <w:lastRenderedPageBreak/>
        <w:t>特来请教先生，为何会做这样一部文字的专书啊？你说你读过说文解字。</w:t>
      </w:r>
      <w:proofErr w:type="gramStart"/>
      <w:r>
        <w:rPr>
          <w:rFonts w:ascii="仿宋" w:eastAsia="仿宋" w:hAnsi="仿宋"/>
          <w:sz w:val="32"/>
          <w:lang w:eastAsia="zh-CN"/>
        </w:rPr>
        <w:t>那这么</w:t>
      </w:r>
      <w:proofErr w:type="gramEnd"/>
      <w:r>
        <w:rPr>
          <w:rFonts w:ascii="仿宋" w:eastAsia="仿宋" w:hAnsi="仿宋"/>
          <w:sz w:val="32"/>
          <w:lang w:eastAsia="zh-CN"/>
        </w:rPr>
        <w:t>说，这本书传下去了，何止是流传后世在后世？还被奉为典籍。靠。太好了。好世人。懂得文字的重要。我这一生的努力。没白费。先生的说文解字。搜集正传9353个作为字头。</w:t>
      </w:r>
    </w:p>
    <w:p w14:paraId="1355C484" w14:textId="77777777" w:rsidR="00E87C95" w:rsidRDefault="00000000">
      <w:pPr>
        <w:spacing w:after="0" w:line="579" w:lineRule="exact"/>
        <w:ind w:firstLine="640"/>
        <w:rPr>
          <w:lang w:eastAsia="zh-CN"/>
        </w:rPr>
      </w:pPr>
      <w:proofErr w:type="gramStart"/>
      <w:r>
        <w:rPr>
          <w:rFonts w:ascii="仿宋" w:eastAsia="仿宋" w:hAnsi="仿宋"/>
          <w:sz w:val="32"/>
          <w:lang w:eastAsia="zh-CN"/>
        </w:rPr>
        <w:t>收猎崇文</w:t>
      </w:r>
      <w:proofErr w:type="gramEnd"/>
      <w:r>
        <w:rPr>
          <w:rFonts w:ascii="仿宋" w:eastAsia="仿宋" w:hAnsi="仿宋"/>
          <w:sz w:val="32"/>
          <w:lang w:eastAsia="zh-CN"/>
        </w:rPr>
        <w:t>1163个全书解说共用十三万三千四百四十一字。按照</w:t>
      </w:r>
      <w:proofErr w:type="gramStart"/>
      <w:r>
        <w:rPr>
          <w:rFonts w:ascii="仿宋" w:eastAsia="仿宋" w:hAnsi="仿宋"/>
          <w:sz w:val="32"/>
          <w:lang w:eastAsia="zh-CN"/>
        </w:rPr>
        <w:t>始依终害</w:t>
      </w:r>
      <w:proofErr w:type="gramEnd"/>
      <w:r>
        <w:rPr>
          <w:rFonts w:ascii="仿宋" w:eastAsia="仿宋" w:hAnsi="仿宋"/>
          <w:sz w:val="32"/>
          <w:lang w:eastAsia="zh-CN"/>
        </w:rPr>
        <w:t>的顺序，以540部首</w:t>
      </w:r>
      <w:proofErr w:type="gramStart"/>
      <w:r>
        <w:rPr>
          <w:rFonts w:ascii="仿宋" w:eastAsia="仿宋" w:hAnsi="仿宋"/>
          <w:sz w:val="32"/>
          <w:lang w:eastAsia="zh-CN"/>
        </w:rPr>
        <w:t>分别布居巨型</w:t>
      </w:r>
      <w:proofErr w:type="gramEnd"/>
      <w:r>
        <w:rPr>
          <w:rFonts w:ascii="仿宋" w:eastAsia="仿宋" w:hAnsi="仿宋"/>
          <w:sz w:val="32"/>
          <w:lang w:eastAsia="zh-CN"/>
        </w:rPr>
        <w:t>戏帘。使文字的形音义清晰明确。您构建了一个庞大，严谨而精妙的汉字说节体系啊。</w:t>
      </w:r>
      <w:proofErr w:type="gramStart"/>
      <w:r>
        <w:rPr>
          <w:rFonts w:ascii="仿宋" w:eastAsia="仿宋" w:hAnsi="仿宋"/>
          <w:sz w:val="32"/>
          <w:lang w:eastAsia="zh-CN"/>
        </w:rPr>
        <w:t>萨</w:t>
      </w:r>
      <w:proofErr w:type="gramEnd"/>
      <w:r>
        <w:rPr>
          <w:rFonts w:ascii="仿宋" w:eastAsia="仿宋" w:hAnsi="仿宋"/>
          <w:sz w:val="32"/>
          <w:lang w:eastAsia="zh-CN"/>
        </w:rPr>
        <w:t>君读书。是个严谨的人，哪里？我们后世之人也是从先生的说文解字里。学到了先生的严谨。翻开此书。字里行间无不透露出先生对于文字的敬畏与慎重。父亲为我取名为圣。</w:t>
      </w:r>
      <w:proofErr w:type="gramStart"/>
      <w:r>
        <w:rPr>
          <w:rFonts w:ascii="仿宋" w:eastAsia="仿宋" w:hAnsi="仿宋"/>
          <w:sz w:val="32"/>
          <w:lang w:eastAsia="zh-CN"/>
        </w:rPr>
        <w:t>自叔重</w:t>
      </w:r>
      <w:proofErr w:type="gramEnd"/>
      <w:r>
        <w:rPr>
          <w:rFonts w:ascii="仿宋" w:eastAsia="仿宋" w:hAnsi="仿宋"/>
          <w:sz w:val="32"/>
          <w:lang w:eastAsia="zh-CN"/>
        </w:rPr>
        <w:t>。</w:t>
      </w:r>
    </w:p>
    <w:p w14:paraId="5C60A516" w14:textId="77777777" w:rsidR="00E87C95" w:rsidRDefault="00000000">
      <w:pPr>
        <w:spacing w:after="0" w:line="579" w:lineRule="exact"/>
        <w:ind w:firstLine="640"/>
        <w:rPr>
          <w:lang w:eastAsia="zh-CN"/>
        </w:rPr>
      </w:pPr>
      <w:r>
        <w:rPr>
          <w:rFonts w:ascii="仿宋" w:eastAsia="仿宋" w:hAnsi="仿宋"/>
          <w:sz w:val="32"/>
          <w:lang w:eastAsia="zh-CN"/>
        </w:rPr>
        <w:t>就是要我做人做学问。都要严谨。慎重。少陵学子许慎入考场。我自少时，便爱读书。读书时见文字，心中便充满憧憬。我华夏文字，乃先贤所创，一文一字，定有深意，寓于其中。所以我总爱将其中每一个字义都求解清楚。如今应试。</w:t>
      </w:r>
    </w:p>
    <w:p w14:paraId="02AA327C" w14:textId="77777777" w:rsidR="00E87C95" w:rsidRDefault="00000000">
      <w:pPr>
        <w:spacing w:after="0" w:line="579" w:lineRule="exact"/>
        <w:ind w:firstLine="640"/>
        <w:rPr>
          <w:lang w:eastAsia="zh-CN"/>
        </w:rPr>
      </w:pPr>
      <w:r>
        <w:rPr>
          <w:rFonts w:ascii="仿宋" w:eastAsia="仿宋" w:hAnsi="仿宋"/>
          <w:sz w:val="32"/>
          <w:lang w:eastAsia="zh-CN"/>
        </w:rPr>
        <w:t>我以能否</w:t>
      </w:r>
      <w:proofErr w:type="gramStart"/>
      <w:r>
        <w:rPr>
          <w:rFonts w:ascii="仿宋" w:eastAsia="仿宋" w:hAnsi="仿宋"/>
          <w:sz w:val="32"/>
          <w:lang w:eastAsia="zh-CN"/>
        </w:rPr>
        <w:t>籀</w:t>
      </w:r>
      <w:proofErr w:type="gramEnd"/>
      <w:r>
        <w:rPr>
          <w:rFonts w:ascii="仿宋" w:eastAsia="仿宋" w:hAnsi="仿宋"/>
          <w:sz w:val="32"/>
          <w:lang w:eastAsia="zh-CN"/>
        </w:rPr>
        <w:t>书。九千余字。儒生许慎品，学兼优德行。出众。</w:t>
      </w:r>
      <w:proofErr w:type="gramStart"/>
      <w:r>
        <w:rPr>
          <w:rFonts w:ascii="仿宋" w:eastAsia="仿宋" w:hAnsi="仿宋"/>
          <w:sz w:val="32"/>
          <w:lang w:eastAsia="zh-CN"/>
        </w:rPr>
        <w:t>卓任汝南郡</w:t>
      </w:r>
      <w:proofErr w:type="gramEnd"/>
      <w:r>
        <w:rPr>
          <w:rFonts w:ascii="仿宋" w:eastAsia="仿宋" w:hAnsi="仿宋"/>
          <w:sz w:val="32"/>
          <w:lang w:eastAsia="zh-CN"/>
        </w:rPr>
        <w:t>功曹协助太守掌管人事简拔贤能。哦。拜见郡功曹许大人。我既为郡功</w:t>
      </w:r>
      <w:proofErr w:type="gramStart"/>
      <w:r>
        <w:rPr>
          <w:rFonts w:ascii="仿宋" w:eastAsia="仿宋" w:hAnsi="仿宋"/>
          <w:sz w:val="32"/>
          <w:lang w:eastAsia="zh-CN"/>
        </w:rPr>
        <w:t>曹暗读文书</w:t>
      </w:r>
      <w:proofErr w:type="gramEnd"/>
      <w:r>
        <w:rPr>
          <w:rFonts w:ascii="仿宋" w:eastAsia="仿宋" w:hAnsi="仿宋"/>
          <w:sz w:val="32"/>
          <w:lang w:eastAsia="zh-CN"/>
        </w:rPr>
        <w:t>，工作量极大。我深知公文之重要。</w:t>
      </w:r>
      <w:proofErr w:type="gramStart"/>
      <w:r>
        <w:rPr>
          <w:rFonts w:ascii="仿宋" w:eastAsia="仿宋" w:hAnsi="仿宋"/>
          <w:sz w:val="32"/>
          <w:lang w:eastAsia="zh-CN"/>
        </w:rPr>
        <w:t>在雅署之内</w:t>
      </w:r>
      <w:proofErr w:type="gramEnd"/>
      <w:r>
        <w:rPr>
          <w:rFonts w:ascii="仿宋" w:eastAsia="仿宋" w:hAnsi="仿宋"/>
          <w:sz w:val="32"/>
          <w:lang w:eastAsia="zh-CN"/>
        </w:rPr>
        <w:t>写下的每一个字，都关系着政务民生。我时刻提醒自己。要慎重。</w:t>
      </w:r>
    </w:p>
    <w:p w14:paraId="565F6B54" w14:textId="77777777" w:rsidR="00E87C95" w:rsidRDefault="00000000">
      <w:pPr>
        <w:spacing w:after="0" w:line="579" w:lineRule="exact"/>
        <w:ind w:firstLine="640"/>
        <w:rPr>
          <w:lang w:eastAsia="zh-CN"/>
        </w:rPr>
      </w:pPr>
      <w:r>
        <w:rPr>
          <w:rFonts w:ascii="仿宋" w:eastAsia="仿宋" w:hAnsi="仿宋"/>
          <w:sz w:val="32"/>
          <w:lang w:eastAsia="zh-CN"/>
        </w:rPr>
        <w:lastRenderedPageBreak/>
        <w:t>以谨小慎微，担起责任之重。期间，我研读经典，明悟精益。对先生所留下的古文经书。喜爱尤甚。许慎为郡功曹多年德行高妙志洁清白。金经汝南郡，察举为孝廉，即刻进京</w:t>
      </w:r>
      <w:proofErr w:type="gramStart"/>
      <w:r>
        <w:rPr>
          <w:rFonts w:ascii="仿宋" w:eastAsia="仿宋" w:hAnsi="仿宋"/>
          <w:sz w:val="32"/>
          <w:lang w:eastAsia="zh-CN"/>
        </w:rPr>
        <w:t>任太尉南阁祭酒</w:t>
      </w:r>
      <w:proofErr w:type="gramEnd"/>
      <w:r>
        <w:rPr>
          <w:rFonts w:ascii="仿宋" w:eastAsia="仿宋" w:hAnsi="仿宋"/>
          <w:sz w:val="32"/>
          <w:lang w:eastAsia="zh-CN"/>
        </w:rPr>
        <w:t>。</w:t>
      </w:r>
      <w:proofErr w:type="gramStart"/>
      <w:r>
        <w:rPr>
          <w:rFonts w:ascii="仿宋" w:eastAsia="仿宋" w:hAnsi="仿宋"/>
          <w:sz w:val="32"/>
          <w:lang w:eastAsia="zh-CN"/>
        </w:rPr>
        <w:t>南阁祭酒</w:t>
      </w:r>
      <w:proofErr w:type="gramEnd"/>
      <w:r>
        <w:rPr>
          <w:rFonts w:ascii="仿宋" w:eastAsia="仿宋" w:hAnsi="仿宋"/>
          <w:sz w:val="32"/>
          <w:lang w:eastAsia="zh-CN"/>
        </w:rPr>
        <w:t>。</w:t>
      </w:r>
      <w:proofErr w:type="gramStart"/>
      <w:r>
        <w:rPr>
          <w:rFonts w:ascii="仿宋" w:eastAsia="仿宋" w:hAnsi="仿宋"/>
          <w:sz w:val="32"/>
          <w:lang w:eastAsia="zh-CN"/>
        </w:rPr>
        <w:t>拜见南阁祭酒</w:t>
      </w:r>
      <w:proofErr w:type="gramEnd"/>
      <w:r>
        <w:rPr>
          <w:rFonts w:ascii="仿宋" w:eastAsia="仿宋" w:hAnsi="仿宋"/>
          <w:sz w:val="32"/>
          <w:lang w:eastAsia="zh-CN"/>
        </w:rPr>
        <w:t>许大人。我任太尉南</w:t>
      </w:r>
      <w:proofErr w:type="gramStart"/>
      <w:r>
        <w:rPr>
          <w:rFonts w:ascii="仿宋" w:eastAsia="仿宋" w:hAnsi="仿宋"/>
          <w:sz w:val="32"/>
          <w:lang w:eastAsia="zh-CN"/>
        </w:rPr>
        <w:t>阁祭酒阁祭酒</w:t>
      </w:r>
      <w:proofErr w:type="gramEnd"/>
      <w:r>
        <w:rPr>
          <w:rFonts w:ascii="仿宋" w:eastAsia="仿宋" w:hAnsi="仿宋"/>
          <w:sz w:val="32"/>
          <w:lang w:eastAsia="zh-CN"/>
        </w:rPr>
        <w:t>须德才兼备。文章通达。</w:t>
      </w:r>
    </w:p>
    <w:p w14:paraId="25A55CC5" w14:textId="77777777" w:rsidR="00E87C95" w:rsidRDefault="00000000">
      <w:pPr>
        <w:spacing w:after="0" w:line="579" w:lineRule="exact"/>
        <w:ind w:firstLine="640"/>
        <w:rPr>
          <w:lang w:eastAsia="zh-CN"/>
        </w:rPr>
      </w:pPr>
      <w:r>
        <w:rPr>
          <w:rFonts w:ascii="仿宋" w:eastAsia="仿宋" w:hAnsi="仿宋"/>
          <w:sz w:val="32"/>
          <w:lang w:eastAsia="zh-CN"/>
        </w:rPr>
        <w:t>我不敢有丝毫懈怠。努力为学。经言先圣经，文通才古今之意。比对参</w:t>
      </w:r>
      <w:proofErr w:type="gramStart"/>
      <w:r>
        <w:rPr>
          <w:rFonts w:ascii="仿宋" w:eastAsia="仿宋" w:hAnsi="仿宋"/>
          <w:sz w:val="32"/>
          <w:lang w:eastAsia="zh-CN"/>
        </w:rPr>
        <w:t>详异统</w:t>
      </w:r>
      <w:proofErr w:type="gramEnd"/>
      <w:r>
        <w:rPr>
          <w:rFonts w:ascii="仿宋" w:eastAsia="仿宋" w:hAnsi="仿宋"/>
          <w:sz w:val="32"/>
          <w:lang w:eastAsia="zh-CN"/>
        </w:rPr>
        <w:t>。美德典籍新本。都如获至宝。必求其究竟。陛下有昭命</w:t>
      </w:r>
      <w:proofErr w:type="gramStart"/>
      <w:r>
        <w:rPr>
          <w:rFonts w:ascii="仿宋" w:eastAsia="仿宋" w:hAnsi="仿宋"/>
          <w:sz w:val="32"/>
          <w:lang w:eastAsia="zh-CN"/>
        </w:rPr>
        <w:t>世</w:t>
      </w:r>
      <w:proofErr w:type="gramEnd"/>
      <w:r>
        <w:rPr>
          <w:rFonts w:ascii="仿宋" w:eastAsia="仿宋" w:hAnsi="仿宋"/>
          <w:sz w:val="32"/>
          <w:lang w:eastAsia="zh-CN"/>
        </w:rPr>
        <w:t>中贾逵选拔高材，生受京义。行，于是。万辈许慎拜见贾，父子五经无双许叔重。我久闻你的大名，</w:t>
      </w:r>
    </w:p>
    <w:p w14:paraId="53E4C795" w14:textId="77777777" w:rsidR="00E87C95" w:rsidRDefault="00000000">
      <w:pPr>
        <w:spacing w:after="0" w:line="579" w:lineRule="exact"/>
        <w:ind w:firstLine="640"/>
        <w:rPr>
          <w:lang w:eastAsia="zh-CN"/>
        </w:rPr>
      </w:pPr>
      <w:r>
        <w:rPr>
          <w:rFonts w:ascii="仿宋" w:eastAsia="仿宋" w:hAnsi="仿宋"/>
          <w:sz w:val="32"/>
          <w:lang w:eastAsia="zh-CN"/>
        </w:rPr>
        <w:t>你可愿随我入东观教书？敢问父子？要校对哪些金属该如何校对呢请？</w:t>
      </w:r>
      <w:proofErr w:type="gramStart"/>
      <w:r>
        <w:rPr>
          <w:rFonts w:ascii="仿宋" w:eastAsia="仿宋" w:hAnsi="仿宋"/>
          <w:sz w:val="32"/>
          <w:lang w:eastAsia="zh-CN"/>
        </w:rPr>
        <w:t>焚</w:t>
      </w:r>
      <w:proofErr w:type="gramEnd"/>
      <w:r>
        <w:rPr>
          <w:rFonts w:ascii="仿宋" w:eastAsia="仿宋" w:hAnsi="仿宋"/>
          <w:sz w:val="32"/>
          <w:lang w:eastAsia="zh-CN"/>
        </w:rPr>
        <w:t>灭百家之年。然天不绝大汉文，脉有孔子壁中书先世。200多年来。古今经文，杂行于</w:t>
      </w:r>
      <w:proofErr w:type="gramStart"/>
      <w:r>
        <w:rPr>
          <w:rFonts w:ascii="仿宋" w:eastAsia="仿宋" w:hAnsi="仿宋"/>
          <w:sz w:val="32"/>
          <w:lang w:eastAsia="zh-CN"/>
        </w:rPr>
        <w:t>世</w:t>
      </w:r>
      <w:proofErr w:type="gramEnd"/>
      <w:r>
        <w:rPr>
          <w:rFonts w:ascii="仿宋" w:eastAsia="仿宋" w:hAnsi="仿宋"/>
          <w:sz w:val="32"/>
          <w:lang w:eastAsia="zh-CN"/>
        </w:rPr>
        <w:t>。先生园艺，屡遭篡改。白虎观会议之后，陛下为民惊异，令我召集高材生。</w:t>
      </w:r>
      <w:proofErr w:type="gramStart"/>
      <w:r>
        <w:rPr>
          <w:rFonts w:ascii="仿宋" w:eastAsia="仿宋" w:hAnsi="仿宋"/>
          <w:sz w:val="32"/>
          <w:lang w:eastAsia="zh-CN"/>
        </w:rPr>
        <w:t>参降大汉</w:t>
      </w:r>
      <w:proofErr w:type="gramEnd"/>
      <w:r>
        <w:rPr>
          <w:rFonts w:ascii="仿宋" w:eastAsia="仿宋" w:hAnsi="仿宋"/>
          <w:sz w:val="32"/>
          <w:lang w:eastAsia="zh-CN"/>
        </w:rPr>
        <w:t>国藏古籍经典。</w:t>
      </w:r>
    </w:p>
    <w:p w14:paraId="0AC98D0D" w14:textId="77777777" w:rsidR="00E87C95" w:rsidRDefault="00000000">
      <w:pPr>
        <w:spacing w:after="0" w:line="579" w:lineRule="exact"/>
        <w:ind w:firstLine="640"/>
        <w:rPr>
          <w:lang w:eastAsia="zh-CN"/>
        </w:rPr>
      </w:pPr>
      <w:r>
        <w:rPr>
          <w:rFonts w:ascii="仿宋" w:eastAsia="仿宋" w:hAnsi="仿宋"/>
          <w:sz w:val="32"/>
          <w:lang w:eastAsia="zh-CN"/>
        </w:rPr>
        <w:t>比较古今，各派意图。教主经本礼教世人。我明白。你并非世家大学，全凭努力为学德才兼备而立之年，即任太尉南</w:t>
      </w:r>
      <w:proofErr w:type="gramStart"/>
      <w:r>
        <w:rPr>
          <w:rFonts w:ascii="仿宋" w:eastAsia="仿宋" w:hAnsi="仿宋"/>
          <w:sz w:val="32"/>
          <w:lang w:eastAsia="zh-CN"/>
        </w:rPr>
        <w:t>阁祭酒阁祭酒</w:t>
      </w:r>
      <w:proofErr w:type="gramEnd"/>
      <w:r>
        <w:rPr>
          <w:rFonts w:ascii="仿宋" w:eastAsia="仿宋" w:hAnsi="仿宋"/>
          <w:sz w:val="32"/>
          <w:lang w:eastAsia="zh-CN"/>
        </w:rPr>
        <w:t>。是一个家族的希望所在。叫住经文。是晚辈心中所愿。我从来都没有考虑过自己的师徒进退，那你还犹豫什么？国藏典籍。浩如烟海。要教注经本，</w:t>
      </w:r>
    </w:p>
    <w:p w14:paraId="7134F11B" w14:textId="77777777" w:rsidR="00E87C95" w:rsidRDefault="00000000">
      <w:pPr>
        <w:spacing w:after="0" w:line="579" w:lineRule="exact"/>
        <w:ind w:firstLine="640"/>
        <w:rPr>
          <w:lang w:eastAsia="zh-CN"/>
        </w:rPr>
      </w:pPr>
      <w:r>
        <w:rPr>
          <w:rFonts w:ascii="仿宋" w:eastAsia="仿宋" w:hAnsi="仿宋"/>
          <w:sz w:val="32"/>
          <w:lang w:eastAsia="zh-CN"/>
        </w:rPr>
        <w:t>以教示人。责任重大。不知夫子要做这件事情。想花多久的时间？你觉得要用多久？一辈子好。我的一辈子。加上</w:t>
      </w:r>
      <w:r>
        <w:rPr>
          <w:rFonts w:ascii="仿宋" w:eastAsia="仿宋" w:hAnsi="仿宋"/>
          <w:sz w:val="32"/>
          <w:lang w:eastAsia="zh-CN"/>
        </w:rPr>
        <w:lastRenderedPageBreak/>
        <w:t>你的一辈子。学生许慎。拜见父子。好一个五经无双，许叔重随，我入东观。古文抄写孔安国本书三卷入秘府。古文抄写左丘明本春秋两卷入秘府。</w:t>
      </w:r>
    </w:p>
    <w:p w14:paraId="17127A4B" w14:textId="77777777" w:rsidR="00E87C95" w:rsidRDefault="00000000">
      <w:pPr>
        <w:spacing w:after="0" w:line="579" w:lineRule="exact"/>
        <w:ind w:firstLine="640"/>
        <w:rPr>
          <w:lang w:eastAsia="zh-CN"/>
        </w:rPr>
      </w:pPr>
      <w:r>
        <w:rPr>
          <w:rFonts w:ascii="仿宋" w:eastAsia="仿宋" w:hAnsi="仿宋"/>
          <w:sz w:val="32"/>
          <w:lang w:eastAsia="zh-CN"/>
        </w:rPr>
        <w:t>叫孟喜本易八卷立体书写</w:t>
      </w:r>
      <w:proofErr w:type="gramStart"/>
      <w:r>
        <w:rPr>
          <w:rFonts w:ascii="仿宋" w:eastAsia="仿宋" w:hAnsi="仿宋"/>
          <w:sz w:val="32"/>
          <w:lang w:eastAsia="zh-CN"/>
        </w:rPr>
        <w:t>入秘符</w:t>
      </w:r>
      <w:proofErr w:type="gramEnd"/>
      <w:r>
        <w:rPr>
          <w:rFonts w:ascii="仿宋" w:eastAsia="仿宋" w:hAnsi="仿宋"/>
          <w:sz w:val="32"/>
          <w:lang w:eastAsia="zh-CN"/>
        </w:rPr>
        <w:t>。父子。我是我。你都看了几个时辰了，天都黑了，父子见笑了，我从未见过这么多以古文字抄写的典籍啊。此处的文书与典籍，以隶书居多，还有很多皱纹和古文的典籍。甚至。孔子壁中书也有收藏。孔子壁中书在哪啊？你不饿吗？呃，</w:t>
      </w:r>
    </w:p>
    <w:p w14:paraId="3AEA4EDC" w14:textId="77777777" w:rsidR="00E87C95" w:rsidRDefault="00000000">
      <w:pPr>
        <w:spacing w:after="0" w:line="579" w:lineRule="exact"/>
        <w:ind w:firstLine="640"/>
        <w:rPr>
          <w:lang w:eastAsia="zh-CN"/>
        </w:rPr>
      </w:pPr>
      <w:r>
        <w:rPr>
          <w:rFonts w:ascii="仿宋" w:eastAsia="仿宋" w:hAnsi="仿宋"/>
          <w:sz w:val="32"/>
          <w:lang w:eastAsia="zh-CN"/>
        </w:rPr>
        <w:t>父子这么一问，倒是有些饿了。来，你先吃饭，吃完了再看。我们得，我们得。哈哈</w:t>
      </w:r>
      <w:proofErr w:type="gramStart"/>
      <w:r>
        <w:rPr>
          <w:rFonts w:ascii="仿宋" w:eastAsia="仿宋" w:hAnsi="仿宋"/>
          <w:sz w:val="32"/>
          <w:lang w:eastAsia="zh-CN"/>
        </w:rPr>
        <w:t>哈</w:t>
      </w:r>
      <w:proofErr w:type="gramEnd"/>
      <w:r>
        <w:rPr>
          <w:rFonts w:ascii="仿宋" w:eastAsia="仿宋" w:hAnsi="仿宋"/>
          <w:sz w:val="32"/>
          <w:lang w:eastAsia="zh-CN"/>
        </w:rPr>
        <w:t>。饭菜还</w:t>
      </w:r>
      <w:proofErr w:type="gramStart"/>
      <w:r>
        <w:rPr>
          <w:rFonts w:ascii="仿宋" w:eastAsia="仿宋" w:hAnsi="仿宋"/>
          <w:sz w:val="32"/>
          <w:lang w:eastAsia="zh-CN"/>
        </w:rPr>
        <w:t>热乎着</w:t>
      </w:r>
      <w:proofErr w:type="gramEnd"/>
      <w:r>
        <w:rPr>
          <w:rFonts w:ascii="仿宋" w:eastAsia="仿宋" w:hAnsi="仿宋"/>
          <w:sz w:val="32"/>
          <w:lang w:eastAsia="zh-CN"/>
        </w:rPr>
        <w:t>。赶紧吃。这第一次入冬观能看得出来您是心喜异常啊，真是大开眼界啊，处处都能看到星驰时。处处都能采写更多的典籍用字，自此以后我便开始在东观校对经典钻研文字。</w:t>
      </w:r>
    </w:p>
    <w:p w14:paraId="49E02FEE" w14:textId="77777777" w:rsidR="00E87C95" w:rsidRDefault="00000000">
      <w:pPr>
        <w:spacing w:after="0" w:line="579" w:lineRule="exact"/>
        <w:ind w:firstLine="640"/>
        <w:rPr>
          <w:lang w:eastAsia="zh-CN"/>
        </w:rPr>
      </w:pPr>
      <w:r>
        <w:rPr>
          <w:rFonts w:ascii="仿宋" w:eastAsia="仿宋" w:hAnsi="仿宋"/>
          <w:sz w:val="32"/>
          <w:lang w:eastAsia="zh-CN"/>
        </w:rPr>
        <w:t>福中福子。负责。人都被书围住了，你这是读了几天了？夫子担心您看起</w:t>
      </w:r>
      <w:proofErr w:type="gramStart"/>
      <w:r>
        <w:rPr>
          <w:rFonts w:ascii="仿宋" w:eastAsia="仿宋" w:hAnsi="仿宋"/>
          <w:sz w:val="32"/>
          <w:lang w:eastAsia="zh-CN"/>
        </w:rPr>
        <w:t>出来低米</w:t>
      </w:r>
      <w:proofErr w:type="gramEnd"/>
      <w:r>
        <w:rPr>
          <w:rFonts w:ascii="仿宋" w:eastAsia="仿宋" w:hAnsi="仿宋"/>
          <w:sz w:val="32"/>
          <w:lang w:eastAsia="zh-CN"/>
        </w:rPr>
        <w:t>不进。来负责。这位是。我是</w:t>
      </w:r>
      <w:proofErr w:type="gramStart"/>
      <w:r>
        <w:rPr>
          <w:rFonts w:ascii="仿宋" w:eastAsia="仿宋" w:hAnsi="仿宋"/>
          <w:sz w:val="32"/>
          <w:lang w:eastAsia="zh-CN"/>
        </w:rPr>
        <w:t>马文字季</w:t>
      </w:r>
      <w:proofErr w:type="gramEnd"/>
      <w:r>
        <w:rPr>
          <w:rFonts w:ascii="仿宋" w:eastAsia="仿宋" w:hAnsi="仿宋"/>
          <w:sz w:val="32"/>
          <w:lang w:eastAsia="zh-CN"/>
        </w:rPr>
        <w:t>长，</w:t>
      </w:r>
      <w:proofErr w:type="gramStart"/>
      <w:r>
        <w:rPr>
          <w:rFonts w:ascii="仿宋" w:eastAsia="仿宋" w:hAnsi="仿宋"/>
          <w:sz w:val="32"/>
          <w:lang w:eastAsia="zh-CN"/>
        </w:rPr>
        <w:t>拜见书众</w:t>
      </w:r>
      <w:proofErr w:type="gramEnd"/>
      <w:r>
        <w:rPr>
          <w:rFonts w:ascii="仿宋" w:eastAsia="仿宋" w:hAnsi="仿宋"/>
          <w:sz w:val="32"/>
          <w:lang w:eastAsia="zh-CN"/>
        </w:rPr>
        <w:t>先生。马文是扶风马氏之后，与我家是至交，自幼聪明好学，早就想见</w:t>
      </w:r>
      <w:proofErr w:type="gramStart"/>
      <w:r>
        <w:rPr>
          <w:rFonts w:ascii="仿宋" w:eastAsia="仿宋" w:hAnsi="仿宋"/>
          <w:sz w:val="32"/>
          <w:lang w:eastAsia="zh-CN"/>
        </w:rPr>
        <w:t>见</w:t>
      </w:r>
      <w:proofErr w:type="gramEnd"/>
      <w:r>
        <w:rPr>
          <w:rFonts w:ascii="仿宋" w:eastAsia="仿宋" w:hAnsi="仿宋"/>
          <w:sz w:val="32"/>
          <w:lang w:eastAsia="zh-CN"/>
        </w:rPr>
        <w:t>五经无双的。许叔重。我就把它交给你。</w:t>
      </w:r>
    </w:p>
    <w:p w14:paraId="389B876A" w14:textId="77777777" w:rsidR="00E87C95" w:rsidRDefault="00000000">
      <w:pPr>
        <w:spacing w:after="0" w:line="579" w:lineRule="exact"/>
        <w:ind w:firstLine="640"/>
        <w:rPr>
          <w:lang w:eastAsia="zh-CN"/>
        </w:rPr>
      </w:pPr>
      <w:r>
        <w:rPr>
          <w:rFonts w:ascii="仿宋" w:eastAsia="仿宋" w:hAnsi="仿宋"/>
          <w:sz w:val="32"/>
          <w:lang w:eastAsia="zh-CN"/>
        </w:rPr>
        <w:t>从此愿跟随</w:t>
      </w:r>
      <w:proofErr w:type="gramStart"/>
      <w:r>
        <w:rPr>
          <w:rFonts w:ascii="仿宋" w:eastAsia="仿宋" w:hAnsi="仿宋"/>
          <w:sz w:val="32"/>
          <w:lang w:eastAsia="zh-CN"/>
        </w:rPr>
        <w:t>叔重先生</w:t>
      </w:r>
      <w:proofErr w:type="gramEnd"/>
      <w:r>
        <w:rPr>
          <w:rFonts w:ascii="仿宋" w:eastAsia="仿宋" w:hAnsi="仿宋"/>
          <w:sz w:val="32"/>
          <w:lang w:eastAsia="zh-CN"/>
        </w:rPr>
        <w:t>学习。呃。做人先生。叫人为</w:t>
      </w:r>
      <w:proofErr w:type="gramStart"/>
      <w:r>
        <w:rPr>
          <w:rFonts w:ascii="仿宋" w:eastAsia="仿宋" w:hAnsi="仿宋"/>
          <w:sz w:val="32"/>
          <w:lang w:eastAsia="zh-CN"/>
        </w:rPr>
        <w:t>学责任</w:t>
      </w:r>
      <w:proofErr w:type="gramEnd"/>
      <w:r>
        <w:rPr>
          <w:rFonts w:ascii="仿宋" w:eastAsia="仿宋" w:hAnsi="仿宋"/>
          <w:sz w:val="32"/>
          <w:lang w:eastAsia="zh-CN"/>
        </w:rPr>
        <w:t>重大。我不能答应你。不过我们可以兄弟相称，互相为学。哈哈，说中。你总是那么慎重。不准这。季长兄。见</w:t>
      </w:r>
      <w:proofErr w:type="gramStart"/>
      <w:r>
        <w:rPr>
          <w:rFonts w:ascii="仿宋" w:eastAsia="仿宋" w:hAnsi="仿宋"/>
          <w:sz w:val="32"/>
          <w:lang w:eastAsia="zh-CN"/>
        </w:rPr>
        <w:t>过叔重兄</w:t>
      </w:r>
      <w:proofErr w:type="gramEnd"/>
      <w:r>
        <w:rPr>
          <w:rFonts w:ascii="仿宋" w:eastAsia="仿宋" w:hAnsi="仿宋"/>
          <w:sz w:val="32"/>
          <w:lang w:eastAsia="zh-CN"/>
        </w:rPr>
        <w:t>。吃饭吧。哈哈</w:t>
      </w:r>
      <w:proofErr w:type="gramStart"/>
      <w:r>
        <w:rPr>
          <w:rFonts w:ascii="仿宋" w:eastAsia="仿宋" w:hAnsi="仿宋"/>
          <w:sz w:val="32"/>
          <w:lang w:eastAsia="zh-CN"/>
        </w:rPr>
        <w:t>哈</w:t>
      </w:r>
      <w:proofErr w:type="gramEnd"/>
      <w:r>
        <w:rPr>
          <w:rFonts w:ascii="仿宋" w:eastAsia="仿宋" w:hAnsi="仿宋"/>
          <w:sz w:val="32"/>
          <w:lang w:eastAsia="zh-CN"/>
        </w:rPr>
        <w:t>。</w:t>
      </w:r>
    </w:p>
    <w:p w14:paraId="41A6D210" w14:textId="77777777" w:rsidR="00E87C95" w:rsidRDefault="00000000">
      <w:pPr>
        <w:spacing w:after="0" w:line="579" w:lineRule="exact"/>
        <w:ind w:firstLine="640"/>
        <w:rPr>
          <w:lang w:eastAsia="zh-CN"/>
        </w:rPr>
      </w:pPr>
      <w:r>
        <w:rPr>
          <w:rFonts w:ascii="仿宋" w:eastAsia="仿宋" w:hAnsi="仿宋"/>
          <w:sz w:val="32"/>
          <w:lang w:eastAsia="zh-CN"/>
        </w:rPr>
        <w:lastRenderedPageBreak/>
        <w:t>哎，我记得前几日你猜想五金</w:t>
      </w:r>
      <w:proofErr w:type="gramStart"/>
      <w:r>
        <w:rPr>
          <w:rFonts w:ascii="仿宋" w:eastAsia="仿宋" w:hAnsi="仿宋"/>
          <w:sz w:val="32"/>
          <w:lang w:eastAsia="zh-CN"/>
        </w:rPr>
        <w:t>一铜说</w:t>
      </w:r>
      <w:proofErr w:type="gramEnd"/>
      <w:r>
        <w:rPr>
          <w:rFonts w:ascii="仿宋" w:eastAsia="仿宋" w:hAnsi="仿宋"/>
          <w:sz w:val="32"/>
          <w:lang w:eastAsia="zh-CN"/>
        </w:rPr>
        <w:t>有几个字认不清楚。是哪几个字？弟子都已经记下来了。季长兄。哦。父子请过目</w:t>
      </w:r>
      <w:proofErr w:type="gramStart"/>
      <w:r>
        <w:rPr>
          <w:rFonts w:ascii="仿宋" w:eastAsia="仿宋" w:hAnsi="仿宋"/>
          <w:sz w:val="32"/>
          <w:lang w:eastAsia="zh-CN"/>
        </w:rPr>
        <w:t>叔重兄</w:t>
      </w:r>
      <w:proofErr w:type="gramEnd"/>
      <w:r>
        <w:rPr>
          <w:rFonts w:ascii="仿宋" w:eastAsia="仿宋" w:hAnsi="仿宋"/>
          <w:sz w:val="32"/>
          <w:lang w:eastAsia="zh-CN"/>
        </w:rPr>
        <w:t>，我看你这简上写的都是单个字的字形字音字义的说解。夫子不是说您在做的是五经意义吗？季长兄这句话那是问到点子上了跟我来。你看这里有这么多金属。我想问你啊，无论古今各种版本的经书都是用什么写的？那当然是文字了，所以啊。</w:t>
      </w:r>
    </w:p>
    <w:p w14:paraId="37D58083" w14:textId="77777777" w:rsidR="00E87C95" w:rsidRDefault="00000000">
      <w:pPr>
        <w:spacing w:after="0" w:line="579" w:lineRule="exact"/>
        <w:ind w:firstLine="640"/>
        <w:rPr>
          <w:lang w:eastAsia="zh-CN"/>
        </w:rPr>
      </w:pPr>
      <w:r>
        <w:rPr>
          <w:rFonts w:ascii="仿宋" w:eastAsia="仿宋" w:hAnsi="仿宋"/>
          <w:sz w:val="32"/>
          <w:lang w:eastAsia="zh-CN"/>
        </w:rPr>
        <w:t>欲要明经意，先要说解清楚字义。盖文字者，</w:t>
      </w:r>
      <w:proofErr w:type="gramStart"/>
      <w:r>
        <w:rPr>
          <w:rFonts w:ascii="仿宋" w:eastAsia="仿宋" w:hAnsi="仿宋"/>
          <w:sz w:val="32"/>
          <w:lang w:eastAsia="zh-CN"/>
        </w:rPr>
        <w:t>经艺之</w:t>
      </w:r>
      <w:proofErr w:type="gramEnd"/>
      <w:r>
        <w:rPr>
          <w:rFonts w:ascii="仿宋" w:eastAsia="仿宋" w:hAnsi="仿宋"/>
          <w:sz w:val="32"/>
          <w:lang w:eastAsia="zh-CN"/>
        </w:rPr>
        <w:t>本。王政之事。</w:t>
      </w:r>
      <w:proofErr w:type="gramStart"/>
      <w:r>
        <w:rPr>
          <w:rFonts w:ascii="仿宋" w:eastAsia="仿宋" w:hAnsi="仿宋"/>
          <w:sz w:val="32"/>
          <w:lang w:eastAsia="zh-CN"/>
        </w:rPr>
        <w:t>求众这</w:t>
      </w:r>
      <w:proofErr w:type="gramEnd"/>
      <w:r>
        <w:rPr>
          <w:rFonts w:ascii="仿宋" w:eastAsia="仿宋" w:hAnsi="仿宋"/>
          <w:sz w:val="32"/>
          <w:lang w:eastAsia="zh-CN"/>
        </w:rPr>
        <w:t>话说得好。如果文字都弄不清楚，那精益就别想讲明白。甚至连国家的治理王道的推行都会混淆不清。父子弟子，朕要向父子您</w:t>
      </w:r>
      <w:proofErr w:type="gramStart"/>
      <w:r>
        <w:rPr>
          <w:rFonts w:ascii="仿宋" w:eastAsia="仿宋" w:hAnsi="仿宋"/>
          <w:sz w:val="32"/>
          <w:lang w:eastAsia="zh-CN"/>
        </w:rPr>
        <w:t>秉</w:t>
      </w:r>
      <w:proofErr w:type="gramEnd"/>
      <w:r>
        <w:rPr>
          <w:rFonts w:ascii="仿宋" w:eastAsia="仿宋" w:hAnsi="仿宋"/>
          <w:sz w:val="32"/>
          <w:lang w:eastAsia="zh-CN"/>
        </w:rPr>
        <w:t>报。进来弟子越来越觉得。文字虽然</w:t>
      </w:r>
      <w:proofErr w:type="gramStart"/>
      <w:r>
        <w:rPr>
          <w:rFonts w:ascii="仿宋" w:eastAsia="仿宋" w:hAnsi="仿宋"/>
          <w:sz w:val="32"/>
          <w:lang w:eastAsia="zh-CN"/>
        </w:rPr>
        <w:t>很</w:t>
      </w:r>
      <w:proofErr w:type="gramEnd"/>
      <w:r>
        <w:rPr>
          <w:rFonts w:ascii="仿宋" w:eastAsia="仿宋" w:hAnsi="仿宋"/>
          <w:sz w:val="32"/>
          <w:lang w:eastAsia="zh-CN"/>
        </w:rPr>
        <w:t>基础。但十为重要。圣人有云本立而道生。</w:t>
      </w:r>
    </w:p>
    <w:p w14:paraId="14AFED1F" w14:textId="77777777" w:rsidR="00E87C95" w:rsidRDefault="00000000">
      <w:pPr>
        <w:spacing w:after="0" w:line="579" w:lineRule="exact"/>
        <w:ind w:firstLine="640"/>
        <w:rPr>
          <w:lang w:eastAsia="zh-CN"/>
        </w:rPr>
      </w:pPr>
      <w:r>
        <w:rPr>
          <w:rFonts w:ascii="仿宋" w:eastAsia="仿宋" w:hAnsi="仿宋"/>
          <w:sz w:val="32"/>
          <w:lang w:eastAsia="zh-CN"/>
        </w:rPr>
        <w:t>说文解字实在是帮助世人求学明经的根本之要。学生想做一部专著。就叫。说文解字。以小篆为字头，上乘古文大篆，下接隶书之变，打通古经。使前人得以垂后，后人得以识骨。好小传好。还可以把一部分皱纹和孔子的壁中书也收入其中，作为崇文夫子说的对。只是。写这样一本书。</w:t>
      </w:r>
    </w:p>
    <w:p w14:paraId="3C287556" w14:textId="77777777" w:rsidR="00E87C95" w:rsidRDefault="00000000">
      <w:pPr>
        <w:spacing w:after="0" w:line="579" w:lineRule="exact"/>
        <w:ind w:firstLine="640"/>
        <w:rPr>
          <w:lang w:eastAsia="zh-CN"/>
        </w:rPr>
      </w:pPr>
      <w:r>
        <w:rPr>
          <w:rFonts w:ascii="仿宋" w:eastAsia="仿宋" w:hAnsi="仿宋"/>
          <w:sz w:val="32"/>
          <w:lang w:eastAsia="zh-CN"/>
        </w:rPr>
        <w:t>文字的专属责任重大。怕也要用一辈子时间。用的时间长，不怕但。一定要把书修好。哪怕是。我这一辈子在嘉盛。你的一辈子。如果说众星不嫌弃。也加上季长这一辈子。多谢</w:t>
      </w:r>
      <w:proofErr w:type="gramStart"/>
      <w:r>
        <w:rPr>
          <w:rFonts w:ascii="仿宋" w:eastAsia="仿宋" w:hAnsi="仿宋"/>
          <w:sz w:val="32"/>
          <w:lang w:eastAsia="zh-CN"/>
        </w:rPr>
        <w:t>季朝秀</w:t>
      </w:r>
      <w:proofErr w:type="gramEnd"/>
      <w:r>
        <w:rPr>
          <w:rFonts w:ascii="仿宋" w:eastAsia="仿宋" w:hAnsi="仿宋"/>
          <w:sz w:val="32"/>
          <w:lang w:eastAsia="zh-CN"/>
        </w:rPr>
        <w:t>。这一届我与季长成了一辈子的朋友，他出身世家。翻遍家藏，帮我查找文字。</w:t>
      </w:r>
    </w:p>
    <w:p w14:paraId="772A2B1F" w14:textId="77777777" w:rsidR="00E87C95" w:rsidRDefault="00000000">
      <w:pPr>
        <w:spacing w:after="0" w:line="579" w:lineRule="exact"/>
        <w:ind w:firstLine="640"/>
        <w:rPr>
          <w:lang w:eastAsia="zh-CN"/>
        </w:rPr>
      </w:pPr>
      <w:r>
        <w:rPr>
          <w:rFonts w:ascii="仿宋" w:eastAsia="仿宋" w:hAnsi="仿宋"/>
          <w:sz w:val="32"/>
          <w:lang w:eastAsia="zh-CN"/>
        </w:rPr>
        <w:lastRenderedPageBreak/>
        <w:t>我与他一起论辩自立经历，趣味无穷啊。您整理了9000多个小传，</w:t>
      </w:r>
      <w:proofErr w:type="gramStart"/>
      <w:r>
        <w:rPr>
          <w:rFonts w:ascii="仿宋" w:eastAsia="仿宋" w:hAnsi="仿宋"/>
          <w:sz w:val="32"/>
          <w:lang w:eastAsia="zh-CN"/>
        </w:rPr>
        <w:t>一一说解其</w:t>
      </w:r>
      <w:proofErr w:type="gramEnd"/>
      <w:r>
        <w:rPr>
          <w:rFonts w:ascii="仿宋" w:eastAsia="仿宋" w:hAnsi="仿宋"/>
          <w:sz w:val="32"/>
          <w:lang w:eastAsia="zh-CN"/>
        </w:rPr>
        <w:t>字形字音字义。但最为精妙的是，您发现并归纳了文字之间的联系。若非如此说文解字，岂不成了一部简单罗列的自述？但要将这九千余字</w:t>
      </w:r>
      <w:proofErr w:type="gramStart"/>
      <w:r>
        <w:rPr>
          <w:rFonts w:ascii="仿宋" w:eastAsia="仿宋" w:hAnsi="仿宋"/>
          <w:sz w:val="32"/>
          <w:lang w:eastAsia="zh-CN"/>
        </w:rPr>
        <w:t>融汇</w:t>
      </w:r>
      <w:proofErr w:type="gramEnd"/>
      <w:r>
        <w:rPr>
          <w:rFonts w:ascii="仿宋" w:eastAsia="仿宋" w:hAnsi="仿宋"/>
          <w:sz w:val="32"/>
          <w:lang w:eastAsia="zh-CN"/>
        </w:rPr>
        <w:t>一体变成体系。却经历了漫长的思考。与复杂的推演。</w:t>
      </w:r>
      <w:proofErr w:type="gramStart"/>
      <w:r>
        <w:rPr>
          <w:rFonts w:ascii="仿宋" w:eastAsia="仿宋" w:hAnsi="仿宋"/>
          <w:sz w:val="32"/>
          <w:lang w:eastAsia="zh-CN"/>
        </w:rPr>
        <w:t>孰众兄</w:t>
      </w:r>
      <w:proofErr w:type="gramEnd"/>
      <w:r>
        <w:rPr>
          <w:rFonts w:ascii="仿宋" w:eastAsia="仿宋" w:hAnsi="仿宋"/>
          <w:sz w:val="32"/>
          <w:lang w:eastAsia="zh-CN"/>
        </w:rPr>
        <w:t>。不是说好了，看完孔子壁中书就回家了吗？看到那些古文字。</w:t>
      </w:r>
    </w:p>
    <w:p w14:paraId="27C53E06" w14:textId="77777777" w:rsidR="00E87C95" w:rsidRDefault="00000000">
      <w:pPr>
        <w:spacing w:after="0" w:line="579" w:lineRule="exact"/>
        <w:ind w:firstLine="640"/>
        <w:rPr>
          <w:lang w:eastAsia="zh-CN"/>
        </w:rPr>
      </w:pPr>
      <w:r>
        <w:rPr>
          <w:rFonts w:ascii="仿宋" w:eastAsia="仿宋" w:hAnsi="仿宋"/>
          <w:sz w:val="32"/>
          <w:lang w:eastAsia="zh-CN"/>
        </w:rPr>
        <w:t>我忽然有所感悟啊。想起了贾夫子曾经说过的要吸取周礼中的。六书造字分析法，我越来越肯定。文字的形与</w:t>
      </w:r>
      <w:proofErr w:type="gramStart"/>
      <w:r>
        <w:rPr>
          <w:rFonts w:ascii="仿宋" w:eastAsia="仿宋" w:hAnsi="仿宋"/>
          <w:sz w:val="32"/>
          <w:lang w:eastAsia="zh-CN"/>
        </w:rPr>
        <w:t>义应该</w:t>
      </w:r>
      <w:proofErr w:type="gramEnd"/>
      <w:r>
        <w:rPr>
          <w:rFonts w:ascii="仿宋" w:eastAsia="仿宋" w:hAnsi="仿宋"/>
          <w:sz w:val="32"/>
          <w:lang w:eastAsia="zh-CN"/>
        </w:rPr>
        <w:t>是统一的。说文解字最重要的是要为世人</w:t>
      </w:r>
      <w:proofErr w:type="gramStart"/>
      <w:r>
        <w:rPr>
          <w:rFonts w:ascii="仿宋" w:eastAsia="仿宋" w:hAnsi="仿宋"/>
          <w:sz w:val="32"/>
          <w:lang w:eastAsia="zh-CN"/>
        </w:rPr>
        <w:t>说解清楚</w:t>
      </w:r>
      <w:proofErr w:type="gramEnd"/>
      <w:r>
        <w:rPr>
          <w:rFonts w:ascii="仿宋" w:eastAsia="仿宋" w:hAnsi="仿宋"/>
          <w:sz w:val="32"/>
          <w:lang w:eastAsia="zh-CN"/>
        </w:rPr>
        <w:t>。文字中形与</w:t>
      </w:r>
      <w:proofErr w:type="gramStart"/>
      <w:r>
        <w:rPr>
          <w:rFonts w:ascii="仿宋" w:eastAsia="仿宋" w:hAnsi="仿宋"/>
          <w:sz w:val="32"/>
          <w:lang w:eastAsia="zh-CN"/>
        </w:rPr>
        <w:t>义结合</w:t>
      </w:r>
      <w:proofErr w:type="gramEnd"/>
      <w:r>
        <w:rPr>
          <w:rFonts w:ascii="仿宋" w:eastAsia="仿宋" w:hAnsi="仿宋"/>
          <w:sz w:val="32"/>
          <w:lang w:eastAsia="zh-CN"/>
        </w:rPr>
        <w:t>的原理。我越来越觉得你用小篆做字头是对的，世间万物。一定有它对应的字。方以类聚，物以群分。万事万物可以分类那字。也一定可以分类。所以你从小传里头提炼出这些故。</w:t>
      </w:r>
    </w:p>
    <w:p w14:paraId="54E92619" w14:textId="77777777" w:rsidR="00E87C95" w:rsidRDefault="00000000">
      <w:pPr>
        <w:spacing w:after="0" w:line="579" w:lineRule="exact"/>
        <w:ind w:firstLine="640"/>
        <w:rPr>
          <w:lang w:eastAsia="zh-CN"/>
        </w:rPr>
      </w:pPr>
      <w:r>
        <w:rPr>
          <w:rFonts w:ascii="仿宋" w:eastAsia="仿宋" w:hAnsi="仿宋"/>
          <w:sz w:val="32"/>
        </w:rPr>
        <w:t>540部。捅所有字。表所有。</w:t>
      </w:r>
      <w:r>
        <w:rPr>
          <w:rFonts w:ascii="仿宋" w:eastAsia="仿宋" w:hAnsi="仿宋"/>
          <w:sz w:val="32"/>
          <w:lang w:eastAsia="zh-CN"/>
        </w:rPr>
        <w:t>分别部居，不相杂厕。物以群分。自以部分。万物咸睹，靡不兼载。叔重自古以来还没有人做过这样的事啊。可我刚刚领悟到自与自之间。不与不知己，其中的奥妙。还远不止于此，还有什么奥妙？</w:t>
      </w:r>
    </w:p>
    <w:p w14:paraId="0F677696" w14:textId="77777777" w:rsidR="00E87C95" w:rsidRDefault="00000000">
      <w:pPr>
        <w:spacing w:after="0" w:line="579" w:lineRule="exact"/>
        <w:ind w:firstLine="640"/>
        <w:rPr>
          <w:lang w:eastAsia="zh-CN"/>
        </w:rPr>
      </w:pPr>
      <w:r>
        <w:rPr>
          <w:rFonts w:ascii="仿宋" w:eastAsia="仿宋" w:hAnsi="仿宋"/>
          <w:sz w:val="32"/>
          <w:lang w:eastAsia="zh-CN"/>
        </w:rPr>
        <w:t>我还在误会。还在误会。哦哦哦。好，你悟</w:t>
      </w:r>
      <w:proofErr w:type="gramStart"/>
      <w:r>
        <w:rPr>
          <w:rFonts w:ascii="仿宋" w:eastAsia="仿宋" w:hAnsi="仿宋"/>
          <w:sz w:val="32"/>
          <w:lang w:eastAsia="zh-CN"/>
        </w:rPr>
        <w:t>悟</w:t>
      </w:r>
      <w:proofErr w:type="gramEnd"/>
      <w:r>
        <w:rPr>
          <w:rFonts w:ascii="仿宋" w:eastAsia="仿宋" w:hAnsi="仿宋"/>
          <w:sz w:val="32"/>
          <w:lang w:eastAsia="zh-CN"/>
        </w:rPr>
        <w:t>。看来又得一整夜呀。我去给咱们俩找点吃的，让这肚子也捂一捂。先贤创世道，道天界化成万物。世间万物，</w:t>
      </w:r>
      <w:proofErr w:type="gramStart"/>
      <w:r>
        <w:rPr>
          <w:rFonts w:ascii="仿宋" w:eastAsia="仿宋" w:hAnsi="仿宋"/>
          <w:sz w:val="32"/>
          <w:lang w:eastAsia="zh-CN"/>
        </w:rPr>
        <w:t>一定一定一定</w:t>
      </w:r>
      <w:proofErr w:type="gramEnd"/>
      <w:r>
        <w:rPr>
          <w:rFonts w:ascii="仿宋" w:eastAsia="仿宋" w:hAnsi="仿宋"/>
          <w:sz w:val="32"/>
          <w:lang w:eastAsia="zh-CN"/>
        </w:rPr>
        <w:t>是对的。为世人说文写字，</w:t>
      </w:r>
      <w:proofErr w:type="gramStart"/>
      <w:r>
        <w:rPr>
          <w:rFonts w:ascii="仿宋" w:eastAsia="仿宋" w:hAnsi="仿宋"/>
          <w:sz w:val="32"/>
          <w:lang w:eastAsia="zh-CN"/>
        </w:rPr>
        <w:t>传叙圣贤</w:t>
      </w:r>
      <w:proofErr w:type="gramEnd"/>
      <w:r>
        <w:rPr>
          <w:rFonts w:ascii="仿宋" w:eastAsia="仿宋" w:hAnsi="仿宋"/>
          <w:sz w:val="32"/>
          <w:lang w:eastAsia="zh-CN"/>
        </w:rPr>
        <w:t>园艺。贤</w:t>
      </w:r>
      <w:proofErr w:type="gramStart"/>
      <w:r>
        <w:rPr>
          <w:rFonts w:ascii="仿宋" w:eastAsia="仿宋" w:hAnsi="仿宋"/>
          <w:sz w:val="32"/>
          <w:lang w:eastAsia="zh-CN"/>
        </w:rPr>
        <w:t>贤</w:t>
      </w:r>
      <w:proofErr w:type="gramEnd"/>
      <w:r>
        <w:rPr>
          <w:rFonts w:ascii="仿宋" w:eastAsia="仿宋" w:hAnsi="仿宋"/>
          <w:sz w:val="32"/>
          <w:lang w:eastAsia="zh-CN"/>
        </w:rPr>
        <w:t>大道，</w:t>
      </w:r>
    </w:p>
    <w:p w14:paraId="0F3D0261" w14:textId="77777777" w:rsidR="00E87C95" w:rsidRDefault="00000000">
      <w:pPr>
        <w:spacing w:after="0" w:line="579" w:lineRule="exact"/>
        <w:ind w:firstLine="640"/>
        <w:rPr>
          <w:lang w:eastAsia="zh-CN"/>
        </w:rPr>
      </w:pPr>
      <w:r>
        <w:rPr>
          <w:rFonts w:ascii="仿宋" w:eastAsia="仿宋" w:hAnsi="仿宋"/>
          <w:sz w:val="32"/>
          <w:lang w:eastAsia="zh-CN"/>
        </w:rPr>
        <w:lastRenderedPageBreak/>
        <w:t>在于典籍，而典籍之作，始于文字。父子晚辈正是要说字义。移民惊异呀。嗯，</w:t>
      </w:r>
      <w:proofErr w:type="gramStart"/>
      <w:r>
        <w:rPr>
          <w:rFonts w:ascii="仿宋" w:eastAsia="仿宋" w:hAnsi="仿宋"/>
          <w:sz w:val="32"/>
          <w:lang w:eastAsia="zh-CN"/>
        </w:rPr>
        <w:t>说解字义</w:t>
      </w:r>
      <w:proofErr w:type="gramEnd"/>
      <w:r>
        <w:rPr>
          <w:rFonts w:ascii="仿宋" w:eastAsia="仿宋" w:hAnsi="仿宋"/>
          <w:sz w:val="32"/>
          <w:lang w:eastAsia="zh-CN"/>
        </w:rPr>
        <w:t>。自亦</w:t>
      </w:r>
      <w:proofErr w:type="gramStart"/>
      <w:r>
        <w:rPr>
          <w:rFonts w:ascii="仿宋" w:eastAsia="仿宋" w:hAnsi="仿宋"/>
          <w:sz w:val="32"/>
          <w:lang w:eastAsia="zh-CN"/>
        </w:rPr>
        <w:t>为经艺之</w:t>
      </w:r>
      <w:proofErr w:type="gramEnd"/>
      <w:r>
        <w:rPr>
          <w:rFonts w:ascii="仿宋" w:eastAsia="仿宋" w:hAnsi="仿宋"/>
          <w:sz w:val="32"/>
          <w:lang w:eastAsia="zh-CN"/>
        </w:rPr>
        <w:t>本，本立而道生。天地大道生于</w:t>
      </w:r>
      <w:proofErr w:type="gramStart"/>
      <w:r>
        <w:rPr>
          <w:rFonts w:ascii="仿宋" w:eastAsia="仿宋" w:hAnsi="仿宋"/>
          <w:sz w:val="32"/>
          <w:lang w:eastAsia="zh-CN"/>
        </w:rPr>
        <w:t>一</w:t>
      </w:r>
      <w:proofErr w:type="gramEnd"/>
      <w:r>
        <w:rPr>
          <w:rFonts w:ascii="仿宋" w:eastAsia="仿宋" w:hAnsi="仿宋"/>
          <w:sz w:val="32"/>
          <w:lang w:eastAsia="zh-CN"/>
        </w:rPr>
        <w:t>，先贤智慧始于一。昔日伏羲以一为一之起源。钱为天。坤为帝。乾坤之始始于夷，</w:t>
      </w:r>
    </w:p>
    <w:p w14:paraId="32910B52" w14:textId="77777777" w:rsidR="00E87C95" w:rsidRDefault="00000000">
      <w:pPr>
        <w:spacing w:after="0" w:line="579" w:lineRule="exact"/>
        <w:ind w:firstLine="640"/>
        <w:rPr>
          <w:lang w:eastAsia="zh-CN"/>
        </w:rPr>
      </w:pPr>
      <w:r>
        <w:rPr>
          <w:rFonts w:ascii="仿宋" w:eastAsia="仿宋" w:hAnsi="仿宋"/>
          <w:sz w:val="32"/>
          <w:lang w:eastAsia="zh-CN"/>
        </w:rPr>
        <w:t>是以我当年。一画开天。先</w:t>
      </w:r>
      <w:proofErr w:type="gramStart"/>
      <w:r>
        <w:rPr>
          <w:rFonts w:ascii="仿宋" w:eastAsia="仿宋" w:hAnsi="仿宋"/>
          <w:sz w:val="32"/>
          <w:lang w:eastAsia="zh-CN"/>
        </w:rPr>
        <w:t>先</w:t>
      </w:r>
      <w:proofErr w:type="gramEnd"/>
      <w:r>
        <w:rPr>
          <w:rFonts w:ascii="仿宋" w:eastAsia="仿宋" w:hAnsi="仿宋"/>
          <w:sz w:val="32"/>
          <w:lang w:eastAsia="zh-CN"/>
        </w:rPr>
        <w:t>一画开天表，天地之象后是文字意味表，天地万物之形而创。神农氏时，结绳记事。一根绳子是记事的起点，也像个一字万物之形。映入吴心，皆有其相，以</w:t>
      </w:r>
      <w:proofErr w:type="gramStart"/>
      <w:r>
        <w:rPr>
          <w:rFonts w:ascii="仿宋" w:eastAsia="仿宋" w:hAnsi="仿宋"/>
          <w:sz w:val="32"/>
          <w:lang w:eastAsia="zh-CN"/>
        </w:rPr>
        <w:t>象</w:t>
      </w:r>
      <w:proofErr w:type="gramEnd"/>
      <w:r>
        <w:rPr>
          <w:rFonts w:ascii="仿宋" w:eastAsia="仿宋" w:hAnsi="仿宋"/>
          <w:sz w:val="32"/>
          <w:lang w:eastAsia="zh-CN"/>
        </w:rPr>
        <w:t>作形，以形表象。表意万物，皆有对应。</w:t>
      </w:r>
    </w:p>
    <w:p w14:paraId="016C1898" w14:textId="77777777" w:rsidR="00E87C95" w:rsidRDefault="00000000">
      <w:pPr>
        <w:spacing w:after="0" w:line="579" w:lineRule="exact"/>
        <w:ind w:firstLine="640"/>
        <w:rPr>
          <w:lang w:eastAsia="zh-CN"/>
        </w:rPr>
      </w:pPr>
      <w:r>
        <w:rPr>
          <w:rFonts w:ascii="仿宋" w:eastAsia="仿宋" w:hAnsi="仿宋"/>
          <w:sz w:val="32"/>
          <w:lang w:eastAsia="zh-CN"/>
        </w:rPr>
        <w:t>晚辈正是要根据文字之情，结合文字之意，为世人代明信。先贤创立文字之原意</w:t>
      </w:r>
      <w:proofErr w:type="gramStart"/>
      <w:r>
        <w:rPr>
          <w:rFonts w:ascii="仿宋" w:eastAsia="仿宋" w:hAnsi="仿宋"/>
          <w:sz w:val="32"/>
          <w:lang w:eastAsia="zh-CN"/>
        </w:rPr>
        <w:t>原意</w:t>
      </w:r>
      <w:proofErr w:type="gramEnd"/>
      <w:r>
        <w:rPr>
          <w:rFonts w:ascii="仿宋" w:eastAsia="仿宋" w:hAnsi="仿宋"/>
          <w:sz w:val="32"/>
          <w:lang w:eastAsia="zh-CN"/>
        </w:rPr>
        <w:t>。即是本意天地之本，莫不自衣食天地大道道，生生先贤，智慧</w:t>
      </w:r>
      <w:proofErr w:type="gramStart"/>
      <w:r>
        <w:rPr>
          <w:rFonts w:ascii="仿宋" w:eastAsia="仿宋" w:hAnsi="仿宋"/>
          <w:sz w:val="32"/>
          <w:lang w:eastAsia="zh-CN"/>
        </w:rPr>
        <w:t>始于阴坤之</w:t>
      </w:r>
      <w:proofErr w:type="gramEnd"/>
      <w:r>
        <w:rPr>
          <w:rFonts w:ascii="仿宋" w:eastAsia="仿宋" w:hAnsi="仿宋"/>
          <w:sz w:val="32"/>
          <w:lang w:eastAsia="zh-CN"/>
        </w:rPr>
        <w:t>始，始于天地之本。本</w:t>
      </w:r>
      <w:proofErr w:type="gramStart"/>
      <w:r>
        <w:rPr>
          <w:rFonts w:ascii="仿宋" w:eastAsia="仿宋" w:hAnsi="仿宋"/>
          <w:sz w:val="32"/>
          <w:lang w:eastAsia="zh-CN"/>
        </w:rPr>
        <w:t>座故事</w:t>
      </w:r>
      <w:proofErr w:type="gramEnd"/>
      <w:r>
        <w:rPr>
          <w:rFonts w:ascii="仿宋" w:eastAsia="仿宋" w:hAnsi="仿宋"/>
          <w:sz w:val="32"/>
          <w:lang w:eastAsia="zh-CN"/>
        </w:rPr>
        <w:t>的第一时间。坚定执着的意义是。天地之本。自伊始。输出</w:t>
      </w:r>
      <w:proofErr w:type="gramStart"/>
      <w:r>
        <w:rPr>
          <w:rFonts w:ascii="仿宋" w:eastAsia="仿宋" w:hAnsi="仿宋"/>
          <w:sz w:val="32"/>
          <w:lang w:eastAsia="zh-CN"/>
        </w:rPr>
        <w:t>输出</w:t>
      </w:r>
      <w:proofErr w:type="gramEnd"/>
      <w:r>
        <w:rPr>
          <w:rFonts w:ascii="仿宋" w:eastAsia="仿宋" w:hAnsi="仿宋"/>
          <w:sz w:val="32"/>
          <w:lang w:eastAsia="zh-CN"/>
        </w:rPr>
        <w:t>。季长啊。</w:t>
      </w:r>
    </w:p>
    <w:p w14:paraId="2AF81D7E" w14:textId="77777777" w:rsidR="00E87C95" w:rsidRDefault="00000000">
      <w:pPr>
        <w:spacing w:after="0" w:line="579" w:lineRule="exact"/>
        <w:ind w:firstLine="640"/>
        <w:rPr>
          <w:lang w:eastAsia="zh-CN"/>
        </w:rPr>
      </w:pPr>
      <w:r>
        <w:rPr>
          <w:rFonts w:ascii="仿宋" w:eastAsia="仿宋" w:hAnsi="仿宋"/>
          <w:sz w:val="32"/>
          <w:lang w:eastAsia="zh-CN"/>
        </w:rPr>
        <w:t>我好像</w:t>
      </w:r>
      <w:proofErr w:type="gramStart"/>
      <w:r>
        <w:rPr>
          <w:rFonts w:ascii="仿宋" w:eastAsia="仿宋" w:hAnsi="仿宋"/>
          <w:sz w:val="32"/>
          <w:lang w:eastAsia="zh-CN"/>
        </w:rPr>
        <w:t>悟明白</w:t>
      </w:r>
      <w:proofErr w:type="gramEnd"/>
      <w:r>
        <w:rPr>
          <w:rFonts w:ascii="仿宋" w:eastAsia="仿宋" w:hAnsi="仿宋"/>
          <w:sz w:val="32"/>
          <w:lang w:eastAsia="zh-CN"/>
        </w:rPr>
        <w:t>了。要用</w:t>
      </w:r>
      <w:proofErr w:type="gramStart"/>
      <w:r>
        <w:rPr>
          <w:rFonts w:ascii="仿宋" w:eastAsia="仿宋" w:hAnsi="仿宋"/>
          <w:sz w:val="32"/>
          <w:lang w:eastAsia="zh-CN"/>
        </w:rPr>
        <w:t>一</w:t>
      </w:r>
      <w:proofErr w:type="gramEnd"/>
      <w:r>
        <w:rPr>
          <w:rFonts w:ascii="仿宋" w:eastAsia="仿宋" w:hAnsi="仿宋"/>
          <w:sz w:val="32"/>
          <w:lang w:eastAsia="zh-CN"/>
        </w:rPr>
        <w:t>作为</w:t>
      </w:r>
      <w:proofErr w:type="gramStart"/>
      <w:r>
        <w:rPr>
          <w:rFonts w:ascii="仿宋" w:eastAsia="仿宋" w:hAnsi="仿宋"/>
          <w:sz w:val="32"/>
          <w:lang w:eastAsia="zh-CN"/>
        </w:rPr>
        <w:t>剧型戏连</w:t>
      </w:r>
      <w:proofErr w:type="gramEnd"/>
      <w:r>
        <w:rPr>
          <w:rFonts w:ascii="仿宋" w:eastAsia="仿宋" w:hAnsi="仿宋"/>
          <w:sz w:val="32"/>
          <w:lang w:eastAsia="zh-CN"/>
        </w:rPr>
        <w:t>的起点。一号。你有原始之意啊。对原始的原从一。形意相合。当入。第一部第一字。</w:t>
      </w:r>
      <w:proofErr w:type="gramStart"/>
      <w:r>
        <w:rPr>
          <w:rFonts w:ascii="仿宋" w:eastAsia="仿宋" w:hAnsi="仿宋"/>
          <w:sz w:val="32"/>
          <w:lang w:eastAsia="zh-CN"/>
        </w:rPr>
        <w:t>班衣之术皆</w:t>
      </w:r>
      <w:proofErr w:type="gramEnd"/>
      <w:r>
        <w:rPr>
          <w:rFonts w:ascii="仿宋" w:eastAsia="仿宋" w:hAnsi="仿宋"/>
          <w:sz w:val="32"/>
          <w:lang w:eastAsia="zh-CN"/>
        </w:rPr>
        <w:t>从易。还有吗？天。</w:t>
      </w:r>
      <w:proofErr w:type="gramStart"/>
      <w:r>
        <w:rPr>
          <w:rFonts w:ascii="仿宋" w:eastAsia="仿宋" w:hAnsi="仿宋"/>
          <w:sz w:val="32"/>
          <w:lang w:eastAsia="zh-CN"/>
        </w:rPr>
        <w:t>癫</w:t>
      </w:r>
      <w:proofErr w:type="gramEnd"/>
      <w:r>
        <w:rPr>
          <w:rFonts w:ascii="仿宋" w:eastAsia="仿宋" w:hAnsi="仿宋"/>
          <w:sz w:val="32"/>
          <w:lang w:eastAsia="zh-CN"/>
        </w:rPr>
        <w:t>野至高无上。从一到。当入伊布。第二批。</w:t>
      </w:r>
    </w:p>
    <w:p w14:paraId="0B902CF1" w14:textId="77777777" w:rsidR="00E87C95" w:rsidRDefault="00000000">
      <w:pPr>
        <w:spacing w:after="0" w:line="579" w:lineRule="exact"/>
        <w:ind w:firstLine="640"/>
        <w:rPr>
          <w:lang w:eastAsia="zh-CN"/>
        </w:rPr>
      </w:pPr>
      <w:r>
        <w:rPr>
          <w:rFonts w:ascii="仿宋" w:eastAsia="仿宋" w:hAnsi="仿宋"/>
          <w:sz w:val="32"/>
          <w:lang w:eastAsia="zh-CN"/>
        </w:rPr>
        <w:t>就是大业。</w:t>
      </w:r>
      <w:proofErr w:type="gramStart"/>
      <w:r>
        <w:rPr>
          <w:rFonts w:ascii="仿宋" w:eastAsia="仿宋" w:hAnsi="仿宋"/>
          <w:sz w:val="32"/>
          <w:lang w:eastAsia="zh-CN"/>
        </w:rPr>
        <w:t>批就是</w:t>
      </w:r>
      <w:proofErr w:type="gramEnd"/>
      <w:r>
        <w:rPr>
          <w:rFonts w:ascii="仿宋" w:eastAsia="仿宋" w:hAnsi="仿宋"/>
          <w:sz w:val="32"/>
          <w:lang w:eastAsia="zh-CN"/>
        </w:rPr>
        <w:t>大的意思，批从一不生。那批也应当入一部。对，还有栗子。力智仁者。从医从史。是一生。立治人者，应当执法如一。所以女人。天霹雳四字收入</w:t>
      </w:r>
      <w:proofErr w:type="gramStart"/>
      <w:r>
        <w:rPr>
          <w:rFonts w:ascii="仿宋" w:eastAsia="仿宋" w:hAnsi="仿宋"/>
          <w:sz w:val="32"/>
          <w:lang w:eastAsia="zh-CN"/>
        </w:rPr>
        <w:t>医</w:t>
      </w:r>
      <w:proofErr w:type="gramEnd"/>
      <w:r>
        <w:rPr>
          <w:rFonts w:ascii="仿宋" w:eastAsia="仿宋" w:hAnsi="仿宋"/>
          <w:sz w:val="32"/>
          <w:lang w:eastAsia="zh-CN"/>
        </w:rPr>
        <w:t>补。按此方法，无法跟。</w:t>
      </w:r>
    </w:p>
    <w:p w14:paraId="3518C114" w14:textId="77777777" w:rsidR="00E87C95" w:rsidRDefault="00000000">
      <w:pPr>
        <w:spacing w:after="0" w:line="579" w:lineRule="exact"/>
        <w:ind w:firstLine="640"/>
        <w:rPr>
          <w:lang w:eastAsia="zh-CN"/>
        </w:rPr>
      </w:pPr>
      <w:r>
        <w:rPr>
          <w:rFonts w:ascii="仿宋" w:eastAsia="仿宋" w:hAnsi="仿宋"/>
          <w:sz w:val="32"/>
          <w:lang w:eastAsia="zh-CN"/>
        </w:rPr>
        <w:lastRenderedPageBreak/>
        <w:t>540部也将成为体系。对伊布。上部，事部三部，王部，豫部，</w:t>
      </w:r>
      <w:proofErr w:type="gramStart"/>
      <w:r>
        <w:rPr>
          <w:rFonts w:ascii="仿宋" w:eastAsia="仿宋" w:hAnsi="仿宋"/>
          <w:sz w:val="32"/>
          <w:lang w:eastAsia="zh-CN"/>
        </w:rPr>
        <w:t>爵</w:t>
      </w:r>
      <w:proofErr w:type="gramEnd"/>
      <w:r>
        <w:rPr>
          <w:rFonts w:ascii="仿宋" w:eastAsia="仿宋" w:hAnsi="仿宋"/>
          <w:sz w:val="32"/>
          <w:lang w:eastAsia="zh-CN"/>
        </w:rPr>
        <w:t>部，戏部。方以类聚。物以群分。同</w:t>
      </w:r>
      <w:proofErr w:type="gramStart"/>
      <w:r>
        <w:rPr>
          <w:rFonts w:ascii="仿宋" w:eastAsia="仿宋" w:hAnsi="仿宋"/>
          <w:sz w:val="32"/>
          <w:lang w:eastAsia="zh-CN"/>
        </w:rPr>
        <w:t>条牵属共理</w:t>
      </w:r>
      <w:proofErr w:type="gramEnd"/>
      <w:r>
        <w:rPr>
          <w:rFonts w:ascii="仿宋" w:eastAsia="仿宋" w:hAnsi="仿宋"/>
          <w:sz w:val="32"/>
          <w:lang w:eastAsia="zh-CN"/>
        </w:rPr>
        <w:t>相贯。杂而不越，句型细</w:t>
      </w:r>
      <w:proofErr w:type="gramStart"/>
      <w:r>
        <w:rPr>
          <w:rFonts w:ascii="仿宋" w:eastAsia="仿宋" w:hAnsi="仿宋"/>
          <w:sz w:val="32"/>
          <w:lang w:eastAsia="zh-CN"/>
        </w:rPr>
        <w:t>怜</w:t>
      </w:r>
      <w:proofErr w:type="gramEnd"/>
      <w:r>
        <w:rPr>
          <w:rFonts w:ascii="仿宋" w:eastAsia="仿宋" w:hAnsi="仿宋"/>
          <w:sz w:val="32"/>
          <w:lang w:eastAsia="zh-CN"/>
        </w:rPr>
        <w:t>，文字皆有其意。如此，</w:t>
      </w:r>
    </w:p>
    <w:p w14:paraId="11B3DBD8" w14:textId="77777777" w:rsidR="00E87C95" w:rsidRDefault="00000000">
      <w:pPr>
        <w:spacing w:after="0" w:line="579" w:lineRule="exact"/>
        <w:ind w:firstLine="640"/>
        <w:rPr>
          <w:lang w:eastAsia="zh-CN"/>
        </w:rPr>
      </w:pPr>
      <w:r>
        <w:rPr>
          <w:rFonts w:ascii="仿宋" w:eastAsia="仿宋" w:hAnsi="仿宋"/>
          <w:sz w:val="32"/>
          <w:lang w:eastAsia="zh-CN"/>
        </w:rPr>
        <w:t>则能据</w:t>
      </w:r>
      <w:proofErr w:type="gramStart"/>
      <w:r>
        <w:rPr>
          <w:rFonts w:ascii="仿宋" w:eastAsia="仿宋" w:hAnsi="仿宋"/>
          <w:sz w:val="32"/>
          <w:lang w:eastAsia="zh-CN"/>
        </w:rPr>
        <w:t>形系联</w:t>
      </w:r>
      <w:proofErr w:type="gramEnd"/>
      <w:r>
        <w:rPr>
          <w:rFonts w:ascii="仿宋" w:eastAsia="仿宋" w:hAnsi="仿宋"/>
          <w:sz w:val="32"/>
          <w:lang w:eastAsia="zh-CN"/>
        </w:rPr>
        <w:t>。聚义相连则万事万物均有联系。悟得好，悟得妙。可是。以一为开始。以何部首为结束啊那？以何部首为结束。现在什么时辰？啊</w:t>
      </w:r>
      <w:proofErr w:type="gramStart"/>
      <w:r>
        <w:rPr>
          <w:rFonts w:ascii="仿宋" w:eastAsia="仿宋" w:hAnsi="仿宋"/>
          <w:sz w:val="32"/>
          <w:lang w:eastAsia="zh-CN"/>
        </w:rPr>
        <w:t>亥</w:t>
      </w:r>
      <w:proofErr w:type="gramEnd"/>
      <w:r>
        <w:rPr>
          <w:rFonts w:ascii="仿宋" w:eastAsia="仿宋" w:hAnsi="仿宋"/>
          <w:sz w:val="32"/>
          <w:lang w:eastAsia="zh-CN"/>
        </w:rPr>
        <w:t>，时已交子，时又是一天开始了。该睡了。没，你刚才说什么？</w:t>
      </w:r>
    </w:p>
    <w:p w14:paraId="3C05B8CF" w14:textId="77777777" w:rsidR="00E87C95" w:rsidRDefault="00000000">
      <w:pPr>
        <w:spacing w:after="0" w:line="579" w:lineRule="exact"/>
        <w:ind w:firstLine="640"/>
        <w:rPr>
          <w:lang w:eastAsia="zh-CN"/>
        </w:rPr>
      </w:pPr>
      <w:r>
        <w:rPr>
          <w:rFonts w:ascii="仿宋" w:eastAsia="仿宋" w:hAnsi="仿宋"/>
          <w:sz w:val="32"/>
          <w:lang w:eastAsia="zh-CN"/>
        </w:rPr>
        <w:t>该睡了，不是。前面亥时已交子时，又是一天开始了。好。说得好啊，我说什么了？还是千干。地支。12地支。子丑。</w:t>
      </w:r>
      <w:proofErr w:type="gramStart"/>
      <w:r>
        <w:rPr>
          <w:rFonts w:ascii="仿宋" w:eastAsia="仿宋" w:hAnsi="仿宋"/>
          <w:sz w:val="32"/>
          <w:lang w:eastAsia="zh-CN"/>
        </w:rPr>
        <w:t>寅某臣，字午</w:t>
      </w:r>
      <w:proofErr w:type="gramEnd"/>
      <w:r>
        <w:rPr>
          <w:rFonts w:ascii="仿宋" w:eastAsia="仿宋" w:hAnsi="仿宋"/>
          <w:sz w:val="32"/>
          <w:lang w:eastAsia="zh-CN"/>
        </w:rPr>
        <w:t>未，生有虚。汉</w:t>
      </w:r>
      <w:proofErr w:type="gramStart"/>
      <w:r>
        <w:rPr>
          <w:rFonts w:ascii="仿宋" w:eastAsia="仿宋" w:hAnsi="仿宋"/>
          <w:sz w:val="32"/>
          <w:lang w:eastAsia="zh-CN"/>
        </w:rPr>
        <w:t>汉</w:t>
      </w:r>
      <w:proofErr w:type="gramEnd"/>
      <w:r>
        <w:rPr>
          <w:rFonts w:ascii="仿宋" w:eastAsia="仿宋" w:hAnsi="仿宋"/>
          <w:sz w:val="32"/>
          <w:lang w:eastAsia="zh-CN"/>
        </w:rPr>
        <w:t>时。</w:t>
      </w:r>
    </w:p>
    <w:p w14:paraId="428FBC65" w14:textId="77777777" w:rsidR="00E87C95" w:rsidRDefault="00000000">
      <w:pPr>
        <w:spacing w:after="0" w:line="579" w:lineRule="exact"/>
        <w:ind w:firstLine="640"/>
        <w:rPr>
          <w:lang w:eastAsia="zh-CN"/>
        </w:rPr>
      </w:pPr>
      <w:r>
        <w:rPr>
          <w:rFonts w:ascii="仿宋" w:eastAsia="仿宋" w:hAnsi="仿宋"/>
          <w:sz w:val="32"/>
          <w:lang w:eastAsia="zh-CN"/>
        </w:rPr>
        <w:t>是一天的结束。此时是新一天的开始。</w:t>
      </w:r>
      <w:proofErr w:type="gramStart"/>
      <w:r>
        <w:rPr>
          <w:rFonts w:ascii="仿宋" w:eastAsia="仿宋" w:hAnsi="仿宋"/>
          <w:sz w:val="32"/>
          <w:lang w:eastAsia="zh-CN"/>
        </w:rPr>
        <w:t>害儿生子</w:t>
      </w:r>
      <w:proofErr w:type="gramEnd"/>
      <w:r>
        <w:rPr>
          <w:rFonts w:ascii="仿宋" w:eastAsia="仿宋" w:hAnsi="仿宋"/>
          <w:sz w:val="32"/>
          <w:lang w:eastAsia="zh-CN"/>
        </w:rPr>
        <w:t>。复从伊始。有始有终，有终有始。始</w:t>
      </w:r>
      <w:proofErr w:type="gramStart"/>
      <w:r>
        <w:rPr>
          <w:rFonts w:ascii="仿宋" w:eastAsia="仿宋" w:hAnsi="仿宋"/>
          <w:sz w:val="32"/>
          <w:lang w:eastAsia="zh-CN"/>
        </w:rPr>
        <w:t>一</w:t>
      </w:r>
      <w:proofErr w:type="gramEnd"/>
      <w:r>
        <w:rPr>
          <w:rFonts w:ascii="仿宋" w:eastAsia="仿宋" w:hAnsi="仿宋"/>
          <w:sz w:val="32"/>
          <w:lang w:eastAsia="zh-CN"/>
        </w:rPr>
        <w:t>终亥。始</w:t>
      </w:r>
      <w:proofErr w:type="gramStart"/>
      <w:r>
        <w:rPr>
          <w:rFonts w:ascii="仿宋" w:eastAsia="仿宋" w:hAnsi="仿宋"/>
          <w:sz w:val="32"/>
          <w:lang w:eastAsia="zh-CN"/>
        </w:rPr>
        <w:t>一</w:t>
      </w:r>
      <w:proofErr w:type="gramEnd"/>
      <w:r>
        <w:rPr>
          <w:rFonts w:ascii="仿宋" w:eastAsia="仿宋" w:hAnsi="仿宋"/>
          <w:sz w:val="32"/>
          <w:lang w:eastAsia="zh-CN"/>
        </w:rPr>
        <w:t>终亥。吼始于终</w:t>
      </w:r>
      <w:proofErr w:type="gramStart"/>
      <w:r>
        <w:rPr>
          <w:rFonts w:ascii="仿宋" w:eastAsia="仿宋" w:hAnsi="仿宋"/>
          <w:sz w:val="32"/>
          <w:lang w:eastAsia="zh-CN"/>
        </w:rPr>
        <w:t>亥</w:t>
      </w:r>
      <w:proofErr w:type="gramEnd"/>
      <w:r>
        <w:rPr>
          <w:rFonts w:ascii="仿宋" w:eastAsia="仿宋" w:hAnsi="仿宋"/>
          <w:sz w:val="32"/>
          <w:lang w:eastAsia="zh-CN"/>
        </w:rPr>
        <w:t>。好啊，始</w:t>
      </w:r>
      <w:proofErr w:type="gramStart"/>
      <w:r>
        <w:rPr>
          <w:rFonts w:ascii="仿宋" w:eastAsia="仿宋" w:hAnsi="仿宋"/>
          <w:sz w:val="32"/>
          <w:lang w:eastAsia="zh-CN"/>
        </w:rPr>
        <w:t>一</w:t>
      </w:r>
      <w:proofErr w:type="gramEnd"/>
      <w:r>
        <w:rPr>
          <w:rFonts w:ascii="仿宋" w:eastAsia="仿宋" w:hAnsi="仿宋"/>
          <w:sz w:val="32"/>
          <w:lang w:eastAsia="zh-CN"/>
        </w:rPr>
        <w:t>终亥11。周汉。哈哈</w:t>
      </w:r>
      <w:proofErr w:type="gramStart"/>
      <w:r>
        <w:rPr>
          <w:rFonts w:ascii="仿宋" w:eastAsia="仿宋" w:hAnsi="仿宋"/>
          <w:sz w:val="32"/>
          <w:lang w:eastAsia="zh-CN"/>
        </w:rPr>
        <w:t>哈</w:t>
      </w:r>
      <w:proofErr w:type="gramEnd"/>
      <w:r>
        <w:rPr>
          <w:rFonts w:ascii="仿宋" w:eastAsia="仿宋" w:hAnsi="仿宋"/>
          <w:sz w:val="32"/>
          <w:lang w:eastAsia="zh-CN"/>
        </w:rPr>
        <w:t>。要使540部首杂而不越巨型戏帘，</w:t>
      </w:r>
    </w:p>
    <w:p w14:paraId="1F3B5319" w14:textId="77777777" w:rsidR="00E87C95" w:rsidRDefault="00000000">
      <w:pPr>
        <w:spacing w:after="0" w:line="579" w:lineRule="exact"/>
        <w:ind w:firstLine="640"/>
        <w:rPr>
          <w:lang w:eastAsia="zh-CN"/>
        </w:rPr>
      </w:pPr>
      <w:r>
        <w:rPr>
          <w:rFonts w:ascii="仿宋" w:eastAsia="仿宋" w:hAnsi="仿宋"/>
          <w:sz w:val="32"/>
          <w:lang w:eastAsia="zh-CN"/>
        </w:rPr>
        <w:t>这本身就是一个天文数字的工作量，更何况您的。始</w:t>
      </w:r>
      <w:proofErr w:type="gramStart"/>
      <w:r>
        <w:rPr>
          <w:rFonts w:ascii="仿宋" w:eastAsia="仿宋" w:hAnsi="仿宋"/>
          <w:sz w:val="32"/>
          <w:lang w:eastAsia="zh-CN"/>
        </w:rPr>
        <w:t>一</w:t>
      </w:r>
      <w:proofErr w:type="gramEnd"/>
      <w:r>
        <w:rPr>
          <w:rFonts w:ascii="仿宋" w:eastAsia="仿宋" w:hAnsi="仿宋"/>
          <w:sz w:val="32"/>
          <w:lang w:eastAsia="zh-CN"/>
        </w:rPr>
        <w:t>终亥体系之严密，让后世之人越是钻研学习越感到震惊。与敬佩。为世人说文解字，是对先贤智慧的一次集中整合。我唯有。慎之又慎。种之有种。哎，副主任。季长雄。哦，不止。</w:t>
      </w:r>
    </w:p>
    <w:p w14:paraId="41EFA8D8" w14:textId="77777777" w:rsidR="00E87C95" w:rsidRDefault="00000000">
      <w:pPr>
        <w:spacing w:after="0" w:line="579" w:lineRule="exact"/>
        <w:ind w:firstLine="640"/>
        <w:rPr>
          <w:lang w:eastAsia="zh-CN"/>
        </w:rPr>
      </w:pPr>
      <w:proofErr w:type="gramStart"/>
      <w:r>
        <w:rPr>
          <w:rFonts w:ascii="仿宋" w:eastAsia="仿宋" w:hAnsi="仿宋"/>
          <w:sz w:val="32"/>
          <w:lang w:eastAsia="zh-CN"/>
        </w:rPr>
        <w:t>叔重兄</w:t>
      </w:r>
      <w:proofErr w:type="gramEnd"/>
      <w:r>
        <w:rPr>
          <w:rFonts w:ascii="仿宋" w:eastAsia="仿宋" w:hAnsi="仿宋"/>
          <w:sz w:val="32"/>
          <w:lang w:eastAsia="zh-CN"/>
        </w:rPr>
        <w:t>，这么睡觉可容易着凉。这都天亮了哦。恭贺父子，恭贺季长兄，心碎祥瑞啊，你还记得今日是岁首啊。快吃饭吧，岁数第一餐还热乎着呢。父子《说文解字》书稿。</w:t>
      </w:r>
      <w:r>
        <w:rPr>
          <w:rFonts w:ascii="仿宋" w:eastAsia="仿宋" w:hAnsi="仿宋"/>
          <w:sz w:val="32"/>
          <w:lang w:eastAsia="zh-CN"/>
        </w:rPr>
        <w:lastRenderedPageBreak/>
        <w:t>写完了。当年夫子召我入东观，叫我为天下人教书。我立志。要做一辈子。</w:t>
      </w:r>
    </w:p>
    <w:p w14:paraId="222D3A3E" w14:textId="77777777" w:rsidR="00E87C95" w:rsidRDefault="00000000">
      <w:pPr>
        <w:spacing w:after="0" w:line="579" w:lineRule="exact"/>
        <w:ind w:firstLine="640"/>
        <w:rPr>
          <w:lang w:eastAsia="zh-CN"/>
        </w:rPr>
      </w:pPr>
      <w:r>
        <w:rPr>
          <w:rFonts w:ascii="仿宋" w:eastAsia="仿宋" w:hAnsi="仿宋"/>
          <w:sz w:val="32"/>
          <w:lang w:eastAsia="zh-CN"/>
        </w:rPr>
        <w:t>今日说文，解字出城。仅以此数。为父子。贺新岁。没有什么。比这个更好的礼物。盖文字者，</w:t>
      </w:r>
      <w:proofErr w:type="gramStart"/>
      <w:r>
        <w:rPr>
          <w:rFonts w:ascii="仿宋" w:eastAsia="仿宋" w:hAnsi="仿宋"/>
          <w:sz w:val="32"/>
          <w:lang w:eastAsia="zh-CN"/>
        </w:rPr>
        <w:t>经艺之</w:t>
      </w:r>
      <w:proofErr w:type="gramEnd"/>
      <w:r>
        <w:rPr>
          <w:rFonts w:ascii="仿宋" w:eastAsia="仿宋" w:hAnsi="仿宋"/>
          <w:sz w:val="32"/>
          <w:lang w:eastAsia="zh-CN"/>
        </w:rPr>
        <w:t>本。王政之识。前人所以垂后，后人所以识骨。说文解字。贯通古今，文字流变。</w:t>
      </w:r>
    </w:p>
    <w:p w14:paraId="3C2012D9" w14:textId="77777777" w:rsidR="00E87C95" w:rsidRDefault="00000000">
      <w:pPr>
        <w:spacing w:after="0" w:line="579" w:lineRule="exact"/>
        <w:ind w:firstLine="640"/>
        <w:rPr>
          <w:lang w:eastAsia="zh-CN"/>
        </w:rPr>
      </w:pPr>
      <w:r>
        <w:rPr>
          <w:rFonts w:ascii="仿宋" w:eastAsia="仿宋" w:hAnsi="仿宋"/>
          <w:sz w:val="32"/>
          <w:lang w:eastAsia="zh-CN"/>
        </w:rPr>
        <w:t>太重要了。我替天下人谢谢你。父子请放心。此书弟子定与余生相加校对印证。直至完善再传于</w:t>
      </w:r>
      <w:proofErr w:type="gramStart"/>
      <w:r>
        <w:rPr>
          <w:rFonts w:ascii="仿宋" w:eastAsia="仿宋" w:hAnsi="仿宋"/>
          <w:sz w:val="32"/>
          <w:lang w:eastAsia="zh-CN"/>
        </w:rPr>
        <w:t>世</w:t>
      </w:r>
      <w:proofErr w:type="gramEnd"/>
      <w:r>
        <w:rPr>
          <w:rFonts w:ascii="仿宋" w:eastAsia="仿宋" w:hAnsi="仿宋"/>
          <w:sz w:val="32"/>
          <w:lang w:eastAsia="zh-CN"/>
        </w:rPr>
        <w:t>。你可愿随我入东观教书？国藏典籍浩如烟海。叫住京本，不知夫子想花多久的时间，你觉得要用多久？一辈子好，我的一辈子。加上你的1倍一倍。父子。</w:t>
      </w:r>
      <w:proofErr w:type="gramStart"/>
      <w:r>
        <w:rPr>
          <w:rFonts w:ascii="仿宋" w:eastAsia="仿宋" w:hAnsi="仿宋"/>
          <w:sz w:val="32"/>
          <w:lang w:eastAsia="zh-CN"/>
        </w:rPr>
        <w:t>叔重兄</w:t>
      </w:r>
      <w:proofErr w:type="gramEnd"/>
      <w:r>
        <w:rPr>
          <w:rFonts w:ascii="仿宋" w:eastAsia="仿宋" w:hAnsi="仿宋"/>
          <w:sz w:val="32"/>
          <w:lang w:eastAsia="zh-CN"/>
        </w:rPr>
        <w:t>。</w:t>
      </w:r>
    </w:p>
    <w:p w14:paraId="357FDCC2" w14:textId="77777777" w:rsidR="00E87C95" w:rsidRDefault="00000000">
      <w:pPr>
        <w:spacing w:after="0" w:line="579" w:lineRule="exact"/>
        <w:ind w:firstLine="640"/>
        <w:rPr>
          <w:lang w:eastAsia="zh-CN"/>
        </w:rPr>
      </w:pPr>
      <w:r>
        <w:rPr>
          <w:rFonts w:ascii="仿宋" w:eastAsia="仿宋" w:hAnsi="仿宋"/>
          <w:sz w:val="32"/>
          <w:lang w:eastAsia="zh-CN"/>
        </w:rPr>
        <w:t>新年岁首。书稿出城。可以高兴啊。高兴</w:t>
      </w:r>
      <w:proofErr w:type="gramStart"/>
      <w:r>
        <w:rPr>
          <w:rFonts w:ascii="仿宋" w:eastAsia="仿宋" w:hAnsi="仿宋"/>
          <w:sz w:val="32"/>
          <w:lang w:eastAsia="zh-CN"/>
        </w:rPr>
        <w:t>高兴</w:t>
      </w:r>
      <w:proofErr w:type="gramEnd"/>
      <w:r>
        <w:rPr>
          <w:rFonts w:ascii="仿宋" w:eastAsia="仿宋" w:hAnsi="仿宋"/>
          <w:sz w:val="32"/>
          <w:lang w:eastAsia="zh-CN"/>
        </w:rPr>
        <w:t>，那我们吃饭。在刚才的这段戏剧当中，我们看到《说文解字》的初稿刚刚完成，许慎就和自己的恩师贾逵。诀别了，这对于他来说应该是一种莫大的打击。是的，这个戏剧部分呢，拍的真是让我们非常的感动。贾逵对于许慎应该是有莫大的指引之功的，而且在历史上啊。</w:t>
      </w:r>
    </w:p>
    <w:p w14:paraId="0544D4B9" w14:textId="77777777" w:rsidR="00E87C95" w:rsidRDefault="00000000">
      <w:pPr>
        <w:spacing w:after="0" w:line="579" w:lineRule="exact"/>
        <w:ind w:firstLine="640"/>
        <w:rPr>
          <w:lang w:eastAsia="zh-CN"/>
        </w:rPr>
      </w:pPr>
      <w:r>
        <w:rPr>
          <w:rFonts w:ascii="仿宋" w:eastAsia="仿宋" w:hAnsi="仿宋"/>
          <w:sz w:val="32"/>
          <w:lang w:eastAsia="zh-CN"/>
        </w:rPr>
        <w:t>许慎和贾葵往往是并提的唐朝啊，有一本蒙童读物，叫做《蒙求》。说贾葵问世，许慎无双啊。许慎无双，就是刚才我们说的五经无双，许叔重。那贾逵问世是什么呢？说他有问世不休这样的一个人生特性，就是对什么事情都追根究底呀，这样的一种做学问的姿态。肯定是深深的影响了许慎</w:t>
      </w:r>
      <w:r>
        <w:rPr>
          <w:rFonts w:ascii="仿宋" w:eastAsia="仿宋" w:hAnsi="仿宋"/>
          <w:sz w:val="32"/>
          <w:lang w:eastAsia="zh-CN"/>
        </w:rPr>
        <w:lastRenderedPageBreak/>
        <w:t>的呃，我觉得可以这么说，如果没有贾逵这样的一个指路明灯的指引。</w:t>
      </w:r>
    </w:p>
    <w:p w14:paraId="3CA1734E" w14:textId="77777777" w:rsidR="00E87C95" w:rsidRDefault="00000000">
      <w:pPr>
        <w:spacing w:after="0" w:line="579" w:lineRule="exact"/>
        <w:ind w:firstLine="640"/>
        <w:rPr>
          <w:lang w:eastAsia="zh-CN"/>
        </w:rPr>
      </w:pPr>
      <w:r>
        <w:rPr>
          <w:rFonts w:ascii="仿宋" w:eastAsia="仿宋" w:hAnsi="仿宋"/>
          <w:sz w:val="32"/>
          <w:lang w:eastAsia="zh-CN"/>
        </w:rPr>
        <w:t>可能《说文解字》的成熟过程还会更坎坷。确实是许慎呢，对于贾葵呢是非常崇敬的在说，文解字当中呢，许慎多次引用他老师贾葵的观点。引用到别人的观点的时候，都是直呼其名，但是到贾逵这儿，他都尊称贾逵为贾侍中，从这儿可以看到啊，许慎他尊师。重道的这种美德。根据后汉书当中的记载，就在贾逵离世以后数年时间里头呢，东汉的政权就出现了一个动荡的局势，</w:t>
      </w:r>
    </w:p>
    <w:p w14:paraId="18D156B9" w14:textId="77777777" w:rsidR="00E87C95" w:rsidRDefault="00000000">
      <w:pPr>
        <w:spacing w:after="0" w:line="579" w:lineRule="exact"/>
        <w:ind w:firstLine="640"/>
        <w:rPr>
          <w:lang w:eastAsia="zh-CN"/>
        </w:rPr>
      </w:pPr>
      <w:r>
        <w:rPr>
          <w:rFonts w:ascii="仿宋" w:eastAsia="仿宋" w:hAnsi="仿宋"/>
          <w:sz w:val="32"/>
          <w:lang w:eastAsia="zh-CN"/>
        </w:rPr>
        <w:t>可以说是内忧。外患导致呢，学者们呢，也无心自学。史书里记载说呢，博士倚席不讲宏图，相士待善。很多学社校舍都已经破败不堪，变成了菜园子，果树园子。很多牧童啊，樵夫们就在里头砍柴割草。昔日人才济济的东观诵经论道，这种盛况已经不在了，这对于一心向学的学生来说呢，</w:t>
      </w:r>
    </w:p>
    <w:p w14:paraId="31F8B373" w14:textId="77777777" w:rsidR="00E87C95" w:rsidRDefault="00000000">
      <w:pPr>
        <w:spacing w:after="0" w:line="579" w:lineRule="exact"/>
        <w:ind w:firstLine="640"/>
        <w:rPr>
          <w:lang w:eastAsia="zh-CN"/>
        </w:rPr>
      </w:pPr>
      <w:r>
        <w:rPr>
          <w:rFonts w:ascii="仿宋" w:eastAsia="仿宋" w:hAnsi="仿宋"/>
          <w:sz w:val="32"/>
          <w:lang w:eastAsia="zh-CN"/>
        </w:rPr>
        <w:t>也无疑是一个非常沉重的打击。嗯。所以看到这，我相信所有的观众也会感慨一句，世事无常。但不论如何，许慎都会将说文解字这条路坚定的一直走下去。扫描屏幕上方二维码，下载央视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APP观看典籍里的中国完整视频专享幕后精彩内容。在刚才的戏剧当中，我们看到书稿初成，许慎类别，恩师那么未来这条著书漫漫之路，他又该如何走下去呢？我们一起来看戏剧。</w:t>
      </w:r>
    </w:p>
    <w:p w14:paraId="2D091E1E" w14:textId="77777777" w:rsidR="00E87C95" w:rsidRDefault="00000000">
      <w:pPr>
        <w:spacing w:after="0" w:line="579" w:lineRule="exact"/>
        <w:ind w:firstLine="640"/>
        <w:rPr>
          <w:lang w:eastAsia="zh-CN"/>
        </w:rPr>
      </w:pPr>
      <w:r>
        <w:rPr>
          <w:rFonts w:ascii="仿宋" w:eastAsia="仿宋" w:hAnsi="仿宋"/>
          <w:sz w:val="32"/>
          <w:lang w:eastAsia="zh-CN"/>
        </w:rPr>
        <w:lastRenderedPageBreak/>
        <w:t>先生，节哀。是父子带我走上了东观教书之路。让我</w:t>
      </w:r>
      <w:proofErr w:type="gramStart"/>
      <w:r>
        <w:rPr>
          <w:rFonts w:ascii="仿宋" w:eastAsia="仿宋" w:hAnsi="仿宋"/>
          <w:sz w:val="32"/>
          <w:lang w:eastAsia="zh-CN"/>
        </w:rPr>
        <w:t>得以明惊悟道</w:t>
      </w:r>
      <w:proofErr w:type="gramEnd"/>
      <w:r>
        <w:rPr>
          <w:rFonts w:ascii="仿宋" w:eastAsia="仿宋" w:hAnsi="仿宋"/>
          <w:sz w:val="32"/>
          <w:lang w:eastAsia="zh-CN"/>
        </w:rPr>
        <w:t>。说文解字。而如今。领路之人走了。后面的路。需要我独自前行。路漫漫。其修远兮。吴江。上下而求索。上下。而求索。</w:t>
      </w:r>
    </w:p>
    <w:p w14:paraId="51D5287C" w14:textId="77777777" w:rsidR="00E87C95" w:rsidRDefault="00000000">
      <w:pPr>
        <w:spacing w:after="0" w:line="579" w:lineRule="exact"/>
        <w:ind w:firstLine="640"/>
        <w:rPr>
          <w:lang w:eastAsia="zh-CN"/>
        </w:rPr>
      </w:pPr>
      <w:r>
        <w:rPr>
          <w:rFonts w:ascii="仿宋" w:eastAsia="仿宋" w:hAnsi="仿宋"/>
          <w:sz w:val="32"/>
          <w:lang w:eastAsia="zh-CN"/>
        </w:rPr>
        <w:t>就这样。说这么凶。为了增补这说文解字，你已经两夜没合眼了，改完这一句回去休息休息吧啊。无妨。难得能鼓上这几处缺漏，再改会儿。</w:t>
      </w:r>
      <w:proofErr w:type="gramStart"/>
      <w:r>
        <w:rPr>
          <w:rFonts w:ascii="仿宋" w:eastAsia="仿宋" w:hAnsi="仿宋"/>
          <w:sz w:val="32"/>
          <w:lang w:eastAsia="zh-CN"/>
        </w:rPr>
        <w:t>叔重秀</w:t>
      </w:r>
      <w:proofErr w:type="gramEnd"/>
      <w:r>
        <w:rPr>
          <w:rFonts w:ascii="仿宋" w:eastAsia="仿宋" w:hAnsi="仿宋"/>
          <w:sz w:val="32"/>
          <w:lang w:eastAsia="zh-CN"/>
        </w:rPr>
        <w:t>。季长雄。我等前来辞别。诸位，这是。如今。超级动荡。</w:t>
      </w:r>
    </w:p>
    <w:p w14:paraId="797EF0BD" w14:textId="77777777" w:rsidR="00E87C95" w:rsidRDefault="00000000">
      <w:pPr>
        <w:spacing w:after="0" w:line="579" w:lineRule="exact"/>
        <w:ind w:firstLine="640"/>
        <w:rPr>
          <w:lang w:eastAsia="zh-CN"/>
        </w:rPr>
      </w:pPr>
      <w:r>
        <w:rPr>
          <w:rFonts w:ascii="仿宋" w:eastAsia="仿宋" w:hAnsi="仿宋"/>
          <w:sz w:val="32"/>
          <w:lang w:eastAsia="zh-CN"/>
        </w:rPr>
        <w:t>学问不行，我们想离开东观。换个营生。离开东观。诸神可都是当年跟随贾父子。悟冬瓜的儒生。等他放弃教书，自毁本业呢。如今。贾夫子不在了。陛下也无心译文。还说这些干什么，专心仕途都</w:t>
      </w:r>
      <w:proofErr w:type="gramStart"/>
      <w:r>
        <w:rPr>
          <w:rFonts w:ascii="仿宋" w:eastAsia="仿宋" w:hAnsi="仿宋"/>
          <w:sz w:val="32"/>
          <w:lang w:eastAsia="zh-CN"/>
        </w:rPr>
        <w:t>比教经要</w:t>
      </w:r>
      <w:proofErr w:type="gramEnd"/>
      <w:r>
        <w:rPr>
          <w:rFonts w:ascii="仿宋" w:eastAsia="仿宋" w:hAnsi="仿宋"/>
          <w:sz w:val="32"/>
          <w:lang w:eastAsia="zh-CN"/>
        </w:rPr>
        <w:t>实在些。诸位，我想问大家一句话。</w:t>
      </w:r>
    </w:p>
    <w:p w14:paraId="15E67EBF" w14:textId="77777777" w:rsidR="00E87C95" w:rsidRDefault="00000000">
      <w:pPr>
        <w:spacing w:after="0" w:line="579" w:lineRule="exact"/>
        <w:ind w:firstLine="640"/>
        <w:rPr>
          <w:lang w:eastAsia="zh-CN"/>
        </w:rPr>
      </w:pPr>
      <w:r>
        <w:rPr>
          <w:rFonts w:ascii="仿宋" w:eastAsia="仿宋" w:hAnsi="仿宋"/>
          <w:sz w:val="32"/>
          <w:lang w:eastAsia="zh-CN"/>
        </w:rPr>
        <w:t>我们当初来东观。为的就是谋个实在。读书人的实在。又应该是什么？追。诸位都知道。我在作《说文解字》。临走之前。能否容我？为大家。再说结一次。我等愿听</w:t>
      </w:r>
      <w:proofErr w:type="gramStart"/>
      <w:r>
        <w:rPr>
          <w:rFonts w:ascii="仿宋" w:eastAsia="仿宋" w:hAnsi="仿宋"/>
          <w:sz w:val="32"/>
          <w:lang w:eastAsia="zh-CN"/>
        </w:rPr>
        <w:t>叔重兄</w:t>
      </w:r>
      <w:proofErr w:type="gramEnd"/>
      <w:r>
        <w:rPr>
          <w:rFonts w:ascii="仿宋" w:eastAsia="仿宋" w:hAnsi="仿宋"/>
          <w:sz w:val="32"/>
          <w:lang w:eastAsia="zh-CN"/>
        </w:rPr>
        <w:t>教诲。我们今日。</w:t>
      </w:r>
      <w:proofErr w:type="gramStart"/>
      <w:r>
        <w:rPr>
          <w:rFonts w:ascii="仿宋" w:eastAsia="仿宋" w:hAnsi="仿宋"/>
          <w:sz w:val="32"/>
          <w:lang w:eastAsia="zh-CN"/>
        </w:rPr>
        <w:t>就说解一个</w:t>
      </w:r>
      <w:proofErr w:type="gramEnd"/>
      <w:r>
        <w:rPr>
          <w:rFonts w:ascii="仿宋" w:eastAsia="仿宋" w:hAnsi="仿宋"/>
          <w:sz w:val="32"/>
          <w:lang w:eastAsia="zh-CN"/>
        </w:rPr>
        <w:t>。典籍的典字。</w:t>
      </w:r>
    </w:p>
    <w:p w14:paraId="46991112" w14:textId="77777777" w:rsidR="00E87C95" w:rsidRDefault="00000000">
      <w:pPr>
        <w:spacing w:after="0" w:line="579" w:lineRule="exact"/>
        <w:ind w:firstLine="640"/>
        <w:rPr>
          <w:lang w:eastAsia="zh-CN"/>
        </w:rPr>
      </w:pPr>
      <w:proofErr w:type="gramStart"/>
      <w:r>
        <w:rPr>
          <w:rFonts w:ascii="仿宋" w:eastAsia="仿宋" w:hAnsi="仿宋"/>
          <w:sz w:val="32"/>
          <w:lang w:eastAsia="zh-CN"/>
        </w:rPr>
        <w:t>典武帝</w:t>
      </w:r>
      <w:proofErr w:type="gramEnd"/>
      <w:r>
        <w:rPr>
          <w:rFonts w:ascii="仿宋" w:eastAsia="仿宋" w:hAnsi="仿宋"/>
          <w:sz w:val="32"/>
          <w:lang w:eastAsia="zh-CN"/>
        </w:rPr>
        <w:t>之书也。从策。在机上。</w:t>
      </w:r>
      <w:proofErr w:type="gramStart"/>
      <w:r>
        <w:rPr>
          <w:rFonts w:ascii="仿宋" w:eastAsia="仿宋" w:hAnsi="仿宋"/>
          <w:sz w:val="32"/>
          <w:lang w:eastAsia="zh-CN"/>
        </w:rPr>
        <w:t>尊阁之</w:t>
      </w:r>
      <w:proofErr w:type="gramEnd"/>
      <w:r>
        <w:rPr>
          <w:rFonts w:ascii="仿宋" w:eastAsia="仿宋" w:hAnsi="仿宋"/>
          <w:sz w:val="32"/>
          <w:lang w:eastAsia="zh-CN"/>
        </w:rPr>
        <w:t>也。检测。</w:t>
      </w:r>
      <w:proofErr w:type="gramStart"/>
      <w:r>
        <w:rPr>
          <w:rFonts w:ascii="仿宋" w:eastAsia="仿宋" w:hAnsi="仿宋"/>
          <w:sz w:val="32"/>
          <w:lang w:eastAsia="zh-CN"/>
        </w:rPr>
        <w:t>置于案基之上</w:t>
      </w:r>
      <w:proofErr w:type="gramEnd"/>
      <w:r>
        <w:rPr>
          <w:rFonts w:ascii="仿宋" w:eastAsia="仿宋" w:hAnsi="仿宋"/>
          <w:sz w:val="32"/>
          <w:lang w:eastAsia="zh-CN"/>
        </w:rPr>
        <w:t>。犹如我们。将典籍。统治于心中最高位置。读书之人。以手捧点。学习误导。是一辈子的功课。诸位在东观教书，是为天下捧点之人。</w:t>
      </w:r>
    </w:p>
    <w:p w14:paraId="7930B567" w14:textId="77777777" w:rsidR="00E87C95" w:rsidRDefault="00000000">
      <w:pPr>
        <w:spacing w:after="0" w:line="579" w:lineRule="exact"/>
        <w:ind w:firstLine="640"/>
        <w:rPr>
          <w:lang w:eastAsia="zh-CN"/>
        </w:rPr>
      </w:pPr>
      <w:r>
        <w:rPr>
          <w:rFonts w:ascii="仿宋" w:eastAsia="仿宋" w:hAnsi="仿宋"/>
          <w:sz w:val="32"/>
          <w:lang w:eastAsia="zh-CN"/>
        </w:rPr>
        <w:lastRenderedPageBreak/>
        <w:t>叫一部经典。传至千秋万世，更是一辈子的功课。先贤有余。是不可以</w:t>
      </w:r>
      <w:proofErr w:type="gramStart"/>
      <w:r>
        <w:rPr>
          <w:rFonts w:ascii="仿宋" w:eastAsia="仿宋" w:hAnsi="仿宋"/>
          <w:sz w:val="32"/>
          <w:lang w:eastAsia="zh-CN"/>
        </w:rPr>
        <w:t>不</w:t>
      </w:r>
      <w:proofErr w:type="gramEnd"/>
      <w:r>
        <w:rPr>
          <w:rFonts w:ascii="仿宋" w:eastAsia="仿宋" w:hAnsi="仿宋"/>
          <w:sz w:val="32"/>
          <w:lang w:eastAsia="zh-CN"/>
        </w:rPr>
        <w:t>弘毅。任重。而道远。我等即为天下之事。一个点字。悬于头顶。重任如山。岂可。青烟褪去。我。说完了。</w:t>
      </w:r>
    </w:p>
    <w:p w14:paraId="5CAC36C3" w14:textId="77777777" w:rsidR="00E87C95" w:rsidRDefault="00000000">
      <w:pPr>
        <w:spacing w:after="0" w:line="579" w:lineRule="exact"/>
        <w:ind w:firstLine="640"/>
        <w:rPr>
          <w:lang w:eastAsia="zh-CN"/>
        </w:rPr>
      </w:pPr>
      <w:proofErr w:type="gramStart"/>
      <w:r>
        <w:rPr>
          <w:rFonts w:ascii="仿宋" w:eastAsia="仿宋" w:hAnsi="仿宋"/>
          <w:sz w:val="32"/>
          <w:lang w:eastAsia="zh-CN"/>
        </w:rPr>
        <w:t>叔重笑</w:t>
      </w:r>
      <w:proofErr w:type="gramEnd"/>
      <w:r>
        <w:rPr>
          <w:rFonts w:ascii="仿宋" w:eastAsia="仿宋" w:hAnsi="仿宋"/>
          <w:sz w:val="32"/>
          <w:lang w:eastAsia="zh-CN"/>
        </w:rPr>
        <w:t>。我不走了。留下来教书。我们也不走了。留下来教书。</w:t>
      </w:r>
      <w:proofErr w:type="gramStart"/>
      <w:r>
        <w:rPr>
          <w:rFonts w:ascii="仿宋" w:eastAsia="仿宋" w:hAnsi="仿宋"/>
          <w:sz w:val="32"/>
          <w:lang w:eastAsia="zh-CN"/>
        </w:rPr>
        <w:t>诶</w:t>
      </w:r>
      <w:proofErr w:type="gramEnd"/>
      <w:r>
        <w:rPr>
          <w:rFonts w:ascii="仿宋" w:eastAsia="仿宋" w:hAnsi="仿宋"/>
          <w:sz w:val="32"/>
          <w:lang w:eastAsia="zh-CN"/>
        </w:rPr>
        <w:t>。</w:t>
      </w:r>
      <w:proofErr w:type="gramStart"/>
      <w:r>
        <w:rPr>
          <w:rFonts w:ascii="仿宋" w:eastAsia="仿宋" w:hAnsi="仿宋"/>
          <w:sz w:val="32"/>
          <w:lang w:eastAsia="zh-CN"/>
        </w:rPr>
        <w:t>输六球</w:t>
      </w:r>
      <w:proofErr w:type="gramEnd"/>
      <w:r>
        <w:rPr>
          <w:rFonts w:ascii="仿宋" w:eastAsia="仿宋" w:hAnsi="仿宋"/>
          <w:sz w:val="32"/>
          <w:lang w:eastAsia="zh-CN"/>
        </w:rPr>
        <w:t>，</w:t>
      </w:r>
      <w:proofErr w:type="gramStart"/>
      <w:r>
        <w:rPr>
          <w:rFonts w:ascii="仿宋" w:eastAsia="仿宋" w:hAnsi="仿宋"/>
          <w:sz w:val="32"/>
          <w:lang w:eastAsia="zh-CN"/>
        </w:rPr>
        <w:t>输六球</w:t>
      </w:r>
      <w:proofErr w:type="gramEnd"/>
      <w:r>
        <w:rPr>
          <w:rFonts w:ascii="仿宋" w:eastAsia="仿宋" w:hAnsi="仿宋"/>
          <w:sz w:val="32"/>
          <w:lang w:eastAsia="zh-CN"/>
        </w:rPr>
        <w:t>，</w:t>
      </w:r>
      <w:proofErr w:type="gramStart"/>
      <w:r>
        <w:rPr>
          <w:rFonts w:ascii="仿宋" w:eastAsia="仿宋" w:hAnsi="仿宋"/>
          <w:sz w:val="32"/>
          <w:lang w:eastAsia="zh-CN"/>
        </w:rPr>
        <w:t>输六球</w:t>
      </w:r>
      <w:proofErr w:type="gramEnd"/>
      <w:r>
        <w:rPr>
          <w:rFonts w:ascii="仿宋" w:eastAsia="仿宋" w:hAnsi="仿宋"/>
          <w:sz w:val="32"/>
          <w:lang w:eastAsia="zh-CN"/>
        </w:rPr>
        <w:t>，</w:t>
      </w:r>
      <w:proofErr w:type="gramStart"/>
      <w:r>
        <w:rPr>
          <w:rFonts w:ascii="仿宋" w:eastAsia="仿宋" w:hAnsi="仿宋"/>
          <w:sz w:val="32"/>
          <w:lang w:eastAsia="zh-CN"/>
        </w:rPr>
        <w:t>输六球</w:t>
      </w:r>
      <w:proofErr w:type="gramEnd"/>
      <w:r>
        <w:rPr>
          <w:rFonts w:ascii="仿宋" w:eastAsia="仿宋" w:hAnsi="仿宋"/>
          <w:sz w:val="32"/>
          <w:lang w:eastAsia="zh-CN"/>
        </w:rPr>
        <w:t>，</w:t>
      </w:r>
      <w:proofErr w:type="gramStart"/>
      <w:r>
        <w:rPr>
          <w:rFonts w:ascii="仿宋" w:eastAsia="仿宋" w:hAnsi="仿宋"/>
          <w:sz w:val="32"/>
          <w:lang w:eastAsia="zh-CN"/>
        </w:rPr>
        <w:t>输六球</w:t>
      </w:r>
      <w:proofErr w:type="gramEnd"/>
      <w:r>
        <w:rPr>
          <w:rFonts w:ascii="仿宋" w:eastAsia="仿宋" w:hAnsi="仿宋"/>
          <w:sz w:val="32"/>
          <w:lang w:eastAsia="zh-CN"/>
        </w:rPr>
        <w:t>，</w:t>
      </w:r>
      <w:proofErr w:type="gramStart"/>
      <w:r>
        <w:rPr>
          <w:rFonts w:ascii="仿宋" w:eastAsia="仿宋" w:hAnsi="仿宋"/>
          <w:sz w:val="32"/>
          <w:lang w:eastAsia="zh-CN"/>
        </w:rPr>
        <w:t>输六球</w:t>
      </w:r>
      <w:proofErr w:type="gramEnd"/>
      <w:r>
        <w:rPr>
          <w:rFonts w:ascii="仿宋" w:eastAsia="仿宋" w:hAnsi="仿宋"/>
          <w:sz w:val="32"/>
          <w:lang w:eastAsia="zh-CN"/>
        </w:rPr>
        <w:t>，</w:t>
      </w:r>
      <w:proofErr w:type="gramStart"/>
      <w:r>
        <w:rPr>
          <w:rFonts w:ascii="仿宋" w:eastAsia="仿宋" w:hAnsi="仿宋"/>
          <w:sz w:val="32"/>
          <w:lang w:eastAsia="zh-CN"/>
        </w:rPr>
        <w:t>输六球九三十一</w:t>
      </w:r>
      <w:proofErr w:type="gramEnd"/>
      <w:r>
        <w:rPr>
          <w:rFonts w:ascii="仿宋" w:eastAsia="仿宋" w:hAnsi="仿宋"/>
          <w:sz w:val="32"/>
          <w:lang w:eastAsia="zh-CN"/>
        </w:rPr>
        <w:t>师59。所以说。医师啊，</w:t>
      </w:r>
    </w:p>
    <w:p w14:paraId="55BDCAE7" w14:textId="77777777" w:rsidR="00E87C95" w:rsidRDefault="00000000">
      <w:pPr>
        <w:spacing w:after="0" w:line="579" w:lineRule="exact"/>
        <w:ind w:firstLine="640"/>
        <w:rPr>
          <w:lang w:eastAsia="zh-CN"/>
        </w:rPr>
      </w:pPr>
      <w:r>
        <w:rPr>
          <w:rFonts w:ascii="仿宋" w:eastAsia="仿宋" w:hAnsi="仿宋"/>
          <w:sz w:val="32"/>
          <w:lang w:eastAsia="zh-CN"/>
        </w:rPr>
        <w:t>近来我眼睛能</w:t>
      </w:r>
      <w:proofErr w:type="gramStart"/>
      <w:r>
        <w:rPr>
          <w:rFonts w:ascii="仿宋" w:eastAsia="仿宋" w:hAnsi="仿宋"/>
          <w:sz w:val="32"/>
          <w:lang w:eastAsia="zh-CN"/>
        </w:rPr>
        <w:t>看见些</w:t>
      </w:r>
      <w:proofErr w:type="gramEnd"/>
      <w:r>
        <w:rPr>
          <w:rFonts w:ascii="仿宋" w:eastAsia="仿宋" w:hAnsi="仿宋"/>
          <w:sz w:val="32"/>
          <w:lang w:eastAsia="zh-CN"/>
        </w:rPr>
        <w:t>东西了。先生，这是忧思过度，积劳成疾才导致的失明。如今情况有所好转。但还是不能看书。但休书不能停啊，身体要紧。唉。</w:t>
      </w:r>
      <w:proofErr w:type="gramStart"/>
      <w:r>
        <w:rPr>
          <w:rFonts w:ascii="仿宋" w:eastAsia="仿宋" w:hAnsi="仿宋"/>
          <w:sz w:val="32"/>
          <w:lang w:eastAsia="zh-CN"/>
        </w:rPr>
        <w:t>叔重兄</w:t>
      </w:r>
      <w:proofErr w:type="gramEnd"/>
      <w:r>
        <w:rPr>
          <w:rFonts w:ascii="仿宋" w:eastAsia="仿宋" w:hAnsi="仿宋"/>
          <w:sz w:val="32"/>
          <w:lang w:eastAsia="zh-CN"/>
        </w:rPr>
        <w:t>，之前你不是提过要变访通儒到山水之间去看历代先王的刻字和碑文时刻吗？咱们出去走走。这段时间</w:t>
      </w:r>
      <w:proofErr w:type="gramStart"/>
      <w:r>
        <w:rPr>
          <w:rFonts w:ascii="仿宋" w:eastAsia="仿宋" w:hAnsi="仿宋"/>
          <w:sz w:val="32"/>
          <w:lang w:eastAsia="zh-CN"/>
        </w:rPr>
        <w:t>不</w:t>
      </w:r>
      <w:proofErr w:type="gramEnd"/>
      <w:r>
        <w:rPr>
          <w:rFonts w:ascii="仿宋" w:eastAsia="仿宋" w:hAnsi="仿宋"/>
          <w:sz w:val="32"/>
          <w:lang w:eastAsia="zh-CN"/>
        </w:rPr>
        <w:t>看书，但照样能休书，只要能补一修书，</w:t>
      </w:r>
    </w:p>
    <w:p w14:paraId="6D1DE79E" w14:textId="77777777" w:rsidR="00E87C95" w:rsidRDefault="00000000">
      <w:pPr>
        <w:spacing w:after="0" w:line="579" w:lineRule="exact"/>
        <w:ind w:firstLine="640"/>
        <w:rPr>
          <w:lang w:eastAsia="zh-CN"/>
        </w:rPr>
      </w:pPr>
      <w:r>
        <w:rPr>
          <w:rFonts w:ascii="仿宋" w:eastAsia="仿宋" w:hAnsi="仿宋"/>
          <w:sz w:val="32"/>
          <w:lang w:eastAsia="zh-CN"/>
        </w:rPr>
        <w:t>我听你的。叔叔兄，快来看好风景啊。果然是好风景。来坐。哇塞！能亲临一山，看到李斯所写小传。解决了我心中诸多疑惑。李斯的书法。</w:t>
      </w:r>
      <w:proofErr w:type="gramStart"/>
      <w:r>
        <w:rPr>
          <w:rFonts w:ascii="仿宋" w:eastAsia="仿宋" w:hAnsi="仿宋"/>
          <w:sz w:val="32"/>
          <w:lang w:eastAsia="zh-CN"/>
        </w:rPr>
        <w:t>运笔兼</w:t>
      </w:r>
      <w:proofErr w:type="gramEnd"/>
      <w:r>
        <w:rPr>
          <w:rFonts w:ascii="仿宋" w:eastAsia="仿宋" w:hAnsi="仿宋"/>
          <w:sz w:val="32"/>
          <w:lang w:eastAsia="zh-CN"/>
        </w:rPr>
        <w:t>进，畅达线条，流畅似有飞动之势，兼具图案之美，不愧是小篆的。</w:t>
      </w:r>
    </w:p>
    <w:p w14:paraId="2F4B8139" w14:textId="77777777" w:rsidR="00E87C95" w:rsidRDefault="00000000">
      <w:pPr>
        <w:spacing w:after="0" w:line="579" w:lineRule="exact"/>
        <w:ind w:firstLine="640"/>
        <w:rPr>
          <w:lang w:eastAsia="zh-CN"/>
        </w:rPr>
      </w:pPr>
      <w:r>
        <w:rPr>
          <w:rFonts w:ascii="仿宋" w:eastAsia="仿宋" w:hAnsi="仿宋"/>
          <w:sz w:val="32"/>
          <w:lang w:eastAsia="zh-CN"/>
        </w:rPr>
        <w:t>代表之作。登于一山。群臣从者，闲思悠长。</w:t>
      </w:r>
      <w:proofErr w:type="gramStart"/>
      <w:r>
        <w:rPr>
          <w:rFonts w:ascii="仿宋" w:eastAsia="仿宋" w:hAnsi="仿宋"/>
          <w:sz w:val="32"/>
          <w:lang w:eastAsia="zh-CN"/>
        </w:rPr>
        <w:t>峄</w:t>
      </w:r>
      <w:proofErr w:type="gramEnd"/>
      <w:r>
        <w:rPr>
          <w:rFonts w:ascii="仿宋" w:eastAsia="仿宋" w:hAnsi="仿宋"/>
          <w:sz w:val="32"/>
          <w:lang w:eastAsia="zh-CN"/>
        </w:rPr>
        <w:t>山刻石的幽字，与其他的写法不同。字形虽意可音译，相同是一个字的两种写法。又增收</w:t>
      </w:r>
      <w:proofErr w:type="gramStart"/>
      <w:r>
        <w:rPr>
          <w:rFonts w:ascii="仿宋" w:eastAsia="仿宋" w:hAnsi="仿宋"/>
          <w:sz w:val="32"/>
          <w:lang w:eastAsia="zh-CN"/>
        </w:rPr>
        <w:t>崇文字</w:t>
      </w:r>
      <w:proofErr w:type="gramEnd"/>
      <w:r>
        <w:rPr>
          <w:rFonts w:ascii="仿宋" w:eastAsia="仿宋" w:hAnsi="仿宋"/>
          <w:sz w:val="32"/>
          <w:lang w:eastAsia="zh-CN"/>
        </w:rPr>
        <w:t>一个。请</w:t>
      </w:r>
      <w:proofErr w:type="gramStart"/>
      <w:r>
        <w:rPr>
          <w:rFonts w:ascii="仿宋" w:eastAsia="仿宋" w:hAnsi="仿宋"/>
          <w:sz w:val="32"/>
          <w:lang w:eastAsia="zh-CN"/>
        </w:rPr>
        <w:t>峄</w:t>
      </w:r>
      <w:proofErr w:type="gramEnd"/>
      <w:r>
        <w:rPr>
          <w:rFonts w:ascii="仿宋" w:eastAsia="仿宋" w:hAnsi="仿宋"/>
          <w:sz w:val="32"/>
          <w:lang w:eastAsia="zh-CN"/>
        </w:rPr>
        <w:t>山刻石。果然如此。恭喜</w:t>
      </w:r>
      <w:proofErr w:type="gramStart"/>
      <w:r>
        <w:rPr>
          <w:rFonts w:ascii="仿宋" w:eastAsia="仿宋" w:hAnsi="仿宋"/>
          <w:sz w:val="32"/>
          <w:lang w:eastAsia="zh-CN"/>
        </w:rPr>
        <w:t>叔重兄</w:t>
      </w:r>
      <w:proofErr w:type="gramEnd"/>
      <w:r>
        <w:rPr>
          <w:rFonts w:ascii="仿宋" w:eastAsia="仿宋" w:hAnsi="仿宋"/>
          <w:sz w:val="32"/>
          <w:lang w:eastAsia="zh-CN"/>
        </w:rPr>
        <w:t>，此行山水之间，收获颇丰啊。文字于</w:t>
      </w:r>
      <w:proofErr w:type="gramStart"/>
      <w:r>
        <w:rPr>
          <w:rFonts w:ascii="仿宋" w:eastAsia="仿宋" w:hAnsi="仿宋"/>
          <w:sz w:val="32"/>
          <w:lang w:eastAsia="zh-CN"/>
        </w:rPr>
        <w:t>于</w:t>
      </w:r>
      <w:proofErr w:type="gramEnd"/>
      <w:r>
        <w:rPr>
          <w:rFonts w:ascii="仿宋" w:eastAsia="仿宋" w:hAnsi="仿宋"/>
          <w:sz w:val="32"/>
          <w:lang w:eastAsia="zh-CN"/>
        </w:rPr>
        <w:t>天地之间。</w:t>
      </w:r>
    </w:p>
    <w:p w14:paraId="7EA9460A" w14:textId="77777777" w:rsidR="00E87C95" w:rsidRDefault="00000000">
      <w:pPr>
        <w:spacing w:after="0" w:line="579" w:lineRule="exact"/>
        <w:ind w:firstLine="640"/>
        <w:rPr>
          <w:lang w:eastAsia="zh-CN"/>
        </w:rPr>
      </w:pPr>
      <w:r>
        <w:rPr>
          <w:rFonts w:ascii="仿宋" w:eastAsia="仿宋" w:hAnsi="仿宋"/>
          <w:sz w:val="32"/>
          <w:lang w:eastAsia="zh-CN"/>
        </w:rPr>
        <w:lastRenderedPageBreak/>
        <w:t>文字刻于石头，风雨不朽。我记下了此处文字，纵使相隔千百年，后人也能究其源头。季长雄。你说的对。你我此行。收获颇丰。文字于天地之间。圣人不空作，皆有依据。外出实地求学观览世间万象与古籍文字，并求教通儒，每次有收获我都会及时补进叔重。</w:t>
      </w:r>
    </w:p>
    <w:p w14:paraId="3EF0E1C6" w14:textId="77777777" w:rsidR="00E87C95" w:rsidRDefault="00000000">
      <w:pPr>
        <w:spacing w:after="0" w:line="579" w:lineRule="exact"/>
        <w:ind w:firstLine="640"/>
        <w:rPr>
          <w:lang w:eastAsia="zh-CN"/>
        </w:rPr>
      </w:pPr>
      <w:r>
        <w:rPr>
          <w:rFonts w:ascii="仿宋" w:eastAsia="仿宋" w:hAnsi="仿宋"/>
          <w:sz w:val="32"/>
          <w:lang w:eastAsia="zh-CN"/>
        </w:rPr>
        <w:t>之后。东观学风得以恢复，我与</w:t>
      </w:r>
      <w:proofErr w:type="gramStart"/>
      <w:r>
        <w:rPr>
          <w:rFonts w:ascii="仿宋" w:eastAsia="仿宋" w:hAnsi="仿宋"/>
          <w:sz w:val="32"/>
          <w:lang w:eastAsia="zh-CN"/>
        </w:rPr>
        <w:t>季长同回东观</w:t>
      </w:r>
      <w:proofErr w:type="gramEnd"/>
      <w:r>
        <w:rPr>
          <w:rFonts w:ascii="仿宋" w:eastAsia="仿宋" w:hAnsi="仿宋"/>
          <w:sz w:val="32"/>
          <w:lang w:eastAsia="zh-CN"/>
        </w:rPr>
        <w:t>。奉命教书，并为年轻儒生。说文解字。夫子。世人都说五经无双，许叔重。却少有人知，许夫子</w:t>
      </w:r>
      <w:proofErr w:type="gramStart"/>
      <w:r>
        <w:rPr>
          <w:rFonts w:ascii="仿宋" w:eastAsia="仿宋" w:hAnsi="仿宋"/>
          <w:sz w:val="32"/>
          <w:lang w:eastAsia="zh-CN"/>
        </w:rPr>
        <w:t>多年单精竭</w:t>
      </w:r>
      <w:proofErr w:type="gramEnd"/>
      <w:r>
        <w:rPr>
          <w:rFonts w:ascii="仿宋" w:eastAsia="仿宋" w:hAnsi="仿宋"/>
          <w:sz w:val="32"/>
          <w:lang w:eastAsia="zh-CN"/>
        </w:rPr>
        <w:t>虑撰注，说文解字。贾夫子在世时就已出城，其稿又经多年修改，今日首次为世人说讲。</w:t>
      </w:r>
    </w:p>
    <w:p w14:paraId="3A123163" w14:textId="77777777" w:rsidR="00E87C95" w:rsidRDefault="00000000">
      <w:pPr>
        <w:spacing w:after="0" w:line="579" w:lineRule="exact"/>
        <w:ind w:firstLine="640"/>
        <w:rPr>
          <w:lang w:eastAsia="zh-CN"/>
        </w:rPr>
      </w:pPr>
      <w:r>
        <w:rPr>
          <w:rFonts w:ascii="仿宋" w:eastAsia="仿宋" w:hAnsi="仿宋"/>
          <w:sz w:val="32"/>
          <w:lang w:eastAsia="zh-CN"/>
        </w:rPr>
        <w:t>尔等有福了。</w:t>
      </w:r>
      <w:proofErr w:type="gramStart"/>
      <w:r>
        <w:rPr>
          <w:rFonts w:ascii="仿宋" w:eastAsia="仿宋" w:hAnsi="仿宋"/>
          <w:sz w:val="32"/>
          <w:lang w:eastAsia="zh-CN"/>
        </w:rPr>
        <w:t>请叔重兄</w:t>
      </w:r>
      <w:proofErr w:type="gramEnd"/>
      <w:r>
        <w:rPr>
          <w:rFonts w:ascii="仿宋" w:eastAsia="仿宋" w:hAnsi="仿宋"/>
          <w:sz w:val="32"/>
          <w:lang w:eastAsia="zh-CN"/>
        </w:rPr>
        <w:t>为诸生。说文解字。拜见许夫子。盖文字者，</w:t>
      </w:r>
      <w:proofErr w:type="gramStart"/>
      <w:r>
        <w:rPr>
          <w:rFonts w:ascii="仿宋" w:eastAsia="仿宋" w:hAnsi="仿宋"/>
          <w:sz w:val="32"/>
          <w:lang w:eastAsia="zh-CN"/>
        </w:rPr>
        <w:t>经艺之</w:t>
      </w:r>
      <w:proofErr w:type="gramEnd"/>
      <w:r>
        <w:rPr>
          <w:rFonts w:ascii="仿宋" w:eastAsia="仿宋" w:hAnsi="仿宋"/>
          <w:sz w:val="32"/>
          <w:lang w:eastAsia="zh-CN"/>
        </w:rPr>
        <w:t>本，王政之始。盖文字者，</w:t>
      </w:r>
      <w:proofErr w:type="gramStart"/>
      <w:r>
        <w:rPr>
          <w:rFonts w:ascii="仿宋" w:eastAsia="仿宋" w:hAnsi="仿宋"/>
          <w:sz w:val="32"/>
          <w:lang w:eastAsia="zh-CN"/>
        </w:rPr>
        <w:t>经艺之</w:t>
      </w:r>
      <w:proofErr w:type="gramEnd"/>
      <w:r>
        <w:rPr>
          <w:rFonts w:ascii="仿宋" w:eastAsia="仿宋" w:hAnsi="仿宋"/>
          <w:sz w:val="32"/>
          <w:lang w:eastAsia="zh-CN"/>
        </w:rPr>
        <w:t>本，王政之始前人。所以垂后。后人所以识古，故曰。本利。而道生贤人，</w:t>
      </w:r>
    </w:p>
    <w:p w14:paraId="66FD6F3D" w14:textId="77777777" w:rsidR="00E87C95" w:rsidRDefault="00000000">
      <w:pPr>
        <w:spacing w:after="0" w:line="579" w:lineRule="exact"/>
        <w:ind w:firstLine="640"/>
        <w:rPr>
          <w:lang w:eastAsia="zh-CN"/>
        </w:rPr>
      </w:pPr>
      <w:r>
        <w:rPr>
          <w:rFonts w:ascii="仿宋" w:eastAsia="仿宋" w:hAnsi="仿宋"/>
          <w:sz w:val="32"/>
          <w:lang w:eastAsia="zh-CN"/>
        </w:rPr>
        <w:t>所以垂后。后人所以识古，</w:t>
      </w:r>
      <w:proofErr w:type="gramStart"/>
      <w:r>
        <w:rPr>
          <w:rFonts w:ascii="仿宋" w:eastAsia="仿宋" w:hAnsi="仿宋"/>
          <w:sz w:val="32"/>
          <w:lang w:eastAsia="zh-CN"/>
        </w:rPr>
        <w:t>故曰本立</w:t>
      </w:r>
      <w:proofErr w:type="gramEnd"/>
      <w:r>
        <w:rPr>
          <w:rFonts w:ascii="仿宋" w:eastAsia="仿宋" w:hAnsi="仿宋"/>
          <w:sz w:val="32"/>
          <w:lang w:eastAsia="zh-CN"/>
        </w:rPr>
        <w:t>而道生待文字。</w:t>
      </w:r>
      <w:proofErr w:type="gramStart"/>
      <w:r>
        <w:rPr>
          <w:rFonts w:ascii="仿宋" w:eastAsia="仿宋" w:hAnsi="仿宋"/>
          <w:sz w:val="32"/>
          <w:lang w:eastAsia="zh-CN"/>
        </w:rPr>
        <w:t>者经艺之</w:t>
      </w:r>
      <w:proofErr w:type="gramEnd"/>
      <w:r>
        <w:rPr>
          <w:rFonts w:ascii="仿宋" w:eastAsia="仿宋" w:hAnsi="仿宋"/>
          <w:sz w:val="32"/>
          <w:lang w:eastAsia="zh-CN"/>
        </w:rPr>
        <w:t>本，王政之始。闲人所以垂后。后人所以识。盖文字者，</w:t>
      </w:r>
      <w:proofErr w:type="gramStart"/>
      <w:r>
        <w:rPr>
          <w:rFonts w:ascii="仿宋" w:eastAsia="仿宋" w:hAnsi="仿宋"/>
          <w:sz w:val="32"/>
          <w:lang w:eastAsia="zh-CN"/>
        </w:rPr>
        <w:t>经艺之</w:t>
      </w:r>
      <w:proofErr w:type="gramEnd"/>
      <w:r>
        <w:rPr>
          <w:rFonts w:ascii="仿宋" w:eastAsia="仿宋" w:hAnsi="仿宋"/>
          <w:sz w:val="32"/>
          <w:lang w:eastAsia="zh-CN"/>
        </w:rPr>
        <w:t>本，王政之始。前人所以垂后，后人所以识骨。故曰。本立而道生。诸位今日可比。</w:t>
      </w:r>
    </w:p>
    <w:p w14:paraId="23A173EB" w14:textId="77777777" w:rsidR="00E87C95" w:rsidRDefault="00000000">
      <w:pPr>
        <w:spacing w:after="0" w:line="579" w:lineRule="exact"/>
        <w:ind w:firstLine="640"/>
        <w:rPr>
          <w:lang w:eastAsia="zh-CN"/>
        </w:rPr>
      </w:pPr>
      <w:r>
        <w:rPr>
          <w:rFonts w:ascii="仿宋" w:eastAsia="仿宋" w:hAnsi="仿宋"/>
          <w:sz w:val="32"/>
          <w:lang w:eastAsia="zh-CN"/>
        </w:rPr>
        <w:t>这是我最后一次。为大家说文解字了。我已奏请陛下。</w:t>
      </w:r>
      <w:proofErr w:type="gramStart"/>
      <w:r>
        <w:rPr>
          <w:rFonts w:ascii="仿宋" w:eastAsia="仿宋" w:hAnsi="仿宋"/>
          <w:sz w:val="32"/>
          <w:lang w:eastAsia="zh-CN"/>
        </w:rPr>
        <w:t>祈</w:t>
      </w:r>
      <w:proofErr w:type="gramEnd"/>
      <w:r>
        <w:rPr>
          <w:rFonts w:ascii="仿宋" w:eastAsia="仿宋" w:hAnsi="仿宋"/>
          <w:sz w:val="32"/>
          <w:lang w:eastAsia="zh-CN"/>
        </w:rPr>
        <w:t>请回家。今日。将离开东观。拜别许夫子。</w:t>
      </w:r>
      <w:proofErr w:type="gramStart"/>
      <w:r>
        <w:rPr>
          <w:rFonts w:ascii="仿宋" w:eastAsia="仿宋" w:hAnsi="仿宋"/>
          <w:sz w:val="32"/>
          <w:lang w:eastAsia="zh-CN"/>
        </w:rPr>
        <w:t>快别许夫子</w:t>
      </w:r>
      <w:proofErr w:type="gramEnd"/>
      <w:r>
        <w:rPr>
          <w:rFonts w:ascii="仿宋" w:eastAsia="仿宋" w:hAnsi="仿宋"/>
          <w:sz w:val="32"/>
          <w:lang w:eastAsia="zh-CN"/>
        </w:rPr>
        <w:t>。好了，都回吧。在这里读书教书一辈子。要走了。还真是舍不得。可是我时间不多了。必须专心致志。</w:t>
      </w:r>
    </w:p>
    <w:p w14:paraId="03E8C269" w14:textId="77777777" w:rsidR="00E87C95" w:rsidRDefault="00000000">
      <w:pPr>
        <w:spacing w:after="0" w:line="579" w:lineRule="exact"/>
        <w:ind w:firstLine="640"/>
        <w:rPr>
          <w:lang w:eastAsia="zh-CN"/>
        </w:rPr>
      </w:pPr>
      <w:r>
        <w:rPr>
          <w:rFonts w:ascii="仿宋" w:eastAsia="仿宋" w:hAnsi="仿宋"/>
          <w:sz w:val="32"/>
          <w:lang w:eastAsia="zh-CN"/>
        </w:rPr>
        <w:lastRenderedPageBreak/>
        <w:t>完成说文解字最后一次校对。季长啊。我知道，若是要有可不易的文字。天我给你送去。知我者。继承业。欧巴。归回故里之后。我对说文解字进行了最后的交定。终于在不久之前才算完成。一部典籍先生</w:t>
      </w:r>
      <w:proofErr w:type="gramStart"/>
      <w:r>
        <w:rPr>
          <w:rFonts w:ascii="仿宋" w:eastAsia="仿宋" w:hAnsi="仿宋"/>
          <w:sz w:val="32"/>
          <w:lang w:eastAsia="zh-CN"/>
        </w:rPr>
        <w:t>撰注修改</w:t>
      </w:r>
      <w:proofErr w:type="gramEnd"/>
      <w:r>
        <w:rPr>
          <w:rFonts w:ascii="仿宋" w:eastAsia="仿宋" w:hAnsi="仿宋"/>
          <w:sz w:val="32"/>
          <w:lang w:eastAsia="zh-CN"/>
        </w:rPr>
        <w:t>精益求精，投注了一生的心血，不过是努力做到。慎重二字。</w:t>
      </w:r>
    </w:p>
    <w:p w14:paraId="1376E6ED" w14:textId="77777777" w:rsidR="00E87C95" w:rsidRDefault="00000000">
      <w:pPr>
        <w:spacing w:after="0" w:line="579" w:lineRule="exact"/>
        <w:ind w:firstLine="640"/>
        <w:rPr>
          <w:lang w:eastAsia="zh-CN"/>
        </w:rPr>
      </w:pPr>
      <w:r>
        <w:rPr>
          <w:rFonts w:ascii="仿宋" w:eastAsia="仿宋" w:hAnsi="仿宋"/>
          <w:sz w:val="32"/>
          <w:lang w:eastAsia="zh-CN"/>
        </w:rPr>
        <w:t>知之为知之，不知为不知。我的</w:t>
      </w:r>
      <w:proofErr w:type="gramStart"/>
      <w:r>
        <w:rPr>
          <w:rFonts w:ascii="仿宋" w:eastAsia="仿宋" w:hAnsi="仿宋"/>
          <w:sz w:val="32"/>
          <w:lang w:eastAsia="zh-CN"/>
        </w:rPr>
        <w:t>叔重留下</w:t>
      </w:r>
      <w:proofErr w:type="gramEnd"/>
      <w:r>
        <w:rPr>
          <w:rFonts w:ascii="仿宋" w:eastAsia="仿宋" w:hAnsi="仿宋"/>
          <w:sz w:val="32"/>
          <w:lang w:eastAsia="zh-CN"/>
        </w:rPr>
        <w:t>众多缺处。实在是。力不能及。后世人定能查我之疏漏，证我</w:t>
      </w:r>
      <w:proofErr w:type="gramStart"/>
      <w:r>
        <w:rPr>
          <w:rFonts w:ascii="仿宋" w:eastAsia="仿宋" w:hAnsi="仿宋"/>
          <w:sz w:val="32"/>
          <w:lang w:eastAsia="zh-CN"/>
        </w:rPr>
        <w:t>之</w:t>
      </w:r>
      <w:proofErr w:type="gramEnd"/>
      <w:r>
        <w:rPr>
          <w:rFonts w:ascii="仿宋" w:eastAsia="仿宋" w:hAnsi="仿宋"/>
          <w:sz w:val="32"/>
          <w:lang w:eastAsia="zh-CN"/>
        </w:rPr>
        <w:t>谬误，补我之遗憾。先生，您传递给世人的治学精神，本身就是巨大的财富。</w:t>
      </w:r>
      <w:proofErr w:type="gramStart"/>
      <w:r>
        <w:rPr>
          <w:rFonts w:ascii="仿宋" w:eastAsia="仿宋" w:hAnsi="仿宋"/>
          <w:sz w:val="32"/>
          <w:lang w:eastAsia="zh-CN"/>
        </w:rPr>
        <w:t>孰众兄</w:t>
      </w:r>
      <w:proofErr w:type="gramEnd"/>
      <w:r>
        <w:rPr>
          <w:rFonts w:ascii="仿宋" w:eastAsia="仿宋" w:hAnsi="仿宋"/>
          <w:sz w:val="32"/>
          <w:lang w:eastAsia="zh-CN"/>
        </w:rPr>
        <w:t>。笨蛋。</w:t>
      </w:r>
      <w:proofErr w:type="gramStart"/>
      <w:r>
        <w:rPr>
          <w:rFonts w:ascii="仿宋" w:eastAsia="仿宋" w:hAnsi="仿宋"/>
          <w:sz w:val="32"/>
          <w:lang w:eastAsia="zh-CN"/>
        </w:rPr>
        <w:t>起床收</w:t>
      </w:r>
      <w:proofErr w:type="gramEnd"/>
      <w:r>
        <w:rPr>
          <w:rFonts w:ascii="仿宋" w:eastAsia="仿宋" w:hAnsi="仿宋"/>
          <w:sz w:val="32"/>
          <w:lang w:eastAsia="zh-CN"/>
        </w:rPr>
        <w:t>装修，起床。</w:t>
      </w:r>
    </w:p>
    <w:p w14:paraId="5385CF17" w14:textId="77777777" w:rsidR="00E87C95" w:rsidRDefault="00000000">
      <w:pPr>
        <w:spacing w:after="0" w:line="579" w:lineRule="exact"/>
        <w:ind w:firstLine="640"/>
        <w:rPr>
          <w:lang w:eastAsia="zh-CN"/>
        </w:rPr>
      </w:pPr>
      <w:r>
        <w:rPr>
          <w:rFonts w:ascii="仿宋" w:eastAsia="仿宋" w:hAnsi="仿宋"/>
          <w:sz w:val="32"/>
          <w:lang w:eastAsia="zh-CN"/>
        </w:rPr>
        <w:t>你怎么来少林了？莫非。冲而他出事了。我担心。是好事儿，好事儿。我和先知是一道回来的，他</w:t>
      </w:r>
      <w:proofErr w:type="gramStart"/>
      <w:r>
        <w:rPr>
          <w:rFonts w:ascii="仿宋" w:eastAsia="仿宋" w:hAnsi="仿宋"/>
          <w:sz w:val="32"/>
          <w:lang w:eastAsia="zh-CN"/>
        </w:rPr>
        <w:t>跟宋赏</w:t>
      </w:r>
      <w:proofErr w:type="gramEnd"/>
      <w:r>
        <w:rPr>
          <w:rFonts w:ascii="仿宋" w:eastAsia="仿宋" w:hAnsi="仿宋"/>
          <w:sz w:val="32"/>
          <w:lang w:eastAsia="zh-CN"/>
        </w:rPr>
        <w:t>的队伍在一起走的慢，我就先到了。</w:t>
      </w:r>
      <w:proofErr w:type="gramStart"/>
      <w:r>
        <w:rPr>
          <w:rFonts w:ascii="仿宋" w:eastAsia="仿宋" w:hAnsi="仿宋"/>
          <w:sz w:val="32"/>
          <w:lang w:eastAsia="zh-CN"/>
        </w:rPr>
        <w:t>送上送上</w:t>
      </w:r>
      <w:proofErr w:type="gramEnd"/>
      <w:r>
        <w:rPr>
          <w:rFonts w:ascii="仿宋" w:eastAsia="仿宋" w:hAnsi="仿宋"/>
          <w:sz w:val="32"/>
          <w:lang w:eastAsia="zh-CN"/>
        </w:rPr>
        <w:t>的。贤侄把说文解字，尽献给了朝廷。陛下看完以后，大加赞赏，加以赏赐。</w:t>
      </w:r>
    </w:p>
    <w:p w14:paraId="4F6679A6" w14:textId="77777777" w:rsidR="00E87C95" w:rsidRDefault="00000000">
      <w:pPr>
        <w:spacing w:after="0" w:line="579" w:lineRule="exact"/>
        <w:ind w:firstLine="640"/>
        <w:rPr>
          <w:lang w:eastAsia="zh-CN"/>
        </w:rPr>
      </w:pPr>
      <w:r>
        <w:rPr>
          <w:rFonts w:ascii="仿宋" w:eastAsia="仿宋" w:hAnsi="仿宋"/>
          <w:sz w:val="32"/>
          <w:lang w:eastAsia="zh-CN"/>
        </w:rPr>
        <w:t>知道这个消息以后，我是快马兼程，就是要把慈禧</w:t>
      </w:r>
      <w:proofErr w:type="gramStart"/>
      <w:r>
        <w:rPr>
          <w:rFonts w:ascii="仿宋" w:eastAsia="仿宋" w:hAnsi="仿宋"/>
          <w:sz w:val="32"/>
          <w:lang w:eastAsia="zh-CN"/>
        </w:rPr>
        <w:t>逊告诉</w:t>
      </w:r>
      <w:proofErr w:type="gramEnd"/>
      <w:r>
        <w:rPr>
          <w:rFonts w:ascii="仿宋" w:eastAsia="仿宋" w:hAnsi="仿宋"/>
          <w:sz w:val="32"/>
          <w:lang w:eastAsia="zh-CN"/>
        </w:rPr>
        <w:t>你呀。好。好嘛。好啊，竟然。说文解字出城。仅以此数为付出。贺新岁</w:t>
      </w:r>
      <w:proofErr w:type="gramStart"/>
      <w:r>
        <w:rPr>
          <w:rFonts w:ascii="仿宋" w:eastAsia="仿宋" w:hAnsi="仿宋"/>
          <w:sz w:val="32"/>
          <w:lang w:eastAsia="zh-CN"/>
        </w:rPr>
        <w:t>岁</w:t>
      </w:r>
      <w:proofErr w:type="gramEnd"/>
      <w:r>
        <w:rPr>
          <w:rFonts w:ascii="仿宋" w:eastAsia="仿宋" w:hAnsi="仿宋"/>
          <w:sz w:val="32"/>
          <w:lang w:eastAsia="zh-CN"/>
        </w:rPr>
        <w:t>。没有什么。比这个更横</w:t>
      </w:r>
      <w:proofErr w:type="gramStart"/>
      <w:r>
        <w:rPr>
          <w:rFonts w:ascii="仿宋" w:eastAsia="仿宋" w:hAnsi="仿宋"/>
          <w:sz w:val="32"/>
          <w:lang w:eastAsia="zh-CN"/>
        </w:rPr>
        <w:t>横</w:t>
      </w:r>
      <w:proofErr w:type="gramEnd"/>
      <w:r>
        <w:rPr>
          <w:rFonts w:ascii="仿宋" w:eastAsia="仿宋" w:hAnsi="仿宋"/>
          <w:sz w:val="32"/>
          <w:lang w:eastAsia="zh-CN"/>
        </w:rPr>
        <w:t>。我替天下人担心，谢谢</w:t>
      </w:r>
      <w:proofErr w:type="gramStart"/>
      <w:r>
        <w:rPr>
          <w:rFonts w:ascii="仿宋" w:eastAsia="仿宋" w:hAnsi="仿宋"/>
          <w:sz w:val="32"/>
          <w:lang w:eastAsia="zh-CN"/>
        </w:rPr>
        <w:t>谢</w:t>
      </w:r>
      <w:proofErr w:type="gramEnd"/>
      <w:r>
        <w:rPr>
          <w:rFonts w:ascii="仿宋" w:eastAsia="仿宋" w:hAnsi="仿宋"/>
          <w:sz w:val="32"/>
          <w:lang w:eastAsia="zh-CN"/>
        </w:rPr>
        <w:t>。父子请放心。</w:t>
      </w:r>
    </w:p>
    <w:p w14:paraId="2955BC68" w14:textId="77777777" w:rsidR="00E87C95" w:rsidRDefault="00000000">
      <w:pPr>
        <w:spacing w:after="0" w:line="579" w:lineRule="exact"/>
        <w:ind w:firstLine="640"/>
        <w:rPr>
          <w:lang w:eastAsia="zh-CN"/>
        </w:rPr>
      </w:pPr>
      <w:r>
        <w:rPr>
          <w:rFonts w:ascii="仿宋" w:eastAsia="仿宋" w:hAnsi="仿宋"/>
          <w:sz w:val="32"/>
          <w:lang w:eastAsia="zh-CN"/>
        </w:rPr>
        <w:t>弟子定于云生相加，教教应正，</w:t>
      </w:r>
      <w:proofErr w:type="gramStart"/>
      <w:r>
        <w:rPr>
          <w:rFonts w:ascii="仿宋" w:eastAsia="仿宋" w:hAnsi="仿宋"/>
          <w:sz w:val="32"/>
          <w:lang w:eastAsia="zh-CN"/>
        </w:rPr>
        <w:t>直至完</w:t>
      </w:r>
      <w:proofErr w:type="gramEnd"/>
      <w:r>
        <w:rPr>
          <w:rFonts w:ascii="仿宋" w:eastAsia="仿宋" w:hAnsi="仿宋"/>
          <w:sz w:val="32"/>
          <w:lang w:eastAsia="zh-CN"/>
        </w:rPr>
        <w:t>之完成在传世。先生，这位诗人。还未介绍。这位</w:t>
      </w:r>
      <w:proofErr w:type="gramStart"/>
      <w:r>
        <w:rPr>
          <w:rFonts w:ascii="仿宋" w:eastAsia="仿宋" w:hAnsi="仿宋"/>
          <w:sz w:val="32"/>
          <w:lang w:eastAsia="zh-CN"/>
        </w:rPr>
        <w:t>萨</w:t>
      </w:r>
      <w:proofErr w:type="gramEnd"/>
      <w:r>
        <w:rPr>
          <w:rFonts w:ascii="仿宋" w:eastAsia="仿宋" w:hAnsi="仿宋"/>
          <w:sz w:val="32"/>
          <w:lang w:eastAsia="zh-CN"/>
        </w:rPr>
        <w:t>君。是来自1900多年后的读书人。输入球。你说他是来自1900多年后这样吧，二位先生。可愿意随我到后世去看一看？好两位，请随我来。《说文解字》流传千年，</w:t>
      </w:r>
    </w:p>
    <w:p w14:paraId="5929B939" w14:textId="77777777" w:rsidR="00E87C95" w:rsidRDefault="00000000">
      <w:pPr>
        <w:spacing w:after="0" w:line="579" w:lineRule="exact"/>
        <w:ind w:firstLine="640"/>
        <w:rPr>
          <w:lang w:eastAsia="zh-CN"/>
        </w:rPr>
      </w:pPr>
      <w:r>
        <w:rPr>
          <w:rFonts w:ascii="仿宋" w:eastAsia="仿宋" w:hAnsi="仿宋"/>
          <w:sz w:val="32"/>
          <w:lang w:eastAsia="zh-CN"/>
        </w:rPr>
        <w:lastRenderedPageBreak/>
        <w:t>被无数学者传抄学习记录。但遗憾的是。您献给朝廷，被皇家收藏的原稿在我生活的这个时代已经看不到了。那你们看到的是何版本？设地徐锴。考先贤之威严。唱许氏之选址。作说文解字戏传。设地离世后。我以寿命叫定。说文解字。这位是这是在您生活的时代之后，大约800年，五代十国时期的南唐诞生了徐铉，</w:t>
      </w:r>
    </w:p>
    <w:p w14:paraId="30B39893" w14:textId="77777777" w:rsidR="00E87C95" w:rsidRDefault="00000000">
      <w:pPr>
        <w:spacing w:after="0" w:line="579" w:lineRule="exact"/>
        <w:ind w:firstLine="640"/>
        <w:rPr>
          <w:lang w:eastAsia="zh-CN"/>
        </w:rPr>
      </w:pPr>
      <w:r>
        <w:rPr>
          <w:rFonts w:ascii="仿宋" w:eastAsia="仿宋" w:hAnsi="仿宋"/>
          <w:sz w:val="32"/>
          <w:lang w:eastAsia="zh-CN"/>
        </w:rPr>
        <w:t>徐锴兄弟二人。他们两位都是研究《说文解字》的，大家在我生活的这个时代能够看到的最早最完整的版本。就是出自他们之手。感谢徐铉徐锴二位。在那之后，又过800多年，到了</w:t>
      </w:r>
      <w:proofErr w:type="gramStart"/>
      <w:r>
        <w:rPr>
          <w:rFonts w:ascii="仿宋" w:eastAsia="仿宋" w:hAnsi="仿宋"/>
          <w:sz w:val="32"/>
          <w:lang w:eastAsia="zh-CN"/>
        </w:rPr>
        <w:t>清朝说</w:t>
      </w:r>
      <w:proofErr w:type="gramEnd"/>
      <w:r>
        <w:rPr>
          <w:rFonts w:ascii="仿宋" w:eastAsia="仿宋" w:hAnsi="仿宋"/>
          <w:sz w:val="32"/>
          <w:lang w:eastAsia="zh-CN"/>
        </w:rPr>
        <w:t>文学大省。诞生了以段玉裁等人为代表的说文四大家后，世人评价他们。四家之书体，大</w:t>
      </w:r>
      <w:proofErr w:type="gramStart"/>
      <w:r>
        <w:rPr>
          <w:rFonts w:ascii="仿宋" w:eastAsia="仿宋" w:hAnsi="仿宋"/>
          <w:sz w:val="32"/>
          <w:lang w:eastAsia="zh-CN"/>
        </w:rPr>
        <w:t>思精叠香</w:t>
      </w:r>
      <w:proofErr w:type="gramEnd"/>
      <w:r>
        <w:rPr>
          <w:rFonts w:ascii="仿宋" w:eastAsia="仿宋" w:hAnsi="仿宋"/>
          <w:sz w:val="32"/>
          <w:lang w:eastAsia="zh-CN"/>
        </w:rPr>
        <w:t>。</w:t>
      </w:r>
      <w:proofErr w:type="gramStart"/>
      <w:r>
        <w:rPr>
          <w:rFonts w:ascii="仿宋" w:eastAsia="仿宋" w:hAnsi="仿宋"/>
          <w:sz w:val="32"/>
          <w:lang w:eastAsia="zh-CN"/>
        </w:rPr>
        <w:t>映味足以</w:t>
      </w:r>
      <w:proofErr w:type="gramEnd"/>
      <w:r>
        <w:rPr>
          <w:rFonts w:ascii="仿宋" w:eastAsia="仿宋" w:hAnsi="仿宋"/>
          <w:sz w:val="32"/>
          <w:lang w:eastAsia="zh-CN"/>
        </w:rPr>
        <w:t>雄峙，千古也。付仲秋。</w:t>
      </w:r>
    </w:p>
    <w:p w14:paraId="74F10336" w14:textId="77777777" w:rsidR="00E87C95" w:rsidRDefault="00000000">
      <w:pPr>
        <w:spacing w:after="0" w:line="579" w:lineRule="exact"/>
        <w:ind w:firstLine="640"/>
        <w:rPr>
          <w:lang w:eastAsia="zh-CN"/>
        </w:rPr>
      </w:pPr>
      <w:r>
        <w:rPr>
          <w:rFonts w:ascii="仿宋" w:eastAsia="仿宋" w:hAnsi="仿宋"/>
          <w:sz w:val="32"/>
          <w:lang w:eastAsia="zh-CN"/>
        </w:rPr>
        <w:t>说文之学，在后世还能如此欣赏。我为你高兴啊。有如此治学精神，是我华夏文脉之幸啊。两位先生再请看。此为何物啊？这是后世发现的殷商时代的文字。岂可在龟甲兽骨之上，被称为甲骨文。殷商时代的文字。这比</w:t>
      </w:r>
      <w:proofErr w:type="gramStart"/>
      <w:r>
        <w:rPr>
          <w:rFonts w:ascii="仿宋" w:eastAsia="仿宋" w:hAnsi="仿宋"/>
          <w:sz w:val="32"/>
          <w:lang w:eastAsia="zh-CN"/>
        </w:rPr>
        <w:t>太</w:t>
      </w:r>
      <w:proofErr w:type="gramEnd"/>
      <w:r>
        <w:rPr>
          <w:rFonts w:ascii="仿宋" w:eastAsia="仿宋" w:hAnsi="仿宋"/>
          <w:sz w:val="32"/>
          <w:lang w:eastAsia="zh-CN"/>
        </w:rPr>
        <w:t>史籀的大</w:t>
      </w:r>
      <w:proofErr w:type="gramStart"/>
      <w:r>
        <w:rPr>
          <w:rFonts w:ascii="仿宋" w:eastAsia="仿宋" w:hAnsi="仿宋"/>
          <w:sz w:val="32"/>
          <w:lang w:eastAsia="zh-CN"/>
        </w:rPr>
        <w:t>传还要久远是</w:t>
      </w:r>
      <w:proofErr w:type="gramEnd"/>
      <w:r>
        <w:rPr>
          <w:rFonts w:ascii="仿宋" w:eastAsia="仿宋" w:hAnsi="仿宋"/>
          <w:sz w:val="32"/>
          <w:lang w:eastAsia="zh-CN"/>
        </w:rPr>
        <w:t>啊。殷墟甲骨文的重大发现是中华文明乃至人类文明发展历史上具有划时代意义的事件。而且它也是中国迄今为止发现的年代最早的成熟的文字系统。西周大传。</w:t>
      </w:r>
    </w:p>
    <w:p w14:paraId="5D151737" w14:textId="77777777" w:rsidR="00E87C95" w:rsidRDefault="00000000">
      <w:pPr>
        <w:spacing w:after="0" w:line="579" w:lineRule="exact"/>
        <w:ind w:firstLine="640"/>
        <w:rPr>
          <w:lang w:eastAsia="zh-CN"/>
        </w:rPr>
      </w:pPr>
      <w:proofErr w:type="gramStart"/>
      <w:r>
        <w:rPr>
          <w:rFonts w:ascii="仿宋" w:eastAsia="仿宋" w:hAnsi="仿宋"/>
          <w:sz w:val="32"/>
          <w:lang w:eastAsia="zh-CN"/>
        </w:rPr>
        <w:t>殷</w:t>
      </w:r>
      <w:proofErr w:type="gramEnd"/>
      <w:r>
        <w:rPr>
          <w:rFonts w:ascii="仿宋" w:eastAsia="仿宋" w:hAnsi="仿宋"/>
          <w:sz w:val="32"/>
          <w:lang w:eastAsia="zh-CN"/>
        </w:rPr>
        <w:t>商贾谷。文字溯源又进一步啊。实乃华夏之幸。若要溯源文字上追先祖，还有比这更早的刻画符号更早。两位请看，这是中国到目前为止发现的年代最早</w:t>
      </w:r>
      <w:proofErr w:type="gramStart"/>
      <w:r>
        <w:rPr>
          <w:rFonts w:ascii="仿宋" w:eastAsia="仿宋" w:hAnsi="仿宋"/>
          <w:sz w:val="32"/>
          <w:lang w:eastAsia="zh-CN"/>
        </w:rPr>
        <w:t>的弃客符号</w:t>
      </w:r>
      <w:proofErr w:type="gramEnd"/>
      <w:r>
        <w:rPr>
          <w:rFonts w:ascii="仿宋" w:eastAsia="仿宋" w:hAnsi="仿宋"/>
          <w:sz w:val="32"/>
          <w:lang w:eastAsia="zh-CN"/>
        </w:rPr>
        <w:t>。距离</w:t>
      </w:r>
      <w:r>
        <w:rPr>
          <w:rFonts w:ascii="仿宋" w:eastAsia="仿宋" w:hAnsi="仿宋"/>
          <w:sz w:val="32"/>
          <w:lang w:eastAsia="zh-CN"/>
        </w:rPr>
        <w:lastRenderedPageBreak/>
        <w:t>我生活的时代。大约有七八千年之</w:t>
      </w:r>
      <w:proofErr w:type="gramStart"/>
      <w:r>
        <w:rPr>
          <w:rFonts w:ascii="仿宋" w:eastAsia="仿宋" w:hAnsi="仿宋"/>
          <w:sz w:val="32"/>
          <w:lang w:eastAsia="zh-CN"/>
        </w:rPr>
        <w:t>谣</w:t>
      </w:r>
      <w:proofErr w:type="gramEnd"/>
      <w:r>
        <w:rPr>
          <w:rFonts w:ascii="仿宋" w:eastAsia="仿宋" w:hAnsi="仿宋"/>
          <w:sz w:val="32"/>
          <w:lang w:eastAsia="zh-CN"/>
        </w:rPr>
        <w:t>了，被称为贾湖刻符。难以想象为何称为</w:t>
      </w:r>
      <w:proofErr w:type="gramStart"/>
      <w:r>
        <w:rPr>
          <w:rFonts w:ascii="仿宋" w:eastAsia="仿宋" w:hAnsi="仿宋"/>
          <w:sz w:val="32"/>
          <w:lang w:eastAsia="zh-CN"/>
        </w:rPr>
        <w:t>假湖客</w:t>
      </w:r>
      <w:proofErr w:type="gramEnd"/>
      <w:r>
        <w:rPr>
          <w:rFonts w:ascii="仿宋" w:eastAsia="仿宋" w:hAnsi="仿宋"/>
          <w:sz w:val="32"/>
          <w:lang w:eastAsia="zh-CN"/>
        </w:rPr>
        <w:t>服啊？</w:t>
      </w:r>
      <w:proofErr w:type="gramStart"/>
      <w:r>
        <w:rPr>
          <w:rFonts w:ascii="仿宋" w:eastAsia="仿宋" w:hAnsi="仿宋"/>
          <w:sz w:val="32"/>
          <w:lang w:eastAsia="zh-CN"/>
        </w:rPr>
        <w:t>假湖就是</w:t>
      </w:r>
      <w:proofErr w:type="gramEnd"/>
      <w:r>
        <w:rPr>
          <w:rFonts w:ascii="仿宋" w:eastAsia="仿宋" w:hAnsi="仿宋"/>
          <w:sz w:val="32"/>
          <w:lang w:eastAsia="zh-CN"/>
        </w:rPr>
        <w:t>这些客服出土的地点，说来也巧，假湖。恰好就在以后是您的家乡，</w:t>
      </w:r>
    </w:p>
    <w:p w14:paraId="0D2888B4" w14:textId="77777777" w:rsidR="00E87C95" w:rsidRDefault="00000000">
      <w:pPr>
        <w:spacing w:after="0" w:line="579" w:lineRule="exact"/>
        <w:ind w:firstLine="640"/>
        <w:rPr>
          <w:lang w:eastAsia="zh-CN"/>
        </w:rPr>
      </w:pPr>
      <w:r>
        <w:rPr>
          <w:rFonts w:ascii="仿宋" w:eastAsia="仿宋" w:hAnsi="仿宋"/>
          <w:sz w:val="32"/>
          <w:lang w:eastAsia="zh-CN"/>
        </w:rPr>
        <w:t>河南省。漯河市。我们得这个世界上最美的人。</w:t>
      </w:r>
      <w:proofErr w:type="gramStart"/>
      <w:r>
        <w:rPr>
          <w:rFonts w:ascii="仿宋" w:eastAsia="仿宋" w:hAnsi="仿宋"/>
          <w:sz w:val="32"/>
          <w:lang w:eastAsia="zh-CN"/>
        </w:rPr>
        <w:t>我也叔重修</w:t>
      </w:r>
      <w:proofErr w:type="gramEnd"/>
      <w:r>
        <w:rPr>
          <w:rFonts w:ascii="仿宋" w:eastAsia="仿宋" w:hAnsi="仿宋"/>
          <w:sz w:val="32"/>
          <w:lang w:eastAsia="zh-CN"/>
        </w:rPr>
        <w:t>。为世人说文解字。可谓是。地灵孕育了人杰。先生所言极是。两位先生。请。大家现在看到的是汉字全息资源应用系统，这是国家语委。通用汉字全息数据库建设的标志性成果。在我生活的时代，国家非常重视文字的传承和发展，</w:t>
      </w:r>
    </w:p>
    <w:p w14:paraId="67110E32" w14:textId="77777777" w:rsidR="00E87C95" w:rsidRDefault="00000000">
      <w:pPr>
        <w:spacing w:after="0" w:line="579" w:lineRule="exact"/>
        <w:ind w:firstLine="640"/>
        <w:rPr>
          <w:lang w:eastAsia="zh-CN"/>
        </w:rPr>
      </w:pPr>
      <w:r>
        <w:rPr>
          <w:rFonts w:ascii="仿宋" w:eastAsia="仿宋" w:hAnsi="仿宋"/>
          <w:sz w:val="32"/>
          <w:lang w:eastAsia="zh-CN"/>
        </w:rPr>
        <w:t>很多的专家学者用他们的方式。结合后世独有的数字技术，促进文字的学习和传承。数字技术。此前，无论什么样的符号或者是书体，我们都必须把它弃刻，或者是书写在某种实物之上。但是，数字技术就是把我们要书写的内容转化成无形的数据。而这些数据可以跨越时间，跨越空间，随时随地被无数人分享和读取。有形易灭。无形永存。</w:t>
      </w:r>
    </w:p>
    <w:p w14:paraId="145A85D5" w14:textId="77777777" w:rsidR="00E87C95" w:rsidRDefault="00000000">
      <w:pPr>
        <w:spacing w:after="0" w:line="579" w:lineRule="exact"/>
        <w:ind w:firstLine="640"/>
        <w:rPr>
          <w:lang w:eastAsia="zh-CN"/>
        </w:rPr>
      </w:pPr>
      <w:r>
        <w:rPr>
          <w:rFonts w:ascii="仿宋" w:eastAsia="仿宋" w:hAnsi="仿宋"/>
          <w:sz w:val="32"/>
          <w:lang w:eastAsia="zh-CN"/>
        </w:rPr>
        <w:t>如此，我华夏文明。当可以此记述。永存不眠。今天啊，为让大家直观的了解我们这套系统，我们今天现场给大家演示一个</w:t>
      </w:r>
      <w:proofErr w:type="gramStart"/>
      <w:r>
        <w:rPr>
          <w:rFonts w:ascii="仿宋" w:eastAsia="仿宋" w:hAnsi="仿宋"/>
          <w:sz w:val="32"/>
          <w:lang w:eastAsia="zh-CN"/>
        </w:rPr>
        <w:t>字文字</w:t>
      </w:r>
      <w:proofErr w:type="gramEnd"/>
      <w:r>
        <w:rPr>
          <w:rFonts w:ascii="仿宋" w:eastAsia="仿宋" w:hAnsi="仿宋"/>
          <w:sz w:val="32"/>
          <w:lang w:eastAsia="zh-CN"/>
        </w:rPr>
        <w:t>的文。这样我们就能看到这个文字的字形读音释义用法，还有编码。这个地方啊，就是字形部分收录了甲骨文金文</w:t>
      </w:r>
      <w:proofErr w:type="gramStart"/>
      <w:r>
        <w:rPr>
          <w:rFonts w:ascii="仿宋" w:eastAsia="仿宋" w:hAnsi="仿宋"/>
          <w:sz w:val="32"/>
          <w:lang w:eastAsia="zh-CN"/>
        </w:rPr>
        <w:t>楚文字</w:t>
      </w:r>
      <w:proofErr w:type="gramEnd"/>
      <w:r>
        <w:rPr>
          <w:rFonts w:ascii="仿宋" w:eastAsia="仿宋" w:hAnsi="仿宋"/>
          <w:sz w:val="32"/>
          <w:lang w:eastAsia="zh-CN"/>
        </w:rPr>
        <w:t>齐鲁文字</w:t>
      </w:r>
      <w:proofErr w:type="gramStart"/>
      <w:r>
        <w:rPr>
          <w:rFonts w:ascii="仿宋" w:eastAsia="仿宋" w:hAnsi="仿宋"/>
          <w:sz w:val="32"/>
          <w:lang w:eastAsia="zh-CN"/>
        </w:rPr>
        <w:t>秦简读秦</w:t>
      </w:r>
      <w:proofErr w:type="gramEnd"/>
      <w:r>
        <w:rPr>
          <w:rFonts w:ascii="仿宋" w:eastAsia="仿宋" w:hAnsi="仿宋"/>
          <w:sz w:val="32"/>
          <w:lang w:eastAsia="zh-CN"/>
        </w:rPr>
        <w:t>小传隶书楷书。行书和草书等等字体通过这些字体呀，我们就可以了解到一个字几千年来的演化历程啊。叔叔兄。子系统。</w:t>
      </w:r>
    </w:p>
    <w:p w14:paraId="6FCD04E8" w14:textId="77777777" w:rsidR="00E87C95" w:rsidRDefault="00000000">
      <w:pPr>
        <w:spacing w:after="0" w:line="579" w:lineRule="exact"/>
        <w:ind w:firstLine="640"/>
        <w:rPr>
          <w:lang w:eastAsia="zh-CN"/>
        </w:rPr>
      </w:pPr>
      <w:r>
        <w:rPr>
          <w:rFonts w:ascii="仿宋" w:eastAsia="仿宋" w:hAnsi="仿宋"/>
          <w:sz w:val="32"/>
          <w:lang w:eastAsia="zh-CN"/>
        </w:rPr>
        <w:lastRenderedPageBreak/>
        <w:t>胜于我</w:t>
      </w:r>
      <w:proofErr w:type="gramStart"/>
      <w:r>
        <w:rPr>
          <w:rFonts w:ascii="仿宋" w:eastAsia="仿宋" w:hAnsi="仿宋"/>
          <w:sz w:val="32"/>
          <w:lang w:eastAsia="zh-CN"/>
        </w:rPr>
        <w:t>之</w:t>
      </w:r>
      <w:proofErr w:type="gramEnd"/>
      <w:r>
        <w:rPr>
          <w:rFonts w:ascii="仿宋" w:eastAsia="仿宋" w:hAnsi="仿宋"/>
          <w:sz w:val="32"/>
          <w:lang w:eastAsia="zh-CN"/>
        </w:rPr>
        <w:t>作。没想到。《说文解字》的精髓还可以如此表现出来。这个系统啊，是以说文解字小篆为枢纽，将古今文字在一个大型数据库中关联起来。顺利实现古今沟通啊，这得益于先贤在1900多年前为我们打下的基础啊。我们今天能有这套系统，还得感谢东汉时期著名的文字学家许慎先生。如此说来，先生您也是这套系统的原始创作者。若果真如此，我欲有容颜。古今无双许叔重，</w:t>
      </w:r>
    </w:p>
    <w:p w14:paraId="274231E4" w14:textId="77777777" w:rsidR="00E87C95" w:rsidRDefault="00000000">
      <w:pPr>
        <w:spacing w:after="0" w:line="579" w:lineRule="exact"/>
        <w:ind w:firstLine="640"/>
        <w:rPr>
          <w:lang w:eastAsia="zh-CN"/>
        </w:rPr>
      </w:pPr>
      <w:r>
        <w:rPr>
          <w:rFonts w:ascii="仿宋" w:eastAsia="仿宋" w:hAnsi="仿宋"/>
          <w:sz w:val="32"/>
          <w:lang w:eastAsia="zh-CN"/>
        </w:rPr>
        <w:t>古今无双许叔重。许慎先生曾经说过一句话，盖文字者，</w:t>
      </w:r>
      <w:proofErr w:type="gramStart"/>
      <w:r>
        <w:rPr>
          <w:rFonts w:ascii="仿宋" w:eastAsia="仿宋" w:hAnsi="仿宋"/>
          <w:sz w:val="32"/>
          <w:lang w:eastAsia="zh-CN"/>
        </w:rPr>
        <w:t>经艺之</w:t>
      </w:r>
      <w:proofErr w:type="gramEnd"/>
      <w:r>
        <w:rPr>
          <w:rFonts w:ascii="仿宋" w:eastAsia="仿宋" w:hAnsi="仿宋"/>
          <w:sz w:val="32"/>
          <w:lang w:eastAsia="zh-CN"/>
        </w:rPr>
        <w:t>本。王政之始。前人所以垂后，后人所以识古，</w:t>
      </w:r>
      <w:proofErr w:type="gramStart"/>
      <w:r>
        <w:rPr>
          <w:rFonts w:ascii="仿宋" w:eastAsia="仿宋" w:hAnsi="仿宋"/>
          <w:sz w:val="32"/>
          <w:lang w:eastAsia="zh-CN"/>
        </w:rPr>
        <w:t>故曰本立</w:t>
      </w:r>
      <w:proofErr w:type="gramEnd"/>
      <w:r>
        <w:rPr>
          <w:rFonts w:ascii="仿宋" w:eastAsia="仿宋" w:hAnsi="仿宋"/>
          <w:sz w:val="32"/>
          <w:lang w:eastAsia="zh-CN"/>
        </w:rPr>
        <w:t>而立。而道生。所以啊，我们一定要将先生留给我们这笔宝贵的财富传承好，发扬好。今天的分享就到这儿了。</w:t>
      </w:r>
      <w:proofErr w:type="gramStart"/>
      <w:r>
        <w:rPr>
          <w:rFonts w:ascii="仿宋" w:eastAsia="仿宋" w:hAnsi="仿宋"/>
          <w:sz w:val="32"/>
          <w:lang w:eastAsia="zh-CN"/>
        </w:rPr>
        <w:t>撒君我</w:t>
      </w:r>
      <w:proofErr w:type="gramEnd"/>
      <w:r>
        <w:rPr>
          <w:rFonts w:ascii="仿宋" w:eastAsia="仿宋" w:hAnsi="仿宋"/>
          <w:sz w:val="32"/>
          <w:lang w:eastAsia="zh-CN"/>
        </w:rPr>
        <w:t>此行。圆满了，</w:t>
      </w:r>
    </w:p>
    <w:p w14:paraId="3180CA2D" w14:textId="77777777" w:rsidR="00E87C95" w:rsidRDefault="00000000">
      <w:pPr>
        <w:spacing w:after="0" w:line="579" w:lineRule="exact"/>
        <w:ind w:firstLine="640"/>
        <w:rPr>
          <w:lang w:eastAsia="zh-CN"/>
        </w:rPr>
      </w:pPr>
      <w:r>
        <w:rPr>
          <w:rFonts w:ascii="仿宋" w:eastAsia="仿宋" w:hAnsi="仿宋"/>
          <w:sz w:val="32"/>
          <w:lang w:eastAsia="zh-CN"/>
        </w:rPr>
        <w:t>感谢先生。为世人。说文。解字。有形易灭。无形永存。以数字化的形式说文解字。好啊好啊。所以我们得。在戏剧的最后，许慎和好友一起看到了后世汉字全息资源应用系统。许慎做了一辈子汉字研究工作，一定非常心潮澎湃。是的，作为一名文字研究者，</w:t>
      </w:r>
    </w:p>
    <w:p w14:paraId="34D8EBBA" w14:textId="77777777" w:rsidR="00E87C95" w:rsidRDefault="00000000">
      <w:pPr>
        <w:spacing w:after="0" w:line="579" w:lineRule="exact"/>
        <w:ind w:firstLine="640"/>
        <w:rPr>
          <w:lang w:eastAsia="zh-CN"/>
        </w:rPr>
      </w:pPr>
      <w:r>
        <w:rPr>
          <w:rFonts w:ascii="仿宋" w:eastAsia="仿宋" w:hAnsi="仿宋"/>
          <w:sz w:val="32"/>
          <w:lang w:eastAsia="zh-CN"/>
        </w:rPr>
        <w:t>我也是深受感动啊。许慎呢？他倾其毕生的精力，精心打造了《说文解字》这部伟大的著作。可谓是体大思精啊，它不是一部普通的字书，而是一部</w:t>
      </w:r>
      <w:proofErr w:type="gramStart"/>
      <w:r>
        <w:rPr>
          <w:rFonts w:ascii="仿宋" w:eastAsia="仿宋" w:hAnsi="仿宋"/>
          <w:sz w:val="32"/>
          <w:lang w:eastAsia="zh-CN"/>
        </w:rPr>
        <w:t>浓缩着</w:t>
      </w:r>
      <w:proofErr w:type="gramEnd"/>
      <w:r>
        <w:rPr>
          <w:rFonts w:ascii="仿宋" w:eastAsia="仿宋" w:hAnsi="仿宋"/>
          <w:sz w:val="32"/>
          <w:lang w:eastAsia="zh-CN"/>
        </w:rPr>
        <w:t>中华文化的伟书。奇书。是对整个中国古代文化体系的集中体现。《说文解字》的价值是恒久的，经过1900多年的流传，又以新的面貌。融</w:t>
      </w:r>
      <w:r>
        <w:rPr>
          <w:rFonts w:ascii="仿宋" w:eastAsia="仿宋" w:hAnsi="仿宋"/>
          <w:sz w:val="32"/>
          <w:lang w:eastAsia="zh-CN"/>
        </w:rPr>
        <w:lastRenderedPageBreak/>
        <w:t>入当今时代，通过现代化手段继续发挥对汉字研究以及。中华优秀文化传承发展的重要的作用。</w:t>
      </w:r>
    </w:p>
    <w:p w14:paraId="00D80E13" w14:textId="77777777" w:rsidR="00E87C95" w:rsidRDefault="00000000">
      <w:pPr>
        <w:spacing w:after="0" w:line="579" w:lineRule="exact"/>
        <w:ind w:firstLine="640"/>
        <w:rPr>
          <w:lang w:eastAsia="zh-CN"/>
        </w:rPr>
      </w:pPr>
      <w:r>
        <w:rPr>
          <w:rFonts w:ascii="仿宋" w:eastAsia="仿宋" w:hAnsi="仿宋"/>
          <w:sz w:val="32"/>
          <w:lang w:eastAsia="zh-CN"/>
        </w:rPr>
        <w:t>我们汉字是自带文明密码的呀，汉字里头啊，体现了我们中国人对世界的认识，对人生的态度，对价值的认知。那么，许慎是什么人？许慎就是破解这个文字密码的人呐，他要蚀</w:t>
      </w:r>
      <w:proofErr w:type="gramStart"/>
      <w:r>
        <w:rPr>
          <w:rFonts w:ascii="仿宋" w:eastAsia="仿宋" w:hAnsi="仿宋"/>
          <w:sz w:val="32"/>
          <w:lang w:eastAsia="zh-CN"/>
        </w:rPr>
        <w:t>骨垂后</w:t>
      </w:r>
      <w:proofErr w:type="gramEnd"/>
      <w:r>
        <w:rPr>
          <w:rFonts w:ascii="仿宋" w:eastAsia="仿宋" w:hAnsi="仿宋"/>
          <w:sz w:val="32"/>
          <w:lang w:eastAsia="zh-CN"/>
        </w:rPr>
        <w:t>，就是我们今人可以认识古人。然后我们还可以把今人的观点再告诉给后人，他希望后人接过他这个接力棒。我们典籍里的中国也要借此机会向许慎向所有的一代又一代的文字工作者致敬。要是没有汉字，哪有典籍呀？</w:t>
      </w:r>
    </w:p>
    <w:p w14:paraId="7BA097A9" w14:textId="77777777" w:rsidR="00E87C95" w:rsidRDefault="00000000">
      <w:pPr>
        <w:spacing w:after="0" w:line="579" w:lineRule="exact"/>
        <w:ind w:firstLine="640"/>
        <w:rPr>
          <w:lang w:eastAsia="zh-CN"/>
        </w:rPr>
      </w:pPr>
      <w:r>
        <w:rPr>
          <w:rFonts w:ascii="仿宋" w:eastAsia="仿宋" w:hAnsi="仿宋"/>
          <w:sz w:val="32"/>
          <w:lang w:eastAsia="zh-CN"/>
        </w:rPr>
        <w:t>汉字就是我们一代又一代，必须沉寂下来，并且光大出去的东西。说的好汉字是中华民族特有的文字，是维系国家统一和民族团结的一个非常重要的纽带。汉字呢，不仅造就和承载了我们从古至今一脉相承，开放包容，博大精深的中华文明。到今天呢，更是走向了世界。作为当代中国人，我们更应该让古老的汉字在这个新的时代能够焕发出新的生命活力。也让我们中华文明的基因根脉能够延续下去。前人所以垂后，</w:t>
      </w:r>
    </w:p>
    <w:p w14:paraId="5AE72767" w14:textId="77777777" w:rsidR="00E87C95" w:rsidRDefault="00000000">
      <w:pPr>
        <w:spacing w:after="0" w:line="579" w:lineRule="exact"/>
        <w:ind w:firstLine="640"/>
        <w:rPr>
          <w:lang w:eastAsia="zh-CN"/>
        </w:rPr>
      </w:pPr>
      <w:r>
        <w:rPr>
          <w:rFonts w:ascii="仿宋" w:eastAsia="仿宋" w:hAnsi="仿宋"/>
          <w:sz w:val="32"/>
          <w:lang w:eastAsia="zh-CN"/>
        </w:rPr>
        <w:t>后人所以识骨。许慎编著的说文解字，是沟通了古今文字的一个重要桥梁。同时也是我们追寻华夏文明根脉的重要通道，传承至今，</w:t>
      </w:r>
      <w:proofErr w:type="gramStart"/>
      <w:r>
        <w:rPr>
          <w:rFonts w:ascii="仿宋" w:eastAsia="仿宋" w:hAnsi="仿宋"/>
          <w:sz w:val="32"/>
          <w:lang w:eastAsia="zh-CN"/>
        </w:rPr>
        <w:t>蜴</w:t>
      </w:r>
      <w:proofErr w:type="gramEnd"/>
      <w:r>
        <w:rPr>
          <w:rFonts w:ascii="仿宋" w:eastAsia="仿宋" w:hAnsi="仿宋"/>
          <w:sz w:val="32"/>
          <w:lang w:eastAsia="zh-CN"/>
        </w:rPr>
        <w:t>蜴生辉。再次感谢三位老师与我们一同识读说文，解字，谢谢。扫描屏幕上方二维码，下载央视</w:t>
      </w:r>
      <w:proofErr w:type="gramStart"/>
      <w:r>
        <w:rPr>
          <w:rFonts w:ascii="仿宋" w:eastAsia="仿宋" w:hAnsi="仿宋"/>
          <w:sz w:val="32"/>
          <w:lang w:eastAsia="zh-CN"/>
        </w:rPr>
        <w:t>频</w:t>
      </w:r>
      <w:proofErr w:type="gramEnd"/>
      <w:r>
        <w:rPr>
          <w:rFonts w:ascii="仿宋" w:eastAsia="仿宋" w:hAnsi="仿宋"/>
          <w:sz w:val="32"/>
          <w:lang w:eastAsia="zh-CN"/>
        </w:rPr>
        <w:t>观看典籍里的中国完整视频专享幕后精彩内容。汉字蕴藏着</w:t>
      </w:r>
      <w:r>
        <w:rPr>
          <w:rFonts w:ascii="仿宋" w:eastAsia="仿宋" w:hAnsi="仿宋"/>
          <w:sz w:val="32"/>
          <w:lang w:eastAsia="zh-CN"/>
        </w:rPr>
        <w:lastRenderedPageBreak/>
        <w:t>古人对天地自然，世间万物的体验与认知，</w:t>
      </w:r>
      <w:proofErr w:type="gramStart"/>
      <w:r>
        <w:rPr>
          <w:rFonts w:ascii="仿宋" w:eastAsia="仿宋" w:hAnsi="仿宋"/>
          <w:sz w:val="32"/>
          <w:lang w:eastAsia="zh-CN"/>
        </w:rPr>
        <w:t>积淀着</w:t>
      </w:r>
      <w:proofErr w:type="gramEnd"/>
      <w:r>
        <w:rPr>
          <w:rFonts w:ascii="仿宋" w:eastAsia="仿宋" w:hAnsi="仿宋"/>
          <w:sz w:val="32"/>
          <w:lang w:eastAsia="zh-CN"/>
        </w:rPr>
        <w:t>中华民族一脉相承的精神与智慧。让我们更续初心，</w:t>
      </w:r>
    </w:p>
    <w:p w14:paraId="70DF8D48" w14:textId="77777777" w:rsidR="00E87C95" w:rsidRDefault="00000000">
      <w:pPr>
        <w:spacing w:after="0" w:line="579" w:lineRule="exact"/>
        <w:ind w:firstLine="640"/>
        <w:rPr>
          <w:lang w:eastAsia="zh-CN"/>
        </w:rPr>
      </w:pPr>
      <w:proofErr w:type="gramStart"/>
      <w:r>
        <w:rPr>
          <w:rFonts w:ascii="仿宋" w:eastAsia="仿宋" w:hAnsi="仿宋"/>
          <w:sz w:val="32"/>
          <w:lang w:eastAsia="zh-CN"/>
        </w:rPr>
        <w:t>奋己睹行，立文字</w:t>
      </w:r>
      <w:proofErr w:type="gramEnd"/>
      <w:r>
        <w:rPr>
          <w:rFonts w:ascii="仿宋" w:eastAsia="仿宋" w:hAnsi="仿宋"/>
          <w:sz w:val="32"/>
          <w:lang w:eastAsia="zh-CN"/>
        </w:rPr>
        <w:t>之本，传文化之道。我是王嘉宁，下一本典籍，我们再会。</w:t>
      </w:r>
    </w:p>
    <w:p w14:paraId="4B3BEE74" w14:textId="77777777" w:rsidR="00E87C95" w:rsidRDefault="00000000">
      <w:pPr>
        <w:rPr>
          <w:lang w:eastAsia="zh-CN"/>
        </w:rPr>
      </w:pPr>
      <w:r>
        <w:rPr>
          <w:lang w:eastAsia="zh-CN"/>
        </w:rPr>
        <w:br w:type="page"/>
      </w:r>
    </w:p>
    <w:p w14:paraId="5537B62D" w14:textId="77777777" w:rsidR="00E87C95" w:rsidRDefault="00000000">
      <w:pPr>
        <w:spacing w:after="0" w:line="579" w:lineRule="exact"/>
        <w:jc w:val="center"/>
        <w:rPr>
          <w:lang w:eastAsia="zh-CN"/>
        </w:rPr>
      </w:pPr>
      <w:r>
        <w:rPr>
          <w:rFonts w:ascii="方正小标宋简体" w:eastAsia="方正小标宋简体" w:hAnsi="方正小标宋简体"/>
          <w:sz w:val="44"/>
          <w:lang w:eastAsia="zh-CN"/>
        </w:rPr>
        <w:lastRenderedPageBreak/>
        <w:t>第21集 《文心雕龙》</w:t>
      </w:r>
    </w:p>
    <w:p w14:paraId="5554B49D" w14:textId="77777777" w:rsidR="00E87C95" w:rsidRDefault="00000000">
      <w:pPr>
        <w:spacing w:after="0" w:line="579" w:lineRule="exact"/>
        <w:ind w:firstLine="640"/>
        <w:rPr>
          <w:lang w:eastAsia="zh-CN"/>
        </w:rPr>
      </w:pPr>
      <w:r>
        <w:rPr>
          <w:rFonts w:ascii="仿宋" w:eastAsia="仿宋" w:hAnsi="仿宋"/>
          <w:sz w:val="32"/>
          <w:lang w:eastAsia="zh-CN"/>
        </w:rPr>
        <w:t>今天在《典籍里的中国》，让我们一起来识读中国文章学原典《文心雕龙》。晚辈是从1000多年后来的一位读书人，特来拜访先生。我要用一生熔炼文心，文以明道，立益世人。梳理文体，总结立文之道，历时数年，终成此书，将一颗文心融入字里行间。夫文心者，言为文之用心也。</w:t>
      </w:r>
    </w:p>
    <w:p w14:paraId="2DA1C3D4" w14:textId="77777777" w:rsidR="00E87C95" w:rsidRDefault="00000000">
      <w:pPr>
        <w:spacing w:after="0" w:line="579" w:lineRule="exact"/>
        <w:ind w:firstLine="640"/>
        <w:rPr>
          <w:lang w:eastAsia="zh-CN"/>
        </w:rPr>
      </w:pPr>
      <w:r>
        <w:rPr>
          <w:rFonts w:ascii="仿宋" w:eastAsia="仿宋" w:hAnsi="仿宋"/>
          <w:sz w:val="32"/>
          <w:lang w:eastAsia="zh-CN"/>
        </w:rPr>
        <w:t>二零零三年，江苏南京钟山。这边有发现，你们快来看。哎</w:t>
      </w:r>
      <w:proofErr w:type="gramStart"/>
      <w:r>
        <w:rPr>
          <w:rFonts w:ascii="仿宋" w:eastAsia="仿宋" w:hAnsi="仿宋"/>
          <w:sz w:val="32"/>
          <w:lang w:eastAsia="zh-CN"/>
        </w:rPr>
        <w:t>呦</w:t>
      </w:r>
      <w:proofErr w:type="gramEnd"/>
      <w:r>
        <w:rPr>
          <w:rFonts w:ascii="仿宋" w:eastAsia="仿宋" w:hAnsi="仿宋"/>
          <w:sz w:val="32"/>
          <w:lang w:eastAsia="zh-CN"/>
        </w:rPr>
        <w:t>，这一块好像是碗的残片呀。这块好像是砚台的残片。综合多年考古发现，我们基本可以断定，这是定林寺遗址。隐没千年的定林寺，重见天日。南朝古刹隐没千年，这里埋藏的不仅是一座古迹，更有一脉文思。据史料记载，有一位先贤在定林寺写下一部重要的典籍，我知道，这位先贤叫刘勰，这部典籍叫《文心雕龙》。第一句话就是"文之为德也大矣"。文之为德也大矣，文的意义非常重大，它与天地并生。人是万物之灵，写下的文章当与天地万物的文采交相呼应。千年前，刘勰和我们一样站在这里，吹着钟山的风，文思泉涌。钟山的风吹动林木，犹如</w:t>
      </w:r>
      <w:proofErr w:type="gramStart"/>
      <w:r>
        <w:rPr>
          <w:rFonts w:ascii="仿宋" w:eastAsia="仿宋" w:hAnsi="仿宋"/>
          <w:sz w:val="32"/>
          <w:lang w:eastAsia="zh-CN"/>
        </w:rPr>
        <w:t>竽</w:t>
      </w:r>
      <w:proofErr w:type="gramEnd"/>
      <w:r>
        <w:rPr>
          <w:rFonts w:ascii="仿宋" w:eastAsia="仿宋" w:hAnsi="仿宋"/>
          <w:sz w:val="32"/>
          <w:lang w:eastAsia="zh-CN"/>
        </w:rPr>
        <w:t>瑟和</w:t>
      </w:r>
      <w:proofErr w:type="gramStart"/>
      <w:r>
        <w:rPr>
          <w:rFonts w:ascii="仿宋" w:eastAsia="仿宋" w:hAnsi="仿宋"/>
          <w:sz w:val="32"/>
          <w:lang w:eastAsia="zh-CN"/>
        </w:rPr>
        <w:t>鸣。</w:t>
      </w:r>
      <w:proofErr w:type="gramEnd"/>
      <w:r>
        <w:rPr>
          <w:rFonts w:ascii="仿宋" w:eastAsia="仿宋" w:hAnsi="仿宋"/>
          <w:sz w:val="32"/>
          <w:lang w:eastAsia="zh-CN"/>
        </w:rPr>
        <w:t>定林寺的泉水在山石间激起声韵，宛若钟磬齐震。他确立用心为文的法则，指明立文之道。云霞的色彩胜过无数化工的佳作，草木开花不需工匠为其编织，天地万物都有神奇的文采，而富有智慧的人又怎能不留下锦绣文章呢？他为世人留下富有文采的《文</w:t>
      </w:r>
      <w:r>
        <w:rPr>
          <w:rFonts w:ascii="仿宋" w:eastAsia="仿宋" w:hAnsi="仿宋"/>
          <w:sz w:val="32"/>
          <w:lang w:eastAsia="zh-CN"/>
        </w:rPr>
        <w:lastRenderedPageBreak/>
        <w:t>心雕龙》，更重要的是刘勰先生教会我们熔炼一颗文心。我永远都记得他说的那句话：夫文心者，言为文之用心也。</w:t>
      </w:r>
    </w:p>
    <w:p w14:paraId="31E258DC" w14:textId="77777777" w:rsidR="00E87C95" w:rsidRDefault="00000000">
      <w:pPr>
        <w:spacing w:after="0" w:line="579" w:lineRule="exact"/>
        <w:ind w:firstLine="640"/>
        <w:rPr>
          <w:lang w:eastAsia="zh-CN"/>
        </w:rPr>
      </w:pPr>
      <w:r>
        <w:rPr>
          <w:rFonts w:ascii="仿宋" w:eastAsia="仿宋" w:hAnsi="仿宋"/>
          <w:sz w:val="32"/>
          <w:lang w:eastAsia="zh-CN"/>
        </w:rPr>
        <w:t>南朝齐梁时期，文学理论家刘勰以三万余言，基本概括从先秦到晋宋千年以来的文学面貌，论及三十多种文体，全面探讨文学创作和文学批评的基本原理和方法，开中国文章学之先河。今天就让我们一起来识读中国文章学原典《文心雕龙》。</w:t>
      </w:r>
    </w:p>
    <w:p w14:paraId="5377B647" w14:textId="77777777" w:rsidR="00E87C95" w:rsidRDefault="00000000">
      <w:pPr>
        <w:spacing w:after="0" w:line="579" w:lineRule="exact"/>
        <w:ind w:firstLine="640"/>
        <w:rPr>
          <w:lang w:eastAsia="zh-CN"/>
        </w:rPr>
      </w:pPr>
      <w:r>
        <w:rPr>
          <w:rFonts w:ascii="仿宋" w:eastAsia="仿宋" w:hAnsi="仿宋"/>
          <w:sz w:val="32"/>
          <w:lang w:eastAsia="zh-CN"/>
        </w:rPr>
        <w:t>三位老师好。同时，今天出演戏剧的演员们也就坐于官坊间，与我们一同来聆听专家老师对于典籍的解读，欢迎他们。在刚才的开场戏剧当中，一座古刹时隔千年重现，一部典籍让</w:t>
      </w:r>
      <w:proofErr w:type="gramStart"/>
      <w:r>
        <w:rPr>
          <w:rFonts w:ascii="仿宋" w:eastAsia="仿宋" w:hAnsi="仿宋"/>
          <w:sz w:val="32"/>
          <w:lang w:eastAsia="zh-CN"/>
        </w:rPr>
        <w:t>古今文</w:t>
      </w:r>
      <w:proofErr w:type="gramEnd"/>
      <w:r>
        <w:rPr>
          <w:rFonts w:ascii="仿宋" w:eastAsia="仿宋" w:hAnsi="仿宋"/>
          <w:sz w:val="32"/>
          <w:lang w:eastAsia="zh-CN"/>
        </w:rPr>
        <w:t>心相通。我手里的这一本呢，是根据现存最早的《文心雕龙》刻本——元至正十五年刻本制作的再造善本。我们翻开《文心雕龙》的《序志》篇，它写在最后，却是这部书的序言。没错，《序志》啊，是咱们理解《文心雕龙》的一把钥匙。书名为什么</w:t>
      </w:r>
      <w:proofErr w:type="gramStart"/>
      <w:r>
        <w:rPr>
          <w:rFonts w:ascii="仿宋" w:eastAsia="仿宋" w:hAnsi="仿宋"/>
          <w:sz w:val="32"/>
          <w:lang w:eastAsia="zh-CN"/>
        </w:rPr>
        <w:t>这么起</w:t>
      </w:r>
      <w:proofErr w:type="gramEnd"/>
      <w:r>
        <w:rPr>
          <w:rFonts w:ascii="仿宋" w:eastAsia="仿宋" w:hAnsi="仿宋"/>
          <w:sz w:val="32"/>
          <w:lang w:eastAsia="zh-CN"/>
        </w:rPr>
        <w:t>呀？写作的来龙去脉呀，指导思想啊等等都在《序志》里边做了充分的说明。比方说《文心雕龙》这个书名，"文心"是什么呢？说"夫文心者，言为文之用心"，也就是文章的用心、立意呀。那"雕龙"又是什么意思呢？他说"古来文章，以雕</w:t>
      </w:r>
      <w:proofErr w:type="gramStart"/>
      <w:r>
        <w:rPr>
          <w:rFonts w:ascii="仿宋" w:eastAsia="仿宋" w:hAnsi="仿宋"/>
          <w:sz w:val="32"/>
          <w:lang w:eastAsia="zh-CN"/>
        </w:rPr>
        <w:t>缛</w:t>
      </w:r>
      <w:proofErr w:type="gramEnd"/>
      <w:r>
        <w:rPr>
          <w:rFonts w:ascii="仿宋" w:eastAsia="仿宋" w:hAnsi="仿宋"/>
          <w:sz w:val="32"/>
          <w:lang w:eastAsia="zh-CN"/>
        </w:rPr>
        <w:t>成体"，所有美好的文章都是要像雕龙纹那样细腻地雕出来的，这样才能够成为有体有用的好文章。《文心雕龙》这本书的书名就很美，没错。</w:t>
      </w:r>
    </w:p>
    <w:p w14:paraId="3298B123" w14:textId="77777777" w:rsidR="00E87C95" w:rsidRDefault="00000000">
      <w:pPr>
        <w:spacing w:after="0" w:line="579" w:lineRule="exact"/>
        <w:ind w:firstLine="640"/>
        <w:rPr>
          <w:lang w:eastAsia="zh-CN"/>
        </w:rPr>
      </w:pPr>
      <w:r>
        <w:rPr>
          <w:rFonts w:ascii="仿宋" w:eastAsia="仿宋" w:hAnsi="仿宋"/>
          <w:sz w:val="32"/>
          <w:lang w:eastAsia="zh-CN"/>
        </w:rPr>
        <w:lastRenderedPageBreak/>
        <w:t>《文心雕龙》被奉为"作者之章程，艺林之准的"，意思就是说想写好文章，《文心雕龙》就是准则。为什么这部书会有如此之高的地位呢？这首先呢，要从我国的文学发展史说起。先秦时期呢，文学以诗歌和散文为主，出现了《诗经》等经典作品。到了两汉时期呢，赋体就成了文学的代表形式，但文学还没有能够成为一个单独的学科。魏晋南北朝时期出现了建安文学。刘宋文帝时呢，在儒学、玄学、史学三馆之外呢，另立文学馆。这呢，是国家机构正式承认文学独立于儒学之外的开始。之后，诗文创作虽盛呢，但是作品呢，却良莠不齐，文章离经典越来越远，文学评论呢也没有一定的标准，期待有一部能够全面总结前人文学创作经验、为世人树立</w:t>
      </w:r>
      <w:proofErr w:type="gramStart"/>
      <w:r>
        <w:rPr>
          <w:rFonts w:ascii="仿宋" w:eastAsia="仿宋" w:hAnsi="仿宋"/>
          <w:sz w:val="32"/>
          <w:lang w:eastAsia="zh-CN"/>
        </w:rPr>
        <w:t>立</w:t>
      </w:r>
      <w:proofErr w:type="gramEnd"/>
      <w:r>
        <w:rPr>
          <w:rFonts w:ascii="仿宋" w:eastAsia="仿宋" w:hAnsi="仿宋"/>
          <w:sz w:val="32"/>
          <w:lang w:eastAsia="zh-CN"/>
        </w:rPr>
        <w:t>文之道的典籍出现。《文心雕龙》呢，就正是在这样子的一个背景下诞生的。</w:t>
      </w:r>
    </w:p>
    <w:p w14:paraId="26D06269" w14:textId="77777777" w:rsidR="00E87C95" w:rsidRDefault="00000000">
      <w:pPr>
        <w:spacing w:after="0" w:line="579" w:lineRule="exact"/>
        <w:ind w:firstLine="640"/>
        <w:rPr>
          <w:lang w:eastAsia="zh-CN"/>
        </w:rPr>
      </w:pPr>
      <w:r>
        <w:rPr>
          <w:rFonts w:ascii="仿宋" w:eastAsia="仿宋" w:hAnsi="仿宋"/>
          <w:sz w:val="32"/>
          <w:lang w:eastAsia="zh-CN"/>
        </w:rPr>
        <w:t>所以说，《文心雕龙》是应时而生的一部典籍，对吗？没错。其实在《文心雕龙》之前啊，也有不少讨论文章的著作，比如曹丕的《典论·论文》、陆机的《文赋》等等，但这些呢大都只论及文章的某些方面，而且有不足。而刘勰的《文心雕龙》则不同。它全书五十篇，大多数学者认为啊，它可以分为四个部分。从《原道》至《辨骚》的五篇为枢纽论，也就是总论。从《明诗》到《书记》的二十篇呢是文体论，论述了各种文体。从《神思》到《总术》的十九篇为创作论，讨论文章写作的方法。从《时序》到《程器》一共有</w:t>
      </w:r>
      <w:r>
        <w:rPr>
          <w:rFonts w:ascii="仿宋" w:eastAsia="仿宋" w:hAnsi="仿宋"/>
          <w:sz w:val="32"/>
          <w:lang w:eastAsia="zh-CN"/>
        </w:rPr>
        <w:lastRenderedPageBreak/>
        <w:t>五篇，每一篇论述一个重要问题，比如文章与社会、文章与自然的关系，文人的才能与品行，文章的鉴赏等，一般我们把它叫做批评论。最后一篇为全书序言。所以从这个角度来说，《文心雕龙》确实是中国文章学成立的标志。</w:t>
      </w:r>
    </w:p>
    <w:p w14:paraId="235C0FB1" w14:textId="77777777" w:rsidR="00E87C95" w:rsidRDefault="00000000">
      <w:pPr>
        <w:spacing w:after="0" w:line="579" w:lineRule="exact"/>
        <w:ind w:firstLine="640"/>
        <w:rPr>
          <w:lang w:eastAsia="zh-CN"/>
        </w:rPr>
      </w:pPr>
      <w:r>
        <w:rPr>
          <w:rFonts w:ascii="仿宋" w:eastAsia="仿宋" w:hAnsi="仿宋"/>
          <w:sz w:val="32"/>
          <w:lang w:eastAsia="zh-CN"/>
        </w:rPr>
        <w:t>现在我们翻开的是《风骨》篇，这提到的"风骨"是什么意思呢？《风骨》呢是《文心雕龙》的第二十八篇，也是我个人最喜欢的一篇，它论述了刘勰对文章的基本要求，也寄托了刘勰"风</w:t>
      </w:r>
      <w:proofErr w:type="gramStart"/>
      <w:r>
        <w:rPr>
          <w:rFonts w:ascii="仿宋" w:eastAsia="仿宋" w:hAnsi="仿宋"/>
          <w:sz w:val="32"/>
          <w:lang w:eastAsia="zh-CN"/>
        </w:rPr>
        <w:t>清骨峻"</w:t>
      </w:r>
      <w:proofErr w:type="gramEnd"/>
      <w:r>
        <w:rPr>
          <w:rFonts w:ascii="仿宋" w:eastAsia="仿宋" w:hAnsi="仿宋"/>
          <w:sz w:val="32"/>
          <w:lang w:eastAsia="zh-CN"/>
        </w:rPr>
        <w:t>的文章理想。"风骨"这个词呢从古就有，主要用来形容人的精神面貌，而刘勰的贡献</w:t>
      </w:r>
      <w:proofErr w:type="gramStart"/>
      <w:r>
        <w:rPr>
          <w:rFonts w:ascii="仿宋" w:eastAsia="仿宋" w:hAnsi="仿宋"/>
          <w:sz w:val="32"/>
          <w:lang w:eastAsia="zh-CN"/>
        </w:rPr>
        <w:t>呢在于</w:t>
      </w:r>
      <w:proofErr w:type="gramEnd"/>
      <w:r>
        <w:rPr>
          <w:rFonts w:ascii="仿宋" w:eastAsia="仿宋" w:hAnsi="仿宋"/>
          <w:sz w:val="32"/>
          <w:lang w:eastAsia="zh-CN"/>
        </w:rPr>
        <w:t>他将"风"与"骨"凝结为一个完整的文论范畴。他说呢，"故辞之待骨，如体之树</w:t>
      </w:r>
      <w:proofErr w:type="gramStart"/>
      <w:r>
        <w:rPr>
          <w:rFonts w:ascii="仿宋" w:eastAsia="仿宋" w:hAnsi="仿宋"/>
          <w:sz w:val="32"/>
          <w:lang w:eastAsia="zh-CN"/>
        </w:rPr>
        <w:t>骸</w:t>
      </w:r>
      <w:proofErr w:type="gramEnd"/>
      <w:r>
        <w:rPr>
          <w:rFonts w:ascii="仿宋" w:eastAsia="仿宋" w:hAnsi="仿宋"/>
          <w:sz w:val="32"/>
          <w:lang w:eastAsia="zh-CN"/>
        </w:rPr>
        <w:t>；情之含风，</w:t>
      </w:r>
      <w:proofErr w:type="gramStart"/>
      <w:r>
        <w:rPr>
          <w:rFonts w:ascii="仿宋" w:eastAsia="仿宋" w:hAnsi="仿宋"/>
          <w:sz w:val="32"/>
          <w:lang w:eastAsia="zh-CN"/>
        </w:rPr>
        <w:t>犹形之包气</w:t>
      </w:r>
      <w:proofErr w:type="gramEnd"/>
      <w:r>
        <w:rPr>
          <w:rFonts w:ascii="仿宋" w:eastAsia="仿宋" w:hAnsi="仿宋"/>
          <w:sz w:val="32"/>
          <w:lang w:eastAsia="zh-CN"/>
        </w:rPr>
        <w:t>"。文辞</w:t>
      </w:r>
      <w:proofErr w:type="gramStart"/>
      <w:r>
        <w:rPr>
          <w:rFonts w:ascii="仿宋" w:eastAsia="仿宋" w:hAnsi="仿宋"/>
          <w:sz w:val="32"/>
          <w:lang w:eastAsia="zh-CN"/>
        </w:rPr>
        <w:t>情采呢也</w:t>
      </w:r>
      <w:proofErr w:type="gramEnd"/>
      <w:r>
        <w:rPr>
          <w:rFonts w:ascii="仿宋" w:eastAsia="仿宋" w:hAnsi="仿宋"/>
          <w:sz w:val="32"/>
          <w:lang w:eastAsia="zh-CN"/>
        </w:rPr>
        <w:t>应该同君子一样，要有骨力和气概，文字表达精当，情感抒发要昂扬爽朗。真正为人们所喜爱、为时代所需要的作品，也应当具有这种风骨的力量。</w:t>
      </w:r>
    </w:p>
    <w:p w14:paraId="1DD2BFF6" w14:textId="77777777" w:rsidR="00E87C95" w:rsidRDefault="00000000">
      <w:pPr>
        <w:spacing w:after="0" w:line="579" w:lineRule="exact"/>
        <w:ind w:firstLine="640"/>
        <w:rPr>
          <w:lang w:eastAsia="zh-CN"/>
        </w:rPr>
      </w:pPr>
      <w:r>
        <w:rPr>
          <w:rFonts w:ascii="仿宋" w:eastAsia="仿宋" w:hAnsi="仿宋"/>
          <w:sz w:val="32"/>
          <w:lang w:eastAsia="zh-CN"/>
        </w:rPr>
        <w:t>《文心雕龙》还有一个很有意思的特点，就是它每一篇的结尾都有一段"赞"，四言八句三十二个字，所以听起来像诗一样</w:t>
      </w:r>
      <w:proofErr w:type="gramStart"/>
      <w:r>
        <w:rPr>
          <w:rFonts w:ascii="仿宋" w:eastAsia="仿宋" w:hAnsi="仿宋"/>
          <w:sz w:val="32"/>
          <w:lang w:eastAsia="zh-CN"/>
        </w:rPr>
        <w:t>很</w:t>
      </w:r>
      <w:proofErr w:type="gramEnd"/>
      <w:r>
        <w:rPr>
          <w:rFonts w:ascii="仿宋" w:eastAsia="仿宋" w:hAnsi="仿宋"/>
          <w:sz w:val="32"/>
          <w:lang w:eastAsia="zh-CN"/>
        </w:rPr>
        <w:t>凝练，让人觉得很美。比方说《指瑕》篇的</w:t>
      </w:r>
      <w:proofErr w:type="gramStart"/>
      <w:r>
        <w:rPr>
          <w:rFonts w:ascii="仿宋" w:eastAsia="仿宋" w:hAnsi="仿宋"/>
          <w:sz w:val="32"/>
          <w:lang w:eastAsia="zh-CN"/>
        </w:rPr>
        <w:t>赞怎么</w:t>
      </w:r>
      <w:proofErr w:type="gramEnd"/>
      <w:r>
        <w:rPr>
          <w:rFonts w:ascii="仿宋" w:eastAsia="仿宋" w:hAnsi="仿宋"/>
          <w:sz w:val="32"/>
          <w:lang w:eastAsia="zh-CN"/>
        </w:rPr>
        <w:t>写的呢？那他有这么一句话说："羿氏</w:t>
      </w:r>
      <w:proofErr w:type="gramStart"/>
      <w:r>
        <w:rPr>
          <w:rFonts w:ascii="仿宋" w:eastAsia="仿宋" w:hAnsi="仿宋"/>
          <w:sz w:val="32"/>
          <w:lang w:eastAsia="zh-CN"/>
        </w:rPr>
        <w:t>舛</w:t>
      </w:r>
      <w:proofErr w:type="gramEnd"/>
      <w:r>
        <w:rPr>
          <w:rFonts w:ascii="仿宋" w:eastAsia="仿宋" w:hAnsi="仿宋"/>
          <w:sz w:val="32"/>
          <w:lang w:eastAsia="zh-CN"/>
        </w:rPr>
        <w:t>射，东野败驾。"八个字里头是两个典故啊。第一个典故"羿氏</w:t>
      </w:r>
      <w:proofErr w:type="gramStart"/>
      <w:r>
        <w:rPr>
          <w:rFonts w:ascii="仿宋" w:eastAsia="仿宋" w:hAnsi="仿宋"/>
          <w:sz w:val="32"/>
          <w:lang w:eastAsia="zh-CN"/>
        </w:rPr>
        <w:t>舛</w:t>
      </w:r>
      <w:proofErr w:type="gramEnd"/>
      <w:r>
        <w:rPr>
          <w:rFonts w:ascii="仿宋" w:eastAsia="仿宋" w:hAnsi="仿宋"/>
          <w:sz w:val="32"/>
          <w:lang w:eastAsia="zh-CN"/>
        </w:rPr>
        <w:t>射"，说后羿是一个善射之人，有一次呢，他和另外一个善射之人</w:t>
      </w:r>
      <w:proofErr w:type="gramStart"/>
      <w:r>
        <w:rPr>
          <w:rFonts w:ascii="仿宋" w:eastAsia="仿宋" w:hAnsi="仿宋"/>
          <w:sz w:val="32"/>
          <w:lang w:eastAsia="zh-CN"/>
        </w:rPr>
        <w:t>吴贺一起</w:t>
      </w:r>
      <w:proofErr w:type="gramEnd"/>
      <w:r>
        <w:rPr>
          <w:rFonts w:ascii="仿宋" w:eastAsia="仿宋" w:hAnsi="仿宋"/>
          <w:sz w:val="32"/>
          <w:lang w:eastAsia="zh-CN"/>
        </w:rPr>
        <w:t>北游，</w:t>
      </w:r>
      <w:proofErr w:type="gramStart"/>
      <w:r>
        <w:rPr>
          <w:rFonts w:ascii="仿宋" w:eastAsia="仿宋" w:hAnsi="仿宋"/>
          <w:sz w:val="32"/>
          <w:lang w:eastAsia="zh-CN"/>
        </w:rPr>
        <w:t>吴贺呀</w:t>
      </w:r>
      <w:proofErr w:type="gramEnd"/>
      <w:r>
        <w:rPr>
          <w:rFonts w:ascii="仿宋" w:eastAsia="仿宋" w:hAnsi="仿宋"/>
          <w:sz w:val="32"/>
          <w:lang w:eastAsia="zh-CN"/>
        </w:rPr>
        <w:t>就跟后羿说，你</w:t>
      </w:r>
      <w:proofErr w:type="gramStart"/>
      <w:r>
        <w:rPr>
          <w:rFonts w:ascii="仿宋" w:eastAsia="仿宋" w:hAnsi="仿宋"/>
          <w:sz w:val="32"/>
          <w:lang w:eastAsia="zh-CN"/>
        </w:rPr>
        <w:t>射这个</w:t>
      </w:r>
      <w:proofErr w:type="gramEnd"/>
      <w:r>
        <w:rPr>
          <w:rFonts w:ascii="仿宋" w:eastAsia="仿宋" w:hAnsi="仿宋"/>
          <w:sz w:val="32"/>
          <w:lang w:eastAsia="zh-CN"/>
        </w:rPr>
        <w:t>飞鸟的左眼，后羿一下子却射中了这个鸟的右眼，</w:t>
      </w:r>
      <w:proofErr w:type="gramStart"/>
      <w:r>
        <w:rPr>
          <w:rFonts w:ascii="仿宋" w:eastAsia="仿宋" w:hAnsi="仿宋"/>
          <w:sz w:val="32"/>
          <w:lang w:eastAsia="zh-CN"/>
        </w:rPr>
        <w:t>射错了</w:t>
      </w:r>
      <w:proofErr w:type="gramEnd"/>
      <w:r>
        <w:rPr>
          <w:rFonts w:ascii="仿宋" w:eastAsia="仿宋" w:hAnsi="仿宋"/>
          <w:sz w:val="32"/>
          <w:lang w:eastAsia="zh-CN"/>
        </w:rPr>
        <w:t>呀。"东野败驾"说东野</w:t>
      </w:r>
      <w:proofErr w:type="gramStart"/>
      <w:r>
        <w:rPr>
          <w:rFonts w:ascii="仿宋" w:eastAsia="仿宋" w:hAnsi="仿宋"/>
          <w:sz w:val="32"/>
          <w:lang w:eastAsia="zh-CN"/>
        </w:rPr>
        <w:t>稷</w:t>
      </w:r>
      <w:proofErr w:type="gramEnd"/>
      <w:r>
        <w:rPr>
          <w:rFonts w:ascii="仿宋" w:eastAsia="仿宋" w:hAnsi="仿宋"/>
          <w:sz w:val="32"/>
          <w:lang w:eastAsia="zh-CN"/>
        </w:rPr>
        <w:lastRenderedPageBreak/>
        <w:t>啊，当时是一个驾车的高手，可是在鲁庄公面前表演驾车，因为马已经疲劳了，让他转一百圈嘛，车就翻了。刘勰是说呀，再有本事的人要是不注意也会出纰漏，一出差错儿那文章就有瑕疵了，所以他用这么两个典故把《指瑕》篇的内容要义给写出来了。</w:t>
      </w:r>
    </w:p>
    <w:p w14:paraId="391AFEDC" w14:textId="77777777" w:rsidR="00E87C95" w:rsidRDefault="00000000">
      <w:pPr>
        <w:spacing w:after="0" w:line="579" w:lineRule="exact"/>
        <w:ind w:firstLine="640"/>
        <w:rPr>
          <w:lang w:eastAsia="zh-CN"/>
        </w:rPr>
      </w:pPr>
      <w:r>
        <w:rPr>
          <w:rFonts w:ascii="仿宋" w:eastAsia="仿宋" w:hAnsi="仿宋"/>
          <w:sz w:val="32"/>
          <w:lang w:eastAsia="zh-CN"/>
        </w:rPr>
        <w:t>刘勰他在书中还写到"君子处世，树德建言"，就是说君子在世上走一遭，必须要树立功德，要著书立言。他也是这样来要求自己的，这是不是他写这本书的原因呢？是的，但更深层的原因是啊，在刘勰看来，"文之为德也大矣"，文章是非常重要的。他说啊，</w:t>
      </w:r>
      <w:proofErr w:type="gramStart"/>
      <w:r>
        <w:rPr>
          <w:rFonts w:ascii="仿宋" w:eastAsia="仿宋" w:hAnsi="仿宋"/>
          <w:sz w:val="32"/>
          <w:lang w:eastAsia="zh-CN"/>
        </w:rPr>
        <w:t>五礼资之</w:t>
      </w:r>
      <w:proofErr w:type="gramEnd"/>
      <w:r>
        <w:rPr>
          <w:rFonts w:ascii="仿宋" w:eastAsia="仿宋" w:hAnsi="仿宋"/>
          <w:sz w:val="32"/>
          <w:lang w:eastAsia="zh-CN"/>
        </w:rPr>
        <w:t>以成，六典因之致用，君臣所以炳焕，军</w:t>
      </w:r>
      <w:proofErr w:type="gramStart"/>
      <w:r>
        <w:rPr>
          <w:rFonts w:ascii="仿宋" w:eastAsia="仿宋" w:hAnsi="仿宋"/>
          <w:sz w:val="32"/>
          <w:lang w:eastAsia="zh-CN"/>
        </w:rPr>
        <w:t>国所以</w:t>
      </w:r>
      <w:proofErr w:type="gramEnd"/>
      <w:r>
        <w:rPr>
          <w:rFonts w:ascii="仿宋" w:eastAsia="仿宋" w:hAnsi="仿宋"/>
          <w:sz w:val="32"/>
          <w:lang w:eastAsia="zh-CN"/>
        </w:rPr>
        <w:t>昭明。各种礼仪要靠文章来完成，一切政务要靠文章来实施，君臣之业、军国大事都要靠它来阐发、来说明。所以一篇文章写出来，那是要影响社会的，那是要流传千古的，不是一件小事。所以啊，刘勰要写一部书来论述它。中国古代文人往往有这种看法，杜甫不就讲嘛，"文章千古事，得失寸心知"啊，这就是文的重要性啊。</w:t>
      </w:r>
    </w:p>
    <w:p w14:paraId="5BB00421" w14:textId="77777777" w:rsidR="00E87C95" w:rsidRDefault="00000000">
      <w:pPr>
        <w:spacing w:after="0" w:line="579" w:lineRule="exact"/>
        <w:ind w:firstLine="640"/>
        <w:rPr>
          <w:lang w:eastAsia="zh-CN"/>
        </w:rPr>
      </w:pPr>
      <w:r>
        <w:rPr>
          <w:rFonts w:ascii="仿宋" w:eastAsia="仿宋" w:hAnsi="仿宋"/>
          <w:sz w:val="32"/>
          <w:lang w:eastAsia="zh-CN"/>
        </w:rPr>
        <w:t>《文心雕龙》里头这个"文"呐，其实和我们现在所说的文学、文章还有点儿不太一样，它是指所有形诸书面的文字，那就广泛了，社会生活的方方面面：政治呀，经济呀，军事呀，礼仪呀，制度呀，法律呀，只要你写成文章都离不开这个"文"呐。因此呢，《文心雕龙》中对"文"的论述，实际上</w:t>
      </w:r>
      <w:r>
        <w:rPr>
          <w:rFonts w:ascii="仿宋" w:eastAsia="仿宋" w:hAnsi="仿宋"/>
          <w:sz w:val="32"/>
          <w:lang w:eastAsia="zh-CN"/>
        </w:rPr>
        <w:lastRenderedPageBreak/>
        <w:t>也给我们提供了一把走进中国传统文化的钥匙。我们不仅仅看到了文章学，也看到了我们中国的文化史。</w:t>
      </w:r>
    </w:p>
    <w:p w14:paraId="0A9B4766" w14:textId="77777777" w:rsidR="00E87C95" w:rsidRDefault="00000000">
      <w:pPr>
        <w:spacing w:after="0" w:line="579" w:lineRule="exact"/>
        <w:ind w:firstLine="640"/>
        <w:rPr>
          <w:lang w:eastAsia="zh-CN"/>
        </w:rPr>
      </w:pPr>
      <w:r>
        <w:rPr>
          <w:rFonts w:ascii="仿宋" w:eastAsia="仿宋" w:hAnsi="仿宋"/>
          <w:sz w:val="32"/>
          <w:lang w:eastAsia="zh-CN"/>
        </w:rPr>
        <w:t>刘勰落笔论文，写下了这部《文心雕龙》，对后世的文学创作与评论都产生了非常深远的影响。那是关于作者本身，他的生平在历史上的记载其实非常少，主要就是《梁书·刘勰传》当中的三百多字。是的，《梁书·刘勰传》中记载呢，</w:t>
      </w:r>
      <w:proofErr w:type="gramStart"/>
      <w:r>
        <w:rPr>
          <w:rFonts w:ascii="仿宋" w:eastAsia="仿宋" w:hAnsi="仿宋"/>
          <w:sz w:val="32"/>
          <w:lang w:eastAsia="zh-CN"/>
        </w:rPr>
        <w:t>勰</w:t>
      </w:r>
      <w:proofErr w:type="gramEnd"/>
      <w:r>
        <w:rPr>
          <w:rFonts w:ascii="仿宋" w:eastAsia="仿宋" w:hAnsi="仿宋"/>
          <w:sz w:val="32"/>
          <w:lang w:eastAsia="zh-CN"/>
        </w:rPr>
        <w:t>早孤，笃志好学。刘勰呢，很小的时候呢就失去了父亲，在家境贫寒的条件下坚持发奋读书。他在《序志》中记述了自己幼年的一个梦："予生七龄，</w:t>
      </w:r>
      <w:proofErr w:type="gramStart"/>
      <w:r>
        <w:rPr>
          <w:rFonts w:ascii="仿宋" w:eastAsia="仿宋" w:hAnsi="仿宋"/>
          <w:sz w:val="32"/>
          <w:lang w:eastAsia="zh-CN"/>
        </w:rPr>
        <w:t>乃梦彩云</w:t>
      </w:r>
      <w:proofErr w:type="gramEnd"/>
      <w:r>
        <w:rPr>
          <w:rFonts w:ascii="仿宋" w:eastAsia="仿宋" w:hAnsi="仿宋"/>
          <w:sz w:val="32"/>
          <w:lang w:eastAsia="zh-CN"/>
        </w:rPr>
        <w:t>若锦，</w:t>
      </w:r>
      <w:proofErr w:type="gramStart"/>
      <w:r>
        <w:rPr>
          <w:rFonts w:ascii="仿宋" w:eastAsia="仿宋" w:hAnsi="仿宋"/>
          <w:sz w:val="32"/>
          <w:lang w:eastAsia="zh-CN"/>
        </w:rPr>
        <w:t>则攀而</w:t>
      </w:r>
      <w:proofErr w:type="gramEnd"/>
      <w:r>
        <w:rPr>
          <w:rFonts w:ascii="仿宋" w:eastAsia="仿宋" w:hAnsi="仿宋"/>
          <w:sz w:val="32"/>
          <w:lang w:eastAsia="zh-CN"/>
        </w:rPr>
        <w:t>采之。"说是呢，自己在七岁的时候梦到了天上布满锦绣般的彩云，彩云呢就是天的文采，可见呢刘勰自幼便对文采文学有一种与生俱来的才气。《序志》篇也是我们对刘勰生卒年进行推测的重要依据，其中还记述了刘勰的第二个梦，三十岁时他梦到自己手捧礼器，跟着孔子往南行。这表示啊，刘勰有着继承儒家经世致用、文</w:t>
      </w:r>
      <w:proofErr w:type="gramStart"/>
      <w:r>
        <w:rPr>
          <w:rFonts w:ascii="仿宋" w:eastAsia="仿宋" w:hAnsi="仿宋"/>
          <w:sz w:val="32"/>
          <w:lang w:eastAsia="zh-CN"/>
        </w:rPr>
        <w:t>道传统</w:t>
      </w:r>
      <w:proofErr w:type="gramEnd"/>
      <w:r>
        <w:rPr>
          <w:rFonts w:ascii="仿宋" w:eastAsia="仿宋" w:hAnsi="仿宋"/>
          <w:sz w:val="32"/>
          <w:lang w:eastAsia="zh-CN"/>
        </w:rPr>
        <w:t>的想法，这应该就是日有所思夜有所梦，确实挺神奇的。是啊，但刘勰啊不只会做梦，就像他在《神思》篇当中所说的"积学以储宝"，他在定林寺跟随僧祐生活的十余年里博览群书，最终铸成《文心雕龙》这一巨著。这部书论及作者三百余人、作品四百余部，其中有些是篇。正是因为有着极其丰富的知识积累和丰厚的文学修养，才能写出《文心雕龙》这样一部传统文化中不朽的瑰宝。</w:t>
      </w:r>
    </w:p>
    <w:p w14:paraId="020ECCA1" w14:textId="77777777" w:rsidR="00E87C95" w:rsidRDefault="00000000">
      <w:pPr>
        <w:spacing w:after="0" w:line="579" w:lineRule="exact"/>
        <w:ind w:firstLine="640"/>
        <w:rPr>
          <w:lang w:eastAsia="zh-CN"/>
        </w:rPr>
      </w:pPr>
      <w:r>
        <w:rPr>
          <w:rFonts w:ascii="仿宋" w:eastAsia="仿宋" w:hAnsi="仿宋"/>
          <w:sz w:val="32"/>
          <w:lang w:eastAsia="zh-CN"/>
        </w:rPr>
        <w:lastRenderedPageBreak/>
        <w:t>感谢三位老师与我们一起识读《文心雕龙》。那么今天在《典籍里的中国》的舞台上会怎样演绎刘勰的故事，以及《文心雕龙》这部书呢？请随我一起去</w:t>
      </w:r>
      <w:proofErr w:type="gramStart"/>
      <w:r>
        <w:rPr>
          <w:rFonts w:ascii="仿宋" w:eastAsia="仿宋" w:hAnsi="仿宋"/>
          <w:sz w:val="32"/>
          <w:lang w:eastAsia="zh-CN"/>
        </w:rPr>
        <w:t>点读会</w:t>
      </w:r>
      <w:proofErr w:type="gramEnd"/>
      <w:r>
        <w:rPr>
          <w:rFonts w:ascii="仿宋" w:eastAsia="仿宋" w:hAnsi="仿宋"/>
          <w:sz w:val="32"/>
          <w:lang w:eastAsia="zh-CN"/>
        </w:rPr>
        <w:t>和</w:t>
      </w:r>
      <w:proofErr w:type="gramStart"/>
      <w:r>
        <w:rPr>
          <w:rFonts w:ascii="仿宋" w:eastAsia="仿宋" w:hAnsi="仿宋"/>
          <w:sz w:val="32"/>
          <w:lang w:eastAsia="zh-CN"/>
        </w:rPr>
        <w:t>主创们聊一聊</w:t>
      </w:r>
      <w:proofErr w:type="gramEnd"/>
      <w:r>
        <w:rPr>
          <w:rFonts w:ascii="仿宋" w:eastAsia="仿宋" w:hAnsi="仿宋"/>
          <w:sz w:val="32"/>
          <w:lang w:eastAsia="zh-CN"/>
        </w:rPr>
        <w:t>。欢迎大家来到《典籍里的中国》</w:t>
      </w:r>
      <w:proofErr w:type="gramStart"/>
      <w:r>
        <w:rPr>
          <w:rFonts w:ascii="仿宋" w:eastAsia="仿宋" w:hAnsi="仿宋"/>
          <w:sz w:val="32"/>
          <w:lang w:eastAsia="zh-CN"/>
        </w:rPr>
        <w:t>点读会</w:t>
      </w:r>
      <w:proofErr w:type="gramEnd"/>
      <w:r>
        <w:rPr>
          <w:rFonts w:ascii="仿宋" w:eastAsia="仿宋" w:hAnsi="仿宋"/>
          <w:sz w:val="32"/>
          <w:lang w:eastAsia="zh-CN"/>
        </w:rPr>
        <w:t>，我是主持人王嘉宁。这一期我们要走进的典籍是我国文章学的原典《文心雕龙》，也请各位老师先做一个自我介绍。呃，大家好，我是演员涂松岩，在《文心雕龙》中呢饰演刘勰。大家好，我是演员董畅，饰演萧统。大家好，我是《典籍里的中国》总编剧张昆鹏。欢迎。</w:t>
      </w:r>
    </w:p>
    <w:p w14:paraId="0CCCF54A" w14:textId="77777777" w:rsidR="00E87C95" w:rsidRDefault="00000000">
      <w:pPr>
        <w:spacing w:after="0" w:line="579" w:lineRule="exact"/>
        <w:ind w:firstLine="640"/>
        <w:rPr>
          <w:lang w:eastAsia="zh-CN"/>
        </w:rPr>
      </w:pPr>
      <w:r>
        <w:rPr>
          <w:rFonts w:ascii="仿宋" w:eastAsia="仿宋" w:hAnsi="仿宋"/>
          <w:sz w:val="32"/>
          <w:lang w:eastAsia="zh-CN"/>
        </w:rPr>
        <w:t>刚才访谈当中呢，其实也讲解了《文心雕龙》这本书，以及作者刘勰的故事，那其中提到的文采入梦，听起来特别传奇。在今天的戏剧当中，我们会如何去呈现《文心雕龙》这本书，以及刘勰本人的故事呢？作为中国文章学的原点，《文心雕龙》在中国的文学史上地位非常的高。节目组跟专家组经过多次讨论呢，确定了以刘勰在《文心雕龙》的《序志》当中记载的两次美梦为创作支点。我们首次在舞台上进行了多重梦境的戏剧尝试，以此来展现刘勰的创作故事和丰富的人物内心世界。同时呢，剧本当中我们加入了南朝梁太子萧统这一角色。史书记载，</w:t>
      </w:r>
      <w:proofErr w:type="gramStart"/>
      <w:r>
        <w:rPr>
          <w:rFonts w:ascii="仿宋" w:eastAsia="仿宋" w:hAnsi="仿宋"/>
          <w:sz w:val="32"/>
          <w:lang w:eastAsia="zh-CN"/>
        </w:rPr>
        <w:t>萧统对刘勰</w:t>
      </w:r>
      <w:proofErr w:type="gramEnd"/>
      <w:r>
        <w:rPr>
          <w:rFonts w:ascii="仿宋" w:eastAsia="仿宋" w:hAnsi="仿宋"/>
          <w:sz w:val="32"/>
          <w:lang w:eastAsia="zh-CN"/>
        </w:rPr>
        <w:t>"深爱接之"。有学者认为啊，他编撰的诗文总集《昭明文选》在一定程度上受到了《文心雕龙》的影响。由于历史上对刘勰的生卒年有很</w:t>
      </w:r>
      <w:r>
        <w:rPr>
          <w:rFonts w:ascii="仿宋" w:eastAsia="仿宋" w:hAnsi="仿宋"/>
          <w:sz w:val="32"/>
          <w:lang w:eastAsia="zh-CN"/>
        </w:rPr>
        <w:lastRenderedPageBreak/>
        <w:t>多种推测，节目组专家组选择了其中的一种，把刘勰和萧统的人生故事进行了有机的结合，完成了这一期的戏剧创作。</w:t>
      </w:r>
    </w:p>
    <w:p w14:paraId="2DEABF39" w14:textId="77777777" w:rsidR="00E87C95" w:rsidRDefault="00000000">
      <w:pPr>
        <w:spacing w:after="0" w:line="579" w:lineRule="exact"/>
        <w:ind w:firstLine="640"/>
        <w:rPr>
          <w:lang w:eastAsia="zh-CN"/>
        </w:rPr>
      </w:pPr>
      <w:r>
        <w:rPr>
          <w:rFonts w:ascii="仿宋" w:eastAsia="仿宋" w:hAnsi="仿宋"/>
          <w:sz w:val="32"/>
          <w:lang w:eastAsia="zh-CN"/>
        </w:rPr>
        <w:t>涂老师，在这一期的戏剧当中是饰演刘勰，那您是怎么理解这个人物呢？很荣幸啊，能够受邀来饰演刘勰这个人物。在刘勰生活的南北朝时期，因为门阀制度，像刘勰这样出身贫寒的人很难有上升的这种渠道，但是刘勰依然坚持自己的追求，达到"博览经典，</w:t>
      </w:r>
      <w:proofErr w:type="gramStart"/>
      <w:r>
        <w:rPr>
          <w:rFonts w:ascii="仿宋" w:eastAsia="仿宋" w:hAnsi="仿宋"/>
          <w:sz w:val="32"/>
          <w:lang w:eastAsia="zh-CN"/>
        </w:rPr>
        <w:t>弥纶群言</w:t>
      </w:r>
      <w:proofErr w:type="gramEnd"/>
      <w:r>
        <w:rPr>
          <w:rFonts w:ascii="仿宋" w:eastAsia="仿宋" w:hAnsi="仿宋"/>
          <w:sz w:val="32"/>
          <w:lang w:eastAsia="zh-CN"/>
        </w:rPr>
        <w:t>"的境界，最终铸成了这部《文心雕龙》。我在剧本中看到刘勰是非常有孝心的一个人，他很小的时候父亲就去世了，他跟他母亲相依为命，非常打动我。希望通过我的演绎，能够带大家一起走进刘勰传奇的一生。刘勰身处逆境，却依旧笃志好学，最终写成了《文心雕龙》，实现了树德建言的梦想。</w:t>
      </w:r>
    </w:p>
    <w:p w14:paraId="21B6C60A" w14:textId="77777777" w:rsidR="00E87C95" w:rsidRDefault="00000000">
      <w:pPr>
        <w:spacing w:after="0" w:line="579" w:lineRule="exact"/>
        <w:ind w:firstLine="640"/>
        <w:rPr>
          <w:lang w:eastAsia="zh-CN"/>
        </w:rPr>
      </w:pPr>
      <w:r>
        <w:rPr>
          <w:rFonts w:ascii="仿宋" w:eastAsia="仿宋" w:hAnsi="仿宋"/>
          <w:sz w:val="32"/>
          <w:lang w:eastAsia="zh-CN"/>
        </w:rPr>
        <w:t>在这一期的戏剧当中，董畅您是饰演昭明太子萧统，你怎么去理解这个人物呢？首先呢，萧统也是一个非常有孝心的人。据史料记载，他的母亲在他二十多岁的时候就去世了，当时呢他也是非常的痛苦，"孝"这个字深深地刻在了他的生命里。据史料记载，昭明太子三岁启蒙时就学会了《孝经》和《论语》，五岁便读了五经。我觉得他也和刘勰一样，是有一颗文心的人。在萧统小时候，刘勰就成了东宫通事舍人，陪伴在他身边，他对刘勰的感情层次一定是非常丰富的。对对对，我会努力演好这个</w:t>
      </w:r>
      <w:proofErr w:type="gramStart"/>
      <w:r>
        <w:rPr>
          <w:rFonts w:ascii="仿宋" w:eastAsia="仿宋" w:hAnsi="仿宋"/>
          <w:sz w:val="32"/>
          <w:lang w:eastAsia="zh-CN"/>
        </w:rPr>
        <w:t>既有文</w:t>
      </w:r>
      <w:proofErr w:type="gramEnd"/>
      <w:r>
        <w:rPr>
          <w:rFonts w:ascii="仿宋" w:eastAsia="仿宋" w:hAnsi="仿宋"/>
          <w:sz w:val="32"/>
          <w:lang w:eastAsia="zh-CN"/>
        </w:rPr>
        <w:t>心又有孝心、情感丰富的这</w:t>
      </w:r>
      <w:r>
        <w:rPr>
          <w:rFonts w:ascii="仿宋" w:eastAsia="仿宋" w:hAnsi="仿宋"/>
          <w:sz w:val="32"/>
          <w:lang w:eastAsia="zh-CN"/>
        </w:rPr>
        <w:lastRenderedPageBreak/>
        <w:t>么一个角色。萧统和刘勰推动和促进了我国文学创作和文学批评的发展，他们在文学史上都留下了浓墨重彩的一笔。</w:t>
      </w:r>
    </w:p>
    <w:p w14:paraId="7BD83E24" w14:textId="77777777" w:rsidR="00E87C95" w:rsidRDefault="00000000">
      <w:pPr>
        <w:spacing w:after="0" w:line="579" w:lineRule="exact"/>
        <w:ind w:firstLine="640"/>
        <w:rPr>
          <w:lang w:eastAsia="zh-CN"/>
        </w:rPr>
      </w:pPr>
      <w:r>
        <w:rPr>
          <w:rFonts w:ascii="仿宋" w:eastAsia="仿宋" w:hAnsi="仿宋"/>
          <w:sz w:val="32"/>
          <w:lang w:eastAsia="zh-CN"/>
        </w:rPr>
        <w:t>在《文心雕龙》的《序志》篇当中，刘勰就点明了"文心"二字的含义。想请涂老师为我们大家诵读一下这句话。好好</w:t>
      </w:r>
      <w:proofErr w:type="gramStart"/>
      <w:r>
        <w:rPr>
          <w:rFonts w:ascii="仿宋" w:eastAsia="仿宋" w:hAnsi="仿宋"/>
          <w:sz w:val="32"/>
          <w:lang w:eastAsia="zh-CN"/>
        </w:rPr>
        <w:t>好</w:t>
      </w:r>
      <w:proofErr w:type="gramEnd"/>
      <w:r>
        <w:rPr>
          <w:rFonts w:ascii="仿宋" w:eastAsia="仿宋" w:hAnsi="仿宋"/>
          <w:sz w:val="32"/>
          <w:lang w:eastAsia="zh-CN"/>
        </w:rPr>
        <w:t>。夫文心者，言为文之用心也。在《文心雕龙·时序》中，有一句话其实是将文学作品和时代的联系进行了总结。那么，接下来我们也请涂老师诵读，我们大家一块儿齐诵。好。"文</w:t>
      </w:r>
      <w:proofErr w:type="gramStart"/>
      <w:r>
        <w:rPr>
          <w:rFonts w:ascii="仿宋" w:eastAsia="仿宋" w:hAnsi="仿宋"/>
          <w:sz w:val="32"/>
          <w:lang w:eastAsia="zh-CN"/>
        </w:rPr>
        <w:t>变染乎</w:t>
      </w:r>
      <w:proofErr w:type="gramEnd"/>
      <w:r>
        <w:rPr>
          <w:rFonts w:ascii="仿宋" w:eastAsia="仿宋" w:hAnsi="仿宋"/>
          <w:sz w:val="32"/>
          <w:lang w:eastAsia="zh-CN"/>
        </w:rPr>
        <w:t>世情，兴废系乎时序。"希望观众可以通过我所饰演的萧统，多一个角度来了解刘勰这个人，从而更好地解读《文心雕龙》这部书。《文心雕龙》是中华文明史上不可或缺的一部珍贵典藏，对我们当今创作者来说有着很好的指导和示范作用，让我们至今受用无穷。</w:t>
      </w:r>
    </w:p>
    <w:p w14:paraId="31D4DEBB" w14:textId="77777777" w:rsidR="00E87C95" w:rsidRDefault="00000000">
      <w:pPr>
        <w:spacing w:after="0" w:line="579" w:lineRule="exact"/>
        <w:ind w:firstLine="640"/>
        <w:rPr>
          <w:lang w:eastAsia="zh-CN"/>
        </w:rPr>
      </w:pPr>
      <w:r>
        <w:rPr>
          <w:rFonts w:ascii="仿宋" w:eastAsia="仿宋" w:hAnsi="仿宋"/>
          <w:sz w:val="32"/>
          <w:lang w:eastAsia="zh-CN"/>
        </w:rPr>
        <w:t>好了，今日就到这儿吧。谢先生。咳。先生该喝药了。呵。</w:t>
      </w:r>
    </w:p>
    <w:p w14:paraId="4E718087" w14:textId="77777777" w:rsidR="00E87C95" w:rsidRDefault="00000000">
      <w:pPr>
        <w:spacing w:after="0" w:line="579" w:lineRule="exact"/>
        <w:ind w:firstLine="640"/>
        <w:rPr>
          <w:lang w:eastAsia="zh-CN"/>
        </w:rPr>
      </w:pPr>
      <w:r>
        <w:rPr>
          <w:rFonts w:ascii="仿宋" w:eastAsia="仿宋" w:hAnsi="仿宋"/>
          <w:sz w:val="32"/>
          <w:lang w:eastAsia="zh-CN"/>
        </w:rPr>
        <w:t>刘勰是南北朝时期南朝的文学理论家，他博学多才，遍</w:t>
      </w:r>
      <w:proofErr w:type="gramStart"/>
      <w:r>
        <w:rPr>
          <w:rFonts w:ascii="仿宋" w:eastAsia="仿宋" w:hAnsi="仿宋"/>
          <w:sz w:val="32"/>
          <w:lang w:eastAsia="zh-CN"/>
        </w:rPr>
        <w:t>览</w:t>
      </w:r>
      <w:proofErr w:type="gramEnd"/>
      <w:r>
        <w:rPr>
          <w:rFonts w:ascii="仿宋" w:eastAsia="仿宋" w:hAnsi="仿宋"/>
          <w:sz w:val="32"/>
          <w:lang w:eastAsia="zh-CN"/>
        </w:rPr>
        <w:t>名家之作，纵论各种文体，总结创作方法，撰成了一部中国文章学原典《文心雕龙》。刘勰辅佐梁朝太子萧统多年，在他人生的最后阶段奉旨修撰典藏。</w:t>
      </w:r>
    </w:p>
    <w:p w14:paraId="735C97A7" w14:textId="77777777" w:rsidR="00E87C95" w:rsidRDefault="00000000">
      <w:pPr>
        <w:spacing w:after="0" w:line="579" w:lineRule="exact"/>
        <w:ind w:firstLine="640"/>
        <w:rPr>
          <w:lang w:eastAsia="zh-CN"/>
        </w:rPr>
      </w:pPr>
      <w:r>
        <w:rPr>
          <w:rFonts w:ascii="仿宋" w:eastAsia="仿宋" w:hAnsi="仿宋"/>
          <w:sz w:val="32"/>
          <w:lang w:eastAsia="zh-CN"/>
        </w:rPr>
        <w:t>晚辈撒贝宁拜见刘勰先生。你是何人？我是从一千多年后来的一位读书人，穿越时空特来拜访先生。一千多年以后，正是。先生一定非常想知道您的《文心雕龙》能否流传千年后世，恰好我所生活的时代正在上一堂课，晚辈前来</w:t>
      </w:r>
      <w:proofErr w:type="gramStart"/>
      <w:r>
        <w:rPr>
          <w:rFonts w:ascii="仿宋" w:eastAsia="仿宋" w:hAnsi="仿宋"/>
          <w:sz w:val="32"/>
          <w:lang w:eastAsia="zh-CN"/>
        </w:rPr>
        <w:t>斗胆请</w:t>
      </w:r>
      <w:proofErr w:type="gramEnd"/>
      <w:r>
        <w:rPr>
          <w:rFonts w:ascii="仿宋" w:eastAsia="仿宋" w:hAnsi="仿宋"/>
          <w:sz w:val="32"/>
          <w:lang w:eastAsia="zh-CN"/>
        </w:rPr>
        <w:lastRenderedPageBreak/>
        <w:t>先生随晚辈一同前往后世加以指点。有意思，请带路。先生请。</w:t>
      </w:r>
    </w:p>
    <w:p w14:paraId="4232CEFD" w14:textId="77777777" w:rsidR="00E87C95" w:rsidRDefault="00000000">
      <w:pPr>
        <w:spacing w:after="0" w:line="579" w:lineRule="exact"/>
        <w:ind w:firstLine="640"/>
        <w:rPr>
          <w:lang w:eastAsia="zh-CN"/>
        </w:rPr>
      </w:pPr>
      <w:r>
        <w:rPr>
          <w:rFonts w:ascii="仿宋" w:eastAsia="仿宋" w:hAnsi="仿宋"/>
          <w:sz w:val="32"/>
          <w:lang w:eastAsia="zh-CN"/>
        </w:rPr>
        <w:t>好了，同学们，在今天云端讲堂的最后啊，我们再来回顾一下中国文章学原典《文心雕龙》的内容。在我生活的时代啊，出现了互联网、云技术，这些学子足不出户就能通过云端拜访名师，求学问道，我们管它叫云端课堂。哦，神奇啊，神奇！《文心雕龙》共五十篇，那大家谁来说</w:t>
      </w:r>
      <w:proofErr w:type="gramStart"/>
      <w:r>
        <w:rPr>
          <w:rFonts w:ascii="仿宋" w:eastAsia="仿宋" w:hAnsi="仿宋"/>
          <w:sz w:val="32"/>
          <w:lang w:eastAsia="zh-CN"/>
        </w:rPr>
        <w:t>说</w:t>
      </w:r>
      <w:proofErr w:type="gramEnd"/>
      <w:r>
        <w:rPr>
          <w:rFonts w:ascii="仿宋" w:eastAsia="仿宋" w:hAnsi="仿宋"/>
          <w:sz w:val="32"/>
          <w:lang w:eastAsia="zh-CN"/>
        </w:rPr>
        <w:t>各讲的什么内容啊？《原道》《征圣》《宗经》等前五篇讲了文章写作的总原则。刘勰先生说"本乎道，师乎圣，</w:t>
      </w:r>
      <w:proofErr w:type="gramStart"/>
      <w:r>
        <w:rPr>
          <w:rFonts w:ascii="仿宋" w:eastAsia="仿宋" w:hAnsi="仿宋"/>
          <w:sz w:val="32"/>
          <w:lang w:eastAsia="zh-CN"/>
        </w:rPr>
        <w:t>体乎经</w:t>
      </w:r>
      <w:proofErr w:type="gramEnd"/>
      <w:r>
        <w:rPr>
          <w:rFonts w:ascii="仿宋" w:eastAsia="仿宋" w:hAnsi="仿宋"/>
          <w:sz w:val="32"/>
          <w:lang w:eastAsia="zh-CN"/>
        </w:rPr>
        <w:t>"，意思就是写作应从自然之道出发，以圣人为师，依据经典，既有继承又有发扬。说得好，这五篇啊也被称为《文心雕龙》的"文之枢纽"。那还有呢？从《明诗》到《书记》的二十篇是文体论，论述了包含文学和应用文在内的各类文体共三十多种。文学文体涉及诗、赋、颂、赞、</w:t>
      </w:r>
      <w:proofErr w:type="gramStart"/>
      <w:r>
        <w:rPr>
          <w:rFonts w:ascii="仿宋" w:eastAsia="仿宋" w:hAnsi="仿宋"/>
          <w:sz w:val="32"/>
          <w:lang w:eastAsia="zh-CN"/>
        </w:rPr>
        <w:t>诔</w:t>
      </w:r>
      <w:proofErr w:type="gramEnd"/>
      <w:r>
        <w:rPr>
          <w:rFonts w:ascii="仿宋" w:eastAsia="仿宋" w:hAnsi="仿宋"/>
          <w:sz w:val="32"/>
          <w:lang w:eastAsia="zh-CN"/>
        </w:rPr>
        <w:t>、碑等，应用文体涉及史传、论说、诏策、章奏等。可以说啊，刘勰先生将当时的文体搜罗殆尽之后进行"</w:t>
      </w:r>
      <w:proofErr w:type="gramStart"/>
      <w:r>
        <w:rPr>
          <w:rFonts w:ascii="仿宋" w:eastAsia="仿宋" w:hAnsi="仿宋"/>
          <w:sz w:val="32"/>
          <w:lang w:eastAsia="zh-CN"/>
        </w:rPr>
        <w:t>论文叙笔</w:t>
      </w:r>
      <w:proofErr w:type="gramEnd"/>
      <w:r>
        <w:rPr>
          <w:rFonts w:ascii="仿宋" w:eastAsia="仿宋" w:hAnsi="仿宋"/>
          <w:sz w:val="32"/>
          <w:lang w:eastAsia="zh-CN"/>
        </w:rPr>
        <w:t>"，成就了文体论的洋洋大观。你过誉啦。那还有呢？从《神思》《体性》《风骨》《通变》《定势》《情采》等一直到《总术》的十九篇为创作论。《情采》篇是《文心雕龙》创作论的总纲，"情采"的"情"属于内容的范畴，"情采"的"采"属于形式的范畴。说得对，刘勰先生用这部分的十九篇总结了文章写作的规律与方法，论述了形式与内容的关系。那还有呢？《时序》《物色》</w:t>
      </w:r>
      <w:r>
        <w:rPr>
          <w:rFonts w:ascii="仿宋" w:eastAsia="仿宋" w:hAnsi="仿宋"/>
          <w:sz w:val="32"/>
          <w:lang w:eastAsia="zh-CN"/>
        </w:rPr>
        <w:lastRenderedPageBreak/>
        <w:t>《才略》《知音》《程器》这五篇涉及文章与社会自然的关系、文人的才能与品行、文章的鉴赏等，一般称之为批评论。最后一篇《序志》，表明了刘勰先生写《文心雕龙》的目的、意图、方法和态度。刘勰先生在这篇《序志》</w:t>
      </w:r>
      <w:proofErr w:type="gramStart"/>
      <w:r>
        <w:rPr>
          <w:rFonts w:ascii="仿宋" w:eastAsia="仿宋" w:hAnsi="仿宋"/>
          <w:sz w:val="32"/>
          <w:lang w:eastAsia="zh-CN"/>
        </w:rPr>
        <w:t>当中说</w:t>
      </w:r>
      <w:proofErr w:type="gramEnd"/>
      <w:r>
        <w:rPr>
          <w:rFonts w:ascii="仿宋" w:eastAsia="仿宋" w:hAnsi="仿宋"/>
          <w:sz w:val="32"/>
          <w:lang w:eastAsia="zh-CN"/>
        </w:rPr>
        <w:t>过："夫文心者，言为文之用心也。"《文心雕龙》这部体大思精、文采出众、神思飞扬的中国文章学原典，教会了我们写文章的时候应该如何用心。在这堂课的最后，让我们一起来背诵一下这句话：夫文心者，言为文之用心也。好，今天的课就上到这儿，感谢大家，下课。</w:t>
      </w:r>
    </w:p>
    <w:p w14:paraId="323B9A5A" w14:textId="77777777" w:rsidR="00E87C95" w:rsidRDefault="00000000">
      <w:pPr>
        <w:spacing w:after="0" w:line="579" w:lineRule="exact"/>
        <w:ind w:firstLine="640"/>
        <w:rPr>
          <w:lang w:eastAsia="zh-CN"/>
        </w:rPr>
      </w:pPr>
      <w:r>
        <w:rPr>
          <w:rFonts w:ascii="仿宋" w:eastAsia="仿宋" w:hAnsi="仿宋"/>
          <w:sz w:val="32"/>
          <w:lang w:eastAsia="zh-CN"/>
        </w:rPr>
        <w:t>哈哈，感谢感谢呀。感谢</w:t>
      </w:r>
      <w:proofErr w:type="gramStart"/>
      <w:r>
        <w:rPr>
          <w:rFonts w:ascii="仿宋" w:eastAsia="仿宋" w:hAnsi="仿宋"/>
          <w:sz w:val="32"/>
          <w:lang w:eastAsia="zh-CN"/>
        </w:rPr>
        <w:t>撒君呐</w:t>
      </w:r>
      <w:proofErr w:type="gramEnd"/>
      <w:r>
        <w:rPr>
          <w:rFonts w:ascii="仿宋" w:eastAsia="仿宋" w:hAnsi="仿宋"/>
          <w:sz w:val="32"/>
          <w:lang w:eastAsia="zh-CN"/>
        </w:rPr>
        <w:t>，让我看到了这云端讲堂，如梦境般神奇呀。哎，撒君，此次来寻我何事啊？晚辈就是想请教先生，为何要作《文心雕龙》。这要从一个梦来给你说起。</w:t>
      </w:r>
    </w:p>
    <w:p w14:paraId="339D2B63" w14:textId="77777777" w:rsidR="00E87C95" w:rsidRDefault="00000000">
      <w:pPr>
        <w:spacing w:after="0" w:line="579" w:lineRule="exact"/>
        <w:ind w:firstLine="640"/>
        <w:rPr>
          <w:lang w:eastAsia="zh-CN"/>
        </w:rPr>
      </w:pPr>
      <w:r>
        <w:rPr>
          <w:rFonts w:ascii="仿宋" w:eastAsia="仿宋" w:hAnsi="仿宋"/>
          <w:sz w:val="32"/>
          <w:lang w:eastAsia="zh-CN"/>
        </w:rPr>
        <w:t>孩子啊，我们刘家出身低微，不像高门士族坐在家里等就有官做。就你这出身，让你替我写文章那是看得起你，你还不识抬举！再好的文章只要署上你的名字那都是废纸。二十多岁了只会读书，还是找个营生赚钱养家吧，看看你母亲都劳累成什么样子了，你有没有一点孝心啊？我们刘家只要署上他刘勰的名字，那都是废纸！你还不识抬举！</w:t>
      </w:r>
    </w:p>
    <w:p w14:paraId="2F9653C0" w14:textId="77777777" w:rsidR="00E87C95" w:rsidRDefault="00000000">
      <w:pPr>
        <w:spacing w:after="0" w:line="579" w:lineRule="exact"/>
        <w:ind w:firstLine="640"/>
        <w:rPr>
          <w:lang w:eastAsia="zh-CN"/>
        </w:rPr>
      </w:pPr>
      <w:r>
        <w:rPr>
          <w:rFonts w:ascii="仿宋" w:eastAsia="仿宋" w:hAnsi="仿宋"/>
          <w:sz w:val="32"/>
          <w:lang w:eastAsia="zh-CN"/>
        </w:rPr>
        <w:t>刘勰，我想去攀摘彩云。攀摘彩云，你去吗？那是我小时候的梦啊，我就是小时候的你呀。快来，快来。你别那么不开心了，你看彩云多美，这彩云</w:t>
      </w:r>
      <w:proofErr w:type="gramStart"/>
      <w:r>
        <w:rPr>
          <w:rFonts w:ascii="仿宋" w:eastAsia="仿宋" w:hAnsi="仿宋"/>
          <w:sz w:val="32"/>
          <w:lang w:eastAsia="zh-CN"/>
        </w:rPr>
        <w:t>寓意着</w:t>
      </w:r>
      <w:proofErr w:type="gramEnd"/>
      <w:r>
        <w:rPr>
          <w:rFonts w:ascii="仿宋" w:eastAsia="仿宋" w:hAnsi="仿宋"/>
          <w:sz w:val="32"/>
          <w:lang w:eastAsia="zh-CN"/>
        </w:rPr>
        <w:t>世间最好的文采，</w:t>
      </w:r>
      <w:r>
        <w:rPr>
          <w:rFonts w:ascii="仿宋" w:eastAsia="仿宋" w:hAnsi="仿宋"/>
          <w:sz w:val="32"/>
          <w:lang w:eastAsia="zh-CN"/>
        </w:rPr>
        <w:lastRenderedPageBreak/>
        <w:t>我想做有文采的人。我曾经以为有了文采、写好文章就能实现梦想。</w:t>
      </w:r>
    </w:p>
    <w:p w14:paraId="3517BDF9" w14:textId="77777777" w:rsidR="00E87C95" w:rsidRDefault="00000000">
      <w:pPr>
        <w:spacing w:after="0" w:line="579" w:lineRule="exact"/>
        <w:ind w:firstLine="640"/>
        <w:rPr>
          <w:lang w:eastAsia="zh-CN"/>
        </w:rPr>
      </w:pPr>
      <w:r>
        <w:rPr>
          <w:rFonts w:ascii="仿宋" w:eastAsia="仿宋" w:hAnsi="仿宋"/>
          <w:sz w:val="32"/>
          <w:lang w:eastAsia="zh-CN"/>
        </w:rPr>
        <w:t>岁寒，然后知松柏之后凋也。晚辈刘勰拜见夫子。夫子是说，要想实现梦想，就要像松柏一样经历严寒而</w:t>
      </w:r>
      <w:proofErr w:type="gramStart"/>
      <w:r>
        <w:rPr>
          <w:rFonts w:ascii="仿宋" w:eastAsia="仿宋" w:hAnsi="仿宋"/>
          <w:sz w:val="32"/>
          <w:lang w:eastAsia="zh-CN"/>
        </w:rPr>
        <w:t>不</w:t>
      </w:r>
      <w:proofErr w:type="gramEnd"/>
      <w:r>
        <w:rPr>
          <w:rFonts w:ascii="仿宋" w:eastAsia="仿宋" w:hAnsi="仿宋"/>
          <w:sz w:val="32"/>
          <w:lang w:eastAsia="zh-CN"/>
        </w:rPr>
        <w:t>凋败，方能见到春天。如果这是你一生的梦想，当然值得你用一生去追逐。那我就一直向着彩云的方向跑，直到抓住它。这是你一生的梦想，当然值得你用一生去追逐。我明白了，我要用一生熔炼文心，文以明道，立意世人。孺子可教也。士不可以</w:t>
      </w:r>
      <w:proofErr w:type="gramStart"/>
      <w:r>
        <w:rPr>
          <w:rFonts w:ascii="仿宋" w:eastAsia="仿宋" w:hAnsi="仿宋"/>
          <w:sz w:val="32"/>
          <w:lang w:eastAsia="zh-CN"/>
        </w:rPr>
        <w:t>不</w:t>
      </w:r>
      <w:proofErr w:type="gramEnd"/>
      <w:r>
        <w:rPr>
          <w:rFonts w:ascii="仿宋" w:eastAsia="仿宋" w:hAnsi="仿宋"/>
          <w:sz w:val="32"/>
          <w:lang w:eastAsia="zh-CN"/>
        </w:rPr>
        <w:t>弘毅，任重而道远。嗯。谢夫子。</w:t>
      </w:r>
    </w:p>
    <w:p w14:paraId="6ADFCF66" w14:textId="77777777" w:rsidR="00E87C95" w:rsidRDefault="00000000">
      <w:pPr>
        <w:spacing w:after="0" w:line="579" w:lineRule="exact"/>
        <w:ind w:firstLine="640"/>
        <w:rPr>
          <w:lang w:eastAsia="zh-CN"/>
        </w:rPr>
      </w:pPr>
      <w:r>
        <w:rPr>
          <w:rFonts w:ascii="仿宋" w:eastAsia="仿宋" w:hAnsi="仿宋"/>
          <w:sz w:val="32"/>
          <w:lang w:eastAsia="zh-CN"/>
        </w:rPr>
        <w:t>即刻归营！即刻归营！所有军事即刻归营！鬼妖王，领骑兵到了，快，赶快！父亲，父亲。今儿我要去打仗了，你在家好好读书。好，我等您回来。侄儿乖，好好照顾你母亲。你一定能摘到你梦中的那朵彩云的。父亲，你不要去！不要去啊，父亲！心儿不想失去你啊，父亲！父亲！父亲！你不要走啊……</w:t>
      </w:r>
    </w:p>
    <w:p w14:paraId="27246302" w14:textId="77777777" w:rsidR="00E87C95" w:rsidRDefault="00000000">
      <w:pPr>
        <w:spacing w:after="0" w:line="579" w:lineRule="exact"/>
        <w:ind w:firstLine="640"/>
        <w:rPr>
          <w:lang w:eastAsia="zh-CN"/>
        </w:rPr>
      </w:pPr>
      <w:r>
        <w:rPr>
          <w:rFonts w:ascii="仿宋" w:eastAsia="仿宋" w:hAnsi="仿宋"/>
          <w:sz w:val="32"/>
          <w:lang w:eastAsia="zh-CN"/>
        </w:rPr>
        <w:t>刘家嫂子。刘家嫂子，赵大哥，你这钱欠了多少年了还赖着不还？赵大哥借一步说话，借一步。不想让你儿子听见也行，那就赶紧还钱。赵大哥，我现在确实没有钱。没钱？没钱你还买这么多纸，这纸多贵呀！我儿子要读书做文章的，等人家把我工钱结了之后我立刻还你好吗？这写文章有什么用啊，你这账还不上，病还舍不得治。赵大哥，赵大哥，我</w:t>
      </w:r>
      <w:r>
        <w:rPr>
          <w:rFonts w:ascii="仿宋" w:eastAsia="仿宋" w:hAnsi="仿宋"/>
          <w:sz w:val="32"/>
          <w:lang w:eastAsia="zh-CN"/>
        </w:rPr>
        <w:lastRenderedPageBreak/>
        <w:t>求你了，小点声小点声。你这病啊早晚</w:t>
      </w:r>
      <w:proofErr w:type="gramStart"/>
      <w:r>
        <w:rPr>
          <w:rFonts w:ascii="仿宋" w:eastAsia="仿宋" w:hAnsi="仿宋"/>
          <w:sz w:val="32"/>
          <w:lang w:eastAsia="zh-CN"/>
        </w:rPr>
        <w:t>瞒</w:t>
      </w:r>
      <w:proofErr w:type="gramEnd"/>
      <w:r>
        <w:rPr>
          <w:rFonts w:ascii="仿宋" w:eastAsia="仿宋" w:hAnsi="仿宋"/>
          <w:sz w:val="32"/>
          <w:lang w:eastAsia="zh-CN"/>
        </w:rPr>
        <w:t>不住，有了钱早点还我。姑且先走了。</w:t>
      </w:r>
    </w:p>
    <w:p w14:paraId="39F70D62" w14:textId="77777777" w:rsidR="00E87C95" w:rsidRDefault="00000000">
      <w:pPr>
        <w:spacing w:after="0" w:line="579" w:lineRule="exact"/>
        <w:ind w:firstLine="640"/>
        <w:rPr>
          <w:lang w:eastAsia="zh-CN"/>
        </w:rPr>
      </w:pPr>
      <w:r>
        <w:rPr>
          <w:rFonts w:ascii="仿宋" w:eastAsia="仿宋" w:hAnsi="仿宋"/>
          <w:sz w:val="32"/>
          <w:lang w:eastAsia="zh-CN"/>
        </w:rPr>
        <w:t>啊，您回来啦？</w:t>
      </w:r>
      <w:proofErr w:type="gramStart"/>
      <w:r>
        <w:rPr>
          <w:rFonts w:ascii="仿宋" w:eastAsia="仿宋" w:hAnsi="仿宋"/>
          <w:sz w:val="32"/>
          <w:lang w:eastAsia="zh-CN"/>
        </w:rPr>
        <w:t>勰</w:t>
      </w:r>
      <w:proofErr w:type="gramEnd"/>
      <w:r>
        <w:rPr>
          <w:rFonts w:ascii="仿宋" w:eastAsia="仿宋" w:hAnsi="仿宋"/>
          <w:sz w:val="32"/>
          <w:lang w:eastAsia="zh-CN"/>
        </w:rPr>
        <w:t>儿，我给你带来了东西。谢谢母亲。为什么让您帮我买纸啊？就是有人付钱让我们帮他抄文章。你父亲临走前希望你能好好读书，可这些年南北战乱不断，百姓的日子是越来越苦了。可不管怎么难，母亲都不会让你荒废学业。我儿子能用学问赚钱了，为母高兴，为母高兴。母亲，这些年您受苦了。不说这些，不说这些了。快告诉母亲，你给别人抄的什么文章啊？我抄的文章名为《三都赋》。在晋朝啊，有一位叫左思的文豪，他的赋文写得极好，左思用十年之功精心构思、雕琢文字，铸成了一篇赞颂魏、蜀、吴三国都城的赋文。这篇赋写得是太好了，一经流传，大家争相抄送，以至于京城洛阳的纸张都供不应求，留下了一个千古雄文令洛阳纸贵的故事。好文章可以打动天下人心，将来我儿也要做能打动天下人心的文章，有机会要</w:t>
      </w:r>
      <w:proofErr w:type="gramStart"/>
      <w:r>
        <w:rPr>
          <w:rFonts w:ascii="仿宋" w:eastAsia="仿宋" w:hAnsi="仿宋"/>
          <w:sz w:val="32"/>
          <w:lang w:eastAsia="zh-CN"/>
        </w:rPr>
        <w:t>教更多</w:t>
      </w:r>
      <w:proofErr w:type="gramEnd"/>
      <w:r>
        <w:rPr>
          <w:rFonts w:ascii="仿宋" w:eastAsia="仿宋" w:hAnsi="仿宋"/>
          <w:sz w:val="32"/>
          <w:lang w:eastAsia="zh-CN"/>
        </w:rPr>
        <w:t>的人写好文章。</w:t>
      </w:r>
      <w:proofErr w:type="gramStart"/>
      <w:r>
        <w:rPr>
          <w:rFonts w:ascii="仿宋" w:eastAsia="仿宋" w:hAnsi="仿宋"/>
          <w:sz w:val="32"/>
          <w:lang w:eastAsia="zh-CN"/>
        </w:rPr>
        <w:t>勰</w:t>
      </w:r>
      <w:proofErr w:type="gramEnd"/>
      <w:r>
        <w:rPr>
          <w:rFonts w:ascii="仿宋" w:eastAsia="仿宋" w:hAnsi="仿宋"/>
          <w:sz w:val="32"/>
          <w:lang w:eastAsia="zh-CN"/>
        </w:rPr>
        <w:t>儿一定努力，请母亲放心。你把这篇文章背给母亲听听。好呀。《三都赋》："</w:t>
      </w:r>
      <w:proofErr w:type="gramStart"/>
      <w:r>
        <w:rPr>
          <w:rFonts w:ascii="仿宋" w:eastAsia="仿宋" w:hAnsi="仿宋"/>
          <w:sz w:val="32"/>
          <w:lang w:eastAsia="zh-CN"/>
        </w:rPr>
        <w:t>盖诗有</w:t>
      </w:r>
      <w:proofErr w:type="gramEnd"/>
      <w:r>
        <w:rPr>
          <w:rFonts w:ascii="仿宋" w:eastAsia="仿宋" w:hAnsi="仿宋"/>
          <w:sz w:val="32"/>
          <w:lang w:eastAsia="zh-CN"/>
        </w:rPr>
        <w:t>六义焉，其二曰赋。扬雄曰：诗人之赋，丽以则。班固曰：赋者，古诗之流也。"</w:t>
      </w:r>
    </w:p>
    <w:p w14:paraId="55C93148" w14:textId="77777777" w:rsidR="00E87C95" w:rsidRDefault="00000000">
      <w:pPr>
        <w:spacing w:after="0" w:line="579" w:lineRule="exact"/>
        <w:ind w:firstLine="640"/>
        <w:rPr>
          <w:lang w:eastAsia="zh-CN"/>
        </w:rPr>
      </w:pPr>
      <w:r>
        <w:rPr>
          <w:rFonts w:ascii="仿宋" w:eastAsia="仿宋" w:hAnsi="仿宋"/>
          <w:sz w:val="32"/>
          <w:lang w:eastAsia="zh-CN"/>
        </w:rPr>
        <w:t>母亲终年为人缝补浆洗，赚取微薄报酬，将我抚养成人。她不知为别人浆洗过多少件新衣，却从来没有为自己添置过一件。她喜欢听我念千古名篇，也相信我能够写出这样的文章。她总是说："</w:t>
      </w:r>
      <w:proofErr w:type="gramStart"/>
      <w:r>
        <w:rPr>
          <w:rFonts w:ascii="仿宋" w:eastAsia="仿宋" w:hAnsi="仿宋"/>
          <w:sz w:val="32"/>
          <w:lang w:eastAsia="zh-CN"/>
        </w:rPr>
        <w:t>勰</w:t>
      </w:r>
      <w:proofErr w:type="gramEnd"/>
      <w:r>
        <w:rPr>
          <w:rFonts w:ascii="仿宋" w:eastAsia="仿宋" w:hAnsi="仿宋"/>
          <w:sz w:val="32"/>
          <w:lang w:eastAsia="zh-CN"/>
        </w:rPr>
        <w:t>儿啊，有机会你要教更多的人写文章。"</w:t>
      </w:r>
      <w:r>
        <w:rPr>
          <w:rFonts w:ascii="仿宋" w:eastAsia="仿宋" w:hAnsi="仿宋"/>
          <w:sz w:val="32"/>
          <w:lang w:eastAsia="zh-CN"/>
        </w:rPr>
        <w:lastRenderedPageBreak/>
        <w:t>相依为命的日子虽然清苦，却是我跟母亲最幸福的时光。但母亲经年劳累，积劳成疾，在一个春天永远离开了我。</w:t>
      </w:r>
    </w:p>
    <w:p w14:paraId="22747857" w14:textId="77777777" w:rsidR="00E87C95" w:rsidRDefault="00000000">
      <w:pPr>
        <w:spacing w:after="0" w:line="579" w:lineRule="exact"/>
        <w:ind w:firstLine="640"/>
        <w:rPr>
          <w:lang w:eastAsia="zh-CN"/>
        </w:rPr>
      </w:pPr>
      <w:r>
        <w:rPr>
          <w:rFonts w:ascii="仿宋" w:eastAsia="仿宋" w:hAnsi="仿宋"/>
          <w:sz w:val="32"/>
          <w:lang w:eastAsia="zh-CN"/>
        </w:rPr>
        <w:t>请先生节哀。后来我遵照母亲临终的叮嘱，继续求学，来到了建康定林寺。僧祐法师十分赏识你的学问，任命你为抄录典藏的主事人。此处便是定林寺藏书阁，请。学生听闻自西晋末中原乱，中原士民随之南迁，百余年来天下文脉兴于建康，天下典藏归于建康。</w:t>
      </w:r>
      <w:proofErr w:type="gramStart"/>
      <w:r>
        <w:rPr>
          <w:rFonts w:ascii="仿宋" w:eastAsia="仿宋" w:hAnsi="仿宋"/>
          <w:sz w:val="32"/>
          <w:lang w:eastAsia="zh-CN"/>
        </w:rPr>
        <w:t>久闻定</w:t>
      </w:r>
      <w:proofErr w:type="gramEnd"/>
      <w:r>
        <w:rPr>
          <w:rFonts w:ascii="仿宋" w:eastAsia="仿宋" w:hAnsi="仿宋"/>
          <w:sz w:val="32"/>
          <w:lang w:eastAsia="zh-CN"/>
        </w:rPr>
        <w:t>林寺典藏浩瀚，今日一见，蔚为大观呐。抄录典藏甚是清贫辛苦，只有好学之人才能耐得下性子。学生耐得，只此乱世能有一处清净的栖身之所，还能有浩瀚的典藏相伴，已是我天大的幸运。学生愿在此处立，寒来暑往</w:t>
      </w:r>
      <w:proofErr w:type="gramStart"/>
      <w:r>
        <w:rPr>
          <w:rFonts w:ascii="仿宋" w:eastAsia="仿宋" w:hAnsi="仿宋"/>
          <w:sz w:val="32"/>
          <w:lang w:eastAsia="zh-CN"/>
        </w:rPr>
        <w:t>阅</w:t>
      </w:r>
      <w:proofErr w:type="gramEnd"/>
      <w:r>
        <w:rPr>
          <w:rFonts w:ascii="仿宋" w:eastAsia="仿宋" w:hAnsi="仿宋"/>
          <w:sz w:val="32"/>
          <w:lang w:eastAsia="zh-CN"/>
        </w:rPr>
        <w:t>天下典藏，增益文思，推原文章之道，熔炼为文之心。好，随我来。今日抄写开始，诸生入内。僧祐法师亲自指定刘勰为定林寺抄录典藏主事人。见过念和先生，与诸位共录典藏，刘勰幸甚。</w:t>
      </w:r>
    </w:p>
    <w:p w14:paraId="69396BA2" w14:textId="77777777" w:rsidR="00E87C95" w:rsidRDefault="00000000">
      <w:pPr>
        <w:spacing w:after="0" w:line="579" w:lineRule="exact"/>
        <w:ind w:firstLine="640"/>
        <w:rPr>
          <w:lang w:eastAsia="zh-CN"/>
        </w:rPr>
      </w:pPr>
      <w:r>
        <w:rPr>
          <w:rFonts w:ascii="仿宋" w:eastAsia="仿宋" w:hAnsi="仿宋"/>
          <w:sz w:val="32"/>
          <w:lang w:eastAsia="zh-CN"/>
        </w:rPr>
        <w:t>我在定林寺抄录典藏多年，其间有幸得到僧祐法师指点。他对我关爱有加，指导我学习典藏，与我纵论历代文风，指点文坛时弊，令我受益颇多。如年之间，时局动荡，我虽有一张清净的书案，却未敢忘记天下的疾苦。据史书记载，南朝齐在那段时间皇位更迭极其频繁，曾经一年内换过三个皇帝。民生日益疲苦，那些高门望族却只顾自己享乐，附庸风雅，为文造情，把写文章、出文集</w:t>
      </w:r>
      <w:proofErr w:type="gramStart"/>
      <w:r>
        <w:rPr>
          <w:rFonts w:ascii="仿宋" w:eastAsia="仿宋" w:hAnsi="仿宋"/>
          <w:sz w:val="32"/>
          <w:lang w:eastAsia="zh-CN"/>
        </w:rPr>
        <w:t>当做</w:t>
      </w:r>
      <w:proofErr w:type="gramEnd"/>
      <w:r>
        <w:rPr>
          <w:rFonts w:ascii="仿宋" w:eastAsia="仿宋" w:hAnsi="仿宋"/>
          <w:sz w:val="32"/>
          <w:lang w:eastAsia="zh-CN"/>
        </w:rPr>
        <w:t>是标榜自己的手段。</w:t>
      </w:r>
      <w:proofErr w:type="gramStart"/>
      <w:r>
        <w:rPr>
          <w:rFonts w:ascii="仿宋" w:eastAsia="仿宋" w:hAnsi="仿宋"/>
          <w:sz w:val="32"/>
          <w:lang w:eastAsia="zh-CN"/>
        </w:rPr>
        <w:lastRenderedPageBreak/>
        <w:t>可文章乃</w:t>
      </w:r>
      <w:proofErr w:type="gramEnd"/>
      <w:r>
        <w:rPr>
          <w:rFonts w:ascii="仿宋" w:eastAsia="仿宋" w:hAnsi="仿宋"/>
          <w:sz w:val="32"/>
          <w:lang w:eastAsia="zh-CN"/>
        </w:rPr>
        <w:t>经国之大业呀，若不能匡正文风，</w:t>
      </w:r>
      <w:proofErr w:type="gramStart"/>
      <w:r>
        <w:rPr>
          <w:rFonts w:ascii="仿宋" w:eastAsia="仿宋" w:hAnsi="仿宋"/>
          <w:sz w:val="32"/>
          <w:lang w:eastAsia="zh-CN"/>
        </w:rPr>
        <w:t>扶正天</w:t>
      </w:r>
      <w:proofErr w:type="gramEnd"/>
      <w:r>
        <w:rPr>
          <w:rFonts w:ascii="仿宋" w:eastAsia="仿宋" w:hAnsi="仿宋"/>
          <w:sz w:val="32"/>
          <w:lang w:eastAsia="zh-CN"/>
        </w:rPr>
        <w:t>下文心，这世道只会越来越乱。</w:t>
      </w:r>
    </w:p>
    <w:p w14:paraId="5AE3115F" w14:textId="77777777" w:rsidR="00E87C95" w:rsidRDefault="00000000">
      <w:pPr>
        <w:spacing w:after="0" w:line="579" w:lineRule="exact"/>
        <w:ind w:firstLine="640"/>
        <w:rPr>
          <w:lang w:eastAsia="zh-CN"/>
        </w:rPr>
      </w:pPr>
      <w:r>
        <w:rPr>
          <w:rFonts w:ascii="仿宋" w:eastAsia="仿宋" w:hAnsi="仿宋"/>
          <w:sz w:val="32"/>
          <w:lang w:eastAsia="zh-CN"/>
        </w:rPr>
        <w:t>刘勰，刘勰。刘勰。如此，晚辈刘勰拜见夫子。刘勰，又是彩云满天，当年你梦中的那朵彩云，你摘到了吗？晚辈生逢乱世，能在寺中与典藏相伴，抄书撰文度过余生，已属万幸，我也算找到自己的彩云之所了。苟存己身，偏安一隅。君子忧道不忧贫。你难道忘了你当年的志向吗？晚辈不敢忘，我也想弘扬圣人之道啊。但……述先圣之元意，整百家之不齐，莫若</w:t>
      </w:r>
      <w:proofErr w:type="gramStart"/>
      <w:r>
        <w:rPr>
          <w:rFonts w:ascii="仿宋" w:eastAsia="仿宋" w:hAnsi="仿宋"/>
          <w:sz w:val="32"/>
          <w:lang w:eastAsia="zh-CN"/>
        </w:rPr>
        <w:t>遍注群</w:t>
      </w:r>
      <w:proofErr w:type="gramEnd"/>
      <w:r>
        <w:rPr>
          <w:rFonts w:ascii="仿宋" w:eastAsia="仿宋" w:hAnsi="仿宋"/>
          <w:sz w:val="32"/>
          <w:lang w:eastAsia="zh-CN"/>
        </w:rPr>
        <w:t>经。然而您的后学东汉大儒马融、郑玄等人已经将之著述宏富，即使我再有深入的见解，也不足以自成一家呀。若要弘扬大道，方法却不止注释经典一条路。刘勰，你还记得你母亲说过的话吗？好文章可以打动天下人心，将来我儿也要做能打动天下人心的文章，有机会要</w:t>
      </w:r>
      <w:proofErr w:type="gramStart"/>
      <w:r>
        <w:rPr>
          <w:rFonts w:ascii="仿宋" w:eastAsia="仿宋" w:hAnsi="仿宋"/>
          <w:sz w:val="32"/>
          <w:lang w:eastAsia="zh-CN"/>
        </w:rPr>
        <w:t>教更多</w:t>
      </w:r>
      <w:proofErr w:type="gramEnd"/>
      <w:r>
        <w:rPr>
          <w:rFonts w:ascii="仿宋" w:eastAsia="仿宋" w:hAnsi="仿宋"/>
          <w:sz w:val="32"/>
          <w:lang w:eastAsia="zh-CN"/>
        </w:rPr>
        <w:t>的人写好文章。若要弘扬大道，方法却不止注释经典一条路。晚辈明白了！如果把经典比作参天大树，那么文章就是大树的枝条，教天下人做文章，也是弘扬圣人的立文之道。对呀，教世人立文之道，正是实现美德美政的途径啊。若能匡正天下文心，</w:t>
      </w:r>
      <w:proofErr w:type="gramStart"/>
      <w:r>
        <w:rPr>
          <w:rFonts w:ascii="仿宋" w:eastAsia="仿宋" w:hAnsi="仿宋"/>
          <w:sz w:val="32"/>
          <w:lang w:eastAsia="zh-CN"/>
        </w:rPr>
        <w:t>五礼资之</w:t>
      </w:r>
      <w:proofErr w:type="gramEnd"/>
      <w:r>
        <w:rPr>
          <w:rFonts w:ascii="仿宋" w:eastAsia="仿宋" w:hAnsi="仿宋"/>
          <w:sz w:val="32"/>
          <w:lang w:eastAsia="zh-CN"/>
        </w:rPr>
        <w:t>以成，六典因之致用，君臣所以炳焕，军</w:t>
      </w:r>
      <w:proofErr w:type="gramStart"/>
      <w:r>
        <w:rPr>
          <w:rFonts w:ascii="仿宋" w:eastAsia="仿宋" w:hAnsi="仿宋"/>
          <w:sz w:val="32"/>
          <w:lang w:eastAsia="zh-CN"/>
        </w:rPr>
        <w:t>国所以</w:t>
      </w:r>
      <w:proofErr w:type="gramEnd"/>
      <w:r>
        <w:rPr>
          <w:rFonts w:ascii="仿宋" w:eastAsia="仿宋" w:hAnsi="仿宋"/>
          <w:sz w:val="32"/>
          <w:lang w:eastAsia="zh-CN"/>
        </w:rPr>
        <w:t>昭明。好啊，你就要摘到属于你的彩云啦。谢夫子！</w:t>
      </w:r>
    </w:p>
    <w:p w14:paraId="541E5C73" w14:textId="77777777" w:rsidR="00E87C95" w:rsidRDefault="00000000">
      <w:pPr>
        <w:spacing w:after="0" w:line="579" w:lineRule="exact"/>
        <w:ind w:firstLine="640"/>
        <w:rPr>
          <w:lang w:eastAsia="zh-CN"/>
        </w:rPr>
      </w:pPr>
      <w:r>
        <w:rPr>
          <w:rFonts w:ascii="仿宋" w:eastAsia="仿宋" w:hAnsi="仿宋"/>
          <w:sz w:val="32"/>
          <w:lang w:eastAsia="zh-CN"/>
        </w:rPr>
        <w:t>梳理文体，总结立文之道，并序之，共五十篇。历时数年，终成此书。君子作《琴心》，王孙子作《巧心》，为文之道当守中。文心——我以平生所学铸成此书，将一颗文心</w:t>
      </w:r>
      <w:r>
        <w:rPr>
          <w:rFonts w:ascii="仿宋" w:eastAsia="仿宋" w:hAnsi="仿宋"/>
          <w:sz w:val="32"/>
          <w:lang w:eastAsia="zh-CN"/>
        </w:rPr>
        <w:lastRenderedPageBreak/>
        <w:t>融入字里行间，</w:t>
      </w:r>
      <w:proofErr w:type="gramStart"/>
      <w:r>
        <w:rPr>
          <w:rFonts w:ascii="仿宋" w:eastAsia="仿宋" w:hAnsi="仿宋"/>
          <w:sz w:val="32"/>
          <w:lang w:eastAsia="zh-CN"/>
        </w:rPr>
        <w:t>欲教世人</w:t>
      </w:r>
      <w:proofErr w:type="gramEnd"/>
      <w:r>
        <w:rPr>
          <w:rFonts w:ascii="仿宋" w:eastAsia="仿宋" w:hAnsi="仿宋"/>
          <w:sz w:val="32"/>
          <w:lang w:eastAsia="zh-CN"/>
        </w:rPr>
        <w:t>为文之用心也。做文章当如雕刻美玉，精雕细琢；想刻画龙纹，剖析纹理。此书就命名为——文心雕龙。文心雕龙。我儿……教天下人写文章了。母亲，</w:t>
      </w:r>
      <w:proofErr w:type="gramStart"/>
      <w:r>
        <w:rPr>
          <w:rFonts w:ascii="仿宋" w:eastAsia="仿宋" w:hAnsi="仿宋"/>
          <w:sz w:val="32"/>
          <w:lang w:eastAsia="zh-CN"/>
        </w:rPr>
        <w:t>勰</w:t>
      </w:r>
      <w:proofErr w:type="gramEnd"/>
      <w:r>
        <w:rPr>
          <w:rFonts w:ascii="仿宋" w:eastAsia="仿宋" w:hAnsi="仿宋"/>
          <w:sz w:val="32"/>
          <w:lang w:eastAsia="zh-CN"/>
        </w:rPr>
        <w:t>儿，你摘到梦里的彩云了。我摘到了，摘到了。</w:t>
      </w:r>
      <w:proofErr w:type="gramStart"/>
      <w:r>
        <w:rPr>
          <w:rFonts w:ascii="仿宋" w:eastAsia="仿宋" w:hAnsi="仿宋"/>
          <w:sz w:val="32"/>
          <w:lang w:eastAsia="zh-CN"/>
        </w:rPr>
        <w:t>勰</w:t>
      </w:r>
      <w:proofErr w:type="gramEnd"/>
      <w:r>
        <w:rPr>
          <w:rFonts w:ascii="仿宋" w:eastAsia="仿宋" w:hAnsi="仿宋"/>
          <w:sz w:val="32"/>
          <w:lang w:eastAsia="zh-CN"/>
        </w:rPr>
        <w:t>儿谨遵母亲教诲，终于摘到了。为母想听你背背自己的文章。好，母亲，请坐。《文心雕龙》第一篇——《原道》。"文之为德也大矣，与天地并生者何哉？"</w:t>
      </w:r>
    </w:p>
    <w:p w14:paraId="2BCD9A0B" w14:textId="77777777" w:rsidR="00E87C95" w:rsidRDefault="00000000">
      <w:pPr>
        <w:spacing w:after="0" w:line="579" w:lineRule="exact"/>
        <w:ind w:firstLine="640"/>
        <w:rPr>
          <w:lang w:eastAsia="zh-CN"/>
        </w:rPr>
      </w:pPr>
      <w:r>
        <w:rPr>
          <w:rFonts w:ascii="仿宋" w:eastAsia="仿宋" w:hAnsi="仿宋"/>
          <w:sz w:val="32"/>
          <w:lang w:eastAsia="zh-CN"/>
        </w:rPr>
        <w:t>在刚才的这段戏剧当中，我们共同见证了《文心雕龙》这部巨著的诞生，刘勰也终于摘到了他梦里的彩云。又像从前那样给母亲背书，只不过这次不一样，他所背的书是她自己所著的教天下人写文章的书，这太令人感慨了。没错，书写成了，文章写作的法则确立了，文章发展的通衢大道找到了。但是呢，当时是一个门阀社会呀，刘勰这样出身低微的人，纵有这样的巨著啊，又怎么把它给推广开来，让它有益于</w:t>
      </w:r>
      <w:proofErr w:type="gramStart"/>
      <w:r>
        <w:rPr>
          <w:rFonts w:ascii="仿宋" w:eastAsia="仿宋" w:hAnsi="仿宋"/>
          <w:sz w:val="32"/>
          <w:lang w:eastAsia="zh-CN"/>
        </w:rPr>
        <w:t>世</w:t>
      </w:r>
      <w:proofErr w:type="gramEnd"/>
      <w:r>
        <w:rPr>
          <w:rFonts w:ascii="仿宋" w:eastAsia="仿宋" w:hAnsi="仿宋"/>
          <w:sz w:val="32"/>
          <w:lang w:eastAsia="zh-CN"/>
        </w:rPr>
        <w:t>呢？幸好有一个了不起的人物——沈约。他是文坛领袖，还历</w:t>
      </w:r>
      <w:proofErr w:type="gramStart"/>
      <w:r>
        <w:rPr>
          <w:rFonts w:ascii="仿宋" w:eastAsia="仿宋" w:hAnsi="仿宋"/>
          <w:sz w:val="32"/>
          <w:lang w:eastAsia="zh-CN"/>
        </w:rPr>
        <w:t>仕</w:t>
      </w:r>
      <w:proofErr w:type="gramEnd"/>
      <w:r>
        <w:rPr>
          <w:rFonts w:ascii="仿宋" w:eastAsia="仿宋" w:hAnsi="仿宋"/>
          <w:sz w:val="32"/>
          <w:lang w:eastAsia="zh-CN"/>
        </w:rPr>
        <w:t>宋、齐、梁三朝啊。《梁书·刘勰传》里有一段特别有趣的记载，说呀，当时沈约是贵盛啊，刘勰轻易见不到他，就等着沈约的车驾出来的时候拦着车呀，说您看一看我这个作品写得对不对、好不好。那么沈约看了之后啊，说这个作品"深得文理"，而且时时把它放在自己的案头。因为有沈约的推荐，《文心雕龙》才逐渐地为世人所知。沈约能对刘勰如此赏识，这在当时啊难能可贵。六朝时期啊，士庶之别犹</w:t>
      </w:r>
      <w:r>
        <w:rPr>
          <w:rFonts w:ascii="仿宋" w:eastAsia="仿宋" w:hAnsi="仿宋"/>
          <w:sz w:val="32"/>
          <w:lang w:eastAsia="zh-CN"/>
        </w:rPr>
        <w:lastRenderedPageBreak/>
        <w:t>如天壤之隔。但刘勰没有妥协，他有一句话叫"穷则独善以垂文"，意思是啊窘困时便修身养性、著书传世。从中呢我们也能够真切地体会到刘勰奋发上进的人生态度。</w:t>
      </w:r>
    </w:p>
    <w:p w14:paraId="099B71EA" w14:textId="77777777" w:rsidR="00E87C95" w:rsidRDefault="00000000">
      <w:pPr>
        <w:spacing w:after="0" w:line="579" w:lineRule="exact"/>
        <w:ind w:firstLine="640"/>
        <w:rPr>
          <w:lang w:eastAsia="zh-CN"/>
        </w:rPr>
      </w:pPr>
      <w:r>
        <w:rPr>
          <w:rFonts w:ascii="仿宋" w:eastAsia="仿宋" w:hAnsi="仿宋"/>
          <w:sz w:val="32"/>
          <w:lang w:eastAsia="zh-CN"/>
        </w:rPr>
        <w:t>刘勰写出《文心雕龙》时正值齐梁</w:t>
      </w:r>
      <w:proofErr w:type="gramStart"/>
      <w:r>
        <w:rPr>
          <w:rFonts w:ascii="仿宋" w:eastAsia="仿宋" w:hAnsi="仿宋"/>
          <w:sz w:val="32"/>
          <w:lang w:eastAsia="zh-CN"/>
        </w:rPr>
        <w:t>嬗</w:t>
      </w:r>
      <w:proofErr w:type="gramEnd"/>
      <w:r>
        <w:rPr>
          <w:rFonts w:ascii="仿宋" w:eastAsia="仿宋" w:hAnsi="仿宋"/>
          <w:sz w:val="32"/>
          <w:lang w:eastAsia="zh-CN"/>
        </w:rPr>
        <w:t>代之际。梁武帝萧衍即位后改革用人的选举制度，尽量做到不论出身、唯才是举。这么做不仅缓和了当时的士</w:t>
      </w:r>
      <w:proofErr w:type="gramStart"/>
      <w:r>
        <w:rPr>
          <w:rFonts w:ascii="仿宋" w:eastAsia="仿宋" w:hAnsi="仿宋"/>
          <w:sz w:val="32"/>
          <w:lang w:eastAsia="zh-CN"/>
        </w:rPr>
        <w:t>庶</w:t>
      </w:r>
      <w:proofErr w:type="gramEnd"/>
      <w:r>
        <w:rPr>
          <w:rFonts w:ascii="仿宋" w:eastAsia="仿宋" w:hAnsi="仿宋"/>
          <w:sz w:val="32"/>
          <w:lang w:eastAsia="zh-CN"/>
        </w:rPr>
        <w:t>矛盾，也为出身低微的文人进入仕途创造了有利条件，这其中当然也包括刘勰。据《梁书·刘勰传》记载，入梁后呢刘勰起家奉朝请，踏入仕途，并先后担任过许多官职，其中便包括太子萧统的东宫通事舍人，受到了爱好文学的萧统"深爱接之"。与萧统呢相处数年。可以说，《文心雕龙》的铸成、沈约的赏识，以及当时时代的变迁，都让刘勰终于迎来了人生新的篇章。</w:t>
      </w:r>
    </w:p>
    <w:p w14:paraId="2B6DD049" w14:textId="77777777" w:rsidR="00E87C95" w:rsidRDefault="00000000">
      <w:pPr>
        <w:spacing w:after="0" w:line="579" w:lineRule="exact"/>
        <w:ind w:firstLine="640"/>
        <w:rPr>
          <w:lang w:eastAsia="zh-CN"/>
        </w:rPr>
      </w:pPr>
      <w:r>
        <w:rPr>
          <w:rFonts w:ascii="仿宋" w:eastAsia="仿宋" w:hAnsi="仿宋"/>
          <w:sz w:val="32"/>
          <w:lang w:eastAsia="zh-CN"/>
        </w:rPr>
        <w:t>在刚才的戏剧当中，刘勰终于铸成了《文心雕龙》这部文章学原典，而接下来他的人生会有怎样的际遇呢？我们一块儿去看。《文心雕龙》书成不久，即逢大梁初建，陛下颁布诏书，招贤纳士。我看到了报效国家的希望，不揣冒昧，带着书稿向沈公毛遂自荐。他读了《文心雕龙》之后，褒赞我"深得文理"。后来我起家奉朝请，得以为国效力。据史书记载，您曾经担任过太末县的县令，您效仿先贤循吏，秉承文心为政，治理民生，造福了一方百姓。哎呀，</w:t>
      </w:r>
      <w:proofErr w:type="gramStart"/>
      <w:r>
        <w:rPr>
          <w:rFonts w:ascii="仿宋" w:eastAsia="仿宋" w:hAnsi="仿宋"/>
          <w:sz w:val="32"/>
          <w:lang w:eastAsia="zh-CN"/>
        </w:rPr>
        <w:t>撒君过誉</w:t>
      </w:r>
      <w:proofErr w:type="gramEnd"/>
      <w:r>
        <w:rPr>
          <w:rFonts w:ascii="仿宋" w:eastAsia="仿宋" w:hAnsi="仿宋"/>
          <w:sz w:val="32"/>
          <w:lang w:eastAsia="zh-CN"/>
        </w:rPr>
        <w:t>啦。</w:t>
      </w:r>
    </w:p>
    <w:p w14:paraId="2EDC55CA" w14:textId="77777777" w:rsidR="00E87C95" w:rsidRDefault="00000000">
      <w:pPr>
        <w:spacing w:after="0" w:line="579" w:lineRule="exact"/>
        <w:ind w:firstLine="640"/>
        <w:rPr>
          <w:lang w:eastAsia="zh-CN"/>
        </w:rPr>
      </w:pPr>
      <w:r>
        <w:rPr>
          <w:rFonts w:ascii="仿宋" w:eastAsia="仿宋" w:hAnsi="仿宋"/>
          <w:sz w:val="32"/>
          <w:lang w:eastAsia="zh-CN"/>
        </w:rPr>
        <w:t>后来您被朝廷选任为东宫通事舍人，辅佐太子。殿下……是我见过的最为善良仁孝之人。太子殿下，还是吃些</w:t>
      </w:r>
      <w:r>
        <w:rPr>
          <w:rFonts w:ascii="仿宋" w:eastAsia="仿宋" w:hAnsi="仿宋"/>
          <w:sz w:val="32"/>
          <w:lang w:eastAsia="zh-CN"/>
        </w:rPr>
        <w:lastRenderedPageBreak/>
        <w:t>粥吧。</w:t>
      </w:r>
      <w:proofErr w:type="gramStart"/>
      <w:r>
        <w:rPr>
          <w:rFonts w:ascii="仿宋" w:eastAsia="仿宋" w:hAnsi="仿宋"/>
          <w:sz w:val="32"/>
          <w:lang w:eastAsia="zh-CN"/>
        </w:rPr>
        <w:t>孝期已满</w:t>
      </w:r>
      <w:proofErr w:type="gramEnd"/>
      <w:r>
        <w:rPr>
          <w:rFonts w:ascii="仿宋" w:eastAsia="仿宋" w:hAnsi="仿宋"/>
          <w:sz w:val="32"/>
          <w:lang w:eastAsia="zh-CN"/>
        </w:rPr>
        <w:t>，太子殿下务必节哀。您的母亲丁贵</w:t>
      </w:r>
      <w:proofErr w:type="gramStart"/>
      <w:r>
        <w:rPr>
          <w:rFonts w:ascii="仿宋" w:eastAsia="仿宋" w:hAnsi="仿宋"/>
          <w:sz w:val="32"/>
          <w:lang w:eastAsia="zh-CN"/>
        </w:rPr>
        <w:t>嫔</w:t>
      </w:r>
      <w:proofErr w:type="gramEnd"/>
      <w:r>
        <w:rPr>
          <w:rFonts w:ascii="仿宋" w:eastAsia="仿宋" w:hAnsi="仿宋"/>
          <w:sz w:val="32"/>
          <w:lang w:eastAsia="zh-CN"/>
        </w:rPr>
        <w:t>若还在世，看到您如此自毁身体，一定会心疼的。我忘不了先母的样子，自她</w:t>
      </w:r>
      <w:proofErr w:type="gramStart"/>
      <w:r>
        <w:rPr>
          <w:rFonts w:ascii="仿宋" w:eastAsia="仿宋" w:hAnsi="仿宋"/>
          <w:sz w:val="32"/>
          <w:lang w:eastAsia="zh-CN"/>
        </w:rPr>
        <w:t>薨</w:t>
      </w:r>
      <w:proofErr w:type="gramEnd"/>
      <w:r>
        <w:rPr>
          <w:rFonts w:ascii="仿宋" w:eastAsia="仿宋" w:hAnsi="仿宋"/>
          <w:sz w:val="32"/>
          <w:lang w:eastAsia="zh-CN"/>
        </w:rPr>
        <w:t>逝以后，我时时会梦到她。天下的伤痛沉醉能感受……臣也是在髫年之</w:t>
      </w:r>
      <w:proofErr w:type="gramStart"/>
      <w:r>
        <w:rPr>
          <w:rFonts w:ascii="仿宋" w:eastAsia="仿宋" w:hAnsi="仿宋"/>
          <w:sz w:val="32"/>
          <w:lang w:eastAsia="zh-CN"/>
        </w:rPr>
        <w:t>年失去</w:t>
      </w:r>
      <w:proofErr w:type="gramEnd"/>
      <w:r>
        <w:rPr>
          <w:rFonts w:ascii="仿宋" w:eastAsia="仿宋" w:hAnsi="仿宋"/>
          <w:sz w:val="32"/>
          <w:lang w:eastAsia="zh-CN"/>
        </w:rPr>
        <w:t>了母亲。臣想，天下的母亲的心愿都是一样的，她一定盼着自己的儿子能够爱惜身体。刘勰，我很羡慕你。你说过当年你们母子相依为命，而我五岁就依照祖制迁到东宫独居。父皇开恩，我才得不识面见母亲，每次相见我都舍不得离去。算起来我能陪伴母亲的时光并不多。殿下是至孝之人，您思念母亲固然没错，但岂能不顾及陛下的感受呢？陛下十分担忧您的身体，曾多次</w:t>
      </w:r>
      <w:proofErr w:type="gramStart"/>
      <w:r>
        <w:rPr>
          <w:rFonts w:ascii="仿宋" w:eastAsia="仿宋" w:hAnsi="仿宋"/>
          <w:sz w:val="32"/>
          <w:lang w:eastAsia="zh-CN"/>
        </w:rPr>
        <w:t>下诏命您用膳</w:t>
      </w:r>
      <w:proofErr w:type="gramEnd"/>
      <w:r>
        <w:rPr>
          <w:rFonts w:ascii="仿宋" w:eastAsia="仿宋" w:hAnsi="仿宋"/>
          <w:sz w:val="32"/>
          <w:lang w:eastAsia="zh-CN"/>
        </w:rPr>
        <w:t>。何况您身为一国储君，若身体有</w:t>
      </w:r>
      <w:proofErr w:type="gramStart"/>
      <w:r>
        <w:rPr>
          <w:rFonts w:ascii="仿宋" w:eastAsia="仿宋" w:hAnsi="仿宋"/>
          <w:sz w:val="32"/>
          <w:lang w:eastAsia="zh-CN"/>
        </w:rPr>
        <w:t>恙</w:t>
      </w:r>
      <w:proofErr w:type="gramEnd"/>
      <w:r>
        <w:rPr>
          <w:rFonts w:ascii="仿宋" w:eastAsia="仿宋" w:hAnsi="仿宋"/>
          <w:sz w:val="32"/>
          <w:lang w:eastAsia="zh-CN"/>
        </w:rPr>
        <w:t>，</w:t>
      </w:r>
      <w:proofErr w:type="gramStart"/>
      <w:r>
        <w:rPr>
          <w:rFonts w:ascii="仿宋" w:eastAsia="仿宋" w:hAnsi="仿宋"/>
          <w:sz w:val="32"/>
          <w:lang w:eastAsia="zh-CN"/>
        </w:rPr>
        <w:t>如何辅理朝政</w:t>
      </w:r>
      <w:proofErr w:type="gramEnd"/>
      <w:r>
        <w:rPr>
          <w:rFonts w:ascii="仿宋" w:eastAsia="仿宋" w:hAnsi="仿宋"/>
          <w:sz w:val="32"/>
          <w:lang w:eastAsia="zh-CN"/>
        </w:rPr>
        <w:t>？难道您能对政务民生都弃之不顾吗？</w:t>
      </w:r>
    </w:p>
    <w:p w14:paraId="55D3F4FB" w14:textId="77777777" w:rsidR="00E87C95" w:rsidRDefault="00000000">
      <w:pPr>
        <w:spacing w:after="0" w:line="579" w:lineRule="exact"/>
        <w:ind w:firstLine="640"/>
        <w:rPr>
          <w:lang w:eastAsia="zh-CN"/>
        </w:rPr>
      </w:pPr>
      <w:r>
        <w:rPr>
          <w:rFonts w:ascii="仿宋" w:eastAsia="仿宋" w:hAnsi="仿宋"/>
          <w:sz w:val="32"/>
          <w:lang w:eastAsia="zh-CN"/>
        </w:rPr>
        <w:t>臣还记得第一次与殿下相见。臣新任东宫通事舍人刘勰参见殿下。你就是刘卿？母亲告诉我，你是学问渊博、德行美好之人。臣不敢当，</w:t>
      </w:r>
      <w:proofErr w:type="gramStart"/>
      <w:r>
        <w:rPr>
          <w:rFonts w:ascii="仿宋" w:eastAsia="仿宋" w:hAnsi="仿宋"/>
          <w:sz w:val="32"/>
          <w:lang w:eastAsia="zh-CN"/>
        </w:rPr>
        <w:t>但臣愿</w:t>
      </w:r>
      <w:proofErr w:type="gramEnd"/>
      <w:r>
        <w:rPr>
          <w:rFonts w:ascii="仿宋" w:eastAsia="仿宋" w:hAnsi="仿宋"/>
          <w:sz w:val="32"/>
          <w:lang w:eastAsia="zh-CN"/>
        </w:rPr>
        <w:t>尽心竭力辅佐殿下，成为德行美好的一国储君。</w:t>
      </w:r>
      <w:proofErr w:type="gramStart"/>
      <w:r>
        <w:rPr>
          <w:rFonts w:ascii="仿宋" w:eastAsia="仿宋" w:hAnsi="仿宋"/>
          <w:sz w:val="32"/>
          <w:lang w:eastAsia="zh-CN"/>
        </w:rPr>
        <w:t>沈少傅说刘卿写</w:t>
      </w:r>
      <w:proofErr w:type="gramEnd"/>
      <w:r>
        <w:rPr>
          <w:rFonts w:ascii="仿宋" w:eastAsia="仿宋" w:hAnsi="仿宋"/>
          <w:sz w:val="32"/>
          <w:lang w:eastAsia="zh-CN"/>
        </w:rPr>
        <w:t>了一部《文心雕龙》极好，能给我看看吗？臣不胜荣幸，愿逐篇为殿下讲读。</w:t>
      </w:r>
      <w:proofErr w:type="gramStart"/>
      <w:r>
        <w:rPr>
          <w:rFonts w:ascii="仿宋" w:eastAsia="仿宋" w:hAnsi="仿宋"/>
          <w:sz w:val="32"/>
          <w:lang w:eastAsia="zh-CN"/>
        </w:rPr>
        <w:t>有劳刘卿</w:t>
      </w:r>
      <w:proofErr w:type="gramEnd"/>
      <w:r>
        <w:rPr>
          <w:rFonts w:ascii="仿宋" w:eastAsia="仿宋" w:hAnsi="仿宋"/>
          <w:sz w:val="32"/>
          <w:lang w:eastAsia="zh-CN"/>
        </w:rPr>
        <w:t>。</w:t>
      </w:r>
    </w:p>
    <w:p w14:paraId="3F6A2FC7" w14:textId="77777777" w:rsidR="00E87C95" w:rsidRDefault="00000000">
      <w:pPr>
        <w:spacing w:after="0" w:line="579" w:lineRule="exact"/>
        <w:ind w:firstLine="640"/>
        <w:rPr>
          <w:lang w:eastAsia="zh-CN"/>
        </w:rPr>
      </w:pPr>
      <w:r>
        <w:rPr>
          <w:rFonts w:ascii="仿宋" w:eastAsia="仿宋" w:hAnsi="仿宋"/>
          <w:sz w:val="32"/>
          <w:lang w:eastAsia="zh-CN"/>
        </w:rPr>
        <w:t>我还记得与刘卿相见第一面，我就要你解读《文心雕龙》到深夜。对对。臣为殿下说起幼年时攀摘彩云之梦，您说也想摘下彩云，熔炼一颗经国济世的文心。我无限神往，下定决心要像刘卿书中说的那样，寻圣贤之道。后来殿下着手编《文选》，为天下文脉存文章，为天下选诗选文章。您的母</w:t>
      </w:r>
      <w:r>
        <w:rPr>
          <w:rFonts w:ascii="仿宋" w:eastAsia="仿宋" w:hAnsi="仿宋"/>
          <w:sz w:val="32"/>
          <w:lang w:eastAsia="zh-CN"/>
        </w:rPr>
        <w:lastRenderedPageBreak/>
        <w:t>亲知晓后甚是欣喜。殿下定要振作精神，完成编选《文选》这件大事，这也是对您母亲最好的告慰。</w:t>
      </w:r>
    </w:p>
    <w:p w14:paraId="67B7C307" w14:textId="77777777" w:rsidR="00E87C95" w:rsidRDefault="00000000">
      <w:pPr>
        <w:spacing w:after="0" w:line="579" w:lineRule="exact"/>
        <w:ind w:firstLine="640"/>
        <w:rPr>
          <w:lang w:eastAsia="zh-CN"/>
        </w:rPr>
      </w:pPr>
      <w:r>
        <w:rPr>
          <w:rFonts w:ascii="仿宋" w:eastAsia="仿宋" w:hAnsi="仿宋"/>
          <w:sz w:val="32"/>
          <w:lang w:eastAsia="zh-CN"/>
        </w:rPr>
        <w:t>刘卿。殿下。请用膳。您把一颗文心都寄托于太子萧统，您把情感和希望都倾注在他身上。太子殿下就如同一块美玉一样。哦，我是我的……哦。所以我们得这个事情。</w:t>
      </w:r>
    </w:p>
    <w:p w14:paraId="0FC1C64D" w14:textId="77777777" w:rsidR="00E87C95" w:rsidRDefault="00000000">
      <w:pPr>
        <w:spacing w:after="0" w:line="579" w:lineRule="exact"/>
        <w:ind w:firstLine="640"/>
        <w:rPr>
          <w:lang w:eastAsia="zh-CN"/>
        </w:rPr>
      </w:pPr>
      <w:r>
        <w:rPr>
          <w:rFonts w:ascii="仿宋" w:eastAsia="仿宋" w:hAnsi="仿宋"/>
          <w:sz w:val="32"/>
          <w:lang w:eastAsia="zh-CN"/>
        </w:rPr>
        <w:t>太子殿下，臣拜见太子殿下。起来吧。谢殿下。救灾情况如何？回禀殿下，近日天降大雪，百姓深受其害，北方战事频发，有灾民自北方流落到都城避难，一时负担极大。下令多备粮食和衣物，不可使百姓冻饿，有染病的要及时医治。遵令。还要广贴安抚令文，稳定灾民之心。臣应该如何把握行文？令文写作要义如同诏策，可多向刘卿请教，读一读《文心雕龙》的《诏策》篇。</w:t>
      </w:r>
      <w:proofErr w:type="gramStart"/>
      <w:r>
        <w:rPr>
          <w:rFonts w:ascii="仿宋" w:eastAsia="仿宋" w:hAnsi="仿宋"/>
          <w:sz w:val="32"/>
          <w:lang w:eastAsia="zh-CN"/>
        </w:rPr>
        <w:t>臣明白</w:t>
      </w:r>
      <w:proofErr w:type="gramEnd"/>
      <w:r>
        <w:rPr>
          <w:rFonts w:ascii="仿宋" w:eastAsia="仿宋" w:hAnsi="仿宋"/>
          <w:sz w:val="32"/>
          <w:lang w:eastAsia="zh-CN"/>
        </w:rPr>
        <w:t>了。</w:t>
      </w:r>
    </w:p>
    <w:p w14:paraId="17E13AE3" w14:textId="77777777" w:rsidR="00E87C95" w:rsidRDefault="00000000">
      <w:pPr>
        <w:spacing w:after="0" w:line="579" w:lineRule="exact"/>
        <w:ind w:firstLine="640"/>
        <w:rPr>
          <w:lang w:eastAsia="zh-CN"/>
        </w:rPr>
      </w:pPr>
      <w:r>
        <w:rPr>
          <w:rFonts w:ascii="仿宋" w:eastAsia="仿宋" w:hAnsi="仿宋"/>
          <w:sz w:val="32"/>
          <w:lang w:eastAsia="zh-CN"/>
        </w:rPr>
        <w:t>自刘宋以来，北方之敌屡屡南犯，百年来战争频发，未尝久安。钟离大捷以后，北方之敌遭受沉重打击，我朝失地屡有收复，南方之地得以安稳。而北方先后有六镇之乱、杜葛之乱，百姓流离，千里来我大梁避难。包尔朱荣与河阴起兵，</w:t>
      </w:r>
      <w:proofErr w:type="gramStart"/>
      <w:r>
        <w:rPr>
          <w:rFonts w:ascii="仿宋" w:eastAsia="仿宋" w:hAnsi="仿宋"/>
          <w:sz w:val="32"/>
          <w:lang w:eastAsia="zh-CN"/>
        </w:rPr>
        <w:t>北敌大乱</w:t>
      </w:r>
      <w:proofErr w:type="gramEnd"/>
      <w:r>
        <w:rPr>
          <w:rFonts w:ascii="仿宋" w:eastAsia="仿宋" w:hAnsi="仿宋"/>
          <w:sz w:val="32"/>
          <w:lang w:eastAsia="zh-CN"/>
        </w:rPr>
        <w:t>。包尔朱荣</w:t>
      </w:r>
      <w:proofErr w:type="gramStart"/>
      <w:r>
        <w:rPr>
          <w:rFonts w:ascii="仿宋" w:eastAsia="仿宋" w:hAnsi="仿宋"/>
          <w:sz w:val="32"/>
          <w:lang w:eastAsia="zh-CN"/>
        </w:rPr>
        <w:t>被北敌诛杀</w:t>
      </w:r>
      <w:proofErr w:type="gramEnd"/>
      <w:r>
        <w:rPr>
          <w:rFonts w:ascii="仿宋" w:eastAsia="仿宋" w:hAnsi="仿宋"/>
          <w:sz w:val="32"/>
          <w:lang w:eastAsia="zh-CN"/>
        </w:rPr>
        <w:t>。尔朱荣</w:t>
      </w:r>
      <w:proofErr w:type="gramStart"/>
      <w:r>
        <w:rPr>
          <w:rFonts w:ascii="仿宋" w:eastAsia="仿宋" w:hAnsi="仿宋"/>
          <w:sz w:val="32"/>
          <w:lang w:eastAsia="zh-CN"/>
        </w:rPr>
        <w:t>侄子尔</w:t>
      </w:r>
      <w:proofErr w:type="gramEnd"/>
      <w:r>
        <w:rPr>
          <w:rFonts w:ascii="仿宋" w:eastAsia="仿宋" w:hAnsi="仿宋"/>
          <w:sz w:val="32"/>
          <w:lang w:eastAsia="zh-CN"/>
        </w:rPr>
        <w:t>朱兆起兵复仇，尔朱兆攻陷洛阳。尔朱</w:t>
      </w:r>
      <w:proofErr w:type="gramStart"/>
      <w:r>
        <w:rPr>
          <w:rFonts w:ascii="仿宋" w:eastAsia="仿宋" w:hAnsi="仿宋"/>
          <w:sz w:val="32"/>
          <w:lang w:eastAsia="zh-CN"/>
        </w:rPr>
        <w:t>兆扶立魏</w:t>
      </w:r>
      <w:proofErr w:type="gramEnd"/>
      <w:r>
        <w:rPr>
          <w:rFonts w:ascii="仿宋" w:eastAsia="仿宋" w:hAnsi="仿宋"/>
          <w:sz w:val="32"/>
          <w:lang w:eastAsia="zh-CN"/>
        </w:rPr>
        <w:t>帝。刘卿常与我讲圣人之道，天下但有一民不安，我心中便难安稳。传令东</w:t>
      </w:r>
      <w:proofErr w:type="gramStart"/>
      <w:r>
        <w:rPr>
          <w:rFonts w:ascii="仿宋" w:eastAsia="仿宋" w:hAnsi="仿宋"/>
          <w:sz w:val="32"/>
          <w:lang w:eastAsia="zh-CN"/>
        </w:rPr>
        <w:t>宫缩衣简膳</w:t>
      </w:r>
      <w:proofErr w:type="gramEnd"/>
      <w:r>
        <w:rPr>
          <w:rFonts w:ascii="仿宋" w:eastAsia="仿宋" w:hAnsi="仿宋"/>
          <w:sz w:val="32"/>
          <w:lang w:eastAsia="zh-CN"/>
        </w:rPr>
        <w:t>，将省下来的粮食和钱物都用于赈济百姓。</w:t>
      </w:r>
    </w:p>
    <w:p w14:paraId="369CD1CF" w14:textId="77777777" w:rsidR="00E87C95" w:rsidRDefault="00000000">
      <w:pPr>
        <w:spacing w:after="0" w:line="579" w:lineRule="exact"/>
        <w:ind w:firstLine="640"/>
        <w:rPr>
          <w:lang w:eastAsia="zh-CN"/>
        </w:rPr>
      </w:pPr>
      <w:r>
        <w:rPr>
          <w:rFonts w:ascii="仿宋" w:eastAsia="仿宋" w:hAnsi="仿宋"/>
          <w:sz w:val="32"/>
          <w:lang w:eastAsia="zh-CN"/>
        </w:rPr>
        <w:t>殿下，殿下！本县太子殿下，快快请起。起来吧，殿下。我等是吴兴一带的百姓，救救我们吧。水渠不能在此时修啊！</w:t>
      </w:r>
      <w:r>
        <w:rPr>
          <w:rFonts w:ascii="仿宋" w:eastAsia="仿宋" w:hAnsi="仿宋"/>
          <w:sz w:val="32"/>
          <w:lang w:eastAsia="zh-CN"/>
        </w:rPr>
        <w:lastRenderedPageBreak/>
        <w:t>吴兴一带</w:t>
      </w:r>
      <w:proofErr w:type="gramStart"/>
      <w:r>
        <w:rPr>
          <w:rFonts w:ascii="仿宋" w:eastAsia="仿宋" w:hAnsi="仿宋"/>
          <w:sz w:val="32"/>
          <w:lang w:eastAsia="zh-CN"/>
        </w:rPr>
        <w:t>屡屡因</w:t>
      </w:r>
      <w:proofErr w:type="gramEnd"/>
      <w:r>
        <w:rPr>
          <w:rFonts w:ascii="仿宋" w:eastAsia="仿宋" w:hAnsi="仿宋"/>
          <w:sz w:val="32"/>
          <w:lang w:eastAsia="zh-CN"/>
        </w:rPr>
        <w:t>水灾失去收成，修渠是利益民生的大事，为何不能修啊？殿下，吴兴本来收成就少，选择开春征集</w:t>
      </w:r>
      <w:proofErr w:type="gramStart"/>
      <w:r>
        <w:rPr>
          <w:rFonts w:ascii="仿宋" w:eastAsia="仿宋" w:hAnsi="仿宋"/>
          <w:sz w:val="32"/>
          <w:lang w:eastAsia="zh-CN"/>
        </w:rPr>
        <w:t>民丁会耽误</w:t>
      </w:r>
      <w:proofErr w:type="gramEnd"/>
      <w:r>
        <w:rPr>
          <w:rFonts w:ascii="仿宋" w:eastAsia="仿宋" w:hAnsi="仿宋"/>
          <w:sz w:val="32"/>
          <w:lang w:eastAsia="zh-CN"/>
        </w:rPr>
        <w:t>农时啊。去年吴兴一带并无水患，已算是丰年，但百姓并不能自足啊。殿下若误了农时，我们吃什么呀？殿下，没了粮食就真的没活路了呀。快起，快快救起。我要向父王上书，奏请严明修渠利弊，择适当时机再兴修渠，以安民生。多谢太子殿下体恤民情、为民请命，谢太子殿下。起来吧。</w:t>
      </w:r>
    </w:p>
    <w:p w14:paraId="3929C6A5" w14:textId="77777777" w:rsidR="00E87C95" w:rsidRDefault="00000000">
      <w:pPr>
        <w:spacing w:after="0" w:line="579" w:lineRule="exact"/>
        <w:ind w:firstLine="640"/>
        <w:rPr>
          <w:lang w:eastAsia="zh-CN"/>
        </w:rPr>
      </w:pPr>
      <w:r>
        <w:rPr>
          <w:rFonts w:ascii="仿宋" w:eastAsia="仿宋" w:hAnsi="仿宋"/>
          <w:sz w:val="32"/>
          <w:lang w:eastAsia="zh-CN"/>
        </w:rPr>
        <w:t>这份奏书言辞清晰</w:t>
      </w:r>
      <w:proofErr w:type="gramStart"/>
      <w:r>
        <w:rPr>
          <w:rFonts w:ascii="仿宋" w:eastAsia="仿宋" w:hAnsi="仿宋"/>
          <w:sz w:val="32"/>
          <w:lang w:eastAsia="zh-CN"/>
        </w:rPr>
        <w:t>肃</w:t>
      </w:r>
      <w:proofErr w:type="gramEnd"/>
      <w:r>
        <w:rPr>
          <w:rFonts w:ascii="仿宋" w:eastAsia="仿宋" w:hAnsi="仿宋"/>
          <w:sz w:val="32"/>
          <w:lang w:eastAsia="zh-CN"/>
        </w:rPr>
        <w:t>顺恭敬，处理得体，陛下定会下旨抚您。我努力做到"敷奏之为笔"……</w:t>
      </w:r>
    </w:p>
    <w:p w14:paraId="12B6769F" w14:textId="77777777" w:rsidR="00E87C95" w:rsidRDefault="00000000">
      <w:pPr>
        <w:rPr>
          <w:lang w:eastAsia="zh-CN"/>
        </w:rPr>
      </w:pPr>
      <w:r>
        <w:rPr>
          <w:lang w:eastAsia="zh-CN"/>
        </w:rPr>
        <w:br w:type="page"/>
      </w:r>
    </w:p>
    <w:p w14:paraId="7CF15A98" w14:textId="77777777" w:rsidR="00E87C95" w:rsidRDefault="00000000">
      <w:pPr>
        <w:spacing w:after="0" w:line="579" w:lineRule="exact"/>
        <w:jc w:val="center"/>
        <w:rPr>
          <w:lang w:eastAsia="zh-CN"/>
        </w:rPr>
      </w:pPr>
      <w:r>
        <w:rPr>
          <w:rFonts w:ascii="方正小标宋简体" w:eastAsia="方正小标宋简体" w:hAnsi="方正小标宋简体"/>
          <w:sz w:val="44"/>
          <w:lang w:eastAsia="zh-CN"/>
        </w:rPr>
        <w:lastRenderedPageBreak/>
        <w:t>第22集 《备急千金要方》</w:t>
      </w:r>
    </w:p>
    <w:p w14:paraId="522D7932" w14:textId="77777777" w:rsidR="00E87C95" w:rsidRDefault="00000000">
      <w:pPr>
        <w:spacing w:after="0" w:line="579" w:lineRule="exact"/>
        <w:ind w:firstLine="640"/>
        <w:rPr>
          <w:lang w:eastAsia="zh-CN"/>
        </w:rPr>
      </w:pPr>
      <w:r>
        <w:rPr>
          <w:rFonts w:ascii="仿宋" w:eastAsia="仿宋" w:hAnsi="仿宋"/>
          <w:sz w:val="32"/>
          <w:lang w:eastAsia="zh-CN"/>
        </w:rPr>
        <w:t>今天在《典籍里的中国》，就让我们一起识读中国医学史上最早的医学百科全书《备急千金要方》。我此生立志做一名医师，学先贤大</w:t>
      </w:r>
      <w:proofErr w:type="gramStart"/>
      <w:r>
        <w:rPr>
          <w:rFonts w:ascii="仿宋" w:eastAsia="仿宋" w:hAnsi="仿宋"/>
          <w:sz w:val="32"/>
          <w:lang w:eastAsia="zh-CN"/>
        </w:rPr>
        <w:t>医</w:t>
      </w:r>
      <w:proofErr w:type="gramEnd"/>
      <w:r>
        <w:rPr>
          <w:rFonts w:ascii="仿宋" w:eastAsia="仿宋" w:hAnsi="仿宋"/>
          <w:sz w:val="32"/>
          <w:lang w:eastAsia="zh-CN"/>
        </w:rPr>
        <w:t>，当习其术，尊其道。为求博济</w:t>
      </w:r>
      <w:proofErr w:type="gramStart"/>
      <w:r>
        <w:rPr>
          <w:rFonts w:ascii="仿宋" w:eastAsia="仿宋" w:hAnsi="仿宋"/>
          <w:sz w:val="32"/>
          <w:lang w:eastAsia="zh-CN"/>
        </w:rPr>
        <w:t>医</w:t>
      </w:r>
      <w:proofErr w:type="gramEnd"/>
      <w:r>
        <w:rPr>
          <w:rFonts w:ascii="仿宋" w:eastAsia="仿宋" w:hAnsi="仿宋"/>
          <w:sz w:val="32"/>
          <w:lang w:eastAsia="zh-CN"/>
        </w:rPr>
        <w:t>源，医者必须精勤不倦。人命至重，有贵千金，一方济之，</w:t>
      </w:r>
      <w:proofErr w:type="gramStart"/>
      <w:r>
        <w:rPr>
          <w:rFonts w:ascii="仿宋" w:eastAsia="仿宋" w:hAnsi="仿宋"/>
          <w:sz w:val="32"/>
          <w:lang w:eastAsia="zh-CN"/>
        </w:rPr>
        <w:t>德逾于此</w:t>
      </w:r>
      <w:proofErr w:type="gramEnd"/>
      <w:r>
        <w:rPr>
          <w:rFonts w:ascii="仿宋" w:eastAsia="仿宋" w:hAnsi="仿宋"/>
          <w:sz w:val="32"/>
          <w:lang w:eastAsia="zh-CN"/>
        </w:rPr>
        <w:t>。</w:t>
      </w:r>
    </w:p>
    <w:p w14:paraId="358F564C" w14:textId="77777777" w:rsidR="00E87C95" w:rsidRDefault="00000000">
      <w:pPr>
        <w:spacing w:after="0" w:line="579" w:lineRule="exact"/>
        <w:ind w:firstLine="640"/>
        <w:rPr>
          <w:lang w:eastAsia="zh-CN"/>
        </w:rPr>
      </w:pPr>
      <w:r>
        <w:rPr>
          <w:rFonts w:ascii="仿宋" w:eastAsia="仿宋" w:hAnsi="仿宋"/>
          <w:sz w:val="32"/>
          <w:lang w:eastAsia="zh-CN"/>
        </w:rPr>
        <w:t>二零二一年，中国北京。李教授，喝点水吧。哈哈，谢谢。谢谢李教授。李教授百岁生日快乐哦，</w:t>
      </w:r>
      <w:proofErr w:type="gramStart"/>
      <w:r>
        <w:rPr>
          <w:rFonts w:ascii="仿宋" w:eastAsia="仿宋" w:hAnsi="仿宋"/>
          <w:sz w:val="32"/>
          <w:lang w:eastAsia="zh-CN"/>
        </w:rPr>
        <w:t>谢谢谢谢</w:t>
      </w:r>
      <w:proofErr w:type="gramEnd"/>
      <w:r>
        <w:rPr>
          <w:rFonts w:ascii="仿宋" w:eastAsia="仿宋" w:hAnsi="仿宋"/>
          <w:sz w:val="32"/>
          <w:lang w:eastAsia="zh-CN"/>
        </w:rPr>
        <w:t>李教授。我们呀，要先给您一个惊喜，待会儿到了礼堂再正式给您过生日。您看——奶奶！妈妈教授，我们想你了！教授妈妈，您过生日，我们是想您了，祝福您！生日快乐，身体健康！李妈妈，这些都是我服务过的乡亲们。早晨好朋友们！生日快乐！李奶奶，生日快乐！</w:t>
      </w:r>
    </w:p>
    <w:p w14:paraId="56EE60FF" w14:textId="77777777" w:rsidR="00E87C95" w:rsidRDefault="00000000">
      <w:pPr>
        <w:spacing w:after="0" w:line="579" w:lineRule="exact"/>
        <w:ind w:firstLine="640"/>
        <w:rPr>
          <w:lang w:eastAsia="zh-CN"/>
        </w:rPr>
      </w:pPr>
      <w:r>
        <w:rPr>
          <w:rFonts w:ascii="仿宋" w:eastAsia="仿宋" w:hAnsi="仿宋"/>
          <w:sz w:val="32"/>
          <w:lang w:eastAsia="zh-CN"/>
        </w:rPr>
        <w:t>看到他们能健康地、正常地生活，我比什么都高兴。您和医疗队当年去村子里的时候，麻风病是让人恐惧的恶疾，是绝症。当时村支书不让我进，他说麻风病要是能治好，水牛角都能扳直。后来你们把全村所有麻风病患者都治好了！那只是和麻风病作斗争的一次胜利。应该说是在国家的大力支持下，经过无数</w:t>
      </w:r>
      <w:proofErr w:type="gramStart"/>
      <w:r>
        <w:rPr>
          <w:rFonts w:ascii="仿宋" w:eastAsia="仿宋" w:hAnsi="仿宋"/>
          <w:sz w:val="32"/>
          <w:lang w:eastAsia="zh-CN"/>
        </w:rPr>
        <w:t>医</w:t>
      </w:r>
      <w:proofErr w:type="gramEnd"/>
      <w:r>
        <w:rPr>
          <w:rFonts w:ascii="仿宋" w:eastAsia="仿宋" w:hAnsi="仿宋"/>
          <w:sz w:val="32"/>
          <w:lang w:eastAsia="zh-CN"/>
        </w:rPr>
        <w:t>者们不懈的努力，中国终于可以向世界宣布：我们战胜了几千年困扰人们的麻风病，实现了以国家为单位基本消灭麻风病的目标。真了不起！</w:t>
      </w:r>
    </w:p>
    <w:p w14:paraId="120C0A1B" w14:textId="77777777" w:rsidR="00E87C95" w:rsidRDefault="00000000">
      <w:pPr>
        <w:spacing w:after="0" w:line="579" w:lineRule="exact"/>
        <w:ind w:firstLine="640"/>
        <w:rPr>
          <w:lang w:eastAsia="zh-CN"/>
        </w:rPr>
      </w:pPr>
      <w:r>
        <w:rPr>
          <w:rFonts w:ascii="仿宋" w:eastAsia="仿宋" w:hAnsi="仿宋"/>
          <w:sz w:val="32"/>
          <w:lang w:eastAsia="zh-CN"/>
        </w:rPr>
        <w:lastRenderedPageBreak/>
        <w:t>在古代，麻风病是绝症，想要治愈是几乎不可能的。有治愈成功的，在唐朝药王孙思邈写的《备急千金要方》里有记述，曾经治愈过麻风病！麻风病在当时被称作"</w:t>
      </w:r>
      <w:proofErr w:type="gramStart"/>
      <w:r>
        <w:rPr>
          <w:rFonts w:ascii="仿宋" w:eastAsia="仿宋" w:hAnsi="仿宋"/>
          <w:sz w:val="32"/>
          <w:lang w:eastAsia="zh-CN"/>
        </w:rPr>
        <w:t>疠</w:t>
      </w:r>
      <w:proofErr w:type="gramEnd"/>
      <w:r>
        <w:rPr>
          <w:rFonts w:ascii="仿宋" w:eastAsia="仿宋" w:hAnsi="仿宋"/>
          <w:sz w:val="32"/>
          <w:lang w:eastAsia="zh-CN"/>
        </w:rPr>
        <w:t>风"。啊？哈哈</w:t>
      </w:r>
      <w:proofErr w:type="gramStart"/>
      <w:r>
        <w:rPr>
          <w:rFonts w:ascii="仿宋" w:eastAsia="仿宋" w:hAnsi="仿宋"/>
          <w:sz w:val="32"/>
          <w:lang w:eastAsia="zh-CN"/>
        </w:rPr>
        <w:t>哈</w:t>
      </w:r>
      <w:proofErr w:type="gramEnd"/>
      <w:r>
        <w:rPr>
          <w:rFonts w:ascii="仿宋" w:eastAsia="仿宋" w:hAnsi="仿宋"/>
          <w:sz w:val="32"/>
          <w:lang w:eastAsia="zh-CN"/>
        </w:rPr>
        <w:t>！晚辈拜见孙公，我身患</w:t>
      </w:r>
      <w:proofErr w:type="gramStart"/>
      <w:r>
        <w:rPr>
          <w:rFonts w:ascii="仿宋" w:eastAsia="仿宋" w:hAnsi="仿宋"/>
          <w:sz w:val="32"/>
          <w:lang w:eastAsia="zh-CN"/>
        </w:rPr>
        <w:t>疠</w:t>
      </w:r>
      <w:proofErr w:type="gramEnd"/>
      <w:r>
        <w:rPr>
          <w:rFonts w:ascii="仿宋" w:eastAsia="仿宋" w:hAnsi="仿宋"/>
          <w:sz w:val="32"/>
          <w:lang w:eastAsia="zh-CN"/>
        </w:rPr>
        <w:t>风之症，恳求孙公救治。过来吧，让我看看。世人见我皆视我为不祥之物，避之不及。孙公，您……过来。"凡大医治病，若瞻前顾后，自律吉凶，护惜身命，怎么治得好病人的病呢？"你能在这里住一段时间吗？晚辈……叩谢孙公大恩。我们做医生的没有恐惧。</w:t>
      </w:r>
    </w:p>
    <w:p w14:paraId="72EC5DC3" w14:textId="77777777" w:rsidR="00E87C95" w:rsidRDefault="00000000">
      <w:pPr>
        <w:spacing w:after="0" w:line="579" w:lineRule="exact"/>
        <w:ind w:firstLine="640"/>
        <w:rPr>
          <w:lang w:eastAsia="zh-CN"/>
        </w:rPr>
      </w:pPr>
      <w:r>
        <w:rPr>
          <w:rFonts w:ascii="仿宋" w:eastAsia="仿宋" w:hAnsi="仿宋"/>
          <w:sz w:val="32"/>
          <w:lang w:eastAsia="zh-CN"/>
        </w:rPr>
        <w:t>前辈大</w:t>
      </w:r>
      <w:proofErr w:type="gramStart"/>
      <w:r>
        <w:rPr>
          <w:rFonts w:ascii="仿宋" w:eastAsia="仿宋" w:hAnsi="仿宋"/>
          <w:sz w:val="32"/>
          <w:lang w:eastAsia="zh-CN"/>
        </w:rPr>
        <w:t>医</w:t>
      </w:r>
      <w:proofErr w:type="gramEnd"/>
      <w:r>
        <w:rPr>
          <w:rFonts w:ascii="仿宋" w:eastAsia="仿宋" w:hAnsi="仿宋"/>
          <w:sz w:val="32"/>
          <w:lang w:eastAsia="zh-CN"/>
        </w:rPr>
        <w:t>孙思邈面对疠风之症无惧施救，大医精诚，成为后世医家攻克麻风病的精神动力。他跟您一样都是长命百岁的大</w:t>
      </w:r>
      <w:proofErr w:type="gramStart"/>
      <w:r>
        <w:rPr>
          <w:rFonts w:ascii="仿宋" w:eastAsia="仿宋" w:hAnsi="仿宋"/>
          <w:sz w:val="32"/>
          <w:lang w:eastAsia="zh-CN"/>
        </w:rPr>
        <w:t>医</w:t>
      </w:r>
      <w:proofErr w:type="gramEnd"/>
      <w:r>
        <w:rPr>
          <w:rFonts w:ascii="仿宋" w:eastAsia="仿宋" w:hAnsi="仿宋"/>
          <w:sz w:val="32"/>
          <w:lang w:eastAsia="zh-CN"/>
        </w:rPr>
        <w:t>。百岁医生李桓英，百岁药王孙思邈，两人相隔一千三百多年，却都为医治麻风病倾注半生心血。两人都用一生去</w:t>
      </w:r>
      <w:proofErr w:type="gramStart"/>
      <w:r>
        <w:rPr>
          <w:rFonts w:ascii="仿宋" w:eastAsia="仿宋" w:hAnsi="仿宋"/>
          <w:sz w:val="32"/>
          <w:lang w:eastAsia="zh-CN"/>
        </w:rPr>
        <w:t>践行</w:t>
      </w:r>
      <w:proofErr w:type="gramEnd"/>
      <w:r>
        <w:rPr>
          <w:rFonts w:ascii="仿宋" w:eastAsia="仿宋" w:hAnsi="仿宋"/>
          <w:sz w:val="32"/>
          <w:lang w:eastAsia="zh-CN"/>
        </w:rPr>
        <w:t>大医精诚之道。《大医精诚》是《备急千金要方》中所列中医学伦理的基础。今天在《典籍里的中国》，就让我们一起识读中国医学史上最早的医学百科全书，也是被世界医学界誉为"人类之至宝"的——《备急千金要方》。</w:t>
      </w:r>
    </w:p>
    <w:p w14:paraId="70D5E544" w14:textId="77777777" w:rsidR="00E87C95" w:rsidRDefault="00000000">
      <w:pPr>
        <w:spacing w:after="0" w:line="579" w:lineRule="exact"/>
        <w:ind w:firstLine="640"/>
        <w:rPr>
          <w:lang w:eastAsia="zh-CN"/>
        </w:rPr>
      </w:pPr>
      <w:r>
        <w:rPr>
          <w:rFonts w:ascii="仿宋" w:eastAsia="仿宋" w:hAnsi="仿宋"/>
          <w:sz w:val="32"/>
          <w:lang w:eastAsia="zh-CN"/>
        </w:rPr>
        <w:t>打开典籍品读中国，欢迎走进《典籍里的中国》。我是王嘉宁。中医药学是中国古代科学的瑰宝，也是打开中华文明宝库的一把钥匙。唐代孙思邈所著《备急千金要方》，开创了中国医药学史上多项先河，更是深深影响着自唐至今中医药学发展的脚步。今天，就让我们一起来识读《备急千金要方》。</w:t>
      </w:r>
    </w:p>
    <w:p w14:paraId="58C96367" w14:textId="77777777" w:rsidR="00E87C95" w:rsidRDefault="00000000">
      <w:pPr>
        <w:spacing w:after="0" w:line="579" w:lineRule="exact"/>
        <w:ind w:firstLine="640"/>
        <w:rPr>
          <w:lang w:eastAsia="zh-CN"/>
        </w:rPr>
      </w:pPr>
      <w:r>
        <w:rPr>
          <w:rFonts w:ascii="仿宋" w:eastAsia="仿宋" w:hAnsi="仿宋"/>
          <w:sz w:val="32"/>
          <w:lang w:eastAsia="zh-CN"/>
        </w:rPr>
        <w:lastRenderedPageBreak/>
        <w:t>三位老师好，欢迎来到《典籍里的中国》。同时，今天出演的演员们也在官坊间与我们一起来聆听专家老师对于典籍的解读，欢迎他们。在刚才的开场戏剧当中，从百岁药王孙思邈到百岁</w:t>
      </w:r>
      <w:proofErr w:type="gramStart"/>
      <w:r>
        <w:rPr>
          <w:rFonts w:ascii="仿宋" w:eastAsia="仿宋" w:hAnsi="仿宋"/>
          <w:sz w:val="32"/>
          <w:lang w:eastAsia="zh-CN"/>
        </w:rPr>
        <w:t>医</w:t>
      </w:r>
      <w:proofErr w:type="gramEnd"/>
      <w:r>
        <w:rPr>
          <w:rFonts w:ascii="仿宋" w:eastAsia="仿宋" w:hAnsi="仿宋"/>
          <w:sz w:val="32"/>
          <w:lang w:eastAsia="zh-CN"/>
        </w:rPr>
        <w:t>者李桓英，从古至今有无数的医者在为攻克麻风病做着种种的努力。最早关于麻风病的专篇论述，其实就出自于孙思邈的这部《备急千金要方》。如何理解《备急千金要方》这个名字呢？孙思邈讲啊："人命至重，有贵千金，一方济之，</w:t>
      </w:r>
      <w:proofErr w:type="gramStart"/>
      <w:r>
        <w:rPr>
          <w:rFonts w:ascii="仿宋" w:eastAsia="仿宋" w:hAnsi="仿宋"/>
          <w:sz w:val="32"/>
          <w:lang w:eastAsia="zh-CN"/>
        </w:rPr>
        <w:t>德逾于此</w:t>
      </w:r>
      <w:proofErr w:type="gramEnd"/>
      <w:r>
        <w:rPr>
          <w:rFonts w:ascii="仿宋" w:eastAsia="仿宋" w:hAnsi="仿宋"/>
          <w:sz w:val="32"/>
          <w:lang w:eastAsia="zh-CN"/>
        </w:rPr>
        <w:t>。"说人命</w:t>
      </w:r>
      <w:proofErr w:type="gramStart"/>
      <w:r>
        <w:rPr>
          <w:rFonts w:ascii="仿宋" w:eastAsia="仿宋" w:hAnsi="仿宋"/>
          <w:sz w:val="32"/>
          <w:lang w:eastAsia="zh-CN"/>
        </w:rPr>
        <w:t>啊非常</w:t>
      </w:r>
      <w:proofErr w:type="gramEnd"/>
      <w:r>
        <w:rPr>
          <w:rFonts w:ascii="仿宋" w:eastAsia="仿宋" w:hAnsi="仿宋"/>
          <w:sz w:val="32"/>
          <w:lang w:eastAsia="zh-CN"/>
        </w:rPr>
        <w:t>的珍贵，比千金还贵，那如果有一剂良方能够救治人的性命的话，那他的功德也会重于千金，所以就叫《千金要方》嘛。那前面为什么还要冠以"备急"二字呢？是因为中国古代呀这个医方是散乱的，老百姓真要用到的时候往往根本就找不到这些医方，孙思邈就想呢，我怎么样把这些药方汇聚到一起，把它整理出来，这样老百姓只要拿到这本书一看，就可以救一时之需。这就是《备急千金要方》的来历呀，明白了。</w:t>
      </w:r>
    </w:p>
    <w:p w14:paraId="40F75071" w14:textId="77777777" w:rsidR="00E87C95" w:rsidRDefault="00000000">
      <w:pPr>
        <w:spacing w:after="0" w:line="579" w:lineRule="exact"/>
        <w:ind w:firstLine="640"/>
        <w:rPr>
          <w:lang w:eastAsia="zh-CN"/>
        </w:rPr>
      </w:pPr>
      <w:r>
        <w:rPr>
          <w:rFonts w:ascii="仿宋" w:eastAsia="仿宋" w:hAnsi="仿宋"/>
          <w:sz w:val="32"/>
          <w:lang w:eastAsia="zh-CN"/>
        </w:rPr>
        <w:t>那么这本书都讲了哪些内容呢？《备急千金要方》是一部综合性的临床著作，全书共三十卷。第一部分呢是总论，包括医德、本草等。第二部分呢是施治的方法。它的</w:t>
      </w:r>
      <w:proofErr w:type="gramStart"/>
      <w:r>
        <w:rPr>
          <w:rFonts w:ascii="仿宋" w:eastAsia="仿宋" w:hAnsi="仿宋"/>
          <w:sz w:val="32"/>
          <w:lang w:eastAsia="zh-CN"/>
        </w:rPr>
        <w:t>分类呀很接近</w:t>
      </w:r>
      <w:proofErr w:type="gramEnd"/>
      <w:r>
        <w:rPr>
          <w:rFonts w:ascii="仿宋" w:eastAsia="仿宋" w:hAnsi="仿宋"/>
          <w:sz w:val="32"/>
          <w:lang w:eastAsia="zh-CN"/>
        </w:rPr>
        <w:t>现代医学，比如说有关于妇科的《妇人方》，有相当于儿科的《少小婴孺》，有相当于五官科的《七窍》，还有</w:t>
      </w:r>
      <w:proofErr w:type="gramStart"/>
      <w:r>
        <w:rPr>
          <w:rFonts w:ascii="仿宋" w:eastAsia="仿宋" w:hAnsi="仿宋"/>
          <w:sz w:val="32"/>
          <w:lang w:eastAsia="zh-CN"/>
        </w:rPr>
        <w:t>呢类似</w:t>
      </w:r>
      <w:proofErr w:type="gramEnd"/>
      <w:r>
        <w:rPr>
          <w:rFonts w:ascii="仿宋" w:eastAsia="仿宋" w:hAnsi="仿宋"/>
          <w:sz w:val="32"/>
          <w:lang w:eastAsia="zh-CN"/>
        </w:rPr>
        <w:t>内科、外科这些内容。另外还有关于解毒、急救、食疗、养生、针灸等内容。总共二百多门和各种</w:t>
      </w:r>
      <w:proofErr w:type="gramStart"/>
      <w:r>
        <w:rPr>
          <w:rFonts w:ascii="仿宋" w:eastAsia="仿宋" w:hAnsi="仿宋"/>
          <w:sz w:val="32"/>
          <w:lang w:eastAsia="zh-CN"/>
        </w:rPr>
        <w:t>方论呢五千三</w:t>
      </w:r>
      <w:r>
        <w:rPr>
          <w:rFonts w:ascii="仿宋" w:eastAsia="仿宋" w:hAnsi="仿宋"/>
          <w:sz w:val="32"/>
          <w:lang w:eastAsia="zh-CN"/>
        </w:rPr>
        <w:lastRenderedPageBreak/>
        <w:t>百多首</w:t>
      </w:r>
      <w:proofErr w:type="gramEnd"/>
      <w:r>
        <w:rPr>
          <w:rFonts w:ascii="仿宋" w:eastAsia="仿宋" w:hAnsi="仿宋"/>
          <w:sz w:val="32"/>
          <w:lang w:eastAsia="zh-CN"/>
        </w:rPr>
        <w:t>。可以说啊是集自古至唐的中国医学之大成。而且他的很多</w:t>
      </w:r>
      <w:proofErr w:type="gramStart"/>
      <w:r>
        <w:rPr>
          <w:rFonts w:ascii="仿宋" w:eastAsia="仿宋" w:hAnsi="仿宋"/>
          <w:sz w:val="32"/>
          <w:lang w:eastAsia="zh-CN"/>
        </w:rPr>
        <w:t>想法啊跟现代</w:t>
      </w:r>
      <w:proofErr w:type="gramEnd"/>
      <w:r>
        <w:rPr>
          <w:rFonts w:ascii="仿宋" w:eastAsia="仿宋" w:hAnsi="仿宋"/>
          <w:sz w:val="32"/>
          <w:lang w:eastAsia="zh-CN"/>
        </w:rPr>
        <w:t>医学呢是相契的，具有前瞻性。</w:t>
      </w:r>
    </w:p>
    <w:p w14:paraId="6AD5D9B6" w14:textId="77777777" w:rsidR="00E87C95" w:rsidRDefault="00000000">
      <w:pPr>
        <w:spacing w:after="0" w:line="579" w:lineRule="exact"/>
        <w:ind w:firstLine="640"/>
        <w:rPr>
          <w:lang w:eastAsia="zh-CN"/>
        </w:rPr>
      </w:pPr>
      <w:r>
        <w:rPr>
          <w:rFonts w:ascii="仿宋" w:eastAsia="仿宋" w:hAnsi="仿宋"/>
          <w:sz w:val="32"/>
          <w:lang w:eastAsia="zh-CN"/>
        </w:rPr>
        <w:t>这部书呢是把《大医习业》《大医精诚》放到了开篇总论的位置，也意味着在孙思邈的心中，医德是非常重要的，对吗？对。《大医习业》讲了成为一个医生学习什么样的书、跟谁来学习。在《大医精诚》里面讲了一个人的医德的问题。</w:t>
      </w:r>
      <w:proofErr w:type="gramStart"/>
      <w:r>
        <w:rPr>
          <w:rFonts w:ascii="仿宋" w:eastAsia="仿宋" w:hAnsi="仿宋"/>
          <w:sz w:val="32"/>
          <w:lang w:eastAsia="zh-CN"/>
        </w:rPr>
        <w:t>习完业</w:t>
      </w:r>
      <w:proofErr w:type="gramEnd"/>
      <w:r>
        <w:rPr>
          <w:rFonts w:ascii="仿宋" w:eastAsia="仿宋" w:hAnsi="仿宋"/>
          <w:sz w:val="32"/>
          <w:lang w:eastAsia="zh-CN"/>
        </w:rPr>
        <w:t>以后怎么样才能成为一个好医生？就是在"精"和"诚"上下功夫。"精"就是我们作为一个医生，最重要的要医术精湛，博济</w:t>
      </w:r>
      <w:proofErr w:type="gramStart"/>
      <w:r>
        <w:rPr>
          <w:rFonts w:ascii="仿宋" w:eastAsia="仿宋" w:hAnsi="仿宋"/>
          <w:sz w:val="32"/>
          <w:lang w:eastAsia="zh-CN"/>
        </w:rPr>
        <w:t>医</w:t>
      </w:r>
      <w:proofErr w:type="gramEnd"/>
      <w:r>
        <w:rPr>
          <w:rFonts w:ascii="仿宋" w:eastAsia="仿宋" w:hAnsi="仿宋"/>
          <w:sz w:val="32"/>
          <w:lang w:eastAsia="zh-CN"/>
        </w:rPr>
        <w:t>源，精勤不倦，要不停地读书、不停地学习、不停地实践。"诚"呢是我们做医生要有一种高尚的品质，你就要以病人为中心——大慈恻隐之心。这是我们说</w:t>
      </w:r>
      <w:proofErr w:type="gramStart"/>
      <w:r>
        <w:rPr>
          <w:rFonts w:ascii="仿宋" w:eastAsia="仿宋" w:hAnsi="仿宋"/>
          <w:sz w:val="32"/>
          <w:lang w:eastAsia="zh-CN"/>
        </w:rPr>
        <w:t>医</w:t>
      </w:r>
      <w:proofErr w:type="gramEnd"/>
      <w:r>
        <w:rPr>
          <w:rFonts w:ascii="仿宋" w:eastAsia="仿宋" w:hAnsi="仿宋"/>
          <w:sz w:val="32"/>
          <w:lang w:eastAsia="zh-CN"/>
        </w:rPr>
        <w:t>者仁术的最重要的一个要求。《大医精诚》是中医学界最早论述医德和怎样习医的名篇，《大医精诚》也成了我们的一个祖训了。作为一个医生来讲，不管中医和西医，都要把我们的德作为第一课的修行。《大医精诚》这也是孙思邈</w:t>
      </w:r>
      <w:proofErr w:type="gramStart"/>
      <w:r>
        <w:rPr>
          <w:rFonts w:ascii="仿宋" w:eastAsia="仿宋" w:hAnsi="仿宋"/>
          <w:sz w:val="32"/>
          <w:lang w:eastAsia="zh-CN"/>
        </w:rPr>
        <w:t>践行</w:t>
      </w:r>
      <w:proofErr w:type="gramEnd"/>
      <w:r>
        <w:rPr>
          <w:rFonts w:ascii="仿宋" w:eastAsia="仿宋" w:hAnsi="仿宋"/>
          <w:sz w:val="32"/>
          <w:lang w:eastAsia="zh-CN"/>
        </w:rPr>
        <w:t>一生的。没错。</w:t>
      </w:r>
    </w:p>
    <w:p w14:paraId="290E1314" w14:textId="77777777" w:rsidR="00E87C95" w:rsidRDefault="00000000">
      <w:pPr>
        <w:spacing w:after="0" w:line="579" w:lineRule="exact"/>
        <w:ind w:firstLine="640"/>
        <w:rPr>
          <w:lang w:eastAsia="zh-CN"/>
        </w:rPr>
      </w:pPr>
      <w:r>
        <w:rPr>
          <w:rFonts w:ascii="仿宋" w:eastAsia="仿宋" w:hAnsi="仿宋"/>
          <w:sz w:val="32"/>
          <w:lang w:eastAsia="zh-CN"/>
        </w:rPr>
        <w:t>《备急千金要方》啊在总论之后首先写到的就是《妇人方》，然后是《少小婴孺》方，然后才是那些其他的病症。孙思邈是这样说的嘛："</w:t>
      </w:r>
      <w:proofErr w:type="gramStart"/>
      <w:r>
        <w:rPr>
          <w:rFonts w:ascii="仿宋" w:eastAsia="仿宋" w:hAnsi="仿宋"/>
          <w:sz w:val="32"/>
          <w:lang w:eastAsia="zh-CN"/>
        </w:rPr>
        <w:t>故今斯方</w:t>
      </w:r>
      <w:proofErr w:type="gramEnd"/>
      <w:r>
        <w:rPr>
          <w:rFonts w:ascii="仿宋" w:eastAsia="仿宋" w:hAnsi="仿宋"/>
          <w:sz w:val="32"/>
          <w:lang w:eastAsia="zh-CN"/>
        </w:rPr>
        <w:t>，先妇人小儿，而后丈夫耆老，则是崇本之义也。"也就是我为什么要把妇女和儿童放在成年人和老人之前呢？那是尊崇本源呐，"若无于小，卒不成大"呀，没有小孩儿哪来的大人呐？因为有妇女才能生养孩子，</w:t>
      </w:r>
      <w:r>
        <w:rPr>
          <w:rFonts w:ascii="仿宋" w:eastAsia="仿宋" w:hAnsi="仿宋"/>
          <w:sz w:val="32"/>
          <w:lang w:eastAsia="zh-CN"/>
        </w:rPr>
        <w:lastRenderedPageBreak/>
        <w:t>有孩子才能长成大人呐。孙思邈首先提出要独立地设妇科和儿科，这个对于我们中国妇科和儿科的独立化发展和后来整个中医学界在这方面的进步，都奠定了非常好的基础。在一千多年前呐，孙思邈就大声疾呼而且身体力行，让人们重视妇幼健康，这是非常难能可贵的。嗯，可以说《备急千金要方》给后世留下了非常非常多宝贵的经验、精神还有知识。</w:t>
      </w:r>
    </w:p>
    <w:p w14:paraId="1BFEB8C4" w14:textId="77777777" w:rsidR="00E87C95" w:rsidRDefault="00000000">
      <w:pPr>
        <w:spacing w:after="0" w:line="579" w:lineRule="exact"/>
        <w:ind w:firstLine="640"/>
        <w:rPr>
          <w:lang w:eastAsia="zh-CN"/>
        </w:rPr>
      </w:pPr>
      <w:r>
        <w:rPr>
          <w:rFonts w:ascii="仿宋" w:eastAsia="仿宋" w:hAnsi="仿宋"/>
          <w:sz w:val="32"/>
          <w:lang w:eastAsia="zh-CN"/>
        </w:rPr>
        <w:t>有这样一句评价说它"妙尽古今方书之要"，但其实它不仅仅涵盖古今，也包罗中外。是这样的。孙思邈记载了一系列通过丝绸之路进到国内、然后</w:t>
      </w:r>
      <w:proofErr w:type="gramStart"/>
      <w:r>
        <w:rPr>
          <w:rFonts w:ascii="仿宋" w:eastAsia="仿宋" w:hAnsi="仿宋"/>
          <w:sz w:val="32"/>
          <w:lang w:eastAsia="zh-CN"/>
        </w:rPr>
        <w:t>呢变成</w:t>
      </w:r>
      <w:proofErr w:type="gramEnd"/>
      <w:r>
        <w:rPr>
          <w:rFonts w:ascii="仿宋" w:eastAsia="仿宋" w:hAnsi="仿宋"/>
          <w:sz w:val="32"/>
          <w:lang w:eastAsia="zh-CN"/>
        </w:rPr>
        <w:t>了中药来服务于人健康的药和药方。一些药呢当进到中国的时候不是药，是香料。孙思邈居然把它变成药了，而且在许多疾病上得到了非常好的治疗。这是中西的交流、中西的结合。《备急千金要方》在唐代出现了，它的历史条件呐，和大唐盛世啊、大一统的这个时代啊都有关联。海上丝绸之路和陆上丝绸之路呢，给中外的人员呐、医药文化的交流提供了很好的条件。其实东亚文化圈也是在那个时候形成的。中国那时候也对东亚的医学构成很重要的影响。隋唐时代，医学融合了不同的民族和不同的国家的优秀成分，居于世界的前列，成为当时东方医学的中心。这是在开放包容的</w:t>
      </w:r>
      <w:proofErr w:type="gramStart"/>
      <w:r>
        <w:rPr>
          <w:rFonts w:ascii="仿宋" w:eastAsia="仿宋" w:hAnsi="仿宋"/>
          <w:sz w:val="32"/>
          <w:lang w:eastAsia="zh-CN"/>
        </w:rPr>
        <w:t>唐朝才</w:t>
      </w:r>
      <w:proofErr w:type="gramEnd"/>
      <w:r>
        <w:rPr>
          <w:rFonts w:ascii="仿宋" w:eastAsia="仿宋" w:hAnsi="仿宋"/>
          <w:sz w:val="32"/>
          <w:lang w:eastAsia="zh-CN"/>
        </w:rPr>
        <w:t>会出现的现象。《备急千金要方》就是在这样特定的历史条件下产生的。嗯，感觉就像一个坐标一样。纵向，《备急千金要方》收录了古今；那横向收录了中外数千种的药方还有药材。</w:t>
      </w:r>
    </w:p>
    <w:p w14:paraId="1602EA28" w14:textId="77777777" w:rsidR="00E87C95" w:rsidRDefault="00000000">
      <w:pPr>
        <w:spacing w:after="0" w:line="579" w:lineRule="exact"/>
        <w:ind w:firstLine="640"/>
        <w:rPr>
          <w:lang w:eastAsia="zh-CN"/>
        </w:rPr>
      </w:pPr>
      <w:r>
        <w:rPr>
          <w:rFonts w:ascii="仿宋" w:eastAsia="仿宋" w:hAnsi="仿宋"/>
          <w:sz w:val="32"/>
          <w:lang w:eastAsia="zh-CN"/>
        </w:rPr>
        <w:lastRenderedPageBreak/>
        <w:t>孙思邈被誉为"药王"，历史上有很多关于他的著述还有传说，那实际上他本人是一个怎样的人呢？孙思邈呢绝对是一个传奇人物，他的年龄就是个传奇呀，现在对他年龄的记载是多种多样的吧，最小说到一百零一岁，最大说到一百七十三岁。当然呢现在学术界一般认为是101岁，这是极其罕见的。思</w:t>
      </w:r>
      <w:proofErr w:type="gramStart"/>
      <w:r>
        <w:rPr>
          <w:rFonts w:ascii="仿宋" w:eastAsia="仿宋" w:hAnsi="仿宋"/>
          <w:sz w:val="32"/>
          <w:lang w:eastAsia="zh-CN"/>
        </w:rPr>
        <w:t>邈</w:t>
      </w:r>
      <w:proofErr w:type="gramEnd"/>
      <w:r>
        <w:rPr>
          <w:rFonts w:ascii="仿宋" w:eastAsia="仿宋" w:hAnsi="仿宋"/>
          <w:sz w:val="32"/>
          <w:lang w:eastAsia="zh-CN"/>
        </w:rPr>
        <w:t>呢是一个小神童出身，说他七岁就学，</w:t>
      </w:r>
      <w:proofErr w:type="gramStart"/>
      <w:r>
        <w:rPr>
          <w:rFonts w:ascii="仿宋" w:eastAsia="仿宋" w:hAnsi="仿宋"/>
          <w:sz w:val="32"/>
          <w:lang w:eastAsia="zh-CN"/>
        </w:rPr>
        <w:t>日诵千余</w:t>
      </w:r>
      <w:proofErr w:type="gramEnd"/>
      <w:r>
        <w:rPr>
          <w:rFonts w:ascii="仿宋" w:eastAsia="仿宋" w:hAnsi="仿宋"/>
          <w:sz w:val="32"/>
          <w:lang w:eastAsia="zh-CN"/>
        </w:rPr>
        <w:t>言，一天能背一千多字。可是这小神童身体不太好，小时候就老生病，为他看病啊这家里几乎是倾家荡产，这就刺激了他的这个从医之志嘛。十八岁就开始立志学医，然后就遍求医家、遍寻药方、博采众长，到二十出头的时候就成了一个有造诣的</w:t>
      </w:r>
      <w:proofErr w:type="gramStart"/>
      <w:r>
        <w:rPr>
          <w:rFonts w:ascii="仿宋" w:eastAsia="仿宋" w:hAnsi="仿宋"/>
          <w:sz w:val="32"/>
          <w:lang w:eastAsia="zh-CN"/>
        </w:rPr>
        <w:t>医</w:t>
      </w:r>
      <w:proofErr w:type="gramEnd"/>
      <w:r>
        <w:rPr>
          <w:rFonts w:ascii="仿宋" w:eastAsia="仿宋" w:hAnsi="仿宋"/>
          <w:sz w:val="32"/>
          <w:lang w:eastAsia="zh-CN"/>
        </w:rPr>
        <w:t>者了。孙思邈应该说在他行医的几十年的过程中有所积累后，想写一部书能够让家家都能够学到、每个人都能够了解我们救命的一些技术。所以说他把唐以前的医书寻找了一个遍、复习了一个遍，然后再根据自己的经验创制了很多他自己的方药，以成《备急千金要方》。</w:t>
      </w:r>
    </w:p>
    <w:p w14:paraId="08DDC7CB" w14:textId="77777777" w:rsidR="00E87C95" w:rsidRDefault="00000000">
      <w:pPr>
        <w:spacing w:after="0" w:line="579" w:lineRule="exact"/>
        <w:ind w:firstLine="640"/>
        <w:rPr>
          <w:lang w:eastAsia="zh-CN"/>
        </w:rPr>
      </w:pPr>
      <w:r>
        <w:rPr>
          <w:rFonts w:ascii="仿宋" w:eastAsia="仿宋" w:hAnsi="仿宋"/>
          <w:sz w:val="32"/>
          <w:lang w:eastAsia="zh-CN"/>
        </w:rPr>
        <w:t>感谢三位老师与我们一起识读这部书。那么今天在《典籍里的中国》的舞台上会怎样演绎孙思邈和《备急千金要方》的故事呢？我们一块儿去</w:t>
      </w:r>
      <w:proofErr w:type="gramStart"/>
      <w:r>
        <w:rPr>
          <w:rFonts w:ascii="仿宋" w:eastAsia="仿宋" w:hAnsi="仿宋"/>
          <w:sz w:val="32"/>
          <w:lang w:eastAsia="zh-CN"/>
        </w:rPr>
        <w:t>点读会</w:t>
      </w:r>
      <w:proofErr w:type="gramEnd"/>
      <w:r>
        <w:rPr>
          <w:rFonts w:ascii="仿宋" w:eastAsia="仿宋" w:hAnsi="仿宋"/>
          <w:sz w:val="32"/>
          <w:lang w:eastAsia="zh-CN"/>
        </w:rPr>
        <w:t>看看。大家好，欢迎来到《典籍里的中国》</w:t>
      </w:r>
      <w:proofErr w:type="gramStart"/>
      <w:r>
        <w:rPr>
          <w:rFonts w:ascii="仿宋" w:eastAsia="仿宋" w:hAnsi="仿宋"/>
          <w:sz w:val="32"/>
          <w:lang w:eastAsia="zh-CN"/>
        </w:rPr>
        <w:t>点读会</w:t>
      </w:r>
      <w:proofErr w:type="gramEnd"/>
      <w:r>
        <w:rPr>
          <w:rFonts w:ascii="仿宋" w:eastAsia="仿宋" w:hAnsi="仿宋"/>
          <w:sz w:val="32"/>
          <w:lang w:eastAsia="zh-CN"/>
        </w:rPr>
        <w:t>，我是当代读书人撒贝宁。今天呢我们要带大家一块儿去识读的典籍是唐代孙思邈所著的《备急千金要方》。那么首先请几位为大家介绍一下。大家好，</w:t>
      </w:r>
      <w:r>
        <w:rPr>
          <w:rFonts w:ascii="仿宋" w:eastAsia="仿宋" w:hAnsi="仿宋"/>
          <w:sz w:val="32"/>
          <w:lang w:eastAsia="zh-CN"/>
        </w:rPr>
        <w:lastRenderedPageBreak/>
        <w:t>我是吴镇宇，我在戏剧里面饰演的就是孙思邈。我是演员王森，我饰演的是前诚。我是《典籍里的中国》总编剧张昆鹏。</w:t>
      </w:r>
    </w:p>
    <w:p w14:paraId="3F466042" w14:textId="77777777" w:rsidR="00E87C95" w:rsidRDefault="00000000">
      <w:pPr>
        <w:spacing w:after="0" w:line="579" w:lineRule="exact"/>
        <w:ind w:firstLine="640"/>
        <w:rPr>
          <w:lang w:eastAsia="zh-CN"/>
        </w:rPr>
      </w:pPr>
      <w:r>
        <w:rPr>
          <w:rFonts w:ascii="仿宋" w:eastAsia="仿宋" w:hAnsi="仿宋"/>
          <w:sz w:val="32"/>
          <w:lang w:eastAsia="zh-CN"/>
        </w:rPr>
        <w:t>围绕着孙思邈这位百岁大</w:t>
      </w:r>
      <w:proofErr w:type="gramStart"/>
      <w:r>
        <w:rPr>
          <w:rFonts w:ascii="仿宋" w:eastAsia="仿宋" w:hAnsi="仿宋"/>
          <w:sz w:val="32"/>
          <w:lang w:eastAsia="zh-CN"/>
        </w:rPr>
        <w:t>医</w:t>
      </w:r>
      <w:proofErr w:type="gramEnd"/>
      <w:r>
        <w:rPr>
          <w:rFonts w:ascii="仿宋" w:eastAsia="仿宋" w:hAnsi="仿宋"/>
          <w:sz w:val="32"/>
          <w:lang w:eastAsia="zh-CN"/>
        </w:rPr>
        <w:t>——一个传奇人物，然后再结合他的这部典籍著作，我们是从什么样的角度去展开这个故事的讲述呢？孙思邈啊是我国伟大的医药学家。在节目组跟专家组反复讨论之后呢，我们了解到孙思邈一生当中多次受到病痛的折磨，所以说他对老百姓、对良医良方的渴求呢有这种切身的感受，所以他才倾尽一生的心血要去著述医学典籍。我们将孙思邈的这些人生故事跟《备急千金要方》《千金翼方》两部典籍的内容有机结合，讲述了孙思邈求方、集方、传方的传奇一生。同时我们也艺术化地创造出了一位虚构的人物——徒弟前诚，并且将两人的师生情贯穿戏剧的始终。刚才您还说到有个《千金翼方》。经考证，孙思邈是二十岁从医，然后四十岁的时候开始写《备急千金要方》，写了三十年。孙思邈古稀之年看到了失传已久的张仲景留下来的《伤寒论》，然后又发愿要根据《伤寒论》再综合其他的内容再写一部典籍，终于在百岁又铸成了《千金翼方》。可以说《千金要方》和《千金翼方》相互辅助，形成了它的医药的著作体系。</w:t>
      </w:r>
    </w:p>
    <w:p w14:paraId="09E78F95" w14:textId="77777777" w:rsidR="00E87C95" w:rsidRDefault="00000000">
      <w:pPr>
        <w:spacing w:after="0" w:line="579" w:lineRule="exact"/>
        <w:ind w:firstLine="640"/>
        <w:rPr>
          <w:lang w:eastAsia="zh-CN"/>
        </w:rPr>
      </w:pPr>
      <w:r>
        <w:rPr>
          <w:rFonts w:ascii="仿宋" w:eastAsia="仿宋" w:hAnsi="仿宋"/>
          <w:sz w:val="32"/>
          <w:lang w:eastAsia="zh-CN"/>
        </w:rPr>
        <w:t>孙思邈真的是一个非常传奇的人物。吴老师，您对孙思邈这个人物做了一些怎样的了解？其实我最感动的两句话，这孙思邈说的："人命至重，有贵千金。"孙思邈访民间的各</w:t>
      </w:r>
      <w:r>
        <w:rPr>
          <w:rFonts w:ascii="仿宋" w:eastAsia="仿宋" w:hAnsi="仿宋"/>
          <w:sz w:val="32"/>
          <w:lang w:eastAsia="zh-CN"/>
        </w:rPr>
        <w:lastRenderedPageBreak/>
        <w:t>个药方、收集，那个时候交通不方便，工程挺庞大的。我觉得他一百岁好像就是没停止过贡献。我小时候很怕去医院，我妈她永远都是做一些她懂得的草药啊照顾我，所以也感谢孙思邈，我妈妈也能学到一些中医药材啊照顾我到现在。所以孙思邈一直照顾到千年后世，照顾到我们身上。《备急千金要方》的开篇提出了《大医习业》《大医精诚》，他</w:t>
      </w:r>
      <w:proofErr w:type="gramStart"/>
      <w:r>
        <w:rPr>
          <w:rFonts w:ascii="仿宋" w:eastAsia="仿宋" w:hAnsi="仿宋"/>
          <w:sz w:val="32"/>
          <w:lang w:eastAsia="zh-CN"/>
        </w:rPr>
        <w:t>践行</w:t>
      </w:r>
      <w:proofErr w:type="gramEnd"/>
      <w:r>
        <w:rPr>
          <w:rFonts w:ascii="仿宋" w:eastAsia="仿宋" w:hAnsi="仿宋"/>
          <w:sz w:val="32"/>
          <w:lang w:eastAsia="zh-CN"/>
        </w:rPr>
        <w:t>了一辈子，是当之无愧的大医，更是一个大爱之人。</w:t>
      </w:r>
    </w:p>
    <w:p w14:paraId="137C052C" w14:textId="77777777" w:rsidR="00E87C95" w:rsidRDefault="00000000">
      <w:pPr>
        <w:spacing w:after="0" w:line="579" w:lineRule="exact"/>
        <w:ind w:firstLine="640"/>
        <w:rPr>
          <w:lang w:eastAsia="zh-CN"/>
        </w:rPr>
      </w:pPr>
      <w:r>
        <w:rPr>
          <w:rFonts w:ascii="仿宋" w:eastAsia="仿宋" w:hAnsi="仿宋"/>
          <w:sz w:val="32"/>
          <w:lang w:eastAsia="zh-CN"/>
        </w:rPr>
        <w:t>《备急千金要方》五千多个方子，有孙思邈创造的药方，但是更多的也有查阅典籍，包括去民间求医问药、寻访来的药方。所以王森在这部戏当中饰演的这位前程，从小就跟在孙思邈身边。是的，我饰演的前程其实是众多曾经受到孙思邈帮助的人的一个缩影。同时他作为孙思邈的徒弟，他也是传承孙思邈大</w:t>
      </w:r>
      <w:proofErr w:type="gramStart"/>
      <w:r>
        <w:rPr>
          <w:rFonts w:ascii="仿宋" w:eastAsia="仿宋" w:hAnsi="仿宋"/>
          <w:sz w:val="32"/>
          <w:lang w:eastAsia="zh-CN"/>
        </w:rPr>
        <w:t>医</w:t>
      </w:r>
      <w:proofErr w:type="gramEnd"/>
      <w:r>
        <w:rPr>
          <w:rFonts w:ascii="仿宋" w:eastAsia="仿宋" w:hAnsi="仿宋"/>
          <w:sz w:val="32"/>
          <w:lang w:eastAsia="zh-CN"/>
        </w:rPr>
        <w:t>精诚精神之人的代表，也是至诚至善、大爱无疆的医者中的一员。其实孙思邈在他这</w:t>
      </w:r>
      <w:proofErr w:type="gramStart"/>
      <w:r>
        <w:rPr>
          <w:rFonts w:ascii="仿宋" w:eastAsia="仿宋" w:hAnsi="仿宋"/>
          <w:sz w:val="32"/>
          <w:lang w:eastAsia="zh-CN"/>
        </w:rPr>
        <w:t>部著</w:t>
      </w:r>
      <w:proofErr w:type="gramEnd"/>
      <w:r>
        <w:rPr>
          <w:rFonts w:ascii="仿宋" w:eastAsia="仿宋" w:hAnsi="仿宋"/>
          <w:sz w:val="32"/>
          <w:lang w:eastAsia="zh-CN"/>
        </w:rPr>
        <w:t>作的序当中也说明了自己为什么要为自己这部典籍起这样一个名字，而且他的这一番讲述也在后世不断地被医者所引用，成为了一句医学界的名言。我接下来呢也想请吴镇宇先生为我们诵读一下这句话。"人命至重，有贵千金，一方济之，</w:t>
      </w:r>
      <w:proofErr w:type="gramStart"/>
      <w:r>
        <w:rPr>
          <w:rFonts w:ascii="仿宋" w:eastAsia="仿宋" w:hAnsi="仿宋"/>
          <w:sz w:val="32"/>
          <w:lang w:eastAsia="zh-CN"/>
        </w:rPr>
        <w:t>德逾于此</w:t>
      </w:r>
      <w:proofErr w:type="gramEnd"/>
      <w:r>
        <w:rPr>
          <w:rFonts w:ascii="仿宋" w:eastAsia="仿宋" w:hAnsi="仿宋"/>
          <w:sz w:val="32"/>
          <w:lang w:eastAsia="zh-CN"/>
        </w:rPr>
        <w:t>。"</w:t>
      </w:r>
    </w:p>
    <w:p w14:paraId="17DF2BC0" w14:textId="77777777" w:rsidR="00E87C95" w:rsidRDefault="00000000">
      <w:pPr>
        <w:spacing w:after="0" w:line="579" w:lineRule="exact"/>
        <w:ind w:firstLine="640"/>
        <w:rPr>
          <w:lang w:eastAsia="zh-CN"/>
        </w:rPr>
      </w:pPr>
      <w:r>
        <w:rPr>
          <w:rFonts w:ascii="仿宋" w:eastAsia="仿宋" w:hAnsi="仿宋"/>
          <w:sz w:val="32"/>
          <w:lang w:eastAsia="zh-CN"/>
        </w:rPr>
        <w:t>在孙思邈的《备急千金要方》首卷的《大医精诚》中，他也对"仁心仁术"四个字做了他自己的表达和阐述。直到今天为止，这番论述仍然是现代医务工作者的道德准则和行为准则。我们齐诵一下这一段："若有疾</w:t>
      </w:r>
      <w:proofErr w:type="gramStart"/>
      <w:r>
        <w:rPr>
          <w:rFonts w:ascii="仿宋" w:eastAsia="仿宋" w:hAnsi="仿宋"/>
          <w:sz w:val="32"/>
          <w:lang w:eastAsia="zh-CN"/>
        </w:rPr>
        <w:t>厄</w:t>
      </w:r>
      <w:proofErr w:type="gramEnd"/>
      <w:r>
        <w:rPr>
          <w:rFonts w:ascii="仿宋" w:eastAsia="仿宋" w:hAnsi="仿宋"/>
          <w:sz w:val="32"/>
          <w:lang w:eastAsia="zh-CN"/>
        </w:rPr>
        <w:t>来求救者，</w:t>
      </w:r>
      <w:proofErr w:type="gramStart"/>
      <w:r>
        <w:rPr>
          <w:rFonts w:ascii="仿宋" w:eastAsia="仿宋" w:hAnsi="仿宋"/>
          <w:sz w:val="32"/>
          <w:lang w:eastAsia="zh-CN"/>
        </w:rPr>
        <w:t>不得问</w:t>
      </w:r>
      <w:proofErr w:type="gramEnd"/>
      <w:r>
        <w:rPr>
          <w:rFonts w:ascii="仿宋" w:eastAsia="仿宋" w:hAnsi="仿宋"/>
          <w:sz w:val="32"/>
          <w:lang w:eastAsia="zh-CN"/>
        </w:rPr>
        <w:t>其</w:t>
      </w:r>
      <w:r>
        <w:rPr>
          <w:rFonts w:ascii="仿宋" w:eastAsia="仿宋" w:hAnsi="仿宋"/>
          <w:sz w:val="32"/>
          <w:lang w:eastAsia="zh-CN"/>
        </w:rPr>
        <w:lastRenderedPageBreak/>
        <w:t>贵贱贫富，长幼妍蚩，怨亲善友，华夷愚智，普同一等，皆如至亲之想。"</w:t>
      </w:r>
    </w:p>
    <w:p w14:paraId="679E1228" w14:textId="77777777" w:rsidR="00E87C95" w:rsidRDefault="00000000">
      <w:pPr>
        <w:spacing w:after="0" w:line="579" w:lineRule="exact"/>
        <w:ind w:firstLine="640"/>
        <w:rPr>
          <w:lang w:eastAsia="zh-CN"/>
        </w:rPr>
      </w:pPr>
      <w:r>
        <w:rPr>
          <w:rFonts w:ascii="仿宋" w:eastAsia="仿宋" w:hAnsi="仿宋"/>
          <w:sz w:val="32"/>
          <w:lang w:eastAsia="zh-CN"/>
        </w:rPr>
        <w:t>前程见证了孙思邈完成《备急千金要方》的全过程，他提供了一个非常重要的视角。希望我所饰演的前程可以带领观众去更好地了解孙思邈先生。我们通过这本书</w:t>
      </w:r>
      <w:proofErr w:type="gramStart"/>
      <w:r>
        <w:rPr>
          <w:rFonts w:ascii="仿宋" w:eastAsia="仿宋" w:hAnsi="仿宋"/>
          <w:sz w:val="32"/>
          <w:lang w:eastAsia="zh-CN"/>
        </w:rPr>
        <w:t>啊感受</w:t>
      </w:r>
      <w:proofErr w:type="gramEnd"/>
      <w:r>
        <w:rPr>
          <w:rFonts w:ascii="仿宋" w:eastAsia="仿宋" w:hAnsi="仿宋"/>
          <w:sz w:val="32"/>
          <w:lang w:eastAsia="zh-CN"/>
        </w:rPr>
        <w:t>到中国历代医者先贤那颗大医精诚的</w:t>
      </w:r>
      <w:proofErr w:type="gramStart"/>
      <w:r>
        <w:rPr>
          <w:rFonts w:ascii="仿宋" w:eastAsia="仿宋" w:hAnsi="仿宋"/>
          <w:sz w:val="32"/>
          <w:lang w:eastAsia="zh-CN"/>
        </w:rPr>
        <w:t>医者仁</w:t>
      </w:r>
      <w:proofErr w:type="gramEnd"/>
      <w:r>
        <w:rPr>
          <w:rFonts w:ascii="仿宋" w:eastAsia="仿宋" w:hAnsi="仿宋"/>
          <w:sz w:val="32"/>
          <w:lang w:eastAsia="zh-CN"/>
        </w:rPr>
        <w:t>心。希望观众可以通过我饰演的孙思邈走进《备急千金要方》这本医书。</w:t>
      </w:r>
    </w:p>
    <w:p w14:paraId="362B6538" w14:textId="77777777" w:rsidR="00E87C95" w:rsidRDefault="00000000">
      <w:pPr>
        <w:spacing w:after="0" w:line="579" w:lineRule="exact"/>
        <w:ind w:firstLine="640"/>
        <w:rPr>
          <w:lang w:eastAsia="zh-CN"/>
        </w:rPr>
      </w:pPr>
      <w:r>
        <w:rPr>
          <w:rFonts w:ascii="仿宋" w:eastAsia="仿宋" w:hAnsi="仿宋"/>
          <w:sz w:val="32"/>
          <w:lang w:eastAsia="zh-CN"/>
        </w:rPr>
        <w:t>乡亲们，这石碑上刻的呀就是大家常用的方子。哎，不止药方，我们还刻了种植药材的方法呢！孙公，这些哪儿是石碑呀？这些是"石大</w:t>
      </w:r>
      <w:proofErr w:type="gramStart"/>
      <w:r>
        <w:rPr>
          <w:rFonts w:ascii="仿宋" w:eastAsia="仿宋" w:hAnsi="仿宋"/>
          <w:sz w:val="32"/>
          <w:lang w:eastAsia="zh-CN"/>
        </w:rPr>
        <w:t>医</w:t>
      </w:r>
      <w:proofErr w:type="gramEnd"/>
      <w:r>
        <w:rPr>
          <w:rFonts w:ascii="仿宋" w:eastAsia="仿宋" w:hAnsi="仿宋"/>
          <w:sz w:val="32"/>
          <w:lang w:eastAsia="zh-CN"/>
        </w:rPr>
        <w:t>"呀！对，应该叫石大</w:t>
      </w:r>
      <w:proofErr w:type="gramStart"/>
      <w:r>
        <w:rPr>
          <w:rFonts w:ascii="仿宋" w:eastAsia="仿宋" w:hAnsi="仿宋"/>
          <w:sz w:val="32"/>
          <w:lang w:eastAsia="zh-CN"/>
        </w:rPr>
        <w:t>医</w:t>
      </w:r>
      <w:proofErr w:type="gramEnd"/>
      <w:r>
        <w:rPr>
          <w:rFonts w:ascii="仿宋" w:eastAsia="仿宋" w:hAnsi="仿宋"/>
          <w:sz w:val="32"/>
          <w:lang w:eastAsia="zh-CN"/>
        </w:rPr>
        <w:t>！哈哈</w:t>
      </w:r>
      <w:proofErr w:type="gramStart"/>
      <w:r>
        <w:rPr>
          <w:rFonts w:ascii="仿宋" w:eastAsia="仿宋" w:hAnsi="仿宋"/>
          <w:sz w:val="32"/>
          <w:lang w:eastAsia="zh-CN"/>
        </w:rPr>
        <w:t>哈</w:t>
      </w:r>
      <w:proofErr w:type="gramEnd"/>
      <w:r>
        <w:rPr>
          <w:rFonts w:ascii="仿宋" w:eastAsia="仿宋" w:hAnsi="仿宋"/>
          <w:sz w:val="32"/>
          <w:lang w:eastAsia="zh-CN"/>
        </w:rPr>
        <w:t>！孙公，孙公——孙公快！孙公，您看，这是今年收获的第一批枸杞，还是</w:t>
      </w:r>
      <w:proofErr w:type="gramStart"/>
      <w:r>
        <w:rPr>
          <w:rFonts w:ascii="仿宋" w:eastAsia="仿宋" w:hAnsi="仿宋"/>
          <w:sz w:val="32"/>
          <w:lang w:eastAsia="zh-CN"/>
        </w:rPr>
        <w:t>前诚教</w:t>
      </w:r>
      <w:proofErr w:type="gramEnd"/>
      <w:r>
        <w:rPr>
          <w:rFonts w:ascii="仿宋" w:eastAsia="仿宋" w:hAnsi="仿宋"/>
          <w:sz w:val="32"/>
          <w:lang w:eastAsia="zh-CN"/>
        </w:rPr>
        <w:t>我们种的呢。种得很好啊。各位乡亲，师父说过，你们种的</w:t>
      </w:r>
      <w:proofErr w:type="gramStart"/>
      <w:r>
        <w:rPr>
          <w:rFonts w:ascii="仿宋" w:eastAsia="仿宋" w:hAnsi="仿宋"/>
          <w:sz w:val="32"/>
          <w:lang w:eastAsia="zh-CN"/>
        </w:rPr>
        <w:t>草药呀若有</w:t>
      </w:r>
      <w:proofErr w:type="gramEnd"/>
      <w:r>
        <w:rPr>
          <w:rFonts w:ascii="仿宋" w:eastAsia="仿宋" w:hAnsi="仿宋"/>
          <w:sz w:val="32"/>
          <w:lang w:eastAsia="zh-CN"/>
        </w:rPr>
        <w:t>收成都可以拿来，我们照市价收购。好啊好啊，谢谢孙公！二位师弟帮着乡亲们一块整理，来来来。</w:t>
      </w:r>
    </w:p>
    <w:p w14:paraId="39D6E345" w14:textId="77777777" w:rsidR="00E87C95" w:rsidRDefault="00000000">
      <w:pPr>
        <w:spacing w:after="0" w:line="579" w:lineRule="exact"/>
        <w:ind w:firstLine="640"/>
        <w:rPr>
          <w:lang w:eastAsia="zh-CN"/>
        </w:rPr>
      </w:pPr>
      <w:r>
        <w:rPr>
          <w:rFonts w:ascii="仿宋" w:eastAsia="仿宋" w:hAnsi="仿宋"/>
          <w:sz w:val="32"/>
          <w:lang w:eastAsia="zh-CN"/>
        </w:rPr>
        <w:t>生活在隋唐时期的著名医学家孙思邈，为了解决当时百姓缺医少药的问题奉献一生。他用了一生的时间收集整理各种药方，写成了两</w:t>
      </w:r>
      <w:proofErr w:type="gramStart"/>
      <w:r>
        <w:rPr>
          <w:rFonts w:ascii="仿宋" w:eastAsia="仿宋" w:hAnsi="仿宋"/>
          <w:sz w:val="32"/>
          <w:lang w:eastAsia="zh-CN"/>
        </w:rPr>
        <w:t>部著</w:t>
      </w:r>
      <w:proofErr w:type="gramEnd"/>
      <w:r>
        <w:rPr>
          <w:rFonts w:ascii="仿宋" w:eastAsia="仿宋" w:hAnsi="仿宋"/>
          <w:sz w:val="32"/>
          <w:lang w:eastAsia="zh-CN"/>
        </w:rPr>
        <w:t>名的医学典籍《备急千金要方》和《千金翼方》。后世人尊称孙思邈为"药王"。据传孙思邈曾经把百姓常用的药方刻在了石碑之上，广泛向世人传播，百姓都管这些石碑叫"石大</w:t>
      </w:r>
      <w:proofErr w:type="gramStart"/>
      <w:r>
        <w:rPr>
          <w:rFonts w:ascii="仿宋" w:eastAsia="仿宋" w:hAnsi="仿宋"/>
          <w:sz w:val="32"/>
          <w:lang w:eastAsia="zh-CN"/>
        </w:rPr>
        <w:t>医</w:t>
      </w:r>
      <w:proofErr w:type="gramEnd"/>
      <w:r>
        <w:rPr>
          <w:rFonts w:ascii="仿宋" w:eastAsia="仿宋" w:hAnsi="仿宋"/>
          <w:sz w:val="32"/>
          <w:lang w:eastAsia="zh-CN"/>
        </w:rPr>
        <w:t>"。</w:t>
      </w:r>
    </w:p>
    <w:p w14:paraId="03D9A450" w14:textId="77777777" w:rsidR="00E87C95" w:rsidRDefault="00000000">
      <w:pPr>
        <w:spacing w:after="0" w:line="579" w:lineRule="exact"/>
        <w:ind w:firstLine="640"/>
        <w:rPr>
          <w:lang w:eastAsia="zh-CN"/>
        </w:rPr>
      </w:pPr>
      <w:r>
        <w:rPr>
          <w:rFonts w:ascii="仿宋" w:eastAsia="仿宋" w:hAnsi="仿宋"/>
          <w:sz w:val="32"/>
          <w:lang w:eastAsia="zh-CN"/>
        </w:rPr>
        <w:lastRenderedPageBreak/>
        <w:t>孙公，这些石大医好啊，我们得去仔细看看。你去为乡亲们讲一下哪个方子对应什么症状，别让乡亲们困扰啊。是，师父。啊……好，先生请。乡亲们走。晚辈拜见先生。啊，你也是来抄药方的？晚辈不是来抄药方的，先生的《备急千金要方》三十卷晚辈都已经拜读过。看你的衣着，你是……从远方而来的。晚辈叫撒贝宁，的确是从很远的地方来，特来向先生求教。请坐吧。谢先生。</w:t>
      </w:r>
    </w:p>
    <w:p w14:paraId="4F814729" w14:textId="77777777" w:rsidR="00E87C95" w:rsidRDefault="00000000">
      <w:pPr>
        <w:spacing w:after="0" w:line="579" w:lineRule="exact"/>
        <w:ind w:firstLine="640"/>
        <w:rPr>
          <w:lang w:eastAsia="zh-CN"/>
        </w:rPr>
      </w:pPr>
      <w:proofErr w:type="gramStart"/>
      <w:r>
        <w:rPr>
          <w:rFonts w:ascii="仿宋" w:eastAsia="仿宋" w:hAnsi="仿宋"/>
          <w:sz w:val="32"/>
          <w:lang w:eastAsia="zh-CN"/>
        </w:rPr>
        <w:t>撒君啊</w:t>
      </w:r>
      <w:proofErr w:type="gramEnd"/>
      <w:r>
        <w:rPr>
          <w:rFonts w:ascii="仿宋" w:eastAsia="仿宋" w:hAnsi="仿宋"/>
          <w:sz w:val="32"/>
          <w:lang w:eastAsia="zh-CN"/>
        </w:rPr>
        <w:t>，想问些什么啊？我们都知道先生您二十岁开始从医，到七十岁之后写成了《备急千金要方》，然后从年逾古稀时候开始撰著《千金翼方》，到百岁乃成。这是一种什么样的毅力，能够让人耗费一生的心血去写就这样的医学著作？</w:t>
      </w:r>
      <w:proofErr w:type="gramStart"/>
      <w:r>
        <w:rPr>
          <w:rFonts w:ascii="仿宋" w:eastAsia="仿宋" w:hAnsi="仿宋"/>
          <w:sz w:val="32"/>
          <w:lang w:eastAsia="zh-CN"/>
        </w:rPr>
        <w:t>撒君生</w:t>
      </w:r>
      <w:proofErr w:type="gramEnd"/>
      <w:r>
        <w:rPr>
          <w:rFonts w:ascii="仿宋" w:eastAsia="仿宋" w:hAnsi="仿宋"/>
          <w:sz w:val="32"/>
          <w:lang w:eastAsia="zh-CN"/>
        </w:rPr>
        <w:t>过病吗？当然。所以疾病之痛人人有感，而我</w:t>
      </w:r>
      <w:proofErr w:type="gramStart"/>
      <w:r>
        <w:rPr>
          <w:rFonts w:ascii="仿宋" w:eastAsia="仿宋" w:hAnsi="仿宋"/>
          <w:sz w:val="32"/>
          <w:lang w:eastAsia="zh-CN"/>
        </w:rPr>
        <w:t>呢已经</w:t>
      </w:r>
      <w:proofErr w:type="gramEnd"/>
      <w:r>
        <w:rPr>
          <w:rFonts w:ascii="仿宋" w:eastAsia="仿宋" w:hAnsi="仿宋"/>
          <w:sz w:val="32"/>
          <w:lang w:eastAsia="zh-CN"/>
        </w:rPr>
        <w:t>过了一百个年头了，我生的</w:t>
      </w:r>
      <w:proofErr w:type="gramStart"/>
      <w:r>
        <w:rPr>
          <w:rFonts w:ascii="仿宋" w:eastAsia="仿宋" w:hAnsi="仿宋"/>
          <w:sz w:val="32"/>
          <w:lang w:eastAsia="zh-CN"/>
        </w:rPr>
        <w:t>病肯定</w:t>
      </w:r>
      <w:proofErr w:type="gramEnd"/>
      <w:r>
        <w:rPr>
          <w:rFonts w:ascii="仿宋" w:eastAsia="仿宋" w:hAnsi="仿宋"/>
          <w:sz w:val="32"/>
          <w:lang w:eastAsia="zh-CN"/>
        </w:rPr>
        <w:t>比平常人多得多。</w:t>
      </w:r>
    </w:p>
    <w:p w14:paraId="2D93CF48" w14:textId="77777777" w:rsidR="00E87C95" w:rsidRDefault="00000000">
      <w:pPr>
        <w:spacing w:after="0" w:line="579" w:lineRule="exact"/>
        <w:ind w:firstLine="640"/>
        <w:rPr>
          <w:lang w:eastAsia="zh-CN"/>
        </w:rPr>
      </w:pPr>
      <w:r>
        <w:rPr>
          <w:rFonts w:ascii="仿宋" w:eastAsia="仿宋" w:hAnsi="仿宋"/>
          <w:sz w:val="32"/>
          <w:lang w:eastAsia="zh-CN"/>
        </w:rPr>
        <w:t>这药方怎么这么贵呀？王医师，求求您了，求求我家苗儿吧！这不是给你开了药方了吗？这药方太贵了，我们给孩子治病把家底儿都掏空了。我们吃不起这么贵的药啊！王医师，我们家苗儿她七岁就入学了，过目不忘，是远近闻名的神童，您得救救她，开个便宜的药方吧。给孩子看病的方子本来就少，我只会这一种方子呀，我也不敢乱开药方。爹——牛——我不去了……</w:t>
      </w:r>
    </w:p>
    <w:p w14:paraId="1A83B967" w14:textId="77777777" w:rsidR="00E87C95" w:rsidRDefault="00000000">
      <w:pPr>
        <w:spacing w:after="0" w:line="579" w:lineRule="exact"/>
        <w:ind w:firstLine="640"/>
        <w:rPr>
          <w:lang w:eastAsia="zh-CN"/>
        </w:rPr>
      </w:pPr>
      <w:r>
        <w:rPr>
          <w:rFonts w:ascii="仿宋" w:eastAsia="仿宋" w:hAnsi="仿宋"/>
          <w:sz w:val="32"/>
          <w:lang w:eastAsia="zh-CN"/>
        </w:rPr>
        <w:t>把家里的东西都卖了……你说什么？你不读五经，读医书做什么？叔公，我不想做官，我想学医。孙思邈，你父母</w:t>
      </w:r>
      <w:r>
        <w:rPr>
          <w:rFonts w:ascii="仿宋" w:eastAsia="仿宋" w:hAnsi="仿宋"/>
          <w:sz w:val="32"/>
          <w:lang w:eastAsia="zh-CN"/>
        </w:rPr>
        <w:lastRenderedPageBreak/>
        <w:t>亲去世以后，要不是族里人供养你读书，你早就饿死了。我做医师治病救人，刚好可以报答大家对我的恩德。报答？你这叫报答吗？士大夫皆以</w:t>
      </w:r>
      <w:proofErr w:type="gramStart"/>
      <w:r>
        <w:rPr>
          <w:rFonts w:ascii="仿宋" w:eastAsia="仿宋" w:hAnsi="仿宋"/>
          <w:sz w:val="32"/>
          <w:lang w:eastAsia="zh-CN"/>
        </w:rPr>
        <w:t>医</w:t>
      </w:r>
      <w:proofErr w:type="gramEnd"/>
      <w:r>
        <w:rPr>
          <w:rFonts w:ascii="仿宋" w:eastAsia="仿宋" w:hAnsi="仿宋"/>
          <w:sz w:val="32"/>
          <w:lang w:eastAsia="zh-CN"/>
        </w:rPr>
        <w:t>为耻。你聪慧过人，理应做大官、光宗耀祖，这才是报答。叔公，我幼时多病，耗尽家财。而父母生病时，我只能眼睁睁看着他们相继离世，我无能为力。叔公，我此生立志做一名医师，把每一个病人当成至亲之人来救治，让这世上少一些病痛，少一些遗憾。随你去吧！</w:t>
      </w:r>
    </w:p>
    <w:p w14:paraId="4A6C5964" w14:textId="77777777" w:rsidR="00E87C95" w:rsidRDefault="00000000">
      <w:pPr>
        <w:spacing w:after="0" w:line="579" w:lineRule="exact"/>
        <w:ind w:firstLine="640"/>
        <w:rPr>
          <w:lang w:eastAsia="zh-CN"/>
        </w:rPr>
      </w:pPr>
      <w:r>
        <w:rPr>
          <w:rFonts w:ascii="仿宋" w:eastAsia="仿宋" w:hAnsi="仿宋"/>
          <w:sz w:val="32"/>
          <w:lang w:eastAsia="zh-CN"/>
        </w:rPr>
        <w:t>钱大哥，我来了，咱们走吧。孙医师，你的手怎么了？我剁掉了啊。昏君杨广，又是打仗又是兴劳役，我的大儿子、二儿子都抓走了。我想守着这个家等他们回来。有人教我剁了手或脚，叫"扶手扶脚"，就不用被抓走了。把自己手斩断却成了"扶手扶脚"，这世道让百姓怎么活呀？过来我给你</w:t>
      </w:r>
      <w:proofErr w:type="gramStart"/>
      <w:r>
        <w:rPr>
          <w:rFonts w:ascii="仿宋" w:eastAsia="仿宋" w:hAnsi="仿宋"/>
          <w:sz w:val="32"/>
          <w:lang w:eastAsia="zh-CN"/>
        </w:rPr>
        <w:t>换个药吧</w:t>
      </w:r>
      <w:proofErr w:type="gramEnd"/>
      <w:r>
        <w:rPr>
          <w:rFonts w:ascii="仿宋" w:eastAsia="仿宋" w:hAnsi="仿宋"/>
          <w:sz w:val="32"/>
          <w:lang w:eastAsia="zh-CN"/>
        </w:rPr>
        <w:t>。孙医师……且慢……你是个好人，能给百姓治病，尽心尽力，甚至不收钱财。</w:t>
      </w:r>
      <w:proofErr w:type="gramStart"/>
      <w:r>
        <w:rPr>
          <w:rFonts w:ascii="仿宋" w:eastAsia="仿宋" w:hAnsi="仿宋"/>
          <w:sz w:val="32"/>
          <w:lang w:eastAsia="zh-CN"/>
        </w:rPr>
        <w:t>前诚从小</w:t>
      </w:r>
      <w:proofErr w:type="gramEnd"/>
      <w:r>
        <w:rPr>
          <w:rFonts w:ascii="仿宋" w:eastAsia="仿宋" w:hAnsi="仿宋"/>
          <w:sz w:val="32"/>
          <w:lang w:eastAsia="zh-CN"/>
        </w:rPr>
        <w:t>母亲难产去世，名字也是后来您给起的。我求您，您把这孩子带上，让他跟您学医吧。那……有人告诉他们——于是乖，他们又来抓人了，你们快走啊！这两种药是外敷的，你一定要记得换药。快快！这钱留给你。孙医师！好了孩子——我不走！抱住他们——快跟医师走！爹，我不想走！快走啊！快走！</w:t>
      </w:r>
    </w:p>
    <w:p w14:paraId="39AE3B47" w14:textId="77777777" w:rsidR="00E87C95" w:rsidRDefault="00000000">
      <w:pPr>
        <w:spacing w:after="0" w:line="579" w:lineRule="exact"/>
        <w:ind w:firstLine="640"/>
        <w:rPr>
          <w:lang w:eastAsia="zh-CN"/>
        </w:rPr>
      </w:pPr>
      <w:r>
        <w:rPr>
          <w:rFonts w:ascii="仿宋" w:eastAsia="仿宋" w:hAnsi="仿宋"/>
          <w:sz w:val="32"/>
          <w:lang w:eastAsia="zh-CN"/>
        </w:rPr>
        <w:t>为了躲避乱世，我带着诚儿到山中隐居。期间我读经典、阅五方，梳理自己十余年的行医经验。所以这也为您后来写《备急千金要方》打了一个很坚实的基础。那段时间我在山</w:t>
      </w:r>
      <w:r>
        <w:rPr>
          <w:rFonts w:ascii="仿宋" w:eastAsia="仿宋" w:hAnsi="仿宋"/>
          <w:sz w:val="32"/>
          <w:lang w:eastAsia="zh-CN"/>
        </w:rPr>
        <w:lastRenderedPageBreak/>
        <w:t>中就</w:t>
      </w:r>
      <w:proofErr w:type="gramStart"/>
      <w:r>
        <w:rPr>
          <w:rFonts w:ascii="仿宋" w:eastAsia="仿宋" w:hAnsi="仿宋"/>
          <w:sz w:val="32"/>
          <w:lang w:eastAsia="zh-CN"/>
        </w:rPr>
        <w:t>光采</w:t>
      </w:r>
      <w:proofErr w:type="gramEnd"/>
      <w:r>
        <w:rPr>
          <w:rFonts w:ascii="仿宋" w:eastAsia="仿宋" w:hAnsi="仿宋"/>
          <w:sz w:val="32"/>
          <w:lang w:eastAsia="zh-CN"/>
        </w:rPr>
        <w:t>草药，亲尝亲试呀。</w:t>
      </w:r>
      <w:proofErr w:type="gramStart"/>
      <w:r>
        <w:rPr>
          <w:rFonts w:ascii="仿宋" w:eastAsia="仿宋" w:hAnsi="仿宋"/>
          <w:sz w:val="32"/>
          <w:lang w:eastAsia="zh-CN"/>
        </w:rPr>
        <w:t>隐居十</w:t>
      </w:r>
      <w:proofErr w:type="gramEnd"/>
      <w:r>
        <w:rPr>
          <w:rFonts w:ascii="仿宋" w:eastAsia="仿宋" w:hAnsi="仿宋"/>
          <w:sz w:val="32"/>
          <w:lang w:eastAsia="zh-CN"/>
        </w:rPr>
        <w:t>数年，终于等到了大唐盛世。大唐盛世那时候和各国的文化交流非常繁盛，而且我们知道八方物产齐聚长安。对，所以从某种程度上来讲也是促进了当时医学的发展。那时候长安城中一片繁华，但是我就喜欢医学嘛，我就在长安</w:t>
      </w:r>
      <w:proofErr w:type="gramStart"/>
      <w:r>
        <w:rPr>
          <w:rFonts w:ascii="仿宋" w:eastAsia="仿宋" w:hAnsi="仿宋"/>
          <w:sz w:val="32"/>
          <w:lang w:eastAsia="zh-CN"/>
        </w:rPr>
        <w:t>跟各地</w:t>
      </w:r>
      <w:proofErr w:type="gramEnd"/>
      <w:r>
        <w:rPr>
          <w:rFonts w:ascii="仿宋" w:eastAsia="仿宋" w:hAnsi="仿宋"/>
          <w:sz w:val="32"/>
          <w:lang w:eastAsia="zh-CN"/>
        </w:rPr>
        <w:t>医家广泛交流医术。后来</w:t>
      </w:r>
      <w:proofErr w:type="gramStart"/>
      <w:r>
        <w:rPr>
          <w:rFonts w:ascii="仿宋" w:eastAsia="仿宋" w:hAnsi="仿宋"/>
          <w:sz w:val="32"/>
          <w:lang w:eastAsia="zh-CN"/>
        </w:rPr>
        <w:t>太</w:t>
      </w:r>
      <w:proofErr w:type="gramEnd"/>
      <w:r>
        <w:rPr>
          <w:rFonts w:ascii="仿宋" w:eastAsia="仿宋" w:hAnsi="仿宋"/>
          <w:sz w:val="32"/>
          <w:lang w:eastAsia="zh-CN"/>
        </w:rPr>
        <w:t>宗皇帝召我，召我到太医署授课。</w:t>
      </w:r>
    </w:p>
    <w:p w14:paraId="6C24E67C" w14:textId="77777777" w:rsidR="00E87C95" w:rsidRDefault="00000000">
      <w:pPr>
        <w:spacing w:after="0" w:line="579" w:lineRule="exact"/>
        <w:ind w:firstLine="640"/>
        <w:rPr>
          <w:lang w:eastAsia="zh-CN"/>
        </w:rPr>
      </w:pPr>
      <w:r>
        <w:rPr>
          <w:rFonts w:ascii="仿宋" w:eastAsia="仿宋" w:hAnsi="仿宋"/>
          <w:sz w:val="32"/>
          <w:lang w:eastAsia="zh-CN"/>
        </w:rPr>
        <w:t>师父，师父——来！银座。师父，您身患热</w:t>
      </w:r>
      <w:proofErr w:type="gramStart"/>
      <w:r>
        <w:rPr>
          <w:rFonts w:ascii="仿宋" w:eastAsia="仿宋" w:hAnsi="仿宋"/>
          <w:sz w:val="32"/>
          <w:lang w:eastAsia="zh-CN"/>
        </w:rPr>
        <w:t>痢</w:t>
      </w:r>
      <w:proofErr w:type="gramEnd"/>
      <w:r>
        <w:rPr>
          <w:rFonts w:ascii="仿宋" w:eastAsia="仿宋" w:hAnsi="仿宋"/>
          <w:sz w:val="32"/>
          <w:lang w:eastAsia="zh-CN"/>
        </w:rPr>
        <w:t>之疾，在家中几度腹泻还几度晕厥，</w:t>
      </w:r>
      <w:proofErr w:type="gramStart"/>
      <w:r>
        <w:rPr>
          <w:rFonts w:ascii="仿宋" w:eastAsia="仿宋" w:hAnsi="仿宋"/>
          <w:sz w:val="32"/>
          <w:lang w:eastAsia="zh-CN"/>
        </w:rPr>
        <w:t>幸好您调了</w:t>
      </w:r>
      <w:proofErr w:type="gramEnd"/>
      <w:r>
        <w:rPr>
          <w:rFonts w:ascii="仿宋" w:eastAsia="仿宋" w:hAnsi="仿宋"/>
          <w:sz w:val="32"/>
          <w:lang w:eastAsia="zh-CN"/>
        </w:rPr>
        <w:t>这个药。师父，今日不如不去那太医署了，我们回去休息吧。休得胡言！今天是太医署新招医学</w:t>
      </w:r>
      <w:proofErr w:type="gramStart"/>
      <w:r>
        <w:rPr>
          <w:rFonts w:ascii="仿宋" w:eastAsia="仿宋" w:hAnsi="仿宋"/>
          <w:sz w:val="32"/>
          <w:lang w:eastAsia="zh-CN"/>
        </w:rPr>
        <w:t>生授学的</w:t>
      </w:r>
      <w:proofErr w:type="gramEnd"/>
      <w:r>
        <w:rPr>
          <w:rFonts w:ascii="仿宋" w:eastAsia="仿宋" w:hAnsi="仿宋"/>
          <w:sz w:val="32"/>
          <w:lang w:eastAsia="zh-CN"/>
        </w:rPr>
        <w:t>第一天，皇上命我给学生讲课，我怎么能不去呢？但您的身体……走吧走吧！嗯！啊……恭迎孙公！坐。</w:t>
      </w:r>
    </w:p>
    <w:p w14:paraId="5EAB1F20" w14:textId="77777777" w:rsidR="00E87C95" w:rsidRDefault="00000000">
      <w:pPr>
        <w:spacing w:after="0" w:line="579" w:lineRule="exact"/>
        <w:ind w:firstLine="640"/>
        <w:rPr>
          <w:lang w:eastAsia="zh-CN"/>
        </w:rPr>
      </w:pPr>
      <w:r>
        <w:rPr>
          <w:rFonts w:ascii="仿宋" w:eastAsia="仿宋" w:hAnsi="仿宋"/>
          <w:sz w:val="32"/>
          <w:lang w:eastAsia="zh-CN"/>
        </w:rPr>
        <w:t>诸位都是新入太医署学医的学生，诸位可知</w:t>
      </w:r>
      <w:proofErr w:type="gramStart"/>
      <w:r>
        <w:rPr>
          <w:rFonts w:ascii="仿宋" w:eastAsia="仿宋" w:hAnsi="仿宋"/>
          <w:sz w:val="32"/>
          <w:lang w:eastAsia="zh-CN"/>
        </w:rPr>
        <w:t>医</w:t>
      </w:r>
      <w:proofErr w:type="gramEnd"/>
      <w:r>
        <w:rPr>
          <w:rFonts w:ascii="仿宋" w:eastAsia="仿宋" w:hAnsi="仿宋"/>
          <w:sz w:val="32"/>
          <w:lang w:eastAsia="zh-CN"/>
        </w:rPr>
        <w:t>者习也，需要学的是什么？学本草、识药性而知药性；学明堂图，观其图而辨穴位；学脉</w:t>
      </w:r>
      <w:proofErr w:type="gramStart"/>
      <w:r>
        <w:rPr>
          <w:rFonts w:ascii="仿宋" w:eastAsia="仿宋" w:hAnsi="仿宋"/>
          <w:sz w:val="32"/>
          <w:lang w:eastAsia="zh-CN"/>
        </w:rPr>
        <w:t>诀</w:t>
      </w:r>
      <w:proofErr w:type="gramEnd"/>
      <w:r>
        <w:rPr>
          <w:rFonts w:ascii="仿宋" w:eastAsia="仿宋" w:hAnsi="仿宋"/>
          <w:sz w:val="32"/>
          <w:lang w:eastAsia="zh-CN"/>
        </w:rPr>
        <w:t>，知四时浮沉涩滑之状。嗯！还有呢？还需熟读《素问》、黄帝《针经》、《甲乙经》和《脉经》。诸位说的都很对。诸位生逢大唐盛世，还有幸入太医署为学生。</w:t>
      </w:r>
      <w:proofErr w:type="gramStart"/>
      <w:r>
        <w:rPr>
          <w:rFonts w:ascii="仿宋" w:eastAsia="仿宋" w:hAnsi="仿宋"/>
          <w:sz w:val="32"/>
          <w:lang w:eastAsia="zh-CN"/>
        </w:rPr>
        <w:t>太医署啊是</w:t>
      </w:r>
      <w:proofErr w:type="gramEnd"/>
      <w:r>
        <w:rPr>
          <w:rFonts w:ascii="仿宋" w:eastAsia="仿宋" w:hAnsi="仿宋"/>
          <w:sz w:val="32"/>
          <w:lang w:eastAsia="zh-CN"/>
        </w:rPr>
        <w:t>大唐医术和诸国的医学医术荟萃之处，也是我大唐为天下苍生培育医之大者之所在。各位既然来到这里，是否更应以大</w:t>
      </w:r>
      <w:proofErr w:type="gramStart"/>
      <w:r>
        <w:rPr>
          <w:rFonts w:ascii="仿宋" w:eastAsia="仿宋" w:hAnsi="仿宋"/>
          <w:sz w:val="32"/>
          <w:lang w:eastAsia="zh-CN"/>
        </w:rPr>
        <w:t>医</w:t>
      </w:r>
      <w:proofErr w:type="gramEnd"/>
      <w:r>
        <w:rPr>
          <w:rFonts w:ascii="仿宋" w:eastAsia="仿宋" w:hAnsi="仿宋"/>
          <w:sz w:val="32"/>
          <w:lang w:eastAsia="zh-CN"/>
        </w:rPr>
        <w:t>习业的标准来要求自己呢？大</w:t>
      </w:r>
      <w:proofErr w:type="gramStart"/>
      <w:r>
        <w:rPr>
          <w:rFonts w:ascii="仿宋" w:eastAsia="仿宋" w:hAnsi="仿宋"/>
          <w:sz w:val="32"/>
          <w:lang w:eastAsia="zh-CN"/>
        </w:rPr>
        <w:t>医</w:t>
      </w:r>
      <w:proofErr w:type="gramEnd"/>
      <w:r>
        <w:rPr>
          <w:rFonts w:ascii="仿宋" w:eastAsia="仿宋" w:hAnsi="仿宋"/>
          <w:sz w:val="32"/>
          <w:lang w:eastAsia="zh-CN"/>
        </w:rPr>
        <w:t>习业！孙公，何为大</w:t>
      </w:r>
      <w:proofErr w:type="gramStart"/>
      <w:r>
        <w:rPr>
          <w:rFonts w:ascii="仿宋" w:eastAsia="仿宋" w:hAnsi="仿宋"/>
          <w:sz w:val="32"/>
          <w:lang w:eastAsia="zh-CN"/>
        </w:rPr>
        <w:t>医</w:t>
      </w:r>
      <w:proofErr w:type="gramEnd"/>
      <w:r>
        <w:rPr>
          <w:rFonts w:ascii="仿宋" w:eastAsia="仿宋" w:hAnsi="仿宋"/>
          <w:sz w:val="32"/>
          <w:lang w:eastAsia="zh-CN"/>
        </w:rPr>
        <w:t>习业？孙公给我们讲讲大</w:t>
      </w:r>
      <w:proofErr w:type="gramStart"/>
      <w:r>
        <w:rPr>
          <w:rFonts w:ascii="仿宋" w:eastAsia="仿宋" w:hAnsi="仿宋"/>
          <w:sz w:val="32"/>
          <w:lang w:eastAsia="zh-CN"/>
        </w:rPr>
        <w:t>医</w:t>
      </w:r>
      <w:proofErr w:type="gramEnd"/>
      <w:r>
        <w:rPr>
          <w:rFonts w:ascii="仿宋" w:eastAsia="仿宋" w:hAnsi="仿宋"/>
          <w:sz w:val="32"/>
          <w:lang w:eastAsia="zh-CN"/>
        </w:rPr>
        <w:t>习业吧！是啊是啊，孙公！</w:t>
      </w:r>
    </w:p>
    <w:p w14:paraId="65D60708" w14:textId="77777777" w:rsidR="00E87C95" w:rsidRDefault="00000000">
      <w:pPr>
        <w:spacing w:after="0" w:line="579" w:lineRule="exact"/>
        <w:ind w:firstLine="640"/>
        <w:rPr>
          <w:lang w:eastAsia="zh-CN"/>
        </w:rPr>
      </w:pPr>
      <w:r>
        <w:rPr>
          <w:rFonts w:ascii="仿宋" w:eastAsia="仿宋" w:hAnsi="仿宋"/>
          <w:sz w:val="32"/>
          <w:lang w:eastAsia="zh-CN"/>
        </w:rPr>
        <w:lastRenderedPageBreak/>
        <w:t>欲为大</w:t>
      </w:r>
      <w:proofErr w:type="gramStart"/>
      <w:r>
        <w:rPr>
          <w:rFonts w:ascii="仿宋" w:eastAsia="仿宋" w:hAnsi="仿宋"/>
          <w:sz w:val="32"/>
          <w:lang w:eastAsia="zh-CN"/>
        </w:rPr>
        <w:t>医</w:t>
      </w:r>
      <w:proofErr w:type="gramEnd"/>
      <w:r>
        <w:rPr>
          <w:rFonts w:ascii="仿宋" w:eastAsia="仿宋" w:hAnsi="仿宋"/>
          <w:sz w:val="32"/>
          <w:lang w:eastAsia="zh-CN"/>
        </w:rPr>
        <w:t>，必须谙《素问》《甲乙》、黄帝《针经》、《明堂》流注、十二经脉、三部九候、五脏六腑、表里孔穴、《本草》《药对》，及先贤医家的诸部经方，都要读。但又不可仅止于此。请教孙公，</w:t>
      </w:r>
      <w:proofErr w:type="gramStart"/>
      <w:r>
        <w:rPr>
          <w:rFonts w:ascii="仿宋" w:eastAsia="仿宋" w:hAnsi="仿宋"/>
          <w:sz w:val="32"/>
          <w:lang w:eastAsia="zh-CN"/>
        </w:rPr>
        <w:t>还需学什么</w:t>
      </w:r>
      <w:proofErr w:type="gramEnd"/>
      <w:r>
        <w:rPr>
          <w:rFonts w:ascii="仿宋" w:eastAsia="仿宋" w:hAnsi="仿宋"/>
          <w:sz w:val="32"/>
          <w:lang w:eastAsia="zh-CN"/>
        </w:rPr>
        <w:t>？还需涉猎群书啊。若不读五经，哪知道有仁义之道呢？不读三史，不知有古今之事。不读诸子，</w:t>
      </w:r>
      <w:proofErr w:type="gramStart"/>
      <w:r>
        <w:rPr>
          <w:rFonts w:ascii="仿宋" w:eastAsia="仿宋" w:hAnsi="仿宋"/>
          <w:sz w:val="32"/>
          <w:lang w:eastAsia="zh-CN"/>
        </w:rPr>
        <w:t>睹事则</w:t>
      </w:r>
      <w:proofErr w:type="gramEnd"/>
      <w:r>
        <w:rPr>
          <w:rFonts w:ascii="仿宋" w:eastAsia="仿宋" w:hAnsi="仿宋"/>
          <w:sz w:val="32"/>
          <w:lang w:eastAsia="zh-CN"/>
        </w:rPr>
        <w:t>不能默而识之。作为</w:t>
      </w:r>
      <w:proofErr w:type="gramStart"/>
      <w:r>
        <w:rPr>
          <w:rFonts w:ascii="仿宋" w:eastAsia="仿宋" w:hAnsi="仿宋"/>
          <w:sz w:val="32"/>
          <w:lang w:eastAsia="zh-CN"/>
        </w:rPr>
        <w:t>医</w:t>
      </w:r>
      <w:proofErr w:type="gramEnd"/>
      <w:r>
        <w:rPr>
          <w:rFonts w:ascii="仿宋" w:eastAsia="仿宋" w:hAnsi="仿宋"/>
          <w:sz w:val="32"/>
          <w:lang w:eastAsia="zh-CN"/>
        </w:rPr>
        <w:t>者，还需对生命具慈悲之心、敬畏之心。如此，方能通达天地好生之真意，</w:t>
      </w:r>
      <w:proofErr w:type="gramStart"/>
      <w:r>
        <w:rPr>
          <w:rFonts w:ascii="仿宋" w:eastAsia="仿宋" w:hAnsi="仿宋"/>
          <w:sz w:val="32"/>
          <w:lang w:eastAsia="zh-CN"/>
        </w:rPr>
        <w:t>熟运岐黄</w:t>
      </w:r>
      <w:proofErr w:type="gramEnd"/>
      <w:r>
        <w:rPr>
          <w:rFonts w:ascii="仿宋" w:eastAsia="仿宋" w:hAnsi="仿宋"/>
          <w:sz w:val="32"/>
          <w:lang w:eastAsia="zh-CN"/>
        </w:rPr>
        <w:t>治疗之技巧，医道无所滞碍，尽善尽美矣！</w:t>
      </w:r>
    </w:p>
    <w:p w14:paraId="5ED8BA23" w14:textId="77777777" w:rsidR="00E87C95" w:rsidRDefault="00000000">
      <w:pPr>
        <w:spacing w:after="0" w:line="579" w:lineRule="exact"/>
        <w:ind w:firstLine="640"/>
        <w:rPr>
          <w:lang w:eastAsia="zh-CN"/>
        </w:rPr>
      </w:pPr>
      <w:r>
        <w:rPr>
          <w:rFonts w:ascii="仿宋" w:eastAsia="仿宋" w:hAnsi="仿宋"/>
          <w:sz w:val="32"/>
          <w:lang w:eastAsia="zh-CN"/>
        </w:rPr>
        <w:t>孙公所说如醍醐灌顶！不读五经，不知有仁义之道。不读三史，不知有古今之事。不读诸子，</w:t>
      </w:r>
      <w:proofErr w:type="gramStart"/>
      <w:r>
        <w:rPr>
          <w:rFonts w:ascii="仿宋" w:eastAsia="仿宋" w:hAnsi="仿宋"/>
          <w:sz w:val="32"/>
          <w:lang w:eastAsia="zh-CN"/>
        </w:rPr>
        <w:t>睹事则</w:t>
      </w:r>
      <w:proofErr w:type="gramEnd"/>
      <w:r>
        <w:rPr>
          <w:rFonts w:ascii="仿宋" w:eastAsia="仿宋" w:hAnsi="仿宋"/>
          <w:sz w:val="32"/>
          <w:lang w:eastAsia="zh-CN"/>
        </w:rPr>
        <w:t>不能默而识之。不读五经，不知有仁义之道。不读三史，不知有古今之事。不读诸子，</w:t>
      </w:r>
      <w:proofErr w:type="gramStart"/>
      <w:r>
        <w:rPr>
          <w:rFonts w:ascii="仿宋" w:eastAsia="仿宋" w:hAnsi="仿宋"/>
          <w:sz w:val="32"/>
          <w:lang w:eastAsia="zh-CN"/>
        </w:rPr>
        <w:t>睹事则</w:t>
      </w:r>
      <w:proofErr w:type="gramEnd"/>
      <w:r>
        <w:rPr>
          <w:rFonts w:ascii="仿宋" w:eastAsia="仿宋" w:hAnsi="仿宋"/>
          <w:sz w:val="32"/>
          <w:lang w:eastAsia="zh-CN"/>
        </w:rPr>
        <w:t>不能默而识之。</w:t>
      </w:r>
    </w:p>
    <w:p w14:paraId="3B69B0B3" w14:textId="77777777" w:rsidR="00E87C95" w:rsidRDefault="00000000">
      <w:pPr>
        <w:spacing w:after="0" w:line="579" w:lineRule="exact"/>
        <w:ind w:firstLine="640"/>
        <w:rPr>
          <w:lang w:eastAsia="zh-CN"/>
        </w:rPr>
      </w:pPr>
      <w:r>
        <w:rPr>
          <w:rFonts w:ascii="仿宋" w:eastAsia="仿宋" w:hAnsi="仿宋"/>
          <w:sz w:val="32"/>
          <w:lang w:eastAsia="zh-CN"/>
        </w:rPr>
        <w:t>我华夏医术源远流长，人为万物之灵而生，与天地相参为三。先贤为求养生疗愈、救拔含灵之道，为功颇多。我遍尝百草，遍识其性味，欲以百草养黎民，生灵之命，疗众生疾病之苦。——神农尝百草，以身试药，开华夏医术本草之先河。我</w:t>
      </w:r>
      <w:proofErr w:type="gramStart"/>
      <w:r>
        <w:rPr>
          <w:rFonts w:ascii="仿宋" w:eastAsia="仿宋" w:hAnsi="仿宋"/>
          <w:sz w:val="32"/>
          <w:lang w:eastAsia="zh-CN"/>
        </w:rPr>
        <w:t>轩辕誓止诸侯</w:t>
      </w:r>
      <w:proofErr w:type="gramEnd"/>
      <w:r>
        <w:rPr>
          <w:rFonts w:ascii="仿宋" w:eastAsia="仿宋" w:hAnsi="仿宋"/>
          <w:sz w:val="32"/>
          <w:lang w:eastAsia="zh-CN"/>
        </w:rPr>
        <w:t>之争伐，还黎民之太平，为苍生求医药，为天下定医官。——轩辕黄帝命</w:t>
      </w:r>
      <w:proofErr w:type="gramStart"/>
      <w:r>
        <w:rPr>
          <w:rFonts w:ascii="仿宋" w:eastAsia="仿宋" w:hAnsi="仿宋"/>
          <w:sz w:val="32"/>
          <w:lang w:eastAsia="zh-CN"/>
        </w:rPr>
        <w:t>岐</w:t>
      </w:r>
      <w:proofErr w:type="gramEnd"/>
      <w:r>
        <w:rPr>
          <w:rFonts w:ascii="仿宋" w:eastAsia="仿宋" w:hAnsi="仿宋"/>
          <w:sz w:val="32"/>
          <w:lang w:eastAsia="zh-CN"/>
        </w:rPr>
        <w:t>伯为医官，为华夏医家之祖。</w:t>
      </w:r>
      <w:proofErr w:type="gramStart"/>
      <w:r>
        <w:rPr>
          <w:rFonts w:ascii="仿宋" w:eastAsia="仿宋" w:hAnsi="仿宋"/>
          <w:sz w:val="32"/>
          <w:lang w:eastAsia="zh-CN"/>
        </w:rPr>
        <w:t>我善述</w:t>
      </w:r>
      <w:proofErr w:type="gramEnd"/>
      <w:r>
        <w:rPr>
          <w:rFonts w:ascii="仿宋" w:eastAsia="仿宋" w:hAnsi="仿宋"/>
          <w:sz w:val="32"/>
          <w:lang w:eastAsia="zh-CN"/>
        </w:rPr>
        <w:t>医术，为黄帝太医，黄帝求问治病养生之道，我记之传之——"上古之人，能活百岁，仍然身体灵活，不显衰老。远古时期的人饮食有节，起居有常，不妄劳作，乃能终其天年，度百岁乃去。"——岐黄君臣对答，后人据传说而</w:t>
      </w:r>
      <w:r>
        <w:rPr>
          <w:rFonts w:ascii="仿宋" w:eastAsia="仿宋" w:hAnsi="仿宋"/>
          <w:sz w:val="32"/>
          <w:lang w:eastAsia="zh-CN"/>
        </w:rPr>
        <w:lastRenderedPageBreak/>
        <w:t>作《素问》《灵枢》共十八卷，名曰《黄帝内经》，为医书之祖。是以医家之术，又被尊为岐黄之术，</w:t>
      </w:r>
      <w:proofErr w:type="gramStart"/>
      <w:r>
        <w:rPr>
          <w:rFonts w:ascii="仿宋" w:eastAsia="仿宋" w:hAnsi="仿宋"/>
          <w:sz w:val="32"/>
          <w:lang w:eastAsia="zh-CN"/>
        </w:rPr>
        <w:t>乃利益</w:t>
      </w:r>
      <w:proofErr w:type="gramEnd"/>
      <w:r>
        <w:rPr>
          <w:rFonts w:ascii="仿宋" w:eastAsia="仿宋" w:hAnsi="仿宋"/>
          <w:sz w:val="32"/>
          <w:lang w:eastAsia="zh-CN"/>
        </w:rPr>
        <w:t>生命之道。</w:t>
      </w:r>
    </w:p>
    <w:p w14:paraId="60AC90A7" w14:textId="77777777" w:rsidR="00E87C95" w:rsidRDefault="00000000">
      <w:pPr>
        <w:spacing w:after="0" w:line="579" w:lineRule="exact"/>
        <w:ind w:firstLine="640"/>
        <w:rPr>
          <w:lang w:eastAsia="zh-CN"/>
        </w:rPr>
      </w:pPr>
      <w:proofErr w:type="spellStart"/>
      <w:r>
        <w:rPr>
          <w:rFonts w:ascii="仿宋" w:eastAsia="仿宋" w:hAnsi="仿宋"/>
          <w:sz w:val="32"/>
        </w:rPr>
        <w:t>余宗族素多，向余二百</w:t>
      </w:r>
      <w:proofErr w:type="spellEnd"/>
      <w:r>
        <w:rPr>
          <w:rFonts w:ascii="仿宋" w:eastAsia="仿宋" w:hAnsi="仿宋"/>
          <w:sz w:val="32"/>
        </w:rPr>
        <w:t>。</w:t>
      </w:r>
      <w:r>
        <w:rPr>
          <w:rFonts w:ascii="仿宋" w:eastAsia="仿宋" w:hAnsi="仿宋"/>
          <w:sz w:val="32"/>
          <w:lang w:eastAsia="zh-CN"/>
        </w:rPr>
        <w:t>建安以来不到十年时间，死者三分有二，伤寒十居其七。感往昔之沦丧，伤横夭之莫救，乃勤求古训，博览众方，为《伤寒论》合十六卷。——东汉名医张仲景，广采博验，乃成《伤寒论》。学先贤大医，当习其术，尊其道。</w:t>
      </w:r>
    </w:p>
    <w:p w14:paraId="57363766" w14:textId="77777777" w:rsidR="00E87C95" w:rsidRDefault="00000000">
      <w:pPr>
        <w:spacing w:after="0" w:line="579" w:lineRule="exact"/>
        <w:ind w:firstLine="640"/>
        <w:rPr>
          <w:lang w:eastAsia="zh-CN"/>
        </w:rPr>
      </w:pPr>
      <w:r>
        <w:rPr>
          <w:rFonts w:ascii="仿宋" w:eastAsia="仿宋" w:hAnsi="仿宋"/>
          <w:sz w:val="32"/>
          <w:lang w:eastAsia="zh-CN"/>
        </w:rPr>
        <w:t>小高！孙先生？孙公不在这。哦……我已年逾百岁，我生的病比平常人多得多。壮年的时候我得过三次热</w:t>
      </w:r>
      <w:proofErr w:type="gramStart"/>
      <w:r>
        <w:rPr>
          <w:rFonts w:ascii="仿宋" w:eastAsia="仿宋" w:hAnsi="仿宋"/>
          <w:sz w:val="32"/>
          <w:lang w:eastAsia="zh-CN"/>
        </w:rPr>
        <w:t>痢</w:t>
      </w:r>
      <w:proofErr w:type="gramEnd"/>
      <w:r>
        <w:rPr>
          <w:rFonts w:ascii="仿宋" w:eastAsia="仿宋" w:hAnsi="仿宋"/>
          <w:sz w:val="32"/>
          <w:lang w:eastAsia="zh-CN"/>
        </w:rPr>
        <w:t>、一次冷痢，都是死里逃生；还得过顶撞之症，痛不欲生。我学医以来几次给自己开方，也算死里逃生。这让我更坚信医道至精至微之事。精准的药方，是给病人的希望啊。难怪先生会写下"人命至重，有贵千金，一方济之，</w:t>
      </w:r>
      <w:proofErr w:type="gramStart"/>
      <w:r>
        <w:rPr>
          <w:rFonts w:ascii="仿宋" w:eastAsia="仿宋" w:hAnsi="仿宋"/>
          <w:sz w:val="32"/>
          <w:lang w:eastAsia="zh-CN"/>
        </w:rPr>
        <w:t>德逾于此</w:t>
      </w:r>
      <w:proofErr w:type="gramEnd"/>
      <w:r>
        <w:rPr>
          <w:rFonts w:ascii="仿宋" w:eastAsia="仿宋" w:hAnsi="仿宋"/>
          <w:sz w:val="32"/>
          <w:lang w:eastAsia="zh-CN"/>
        </w:rPr>
        <w:t>"。</w:t>
      </w:r>
    </w:p>
    <w:p w14:paraId="55F83100" w14:textId="77777777" w:rsidR="00E87C95" w:rsidRDefault="00000000">
      <w:pPr>
        <w:spacing w:after="0" w:line="579" w:lineRule="exact"/>
        <w:ind w:firstLine="640"/>
        <w:rPr>
          <w:lang w:eastAsia="zh-CN"/>
        </w:rPr>
      </w:pPr>
      <w:r>
        <w:rPr>
          <w:rFonts w:ascii="仿宋" w:eastAsia="仿宋" w:hAnsi="仿宋"/>
          <w:sz w:val="32"/>
          <w:lang w:eastAsia="zh-CN"/>
        </w:rPr>
        <w:t>哎呀，孙卿！陛下，您看朕的脚好多了，你这针灸之术也甚是高明啊。近来朕的头疼之</w:t>
      </w:r>
      <w:proofErr w:type="gramStart"/>
      <w:r>
        <w:rPr>
          <w:rFonts w:ascii="仿宋" w:eastAsia="仿宋" w:hAnsi="仿宋"/>
          <w:sz w:val="32"/>
          <w:lang w:eastAsia="zh-CN"/>
        </w:rPr>
        <w:t>症没有</w:t>
      </w:r>
      <w:proofErr w:type="gramEnd"/>
      <w:r>
        <w:rPr>
          <w:rFonts w:ascii="仿宋" w:eastAsia="仿宋" w:hAnsi="仿宋"/>
          <w:sz w:val="32"/>
          <w:lang w:eastAsia="zh-CN"/>
        </w:rPr>
        <w:t>再复发。哎，朕倒是听说前些日子你生了一场大病啊，怎么样，这身体恢复得还好吧？托陛下之福，臣给自己开了药，好了。那就好。</w:t>
      </w:r>
      <w:proofErr w:type="gramStart"/>
      <w:r>
        <w:rPr>
          <w:rFonts w:ascii="仿宋" w:eastAsia="仿宋" w:hAnsi="仿宋"/>
          <w:sz w:val="32"/>
          <w:lang w:eastAsia="zh-CN"/>
        </w:rPr>
        <w:t>卿乃国</w:t>
      </w:r>
      <w:proofErr w:type="gramEnd"/>
      <w:r>
        <w:rPr>
          <w:rFonts w:ascii="仿宋" w:eastAsia="仿宋" w:hAnsi="仿宋"/>
          <w:sz w:val="32"/>
          <w:lang w:eastAsia="zh-CN"/>
        </w:rPr>
        <w:t>之栋梁，自己的身体还是要好好保重啊。谢陛下。对了，你和甄权等人所绘的</w:t>
      </w:r>
      <w:proofErr w:type="gramStart"/>
      <w:r>
        <w:rPr>
          <w:rFonts w:ascii="仿宋" w:eastAsia="仿宋" w:hAnsi="仿宋"/>
          <w:sz w:val="32"/>
          <w:lang w:eastAsia="zh-CN"/>
        </w:rPr>
        <w:t>《明堂针灸图》朕看了</w:t>
      </w:r>
      <w:proofErr w:type="gramEnd"/>
      <w:r>
        <w:rPr>
          <w:rFonts w:ascii="仿宋" w:eastAsia="仿宋" w:hAnsi="仿宋"/>
          <w:sz w:val="32"/>
          <w:lang w:eastAsia="zh-CN"/>
        </w:rPr>
        <w:t>，脉络清晰，一目了然。主要是因为旧</w:t>
      </w:r>
      <w:proofErr w:type="gramStart"/>
      <w:r>
        <w:rPr>
          <w:rFonts w:ascii="仿宋" w:eastAsia="仿宋" w:hAnsi="仿宋"/>
          <w:sz w:val="32"/>
          <w:lang w:eastAsia="zh-CN"/>
        </w:rPr>
        <w:t>明堂图</w:t>
      </w:r>
      <w:proofErr w:type="gramEnd"/>
      <w:r>
        <w:rPr>
          <w:rFonts w:ascii="仿宋" w:eastAsia="仿宋" w:hAnsi="仿宋"/>
          <w:sz w:val="32"/>
          <w:lang w:eastAsia="zh-CN"/>
        </w:rPr>
        <w:t>年代太久远了，错误颇多，不能很好地作为针灸的指南。我们的人体经络是循环腹背、无所不至，所以臣与诸位医师作了新的明堂图。</w:t>
      </w:r>
      <w:proofErr w:type="gramStart"/>
      <w:r>
        <w:rPr>
          <w:rFonts w:ascii="仿宋" w:eastAsia="仿宋" w:hAnsi="仿宋"/>
          <w:sz w:val="32"/>
          <w:lang w:eastAsia="zh-CN"/>
        </w:rPr>
        <w:t>朕</w:t>
      </w:r>
      <w:proofErr w:type="gramEnd"/>
      <w:r>
        <w:rPr>
          <w:rFonts w:ascii="仿宋" w:eastAsia="仿宋" w:hAnsi="仿宋"/>
          <w:sz w:val="32"/>
          <w:lang w:eastAsia="zh-CN"/>
        </w:rPr>
        <w:t>就是看了这</w:t>
      </w:r>
      <w:proofErr w:type="gramStart"/>
      <w:r>
        <w:rPr>
          <w:rFonts w:ascii="仿宋" w:eastAsia="仿宋" w:hAnsi="仿宋"/>
          <w:sz w:val="32"/>
          <w:lang w:eastAsia="zh-CN"/>
        </w:rPr>
        <w:lastRenderedPageBreak/>
        <w:t>明堂图</w:t>
      </w:r>
      <w:proofErr w:type="gramEnd"/>
      <w:r>
        <w:rPr>
          <w:rFonts w:ascii="仿宋" w:eastAsia="仿宋" w:hAnsi="仿宋"/>
          <w:sz w:val="32"/>
          <w:lang w:eastAsia="zh-CN"/>
        </w:rPr>
        <w:t>才知道，人的后背就是经络汇集之处，一旦受了伤就会伤及到我们的五脏六腑。所以</w:t>
      </w:r>
      <w:proofErr w:type="gramStart"/>
      <w:r>
        <w:rPr>
          <w:rFonts w:ascii="仿宋" w:eastAsia="仿宋" w:hAnsi="仿宋"/>
          <w:sz w:val="32"/>
          <w:lang w:eastAsia="zh-CN"/>
        </w:rPr>
        <w:t>朕</w:t>
      </w:r>
      <w:proofErr w:type="gramEnd"/>
      <w:r>
        <w:rPr>
          <w:rFonts w:ascii="仿宋" w:eastAsia="仿宋" w:hAnsi="仿宋"/>
          <w:sz w:val="32"/>
          <w:lang w:eastAsia="zh-CN"/>
        </w:rPr>
        <w:t>决意诏令即刻废除鞭背之刑罚。陛下仁德，乃我大唐民生之福。要不是有孙卿你这样的大</w:t>
      </w:r>
      <w:proofErr w:type="gramStart"/>
      <w:r>
        <w:rPr>
          <w:rFonts w:ascii="仿宋" w:eastAsia="仿宋" w:hAnsi="仿宋"/>
          <w:sz w:val="32"/>
          <w:lang w:eastAsia="zh-CN"/>
        </w:rPr>
        <w:t>医</w:t>
      </w:r>
      <w:proofErr w:type="gramEnd"/>
      <w:r>
        <w:rPr>
          <w:rFonts w:ascii="仿宋" w:eastAsia="仿宋" w:hAnsi="仿宋"/>
          <w:sz w:val="32"/>
          <w:lang w:eastAsia="zh-CN"/>
        </w:rPr>
        <w:t>指明经络之理，</w:t>
      </w:r>
      <w:proofErr w:type="gramStart"/>
      <w:r>
        <w:rPr>
          <w:rFonts w:ascii="仿宋" w:eastAsia="仿宋" w:hAnsi="仿宋"/>
          <w:sz w:val="32"/>
          <w:lang w:eastAsia="zh-CN"/>
        </w:rPr>
        <w:t>朕怎么</w:t>
      </w:r>
      <w:proofErr w:type="gramEnd"/>
      <w:r>
        <w:rPr>
          <w:rFonts w:ascii="仿宋" w:eastAsia="仿宋" w:hAnsi="仿宋"/>
          <w:sz w:val="32"/>
          <w:lang w:eastAsia="zh-CN"/>
        </w:rPr>
        <w:t>能做出这样的决定呢？</w:t>
      </w:r>
    </w:p>
    <w:p w14:paraId="2D7CAAE3" w14:textId="77777777" w:rsidR="00E87C95" w:rsidRDefault="00000000">
      <w:pPr>
        <w:spacing w:after="0" w:line="579" w:lineRule="exact"/>
        <w:ind w:firstLine="640"/>
        <w:rPr>
          <w:lang w:eastAsia="zh-CN"/>
        </w:rPr>
      </w:pPr>
      <w:r>
        <w:rPr>
          <w:rFonts w:ascii="仿宋" w:eastAsia="仿宋" w:hAnsi="仿宋"/>
          <w:sz w:val="32"/>
          <w:lang w:eastAsia="zh-CN"/>
        </w:rPr>
        <w:t>国如舟，民如水。这百姓实为天下之根本，而这医疗之术就是天下百姓康健这根本。所以啊，医术就是国本</w:t>
      </w:r>
      <w:proofErr w:type="gramStart"/>
      <w:r>
        <w:rPr>
          <w:rFonts w:ascii="仿宋" w:eastAsia="仿宋" w:hAnsi="仿宋"/>
          <w:sz w:val="32"/>
          <w:lang w:eastAsia="zh-CN"/>
        </w:rPr>
        <w:t>之</w:t>
      </w:r>
      <w:proofErr w:type="gramEnd"/>
      <w:r>
        <w:rPr>
          <w:rFonts w:ascii="仿宋" w:eastAsia="仿宋" w:hAnsi="仿宋"/>
          <w:sz w:val="32"/>
          <w:lang w:eastAsia="zh-CN"/>
        </w:rPr>
        <w:t>术啊。陛下重视医术，天下无人不知。陛下曾诏令太医署广纳贤才为医学生，又在各府州开办医学培养地方的医家人才，这是关爱民生、重视百姓康健的明德之举。纵览尧舜三代之间，在各府州开医学实为千古未有之开创。其实啊，在朕看来，</w:t>
      </w:r>
      <w:proofErr w:type="gramStart"/>
      <w:r>
        <w:rPr>
          <w:rFonts w:ascii="仿宋" w:eastAsia="仿宋" w:hAnsi="仿宋"/>
          <w:sz w:val="32"/>
          <w:lang w:eastAsia="zh-CN"/>
        </w:rPr>
        <w:t>朕做的</w:t>
      </w:r>
      <w:proofErr w:type="gramEnd"/>
      <w:r>
        <w:rPr>
          <w:rFonts w:ascii="仿宋" w:eastAsia="仿宋" w:hAnsi="仿宋"/>
          <w:sz w:val="32"/>
          <w:lang w:eastAsia="zh-CN"/>
        </w:rPr>
        <w:t>还远远不够啊。有十几万百姓的州郡，仅靠这二十几名医师，人手还是太短缺呀。</w:t>
      </w:r>
      <w:proofErr w:type="gramStart"/>
      <w:r>
        <w:rPr>
          <w:rFonts w:ascii="仿宋" w:eastAsia="仿宋" w:hAnsi="仿宋"/>
          <w:sz w:val="32"/>
          <w:lang w:eastAsia="zh-CN"/>
        </w:rPr>
        <w:t>朕</w:t>
      </w:r>
      <w:proofErr w:type="gramEnd"/>
      <w:r>
        <w:rPr>
          <w:rFonts w:ascii="仿宋" w:eastAsia="仿宋" w:hAnsi="仿宋"/>
          <w:sz w:val="32"/>
          <w:lang w:eastAsia="zh-CN"/>
        </w:rPr>
        <w:t>本想将府州医家数量广为增加，甚至遍及于县乡，奈何天下之大，国库</w:t>
      </w:r>
      <w:proofErr w:type="gramStart"/>
      <w:r>
        <w:rPr>
          <w:rFonts w:ascii="仿宋" w:eastAsia="仿宋" w:hAnsi="仿宋"/>
          <w:sz w:val="32"/>
          <w:lang w:eastAsia="zh-CN"/>
        </w:rPr>
        <w:t>之资要支撑</w:t>
      </w:r>
      <w:proofErr w:type="gramEnd"/>
      <w:r>
        <w:rPr>
          <w:rFonts w:ascii="仿宋" w:eastAsia="仿宋" w:hAnsi="仿宋"/>
          <w:sz w:val="32"/>
          <w:lang w:eastAsia="zh-CN"/>
        </w:rPr>
        <w:t>的事物太多，朕也只能先勉力做到这一步了。</w:t>
      </w:r>
    </w:p>
    <w:p w14:paraId="22B490CC" w14:textId="77777777" w:rsidR="00E87C95" w:rsidRDefault="00000000">
      <w:pPr>
        <w:spacing w:after="0" w:line="579" w:lineRule="exact"/>
        <w:ind w:firstLine="640"/>
        <w:rPr>
          <w:lang w:eastAsia="zh-CN"/>
        </w:rPr>
      </w:pPr>
      <w:r>
        <w:rPr>
          <w:rFonts w:ascii="仿宋" w:eastAsia="仿宋" w:hAnsi="仿宋"/>
          <w:sz w:val="32"/>
          <w:lang w:eastAsia="zh-CN"/>
        </w:rPr>
        <w:t>陛下对医事思虑周深，实为万民之福。诚如陛下所言，府州医师不足，医药不全，莫说百姓，即使府州和边境官员生病，也难以及时善加医治。所以臣有一事恳请陛下。</w:t>
      </w:r>
      <w:proofErr w:type="gramStart"/>
      <w:r>
        <w:rPr>
          <w:rFonts w:ascii="仿宋" w:eastAsia="仿宋" w:hAnsi="仿宋"/>
          <w:sz w:val="32"/>
          <w:lang w:eastAsia="zh-CN"/>
        </w:rPr>
        <w:t>孙卿请讲</w:t>
      </w:r>
      <w:proofErr w:type="gramEnd"/>
      <w:r>
        <w:rPr>
          <w:rFonts w:ascii="仿宋" w:eastAsia="仿宋" w:hAnsi="仿宋"/>
          <w:sz w:val="32"/>
          <w:lang w:eastAsia="zh-CN"/>
        </w:rPr>
        <w:t>。</w:t>
      </w:r>
      <w:proofErr w:type="gramStart"/>
      <w:r>
        <w:rPr>
          <w:rFonts w:ascii="仿宋" w:eastAsia="仿宋" w:hAnsi="仿宋"/>
          <w:sz w:val="32"/>
          <w:lang w:eastAsia="zh-CN"/>
        </w:rPr>
        <w:t>臣想离开</w:t>
      </w:r>
      <w:proofErr w:type="gramEnd"/>
      <w:r>
        <w:rPr>
          <w:rFonts w:ascii="仿宋" w:eastAsia="仿宋" w:hAnsi="仿宋"/>
          <w:sz w:val="32"/>
          <w:lang w:eastAsia="zh-CN"/>
        </w:rPr>
        <w:t>京城。离开京城？对！为何？</w:t>
      </w:r>
      <w:proofErr w:type="gramStart"/>
      <w:r>
        <w:rPr>
          <w:rFonts w:ascii="仿宋" w:eastAsia="仿宋" w:hAnsi="仿宋"/>
          <w:sz w:val="32"/>
          <w:lang w:eastAsia="zh-CN"/>
        </w:rPr>
        <w:t>臣想写</w:t>
      </w:r>
      <w:proofErr w:type="gramEnd"/>
      <w:r>
        <w:rPr>
          <w:rFonts w:ascii="仿宋" w:eastAsia="仿宋" w:hAnsi="仿宋"/>
          <w:sz w:val="32"/>
          <w:lang w:eastAsia="zh-CN"/>
        </w:rPr>
        <w:t>一部书。写一部书，名曰——《备急千金要方》。备急千金要方？对症下药是治病的根本。纵观大唐民间，大多数医家都只能看单个医家之病，有没有更多更准确的药方，这些都是能不能把病治好的根本。所以臣有一个愿望：希望天下</w:t>
      </w:r>
      <w:proofErr w:type="gramStart"/>
      <w:r>
        <w:rPr>
          <w:rFonts w:ascii="仿宋" w:eastAsia="仿宋" w:hAnsi="仿宋"/>
          <w:sz w:val="32"/>
          <w:lang w:eastAsia="zh-CN"/>
        </w:rPr>
        <w:t>医</w:t>
      </w:r>
      <w:proofErr w:type="gramEnd"/>
      <w:r>
        <w:rPr>
          <w:rFonts w:ascii="仿宋" w:eastAsia="仿宋" w:hAnsi="仿宋"/>
          <w:sz w:val="32"/>
          <w:lang w:eastAsia="zh-CN"/>
        </w:rPr>
        <w:t>者人人有</w:t>
      </w:r>
      <w:r>
        <w:rPr>
          <w:rFonts w:ascii="仿宋" w:eastAsia="仿宋" w:hAnsi="仿宋"/>
          <w:sz w:val="32"/>
          <w:lang w:eastAsia="zh-CN"/>
        </w:rPr>
        <w:lastRenderedPageBreak/>
        <w:t>方，大唐百姓也能家家知晓。有道是"人命至重，有贵千金，一方济之，</w:t>
      </w:r>
      <w:proofErr w:type="gramStart"/>
      <w:r>
        <w:rPr>
          <w:rFonts w:ascii="仿宋" w:eastAsia="仿宋" w:hAnsi="仿宋"/>
          <w:sz w:val="32"/>
          <w:lang w:eastAsia="zh-CN"/>
        </w:rPr>
        <w:t>德逾于此</w:t>
      </w:r>
      <w:proofErr w:type="gramEnd"/>
      <w:r>
        <w:rPr>
          <w:rFonts w:ascii="仿宋" w:eastAsia="仿宋" w:hAnsi="仿宋"/>
          <w:sz w:val="32"/>
          <w:lang w:eastAsia="zh-CN"/>
        </w:rPr>
        <w:t>"。人命至重，有贵千金，一方济之，</w:t>
      </w:r>
      <w:proofErr w:type="gramStart"/>
      <w:r>
        <w:rPr>
          <w:rFonts w:ascii="仿宋" w:eastAsia="仿宋" w:hAnsi="仿宋"/>
          <w:sz w:val="32"/>
          <w:lang w:eastAsia="zh-CN"/>
        </w:rPr>
        <w:t>德逾于此</w:t>
      </w:r>
      <w:proofErr w:type="gramEnd"/>
      <w:r>
        <w:rPr>
          <w:rFonts w:ascii="仿宋" w:eastAsia="仿宋" w:hAnsi="仿宋"/>
          <w:sz w:val="32"/>
          <w:lang w:eastAsia="zh-CN"/>
        </w:rPr>
        <w:t>。此话说的好啊。</w:t>
      </w:r>
      <w:proofErr w:type="gramStart"/>
      <w:r>
        <w:rPr>
          <w:rFonts w:ascii="仿宋" w:eastAsia="仿宋" w:hAnsi="仿宋"/>
          <w:sz w:val="32"/>
          <w:lang w:eastAsia="zh-CN"/>
        </w:rPr>
        <w:t>臣求陛下</w:t>
      </w:r>
      <w:proofErr w:type="gramEnd"/>
      <w:r>
        <w:rPr>
          <w:rFonts w:ascii="仿宋" w:eastAsia="仿宋" w:hAnsi="仿宋"/>
          <w:sz w:val="32"/>
          <w:lang w:eastAsia="zh-CN"/>
        </w:rPr>
        <w:t>，此举大善呐！不知卿家此事要做多久？为苍生济药方，也许会耗尽臣的后半生。后半生……唯我大</w:t>
      </w:r>
      <w:proofErr w:type="gramStart"/>
      <w:r>
        <w:rPr>
          <w:rFonts w:ascii="仿宋" w:eastAsia="仿宋" w:hAnsi="仿宋"/>
          <w:sz w:val="32"/>
          <w:lang w:eastAsia="zh-CN"/>
        </w:rPr>
        <w:t>唐才能</w:t>
      </w:r>
      <w:proofErr w:type="gramEnd"/>
      <w:r>
        <w:rPr>
          <w:rFonts w:ascii="仿宋" w:eastAsia="仿宋" w:hAnsi="仿宋"/>
          <w:sz w:val="32"/>
          <w:lang w:eastAsia="zh-CN"/>
        </w:rPr>
        <w:t>有孙</w:t>
      </w:r>
      <w:proofErr w:type="gramStart"/>
      <w:r>
        <w:rPr>
          <w:rFonts w:ascii="仿宋" w:eastAsia="仿宋" w:hAnsi="仿宋"/>
          <w:sz w:val="32"/>
          <w:lang w:eastAsia="zh-CN"/>
        </w:rPr>
        <w:t>卿这样</w:t>
      </w:r>
      <w:proofErr w:type="gramEnd"/>
      <w:r>
        <w:rPr>
          <w:rFonts w:ascii="仿宋" w:eastAsia="仿宋" w:hAnsi="仿宋"/>
          <w:sz w:val="32"/>
          <w:lang w:eastAsia="zh-CN"/>
        </w:rPr>
        <w:t>的大医。朕想早日看到这部《备急千金要方》，朕要让此书行于大唐民间，立意千秋万世之康健。臣，拜谢陛下！</w:t>
      </w:r>
    </w:p>
    <w:p w14:paraId="04239CC8" w14:textId="77777777" w:rsidR="00E87C95" w:rsidRDefault="00000000">
      <w:pPr>
        <w:spacing w:after="0" w:line="579" w:lineRule="exact"/>
        <w:ind w:firstLine="640"/>
        <w:rPr>
          <w:lang w:eastAsia="zh-CN"/>
        </w:rPr>
      </w:pPr>
      <w:r>
        <w:rPr>
          <w:rFonts w:ascii="仿宋" w:eastAsia="仿宋" w:hAnsi="仿宋"/>
          <w:sz w:val="32"/>
          <w:lang w:eastAsia="zh-CN"/>
        </w:rPr>
        <w:t>后来为了早日把《备急千金要方》这部书写成，我就游历四方，白天给人看病、求访当地名医，晚上整理心得、整理药方。先生数十载如一日著述《备急千金要方》，行医求方的路上肯定也经历了很多的艰辛吧？为求博济</w:t>
      </w:r>
      <w:proofErr w:type="gramStart"/>
      <w:r>
        <w:rPr>
          <w:rFonts w:ascii="仿宋" w:eastAsia="仿宋" w:hAnsi="仿宋"/>
          <w:sz w:val="32"/>
          <w:lang w:eastAsia="zh-CN"/>
        </w:rPr>
        <w:t>医</w:t>
      </w:r>
      <w:proofErr w:type="gramEnd"/>
      <w:r>
        <w:rPr>
          <w:rFonts w:ascii="仿宋" w:eastAsia="仿宋" w:hAnsi="仿宋"/>
          <w:sz w:val="32"/>
          <w:lang w:eastAsia="zh-CN"/>
        </w:rPr>
        <w:t>源，医者必须精勤不倦。</w:t>
      </w:r>
    </w:p>
    <w:p w14:paraId="654260BF" w14:textId="77777777" w:rsidR="00E87C95" w:rsidRDefault="00000000">
      <w:pPr>
        <w:spacing w:after="0" w:line="579" w:lineRule="exact"/>
        <w:ind w:firstLine="640"/>
        <w:rPr>
          <w:lang w:eastAsia="zh-CN"/>
        </w:rPr>
      </w:pPr>
      <w:r>
        <w:rPr>
          <w:rFonts w:ascii="仿宋" w:eastAsia="仿宋" w:hAnsi="仿宋"/>
          <w:sz w:val="32"/>
          <w:lang w:eastAsia="zh-CN"/>
        </w:rPr>
        <w:t>来来来，把东西往这抬啊！老张老张，你货到了，来来往这走啊，喂他嘞！哎，</w:t>
      </w:r>
      <w:proofErr w:type="gramStart"/>
      <w:r>
        <w:rPr>
          <w:rFonts w:ascii="仿宋" w:eastAsia="仿宋" w:hAnsi="仿宋"/>
          <w:sz w:val="32"/>
          <w:lang w:eastAsia="zh-CN"/>
        </w:rPr>
        <w:t>善煮的</w:t>
      </w:r>
      <w:proofErr w:type="gramEnd"/>
      <w:r>
        <w:rPr>
          <w:rFonts w:ascii="仿宋" w:eastAsia="仿宋" w:hAnsi="仿宋"/>
          <w:sz w:val="32"/>
          <w:lang w:eastAsia="zh-CN"/>
        </w:rPr>
        <w:t>热茶来！各位乡亲们，这些药包上来专门写了适应症者，来尝一口。小马来，刚出炉的客官！来来来，大家都注意了啊，你们每个人都来拿一张这个药方，专治你们的一些小病，比如说虫咬啊，都可以根据这个药方来抓药。</w:t>
      </w:r>
      <w:proofErr w:type="gramStart"/>
      <w:r>
        <w:rPr>
          <w:rFonts w:ascii="仿宋" w:eastAsia="仿宋" w:hAnsi="仿宋"/>
          <w:sz w:val="32"/>
          <w:lang w:eastAsia="zh-CN"/>
        </w:rPr>
        <w:t>散开散开散开散开</w:t>
      </w:r>
      <w:proofErr w:type="gramEnd"/>
      <w:r>
        <w:rPr>
          <w:rFonts w:ascii="仿宋" w:eastAsia="仿宋" w:hAnsi="仿宋"/>
          <w:sz w:val="32"/>
          <w:lang w:eastAsia="zh-CN"/>
        </w:rPr>
        <w:t>！哪里来的</w:t>
      </w:r>
      <w:proofErr w:type="gramStart"/>
      <w:r>
        <w:rPr>
          <w:rFonts w:ascii="仿宋" w:eastAsia="仿宋" w:hAnsi="仿宋"/>
          <w:sz w:val="32"/>
          <w:lang w:eastAsia="zh-CN"/>
        </w:rPr>
        <w:t>游医敢坏我</w:t>
      </w:r>
      <w:proofErr w:type="gramEnd"/>
      <w:r>
        <w:rPr>
          <w:rFonts w:ascii="仿宋" w:eastAsia="仿宋" w:hAnsi="仿宋"/>
          <w:sz w:val="32"/>
          <w:lang w:eastAsia="zh-CN"/>
        </w:rPr>
        <w:t>的生意？你凭什么踢我们的</w:t>
      </w:r>
      <w:proofErr w:type="gramStart"/>
      <w:r>
        <w:rPr>
          <w:rFonts w:ascii="仿宋" w:eastAsia="仿宋" w:hAnsi="仿宋"/>
          <w:sz w:val="32"/>
          <w:lang w:eastAsia="zh-CN"/>
        </w:rPr>
        <w:t>药摊啊</w:t>
      </w:r>
      <w:proofErr w:type="gramEnd"/>
      <w:r>
        <w:rPr>
          <w:rFonts w:ascii="仿宋" w:eastAsia="仿宋" w:hAnsi="仿宋"/>
          <w:sz w:val="32"/>
          <w:lang w:eastAsia="zh-CN"/>
        </w:rPr>
        <w:t>？你卖的都是假药！你凭什么说我们是假药？不要钱就是假药？我这才是好药，包治百病。那里面配的是什么药材？这里边是什么药材？我不知道啊。什么药材？告诉他！快快</w:t>
      </w:r>
      <w:proofErr w:type="gramStart"/>
      <w:r>
        <w:rPr>
          <w:rFonts w:ascii="仿宋" w:eastAsia="仿宋" w:hAnsi="仿宋"/>
          <w:sz w:val="32"/>
          <w:lang w:eastAsia="zh-CN"/>
        </w:rPr>
        <w:t>快</w:t>
      </w:r>
      <w:proofErr w:type="gramEnd"/>
      <w:r>
        <w:rPr>
          <w:rFonts w:ascii="仿宋" w:eastAsia="仿宋" w:hAnsi="仿宋"/>
          <w:sz w:val="32"/>
          <w:lang w:eastAsia="zh-CN"/>
        </w:rPr>
        <w:t>，什么药材？我</w:t>
      </w:r>
      <w:proofErr w:type="gramStart"/>
      <w:r>
        <w:rPr>
          <w:rFonts w:ascii="仿宋" w:eastAsia="仿宋" w:hAnsi="仿宋"/>
          <w:sz w:val="32"/>
          <w:lang w:eastAsia="zh-CN"/>
        </w:rPr>
        <w:t>我</w:t>
      </w:r>
      <w:proofErr w:type="gramEnd"/>
      <w:r>
        <w:rPr>
          <w:rFonts w:ascii="仿宋" w:eastAsia="仿宋" w:hAnsi="仿宋"/>
          <w:sz w:val="32"/>
          <w:lang w:eastAsia="zh-CN"/>
        </w:rPr>
        <w:t>也不知</w:t>
      </w:r>
      <w:r>
        <w:rPr>
          <w:rFonts w:ascii="仿宋" w:eastAsia="仿宋" w:hAnsi="仿宋"/>
          <w:sz w:val="32"/>
          <w:lang w:eastAsia="zh-CN"/>
        </w:rPr>
        <w:lastRenderedPageBreak/>
        <w:t>道。你管我什么药材都打他！</w:t>
      </w:r>
      <w:proofErr w:type="gramStart"/>
      <w:r>
        <w:rPr>
          <w:rFonts w:ascii="仿宋" w:eastAsia="仿宋" w:hAnsi="仿宋"/>
          <w:sz w:val="32"/>
          <w:lang w:eastAsia="zh-CN"/>
        </w:rPr>
        <w:t>助手助手助手</w:t>
      </w:r>
      <w:proofErr w:type="gramEnd"/>
      <w:r>
        <w:rPr>
          <w:rFonts w:ascii="仿宋" w:eastAsia="仿宋" w:hAnsi="仿宋"/>
          <w:sz w:val="32"/>
          <w:lang w:eastAsia="zh-CN"/>
        </w:rPr>
        <w:t>！别打了，住手！我看你们谁敢动我恩公？我儿子的病就是恩公的药治好的，你们凭什么说这是假药？</w:t>
      </w:r>
      <w:proofErr w:type="gramStart"/>
      <w:r>
        <w:rPr>
          <w:rFonts w:ascii="仿宋" w:eastAsia="仿宋" w:hAnsi="仿宋"/>
          <w:sz w:val="32"/>
          <w:lang w:eastAsia="zh-CN"/>
        </w:rPr>
        <w:t>我必他不想</w:t>
      </w:r>
      <w:proofErr w:type="gramEnd"/>
      <w:r>
        <w:rPr>
          <w:rFonts w:ascii="仿宋" w:eastAsia="仿宋" w:hAnsi="仿宋"/>
          <w:sz w:val="32"/>
          <w:lang w:eastAsia="zh-CN"/>
        </w:rPr>
        <w:t>活了是吧？你给</w:t>
      </w:r>
      <w:proofErr w:type="gramStart"/>
      <w:r>
        <w:rPr>
          <w:rFonts w:ascii="仿宋" w:eastAsia="仿宋" w:hAnsi="仿宋"/>
          <w:sz w:val="32"/>
          <w:lang w:eastAsia="zh-CN"/>
        </w:rPr>
        <w:t>我等着</w:t>
      </w:r>
      <w:proofErr w:type="gramEnd"/>
      <w:r>
        <w:rPr>
          <w:rFonts w:ascii="仿宋" w:eastAsia="仿宋" w:hAnsi="仿宋"/>
          <w:sz w:val="32"/>
          <w:lang w:eastAsia="zh-CN"/>
        </w:rPr>
        <w:t>，给</w:t>
      </w:r>
      <w:proofErr w:type="gramStart"/>
      <w:r>
        <w:rPr>
          <w:rFonts w:ascii="仿宋" w:eastAsia="仿宋" w:hAnsi="仿宋"/>
          <w:sz w:val="32"/>
          <w:lang w:eastAsia="zh-CN"/>
        </w:rPr>
        <w:t>我等着</w:t>
      </w:r>
      <w:proofErr w:type="gramEnd"/>
      <w:r>
        <w:rPr>
          <w:rFonts w:ascii="仿宋" w:eastAsia="仿宋" w:hAnsi="仿宋"/>
          <w:sz w:val="32"/>
          <w:lang w:eastAsia="zh-CN"/>
        </w:rPr>
        <w:t>！哦……王兄，算了。多谢王兄出手相助。没事吧恩公？啊，这是您托我找的药材。啊，好啊，时间刚好啊，明天要离开这里了。这些药方是根据你们的生活习惯而写，都是治常见病的啊，来来来，我们继续发药。先生，错，又是我来求取药方了。哎呀，同为医师，您应该知道自古医家药方</w:t>
      </w:r>
      <w:proofErr w:type="gramStart"/>
      <w:r>
        <w:rPr>
          <w:rFonts w:ascii="仿宋" w:eastAsia="仿宋" w:hAnsi="仿宋"/>
          <w:sz w:val="32"/>
          <w:lang w:eastAsia="zh-CN"/>
        </w:rPr>
        <w:t>不</w:t>
      </w:r>
      <w:proofErr w:type="gramEnd"/>
      <w:r>
        <w:rPr>
          <w:rFonts w:ascii="仿宋" w:eastAsia="仿宋" w:hAnsi="仿宋"/>
          <w:sz w:val="32"/>
          <w:lang w:eastAsia="zh-CN"/>
        </w:rPr>
        <w:t>外传，走吧走吧走吧。先生，我……我这里还有些钱，我能倾囊求取您的药方吗？啊，一个药方师父传徒弟、父亲传儿子，能养活家中好几代人，您觉得我会卖吗？您啊就不要坏了规矩，快走吧！</w:t>
      </w:r>
    </w:p>
    <w:p w14:paraId="3E867327" w14:textId="77777777" w:rsidR="00E87C95" w:rsidRDefault="00000000">
      <w:pPr>
        <w:spacing w:after="0" w:line="579" w:lineRule="exact"/>
        <w:ind w:firstLine="640"/>
        <w:rPr>
          <w:lang w:eastAsia="zh-CN"/>
        </w:rPr>
      </w:pPr>
      <w:r>
        <w:rPr>
          <w:rFonts w:ascii="仿宋" w:eastAsia="仿宋" w:hAnsi="仿宋"/>
          <w:sz w:val="32"/>
          <w:lang w:eastAsia="zh-CN"/>
        </w:rPr>
        <w:t>学生……大唐医家不得以发展，就是因为大家都捂着自己的独门医方啊。先生，这些都给您，希望您能收下。这……这些是我这几天为您抄的，希望您收下好好保存，这包含了不同门类。这</w:t>
      </w:r>
      <w:proofErr w:type="gramStart"/>
      <w:r>
        <w:rPr>
          <w:rFonts w:ascii="仿宋" w:eastAsia="仿宋" w:hAnsi="仿宋"/>
          <w:sz w:val="32"/>
          <w:lang w:eastAsia="zh-CN"/>
        </w:rPr>
        <w:t>这</w:t>
      </w:r>
      <w:proofErr w:type="gramEnd"/>
      <w:r>
        <w:rPr>
          <w:rFonts w:ascii="仿宋" w:eastAsia="仿宋" w:hAnsi="仿宋"/>
          <w:sz w:val="32"/>
          <w:lang w:eastAsia="zh-CN"/>
        </w:rPr>
        <w:t>得有几百个方子呀？是啊，即便您不给我治妇人病的药方，我也要给您一份。因为我希望来您这里求医的人都有方可治。告辞。孙公您留步。这是家传的治疗妇人病的药方，看起来倒是有些拿不出手啊。哈哈</w:t>
      </w:r>
      <w:proofErr w:type="gramStart"/>
      <w:r>
        <w:rPr>
          <w:rFonts w:ascii="仿宋" w:eastAsia="仿宋" w:hAnsi="仿宋"/>
          <w:sz w:val="32"/>
          <w:lang w:eastAsia="zh-CN"/>
        </w:rPr>
        <w:t>哈</w:t>
      </w:r>
      <w:proofErr w:type="gramEnd"/>
      <w:r>
        <w:rPr>
          <w:rFonts w:ascii="仿宋" w:eastAsia="仿宋" w:hAnsi="仿宋"/>
          <w:sz w:val="32"/>
          <w:lang w:eastAsia="zh-CN"/>
        </w:rPr>
        <w:t>。多谢多谢先生，多谢。告辞！原来这方子是这几味药材，哎呀，这么巧妙的方子我怎么没想出来？啧，哎呀。</w:t>
      </w:r>
    </w:p>
    <w:p w14:paraId="46FC6AFF" w14:textId="77777777" w:rsidR="00E87C95" w:rsidRDefault="00000000">
      <w:pPr>
        <w:spacing w:after="0" w:line="579" w:lineRule="exact"/>
        <w:ind w:firstLine="640"/>
        <w:rPr>
          <w:lang w:eastAsia="zh-CN"/>
        </w:rPr>
      </w:pPr>
      <w:r>
        <w:rPr>
          <w:rFonts w:ascii="仿宋" w:eastAsia="仿宋" w:hAnsi="仿宋"/>
          <w:sz w:val="32"/>
          <w:lang w:eastAsia="zh-CN"/>
        </w:rPr>
        <w:lastRenderedPageBreak/>
        <w:t>诚儿，快点，二更了，赶不及了。徒儿近日一到天黑就有些看不清楚，不敢走快。那白天呢？白天……啊哈哈</w:t>
      </w:r>
      <w:proofErr w:type="gramStart"/>
      <w:r>
        <w:rPr>
          <w:rFonts w:ascii="仿宋" w:eastAsia="仿宋" w:hAnsi="仿宋"/>
          <w:sz w:val="32"/>
          <w:lang w:eastAsia="zh-CN"/>
        </w:rPr>
        <w:t>哈</w:t>
      </w:r>
      <w:proofErr w:type="gramEnd"/>
      <w:r>
        <w:rPr>
          <w:rFonts w:ascii="仿宋" w:eastAsia="仿宋" w:hAnsi="仿宋"/>
          <w:sz w:val="32"/>
          <w:lang w:eastAsia="zh-CN"/>
        </w:rPr>
        <w:t>，这是雀目之症，打更的都知道，</w:t>
      </w:r>
      <w:proofErr w:type="gramStart"/>
      <w:r>
        <w:rPr>
          <w:rFonts w:ascii="仿宋" w:eastAsia="仿宋" w:hAnsi="仿宋"/>
          <w:sz w:val="32"/>
          <w:lang w:eastAsia="zh-CN"/>
        </w:rPr>
        <w:t>多吃肝就好</w:t>
      </w:r>
      <w:proofErr w:type="gramEnd"/>
      <w:r>
        <w:rPr>
          <w:rFonts w:ascii="仿宋" w:eastAsia="仿宋" w:hAnsi="仿宋"/>
          <w:sz w:val="32"/>
          <w:lang w:eastAsia="zh-CN"/>
        </w:rPr>
        <w:t>了。你看我的眼睛亮不亮？你看不见。您</w:t>
      </w:r>
      <w:proofErr w:type="gramStart"/>
      <w:r>
        <w:rPr>
          <w:rFonts w:ascii="仿宋" w:eastAsia="仿宋" w:hAnsi="仿宋"/>
          <w:sz w:val="32"/>
          <w:lang w:eastAsia="zh-CN"/>
        </w:rPr>
        <w:t>看亮吗</w:t>
      </w:r>
      <w:proofErr w:type="gramEnd"/>
      <w:r>
        <w:rPr>
          <w:rFonts w:ascii="仿宋" w:eastAsia="仿宋" w:hAnsi="仿宋"/>
          <w:sz w:val="32"/>
          <w:lang w:eastAsia="zh-CN"/>
        </w:rPr>
        <w:t>？果然明亮！哈哈</w:t>
      </w:r>
      <w:proofErr w:type="gramStart"/>
      <w:r>
        <w:rPr>
          <w:rFonts w:ascii="仿宋" w:eastAsia="仿宋" w:hAnsi="仿宋"/>
          <w:sz w:val="32"/>
          <w:lang w:eastAsia="zh-CN"/>
        </w:rPr>
        <w:t>哈</w:t>
      </w:r>
      <w:proofErr w:type="gramEnd"/>
      <w:r>
        <w:rPr>
          <w:rFonts w:ascii="仿宋" w:eastAsia="仿宋" w:hAnsi="仿宋"/>
          <w:sz w:val="32"/>
          <w:lang w:eastAsia="zh-CN"/>
        </w:rPr>
        <w:t>。走了二位保重！多谢多谢大哥！哎嘿嘿。师父，今日又得一方：肝开窍于目，平常多吃肝对人的眼睛呢有好处，对治疗雀目也有疗效。你回去多吃</w:t>
      </w:r>
      <w:proofErr w:type="gramStart"/>
      <w:r>
        <w:rPr>
          <w:rFonts w:ascii="仿宋" w:eastAsia="仿宋" w:hAnsi="仿宋"/>
          <w:sz w:val="32"/>
          <w:lang w:eastAsia="zh-CN"/>
        </w:rPr>
        <w:t>点肝啊</w:t>
      </w:r>
      <w:proofErr w:type="gramEnd"/>
      <w:r>
        <w:rPr>
          <w:rFonts w:ascii="仿宋" w:eastAsia="仿宋" w:hAnsi="仿宋"/>
          <w:sz w:val="32"/>
          <w:lang w:eastAsia="zh-CN"/>
        </w:rPr>
        <w:t>。师父，诚儿小心呐！</w:t>
      </w:r>
    </w:p>
    <w:p w14:paraId="5CA18B95" w14:textId="77777777" w:rsidR="00E87C95" w:rsidRDefault="00000000">
      <w:pPr>
        <w:spacing w:after="0" w:line="579" w:lineRule="exact"/>
        <w:ind w:firstLine="640"/>
        <w:rPr>
          <w:lang w:eastAsia="zh-CN"/>
        </w:rPr>
      </w:pPr>
      <w:r>
        <w:rPr>
          <w:rFonts w:ascii="仿宋" w:eastAsia="仿宋" w:hAnsi="仿宋"/>
          <w:sz w:val="32"/>
          <w:lang w:eastAsia="zh-CN"/>
        </w:rPr>
        <w:t>医生！医生！求求你救救我儿子！他就是被狗咬了而已，怎么还不行啦？我来晚了，我来晚了，来不及了，来不及了！说我无能……老张，你孩子不行了！快来，老张——儿子，儿子！</w:t>
      </w:r>
    </w:p>
    <w:p w14:paraId="3C74AFE4" w14:textId="77777777" w:rsidR="00E87C95" w:rsidRDefault="00000000">
      <w:pPr>
        <w:spacing w:after="0" w:line="579" w:lineRule="exact"/>
        <w:ind w:firstLine="640"/>
        <w:rPr>
          <w:lang w:eastAsia="zh-CN"/>
        </w:rPr>
      </w:pPr>
      <w:r>
        <w:rPr>
          <w:rFonts w:ascii="仿宋" w:eastAsia="仿宋" w:hAnsi="仿宋"/>
          <w:sz w:val="32"/>
          <w:lang w:eastAsia="zh-CN"/>
        </w:rPr>
        <w:t>那个小孩子……为何不给他一个机会？给他一个机会长大成人吧。他刚才看我的眼神……我救不了他。为何呀？那么可爱的一个孩子！啊，</w:t>
      </w:r>
      <w:proofErr w:type="gramStart"/>
      <w:r>
        <w:rPr>
          <w:rFonts w:ascii="仿宋" w:eastAsia="仿宋" w:hAnsi="仿宋"/>
          <w:sz w:val="32"/>
          <w:lang w:eastAsia="zh-CN"/>
        </w:rPr>
        <w:t>世</w:t>
      </w:r>
      <w:proofErr w:type="gramEnd"/>
      <w:r>
        <w:rPr>
          <w:rFonts w:ascii="仿宋" w:eastAsia="仿宋" w:hAnsi="仿宋"/>
          <w:sz w:val="32"/>
          <w:lang w:eastAsia="zh-CN"/>
        </w:rPr>
        <w:t>无良医，枉死扯半。孙思邈，你一辈子想做良医，结果就是个回天无力的庸医。孩子救不回来了。可惜啊……回家吧，师父。</w:t>
      </w:r>
    </w:p>
    <w:p w14:paraId="638C92B8" w14:textId="77777777" w:rsidR="00E87C95" w:rsidRDefault="00000000">
      <w:pPr>
        <w:spacing w:after="0" w:line="579" w:lineRule="exact"/>
        <w:ind w:firstLine="640"/>
        <w:rPr>
          <w:lang w:eastAsia="zh-CN"/>
        </w:rPr>
      </w:pPr>
      <w:r>
        <w:rPr>
          <w:rFonts w:ascii="仿宋" w:eastAsia="仿宋" w:hAnsi="仿宋"/>
          <w:sz w:val="32"/>
          <w:lang w:eastAsia="zh-CN"/>
        </w:rPr>
        <w:t>圣上，驾崩了。不是，不是。媳妇，受伤了。生……</w:t>
      </w:r>
    </w:p>
    <w:p w14:paraId="22E59555" w14:textId="77777777" w:rsidR="00E87C95" w:rsidRDefault="00000000">
      <w:pPr>
        <w:spacing w:after="0" w:line="579" w:lineRule="exact"/>
        <w:ind w:firstLine="640"/>
        <w:rPr>
          <w:lang w:eastAsia="zh-CN"/>
        </w:rPr>
      </w:pPr>
      <w:r>
        <w:rPr>
          <w:rFonts w:ascii="仿宋" w:eastAsia="仿宋" w:hAnsi="仿宋"/>
          <w:sz w:val="32"/>
          <w:lang w:eastAsia="zh-CN"/>
        </w:rPr>
        <w:t>就是经历了这些事，让我感觉疾病每天都在夺去人的生命，让我更加努力想把《备急千金要方》早点完成。但真的精力不够，还是到了七十岁才完成了这部书啊。先生过谦了。哎。今日将《备急千金要方》授予诸位。望诸位能将书中所</w:t>
      </w:r>
      <w:r>
        <w:rPr>
          <w:rFonts w:ascii="仿宋" w:eastAsia="仿宋" w:hAnsi="仿宋"/>
          <w:sz w:val="32"/>
          <w:lang w:eastAsia="zh-CN"/>
        </w:rPr>
        <w:lastRenderedPageBreak/>
        <w:t>载救人之法传遍天下，让天下</w:t>
      </w:r>
      <w:proofErr w:type="gramStart"/>
      <w:r>
        <w:rPr>
          <w:rFonts w:ascii="仿宋" w:eastAsia="仿宋" w:hAnsi="仿宋"/>
          <w:sz w:val="32"/>
          <w:lang w:eastAsia="zh-CN"/>
        </w:rPr>
        <w:t>医</w:t>
      </w:r>
      <w:proofErr w:type="gramEnd"/>
      <w:r>
        <w:rPr>
          <w:rFonts w:ascii="仿宋" w:eastAsia="仿宋" w:hAnsi="仿宋"/>
          <w:sz w:val="32"/>
          <w:lang w:eastAsia="zh-CN"/>
        </w:rPr>
        <w:t>者人人有方，让大唐百姓家家通晓。</w:t>
      </w:r>
    </w:p>
    <w:p w14:paraId="5C9E945A" w14:textId="77777777" w:rsidR="00E87C95" w:rsidRDefault="00000000">
      <w:pPr>
        <w:spacing w:after="0" w:line="579" w:lineRule="exact"/>
        <w:ind w:firstLine="640"/>
        <w:rPr>
          <w:lang w:eastAsia="zh-CN"/>
        </w:rPr>
      </w:pPr>
      <w:r>
        <w:rPr>
          <w:rFonts w:ascii="仿宋" w:eastAsia="仿宋" w:hAnsi="仿宋"/>
          <w:sz w:val="32"/>
          <w:lang w:eastAsia="zh-CN"/>
        </w:rPr>
        <w:t>大</w:t>
      </w:r>
      <w:proofErr w:type="gramStart"/>
      <w:r>
        <w:rPr>
          <w:rFonts w:ascii="仿宋" w:eastAsia="仿宋" w:hAnsi="仿宋"/>
          <w:sz w:val="32"/>
          <w:lang w:eastAsia="zh-CN"/>
        </w:rPr>
        <w:t>医</w:t>
      </w:r>
      <w:proofErr w:type="gramEnd"/>
      <w:r>
        <w:rPr>
          <w:rFonts w:ascii="仿宋" w:eastAsia="仿宋" w:hAnsi="仿宋"/>
          <w:sz w:val="32"/>
          <w:lang w:eastAsia="zh-CN"/>
        </w:rPr>
        <w:t>精诚。"凡大医治病，必当安神定志，无欲无求，先发大慈恻隐之心，誓愿普救含灵之苦。若有疾</w:t>
      </w:r>
      <w:proofErr w:type="gramStart"/>
      <w:r>
        <w:rPr>
          <w:rFonts w:ascii="仿宋" w:eastAsia="仿宋" w:hAnsi="仿宋"/>
          <w:sz w:val="32"/>
          <w:lang w:eastAsia="zh-CN"/>
        </w:rPr>
        <w:t>厄</w:t>
      </w:r>
      <w:proofErr w:type="gramEnd"/>
      <w:r>
        <w:rPr>
          <w:rFonts w:ascii="仿宋" w:eastAsia="仿宋" w:hAnsi="仿宋"/>
          <w:sz w:val="32"/>
          <w:lang w:eastAsia="zh-CN"/>
        </w:rPr>
        <w:t>来求救者，</w:t>
      </w:r>
      <w:proofErr w:type="gramStart"/>
      <w:r>
        <w:rPr>
          <w:rFonts w:ascii="仿宋" w:eastAsia="仿宋" w:hAnsi="仿宋"/>
          <w:sz w:val="32"/>
          <w:lang w:eastAsia="zh-CN"/>
        </w:rPr>
        <w:t>不得问</w:t>
      </w:r>
      <w:proofErr w:type="gramEnd"/>
      <w:r>
        <w:rPr>
          <w:rFonts w:ascii="仿宋" w:eastAsia="仿宋" w:hAnsi="仿宋"/>
          <w:sz w:val="32"/>
          <w:lang w:eastAsia="zh-CN"/>
        </w:rPr>
        <w:t>其贵贱贫富，长幼妍蚩，怨亲善友，华夷愚智，普同一等，皆如至亲之想……"</w:t>
      </w:r>
    </w:p>
    <w:p w14:paraId="4AAE1C8F" w14:textId="77777777" w:rsidR="00E87C95" w:rsidRDefault="00000000">
      <w:pPr>
        <w:spacing w:after="0" w:line="579" w:lineRule="exact"/>
        <w:ind w:firstLine="640"/>
        <w:rPr>
          <w:lang w:eastAsia="zh-CN"/>
        </w:rPr>
      </w:pPr>
      <w:r>
        <w:rPr>
          <w:rFonts w:ascii="仿宋" w:eastAsia="仿宋" w:hAnsi="仿宋"/>
          <w:sz w:val="32"/>
          <w:lang w:eastAsia="zh-CN"/>
        </w:rPr>
        <w:t>陛下！孙卿，你的《备急千金要方》书成了。托陛下之福。我还在《备急千金要方》里面写了《大医精诚》篇。卿家做得好啊。让天下</w:t>
      </w:r>
      <w:proofErr w:type="gramStart"/>
      <w:r>
        <w:rPr>
          <w:rFonts w:ascii="仿宋" w:eastAsia="仿宋" w:hAnsi="仿宋"/>
          <w:sz w:val="32"/>
          <w:lang w:eastAsia="zh-CN"/>
        </w:rPr>
        <w:t>医</w:t>
      </w:r>
      <w:proofErr w:type="gramEnd"/>
      <w:r>
        <w:rPr>
          <w:rFonts w:ascii="仿宋" w:eastAsia="仿宋" w:hAnsi="仿宋"/>
          <w:sz w:val="32"/>
          <w:lang w:eastAsia="zh-CN"/>
        </w:rPr>
        <w:t>者人人有方，让大唐百姓家家通晓，那是</w:t>
      </w:r>
      <w:proofErr w:type="gramStart"/>
      <w:r>
        <w:rPr>
          <w:rFonts w:ascii="仿宋" w:eastAsia="仿宋" w:hAnsi="仿宋"/>
          <w:sz w:val="32"/>
          <w:lang w:eastAsia="zh-CN"/>
        </w:rPr>
        <w:t>朕一直</w:t>
      </w:r>
      <w:proofErr w:type="gramEnd"/>
      <w:r>
        <w:rPr>
          <w:rFonts w:ascii="仿宋" w:eastAsia="仿宋" w:hAnsi="仿宋"/>
          <w:sz w:val="32"/>
          <w:lang w:eastAsia="zh-CN"/>
        </w:rPr>
        <w:t>想做而没有做成的事情。卿家，你坐朕吧。儿时中医起始方程，数次从医之路，</w:t>
      </w:r>
      <w:proofErr w:type="gramStart"/>
      <w:r>
        <w:rPr>
          <w:rFonts w:ascii="仿宋" w:eastAsia="仿宋" w:hAnsi="仿宋"/>
          <w:sz w:val="32"/>
          <w:lang w:eastAsia="zh-CN"/>
        </w:rPr>
        <w:t>道阻且长</w:t>
      </w:r>
      <w:proofErr w:type="gramEnd"/>
      <w:r>
        <w:rPr>
          <w:rFonts w:ascii="仿宋" w:eastAsia="仿宋" w:hAnsi="仿宋"/>
          <w:sz w:val="32"/>
          <w:lang w:eastAsia="zh-CN"/>
        </w:rPr>
        <w:t>。本想努力写快一点、走快一些，但是最后还是为了让陛下亲眼看到此书……哎。这部书让天下医家看到、让大唐百姓看到，比</w:t>
      </w:r>
      <w:proofErr w:type="gramStart"/>
      <w:r>
        <w:rPr>
          <w:rFonts w:ascii="仿宋" w:eastAsia="仿宋" w:hAnsi="仿宋"/>
          <w:sz w:val="32"/>
          <w:lang w:eastAsia="zh-CN"/>
        </w:rPr>
        <w:t>朕看到</w:t>
      </w:r>
      <w:proofErr w:type="gramEnd"/>
      <w:r>
        <w:rPr>
          <w:rFonts w:ascii="仿宋" w:eastAsia="仿宋" w:hAnsi="仿宋"/>
          <w:sz w:val="32"/>
          <w:lang w:eastAsia="zh-CN"/>
        </w:rPr>
        <w:t>更重要。这部书不仅能让世人看到我大唐医学，更能看到</w:t>
      </w:r>
      <w:proofErr w:type="gramStart"/>
      <w:r>
        <w:rPr>
          <w:rFonts w:ascii="仿宋" w:eastAsia="仿宋" w:hAnsi="仿宋"/>
          <w:sz w:val="32"/>
          <w:lang w:eastAsia="zh-CN"/>
        </w:rPr>
        <w:t>医</w:t>
      </w:r>
      <w:proofErr w:type="gramEnd"/>
      <w:r>
        <w:rPr>
          <w:rFonts w:ascii="仿宋" w:eastAsia="仿宋" w:hAnsi="仿宋"/>
          <w:sz w:val="32"/>
          <w:lang w:eastAsia="zh-CN"/>
        </w:rPr>
        <w:t>之大者的德操啊。唯我华夏才能有这医学，唯我大</w:t>
      </w:r>
      <w:proofErr w:type="gramStart"/>
      <w:r>
        <w:rPr>
          <w:rFonts w:ascii="仿宋" w:eastAsia="仿宋" w:hAnsi="仿宋"/>
          <w:sz w:val="32"/>
          <w:lang w:eastAsia="zh-CN"/>
        </w:rPr>
        <w:t>唐才能有卿</w:t>
      </w:r>
      <w:proofErr w:type="gramEnd"/>
      <w:r>
        <w:rPr>
          <w:rFonts w:ascii="仿宋" w:eastAsia="仿宋" w:hAnsi="仿宋"/>
          <w:sz w:val="32"/>
          <w:lang w:eastAsia="zh-CN"/>
        </w:rPr>
        <w:t>家你这样的医者。人命至重，有贵千金，一方济之，</w:t>
      </w:r>
      <w:proofErr w:type="gramStart"/>
      <w:r>
        <w:rPr>
          <w:rFonts w:ascii="仿宋" w:eastAsia="仿宋" w:hAnsi="仿宋"/>
          <w:sz w:val="32"/>
          <w:lang w:eastAsia="zh-CN"/>
        </w:rPr>
        <w:t>德逾于此</w:t>
      </w:r>
      <w:proofErr w:type="gramEnd"/>
      <w:r>
        <w:rPr>
          <w:rFonts w:ascii="仿宋" w:eastAsia="仿宋" w:hAnsi="仿宋"/>
          <w:sz w:val="32"/>
          <w:lang w:eastAsia="zh-CN"/>
        </w:rPr>
        <w:t>。</w:t>
      </w:r>
    </w:p>
    <w:p w14:paraId="148A67F4" w14:textId="77777777" w:rsidR="00E87C95" w:rsidRDefault="00000000">
      <w:pPr>
        <w:spacing w:after="0" w:line="579" w:lineRule="exact"/>
        <w:ind w:firstLine="640"/>
        <w:rPr>
          <w:lang w:eastAsia="zh-CN"/>
        </w:rPr>
      </w:pPr>
      <w:r>
        <w:rPr>
          <w:rFonts w:ascii="仿宋" w:eastAsia="仿宋" w:hAnsi="仿宋"/>
          <w:sz w:val="32"/>
          <w:lang w:eastAsia="zh-CN"/>
        </w:rPr>
        <w:t>我已老迈，一心赴救，无</w:t>
      </w:r>
      <w:proofErr w:type="gramStart"/>
      <w:r>
        <w:rPr>
          <w:rFonts w:ascii="仿宋" w:eastAsia="仿宋" w:hAnsi="仿宋"/>
          <w:sz w:val="32"/>
          <w:lang w:eastAsia="zh-CN"/>
        </w:rPr>
        <w:t>作功</w:t>
      </w:r>
      <w:proofErr w:type="gramEnd"/>
      <w:r>
        <w:rPr>
          <w:rFonts w:ascii="仿宋" w:eastAsia="仿宋" w:hAnsi="仿宋"/>
          <w:sz w:val="32"/>
          <w:lang w:eastAsia="zh-CN"/>
        </w:rPr>
        <w:t>夫形迹之心。如此可谓苍生大</w:t>
      </w:r>
      <w:proofErr w:type="gramStart"/>
      <w:r>
        <w:rPr>
          <w:rFonts w:ascii="仿宋" w:eastAsia="仿宋" w:hAnsi="仿宋"/>
          <w:sz w:val="32"/>
          <w:lang w:eastAsia="zh-CN"/>
        </w:rPr>
        <w:t>医</w:t>
      </w:r>
      <w:proofErr w:type="gramEnd"/>
      <w:r>
        <w:rPr>
          <w:rFonts w:ascii="仿宋" w:eastAsia="仿宋" w:hAnsi="仿宋"/>
          <w:sz w:val="32"/>
          <w:lang w:eastAsia="zh-CN"/>
        </w:rPr>
        <w:t>。若</w:t>
      </w:r>
      <w:proofErr w:type="gramStart"/>
      <w:r>
        <w:rPr>
          <w:rFonts w:ascii="仿宋" w:eastAsia="仿宋" w:hAnsi="仿宋"/>
          <w:sz w:val="32"/>
          <w:lang w:eastAsia="zh-CN"/>
        </w:rPr>
        <w:t>先皇能看到</w:t>
      </w:r>
      <w:proofErr w:type="gramEnd"/>
      <w:r>
        <w:rPr>
          <w:rFonts w:ascii="仿宋" w:eastAsia="仿宋" w:hAnsi="仿宋"/>
          <w:sz w:val="32"/>
          <w:lang w:eastAsia="zh-CN"/>
        </w:rPr>
        <w:t>这部书，该有多好。</w:t>
      </w:r>
    </w:p>
    <w:p w14:paraId="1CC2B27E" w14:textId="77777777" w:rsidR="00E87C95" w:rsidRDefault="00000000">
      <w:pPr>
        <w:spacing w:after="0" w:line="579" w:lineRule="exact"/>
        <w:ind w:firstLine="640"/>
        <w:rPr>
          <w:lang w:eastAsia="zh-CN"/>
        </w:rPr>
      </w:pPr>
      <w:r>
        <w:rPr>
          <w:rFonts w:ascii="仿宋" w:eastAsia="仿宋" w:hAnsi="仿宋"/>
          <w:sz w:val="32"/>
          <w:lang w:eastAsia="zh-CN"/>
        </w:rPr>
        <w:t>刚才的戏剧当中，我们看到孙思邈辞别唐太宗，游历著书、搜集药方，而唐太宗李世民很遗憾最终没有看到书成，没有见到孙思邈的《备急千金要方》。其实啊唐太宗和孙思</w:t>
      </w:r>
      <w:r>
        <w:rPr>
          <w:rFonts w:ascii="仿宋" w:eastAsia="仿宋" w:hAnsi="仿宋"/>
          <w:sz w:val="32"/>
          <w:lang w:eastAsia="zh-CN"/>
        </w:rPr>
        <w:lastRenderedPageBreak/>
        <w:t>邈还真是有共性的，唐太宗</w:t>
      </w:r>
      <w:proofErr w:type="gramStart"/>
      <w:r>
        <w:rPr>
          <w:rFonts w:ascii="仿宋" w:eastAsia="仿宋" w:hAnsi="仿宋"/>
          <w:sz w:val="32"/>
          <w:lang w:eastAsia="zh-CN"/>
        </w:rPr>
        <w:t>是做仁君</w:t>
      </w:r>
      <w:proofErr w:type="gramEnd"/>
      <w:r>
        <w:rPr>
          <w:rFonts w:ascii="仿宋" w:eastAsia="仿宋" w:hAnsi="仿宋"/>
          <w:sz w:val="32"/>
          <w:lang w:eastAsia="zh-CN"/>
        </w:rPr>
        <w:t>、施仁政，孙思邈呢是做仁人、施仁术。我觉得是戏剧这样处理的一个很重要的渊源。唐太宗改律令、废肉刑，而且呢他</w:t>
      </w:r>
      <w:proofErr w:type="gramStart"/>
      <w:r>
        <w:rPr>
          <w:rFonts w:ascii="仿宋" w:eastAsia="仿宋" w:hAnsi="仿宋"/>
          <w:sz w:val="32"/>
          <w:lang w:eastAsia="zh-CN"/>
        </w:rPr>
        <w:t>还去究医理</w:t>
      </w:r>
      <w:proofErr w:type="gramEnd"/>
      <w:r>
        <w:rPr>
          <w:rFonts w:ascii="仿宋" w:eastAsia="仿宋" w:hAnsi="仿宋"/>
          <w:sz w:val="32"/>
          <w:lang w:eastAsia="zh-CN"/>
        </w:rPr>
        <w:t>，那也正是因为有唐太宗，孙思邈呢才得以参阅国家的藏书嘛，丰富了自己的医学知识啊。</w:t>
      </w:r>
    </w:p>
    <w:sectPr w:rsidR="00E87C95" w:rsidSect="00034616">
      <w:footerReference w:type="default" r:id="rId8"/>
      <w:pgSz w:w="12240" w:h="15840"/>
      <w:pgMar w:top="1440" w:right="1803" w:bottom="1440" w:left="180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A4891" w14:textId="77777777" w:rsidR="00D20AF3" w:rsidRDefault="00D20AF3">
      <w:pPr>
        <w:spacing w:after="0" w:line="240" w:lineRule="auto"/>
      </w:pPr>
      <w:r>
        <w:separator/>
      </w:r>
    </w:p>
  </w:endnote>
  <w:endnote w:type="continuationSeparator" w:id="0">
    <w:p w14:paraId="53000BE8" w14:textId="77777777" w:rsidR="00D20AF3" w:rsidRDefault="00D20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3D390" w14:textId="77777777" w:rsidR="00E87C95" w:rsidRDefault="00000000">
    <w:pPr>
      <w:pStyle w:val="a7"/>
      <w:spacing w:line="579" w:lineRule="exact"/>
      <w:jc w:val="center"/>
    </w:pPr>
    <w:r>
      <w:rPr>
        <w:rFonts w:ascii="仿宋" w:eastAsia="仿宋" w:hAnsi="仿宋"/>
        <w:sz w:val="28"/>
      </w:rPr>
      <w:t xml:space="preserve">- </w:t>
    </w:r>
    <w:r>
      <w:fldChar w:fldCharType="begin"/>
    </w:r>
    <w:r>
      <w:instrText xml:space="preserve"> PAGE </w:instrText>
    </w:r>
    <w:r w:rsidR="002A36C0">
      <w:fldChar w:fldCharType="separate"/>
    </w:r>
    <w:r w:rsidR="002A36C0">
      <w:rPr>
        <w:noProof/>
      </w:rPr>
      <w:t>1</w:t>
    </w:r>
    <w:r>
      <w:fldChar w:fldCharType="end"/>
    </w:r>
    <w:r>
      <w:rPr>
        <w:rFonts w:ascii="仿宋" w:eastAsia="仿宋" w:hAnsi="仿宋"/>
        <w:sz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5D964" w14:textId="77777777" w:rsidR="00D20AF3" w:rsidRDefault="00D20AF3">
      <w:pPr>
        <w:spacing w:after="0" w:line="240" w:lineRule="auto"/>
      </w:pPr>
      <w:r>
        <w:separator/>
      </w:r>
    </w:p>
  </w:footnote>
  <w:footnote w:type="continuationSeparator" w:id="0">
    <w:p w14:paraId="4001F88A" w14:textId="77777777" w:rsidR="00D20AF3" w:rsidRDefault="00D20A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53535953">
    <w:abstractNumId w:val="8"/>
  </w:num>
  <w:num w:numId="2" w16cid:durableId="2056004727">
    <w:abstractNumId w:val="6"/>
  </w:num>
  <w:num w:numId="3" w16cid:durableId="705175068">
    <w:abstractNumId w:val="5"/>
  </w:num>
  <w:num w:numId="4" w16cid:durableId="1619990036">
    <w:abstractNumId w:val="4"/>
  </w:num>
  <w:num w:numId="5" w16cid:durableId="1053040646">
    <w:abstractNumId w:val="7"/>
  </w:num>
  <w:num w:numId="6" w16cid:durableId="1470708384">
    <w:abstractNumId w:val="3"/>
  </w:num>
  <w:num w:numId="7" w16cid:durableId="1223715703">
    <w:abstractNumId w:val="2"/>
  </w:num>
  <w:num w:numId="8" w16cid:durableId="1628970321">
    <w:abstractNumId w:val="1"/>
  </w:num>
  <w:num w:numId="9" w16cid:durableId="925531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36C0"/>
    <w:rsid w:val="00326F90"/>
    <w:rsid w:val="006D4A58"/>
    <w:rsid w:val="00AA1D8D"/>
    <w:rsid w:val="00B47730"/>
    <w:rsid w:val="00CB0664"/>
    <w:rsid w:val="00D20AF3"/>
    <w:rsid w:val="00E87C9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283DC1"/>
  <w14:defaultImageDpi w14:val="300"/>
  <w15:docId w15:val="{D569EB8A-BE11-4EBF-AAE5-B2E1C10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134004</Words>
  <Characters>134004</Characters>
  <Application>Microsoft Office Word</Application>
  <DocSecurity>0</DocSecurity>
  <Lines>5826</Lines>
  <Paragraphs>2110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265898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ping li</cp:lastModifiedBy>
  <cp:revision>3</cp:revision>
  <dcterms:created xsi:type="dcterms:W3CDTF">2013-12-23T23:15:00Z</dcterms:created>
  <dcterms:modified xsi:type="dcterms:W3CDTF">2026-05-30T09:30:00Z</dcterms:modified>
  <cp:category/>
</cp:coreProperties>
</file>